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ФИО1 на постановление административной комиссии муниципального образования города Тула по Центральному территориальному округу № 1572 (УИН &lt;данные изъяты&gt;) от 05.12.2024 о привлечении ФИО1 к административной ответственности по ст. 8.15 Закона Тульской области от 09.06.2003 № 388-ЗТО «Об административных правонарушениях в Тульской области», у с т а н о в и л : постановлением административной комиссии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