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Подгруппа «кураторов» («операторов»), осуществляющая получение из тайников оптовых партий наркотических средств, их хранение, фасовку и последующее размещение в тайники с целью последующей передачи участникам подгруппы «закладчиков», осуществление контроля и координации деятельности участников подгруппы «закладчиков» организованной группы, администрирование, совместно с неустановленным организатором, интернет-магазина в мессенджере «Telegram» (загрузка адресов тайников с наркотическими средствами, техническая поддержка, размещение рекламы), посредством которых осуществлялась продажа наркотических средств непосредственно потребителям; ежедневное получение отчетов от участников подгруппы «закладчиков» о результатах незаконной деятельности организованной группы;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Подгруппа «вербовщиков», осуществляющая поиск и отбор участников в подразделение «закладчиков, курьеров», администрирование, совместно с неустановленными организатором и кураторами, интернет-магазина, зарегистрированного в мессенджере &lt;данные изъяты&gt; (техническая поддержка, размещение рекламы), посредством которого осуществлялась продажа наркотических средств непосредственно потребителям;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Подгруппа «закладчиков» («курьеров»), осуществляющая поставки-перевозку оптовых партий наркотических средств из других регионов России, осуществление хранения оптовых партий наркотических средств, фасовку наркотических средств в отдельные свертки – «закладки», их хранение и последующее размещение в тайники с целью дальнейшей передачи покупателям, передача организатору информации об организованных тайниках, формирование отчетов о выполнении возложенных обязанностей, их ежедневная передача куратору. В неустановленное время, в один из дней января 2024 г. неустановленное лицо – организатор, при неустановленных обстоятельствах вовлекло в созданную преступную группу на роль «вербовщиков» неустановленных лиц, использовавших в интернет-мессенджерах &lt;данные изъяты&gt; в том числе, аккаунты &lt;данные изъяты&gt; на роль «кураторов» неустановленных лиц, использовавших в интернет-мессенджерах &lt;данные изъяты&gt; в том числе, аккаунты &lt;данные изъяты&gt; определив «кураторам» круг обязанностей, в частности: - организовать поставку оптовых партий наркотических средств из других регионов России в г. Улан-Удэ Республики Бурятия, определив им круг обязанностей, в виде подбора участников организованной группы - подгруппы «закладчиков», которые будут осуществлять свои функциональные обязанности по приобретению и перевозке оптовых партий наркотических средств, фасовке на более мелкие, в том числе разовые дозы, и осуществление тайников с наркотическими средствами, с целью дальнейшего незаконного сбыта для неопределенного круга потребителей наркотических средств, с использованием сети «Интернет» под эгидой интернет-магазина &lt;данные изъяты&gt; на территории Республики Бурятия; - ежедневное получение отчетов от участников подгруппы «закладчиков» о результатах незаконной деятельности организованной группы, аккумулирование сведений об организованных тайниках с наркотическими средствами; - расчет денежного вознаграждения для участников подгруппы «закладчиков». После чего, в один из дней января 2024 г., точные дата и время не установлены, неустановленный куратор, использовавший в интернет-мессенджерах &lt;данные изъяты&gt; в том числе, аккаунты &lt;данные изъяты&gt; находясь в неустановленном месте, с использованием информационно-телекоммуникационных сетей, включая сеть «Интернет», посредством своего мобильного телефона, связался с ранее знакомым Ю., в отношении которого материалы дела выделены в отдельное производство (далее по тексту – «Ю.»), которому предложил совместное систематическое совершение особо тяжких преступлений, в сфере незаконного оборота наркотических средств, в течение неопределенно длительного периода времени, под эгидой интернет-магазина &lt;данные изъяты&gt; занимающегося распространением наркотических средств на территории Республики Бурятия посредством Интернет-ресурсов и электронных платежных систем, а именно стать «закладчиком» наркотических средств за определенную плату, размер которой был определен из расчета 400 рублей за одну «закладку», т.е. сверток с наркотическим средством, помещенный в тайное место (далее по тексту тайник), мотивируя возможностью быстрого обогащения. В это же время, Ю., находясь в неустановленном месте, действуя умышленно, оценив для себя возможный доход от незаконного сбыта наркотических средств, из корыстных побуждений, осознавая общественную опасность своих действий, предвидя неизбежность наступления общественно опасных последствий в виде причинения вреда здоровью населения и общественной нравственности, и желая их наступления, с целью незаконного обогащения, на предложение неустановленного организатора согласился. После этого, неустановленный «куратор», в ходе последовательной переписки в мессенджерах &lt;данные изъяты&gt; ознакомил Ю. с инструкцией, содержащей правила работы «закладчика» и мерами конспирации при незаконном сбыте наркотических средств бесконтактным способом, уведомил о размерах денежного вознаграждения за проделанную работу, разъяснил его обязанности, в частности: по полученным географическим координатам незаконно приобретать, забирая из тайников, мелкооптовые и розничные партии наркотических средств, их незаконно хранить, перевозить, разделять на меньшие по весу закладки и размещать во вновь оборудованных тайниках с целью дальнейшего совместного незаконного сбыта потребителям наркотических средств, бесконтактным способом на территории Республики Бурятия, с использованием сети «Интернет» под эгидой интернет-магазина &lt;данные изъяты&gt; мотивируя возможностью быстрого незаконного обогащения. После чего, в один из дней января 2024 г., точные дата и время не установлена, Ю., находясь в &lt;адрес&gt;, точное место не установлено, подробно проинформировал своего знакомого Ц., в отношении которого материалы дела выделены в отдельное производство (далее по тексту – «Ц.»), о преступной деятельности в составе организованной группы, после чего предложил последнему оказывать ему помощь в выполнении взятых им на себя обязательств, то есть также стать участниками организованной группы, в частности получать посредством тайников, организованных неустановленным лицом, партий наркотических средств, их незаконному хранению и последующему размещению в тайники с целью дальнейшего совместного незаконного сбыта приобретателям, тем самым войти в состав организованной группы, специализирующейся на совершении систематических незаконных сбытов наркотических средств бесконтактным способом на территории Республики Бурятия, с использованием сети «Интернет», мотивируя возможностью быстрого незаконного обогащения. В феврале 2024 г. Ц., находясь в &lt;адрес&gt;, более точное место не установлено, действуя умышленно, оценив для себя возможный доход от незаконного сбыта наркотических средств, из корыстных побуждений, осознавая общественную опасность своих действий, предвидя неизбежность наступления общественно опасных последствий в виде причинения вреда здоровью населения и общественной нравственности, и желая их наступления, с целью незаконного обогащения, на предложение Ю. согласился, и, получив одобрение неустановленного куратора, использующего в интернет-мессенджере &lt;данные изъяты&gt; в том числе, аккаунты &lt;данные изъяты&gt; об его участии в организованной группе, тем самым добровольно и осознанно вошел в состав организованной группы, специализирующейся на совершении систематических незаконных сбытов бесконтактным способом на территории Республики Бурятия. После чего, в феврале 2024 г., точные дата и время не установлены Ю., находясь в &lt;адрес&gt;, точное место не установлено, подробно проинформировал своего знакомого Ш., в отношении которого материалы дела выделены в отдельное производство (далее по тексту – «Ш.»), о преступной деятельности в составе организованной группы, после чего предложил последнему оказывать ему помощь в выполнении взятых им на себя обязательств, то есть также стать участниками организованной группы, в частности получать посредством тайников, организованных неустановленным лицом, партий наркотических средств, их незаконному хранению и последующему размещению в тайники с целью дальнейшего совместного незаконного сбыта приобретателям, тем самым войти в состав организованной группы, специализирующейся на совершении систематических незаконных сбытов наркотических средств бесконтактным способом на территории Республики Бурятия, с использованием сети «Интернет», мотивируя возможностью быстрого незаконного обогащения. В начале марта 2024 г., точная дата не установлена, Ш., находясь в &lt;адрес&gt;, более точное место не установлено, действуя умышленно, оценив для себя возможный доход от незаконного сбыта наркотических средств, из корыстных побуждений, осознавая общественную опасность своих действий, предвидя неизбежность наступления общественно опасных последствий в виде причинения вреда здоровью населения и общественной нравственности, и желая их наступления, с целью незаконного обогащения, на предложение Ю. согласился, и, получив одобрение неустановленного куратора, использующего в интернет-мессенджере &lt;данные изъяты&gt; в том числе, аккаунты &lt;данные изъяты&gt; об его участии в организованной группе, тем самым добровольно и осознанно вошел в состав организованной группы, специализирующейся на совершении систематических незаконных сбытов бесконтактным способом на территории Республики Бурятия. После чего неустановленный куратор, использующий, в том числе, аккаунты &lt;данные изъяты&gt; определил Ю., Ш. и Ц. роль «закладчиков» и стал непосредственно курировать и координировать их действия при совершении конкретных преступлений, в сфере незаконного оборота наркотических средств. Ю., Ш., Ц. между собой распределили роли следующим образом: Ю. и Ш. получали от неустановленного куратора адреса тайников с оптовыми партиями наркотических средств, по полученным географическим координатам незаконно получали, забирая из тайников уже расфасованные в удобную для сбыта упаковку – отдельные свертки наркотические средства. После чего Ю., Ц. и Ш. размещали полученные наркотические средства в оборудованных тайниках на территории Республики Бурятия, фотографии организованных тайников формировали в отчет о выполнении возложенных обязанностей и передавали в виде электронного сообщения, содержащего сведения о виде наркотического средства, его массе, местонахождении тайников, неустановленному куратору, использующему в интернет-мессенджере &lt;данные изъяты&gt; в том числе, аккаунты &lt;данные изъяты&gt; который аккумулировал сведения об организованных Ю., Ш. и Ц. тайниках с наркотическими средствами, предназначенными для потребителей. Дальнейшее общение Ю., Ш., Ц. c куратором, использующим в интернет-мессенджере &lt;данные изъяты&gt; аккаунты &lt;данные изъяты&gt; происходило в интернет-мессенджере &lt;данные изъяты&gt; и &lt;данные изъяты&gt; который непосредственно курировал и координировал их действия при совершении конкретных преступлений, в сфере незаконного оборота наркотических средств. Таким образом, Ю., Ш., Ц., осознавая противоправность незаконного сбыта наркотических средств, желая стать участниками организованной преступной группы и улучшить свое материальное положение путем совершения особо тяжких преступлений, направленных против здоровья населения и общественной нравственности, выполняя все необходимые от них действия, добровольно и осознанно вошли в состав организованной преступной группы, специализирующейся на совершении систематических незаконных сбытов наркотических средств бесконтактным способом на территории Республики Бурятия, с использованием сети «Интернет» под эгидой интернет-магазина &lt;данные изъяты&gt; в роли «закладчиков» и активно действовал в качестве ее участников. Ю., Ш., Ц. осуществляли последовательную переписку в интернет-мессенджерах &lt;данные изъяты&gt; с куратором, который непосредственно курировал и координировал их действия при совершении преступлений в сфере незаконного оборота наркотических средств, согласно разработанной организатором схеме функционирования организованной группы. После чего, не позднее ДД.ММ.ГГГГ, точные дата и время не установлены, неустановленный куратор, находясь в неустановленном месте, с использованием информационно-телекоммуникационных сетей, включая сеть «Интернет», посредством своего мобильного телефона, связался с ранее знакомым ФИО3, которому предложил совместное систематическое совершение особо тяжких преступлений, в сфере незаконного оборота наркотических средств, в течение неопределенно длительного периода времени, под эгидой интернет-магазина &lt;данные изъяты&gt;, занимающегося распространением наркотических средств на территории Республики Бурятия посредством Интернет-ресурсов и электронных платежных систем, а именно стать «закладчиком» наркотических средств за определенную плату, размер которой был определен из расчета 400 рублей за одну «закладку», т.е. сверток с наркотическим средством, помещенный в тайник, мотивируя возможностью быстрого обогащения. Также неустановленный куратор в ходе указанного разговора сообщил ФИО3 о том, что Ю. также занимается осуществлением закладок наркотических средств. В период времени не позднее ДД.ММ.ГГГГ, ФИО3, находясь в &lt;адрес&gt;, точное место не установлено, действуя умышленно, оценив для себя возможный доход от незаконного сбыта наркотических средств, из корыстных побуждений, осознавая общественную опасность своих действий, предвидя неизбежность наступления общественно опасных последствий в виде причинения вреда здоровью населения и общественной нравственности, и желая их наступления, с целью незаконного обогащения, на предложение неустановленного куратора, использующего в интернет-мессенджере &lt;данные изъяты&gt; аккаунты &lt;данные изъяты&gt; согласился, тем самым добровольно и осознанно вошел в состав организованной группы, специализирующейся на совершении систематических незаконных сбытов бесконтактным способом на территории Республики Бурятия. Таким образом, ФИО3, осознавая противоправность незаконного сбыта наркотических средств, желая стать участником организованной преступной группы и улучшить свое материальное положение путем совершения особо тяжких преступлений, направленных против здоровья населения и общественной нравственности, выполняя все необходимые от него действия, добровольно и осознанно вошел в состав организованной преступной группы, специализирующейся на совершении систематических незаконных сбытов наркотических средств бесконтактным способом на территории Республики Бурятия, с использованием сети «Интернет» под эгидой интернет-магазина &lt;данные изъяты&gt; в роли «закладчика» и активно действовал в качестве ее участника. В функционально обособленные подгруппы организованной группы входили: - в подгруппу «кураторов» («операторов») не менее одного человека, использующего в интернет-мессенджерах &lt;данные изъяты&gt; в том числе, аккаунты &lt;данные изъяты&gt; осуществляющий получение из тайников оптовых партий наркотических средств, их хранение, фасовку и последующее размещение в тайники с целью последующей передачи участникам подгруппы «закладчиков»; осуществление контроля и координации деятельности участников подгруппы «закладчиков» организованной группы; администрирование, совместно с неустановленным организатором, интернет-магазина в мессенджере &lt;данные изъяты&gt; (загрузка адресов тайников с наркотическими средствами, техническая поддержка, размещение рекламы), посредством которых осуществлялась продажа наркотических средств непосредственно потребителям; ежедневное получение отчетов от участников подгруппы «закладчиков» о результатах незаконной деятельности организованной группы; - в подгруппу «вербовщиков» не менее одного неустановленного лица, использовавшего в интернет-мессенджерах &lt;данные изъяты&gt; аккаунт &lt;данные изъяты&gt; последний осуществлял функциональные обязанности по поиску и отбору участников в подразделение «закладчиков, курьеров»; администрирование, совместно с неустановленными организатором, кураторами, зарегистрированного в мессенджере &lt;данные изъяты&gt; (техническая поддержка, размещение рекламы), посредством которого осуществлялась продажа наркотических средств непосредственно потребителям; - в подгруппу «закладчиков», не менее четырех лиц, в том числе Ю., Ш., Ц. и ФИО3 В период с января 2024 г., более точное время не установлено, и не позднее ДД.ММ.ГГГГ неустановленный организатор, неустановленный «куратор», использующий в сети «Интернет», в том числе, аккаунты &lt;данные изъяты&gt; неустановленный «вербовщик», использующий в сети «Интернет», в том числе, аккаунт &lt;данные изъяты&gt; а также Ю., Ш., Ц., ФИО3, действуя из корыстных побуждений, объединились в организованную группу с целью совместного систематического совершения особо тяжких преступлений, в сфере незаконного оборота наркотических средств, в течение неопределенно длительного периода времени на территории Республики Бурятия, бесконтактным способом, путем использования информационно-телекоммуникационной сети (включая сеть «Интернет»), с целью извлечения финансовой выгоды от сбыта наркотических средств, под эгидой интернет-магазина &lt;данные изъяты&gt; действующего в сети «Интернет» и интернет-мессенджере &lt;данные изъяты&gt; В состав данной организованной группы входили: - неустановленный организатор – организатор преступлений; - неустановленные «кураторы», использующие в сети «Интернет», в то числе, аккаунты &lt;данные изъяты&gt;&lt;данные изъяты&gt; - исполнители преступлений; - неустановленные «вербовщики», использующие в сети «Интернет» аккаунты &lt;данные изъяты&gt;) – исполнители преступлений; - Ю., Ш., Ц. и ФИО3 - исполнители преступлений. Ю. предоставил в распоряжение организованной группы: - неустановленную банковскую карту, на которую поступало денежное вознаграждение за незаконную преступную деятельность. Ш. предоставил в распоряжение организованной группы: - автомобиль «Honda Insight», с государственным регистрационным знаком № находившийся у него во временном пользовании по договору аренды, - электронные весы, необходимые для взвешивания и фасовки наркотических средств. ФИО3 предоставил в распоряжение организованной группы: - автомобиль «Honda Stepwgn», с государственным регистрационным знаком № находившийся у него во временном пользовании по договору аренды. Обмен информацией между участниками организованной группы в процессе совместной противоправной деятельности носили постоянный, устойчивый и интенсивный характер. В процессе деятельности по незаконному сбыту наркотических средств шла активная связь путем информационно – телекоммуникационных сетей (включая сеть «Интернет») между участниками и организатором организованной группы, что свидетельствует о наличии постоянных устойчивых связей и специфических методах деятельности по подготовке преступлений и их совершению, выразившиеся в значительном числе совершенных преступлений в сфере незаконного оборота наркотиков. Единое руководство данной группой осуществлял неустановленный организатор, под эгидой интернет-магазина &lt;данные изъяты&gt;, которому непосредственно подчинялись «кураторы», использующие в сети «Интернет», в том числе, аккаунты &lt;данные изъяты&gt; «вербовщики», использующие в сети «Интернет» аккаунты &lt;данные изъяты&gt; а также Ю., Ш., Ц. и ФИО3 Данная группа характеризовалась беспрекословным выполнением требований организатора, применением в деятельности группы подробного инструктажа; стабильностью состава, сплоченностью ее членов, так члены организованной группы объединились для совершения одних и тех же преступлений на длительный период времени, поддерживали интенсивную связь между собой посредством глобальной сети «Интернет», узкой преступной специализацией соучастников. Кроме этого, в процессе деятельности организованной группы совершенствовались формы и методы противоправных действий, направленных на сбыт наркотиков, вырабатывались и усваивались соответствующие нормы поведения, надежные способы совершения преступлений, конспиративная система деятельности, которая выражалась в дистанционном незаконном сбыте наркотических средств, исключающий визуальный контакт лиц, сбывающих наркотические средства с их потребителями вследствие использования информационно – телекоммуникационных сетей (включая сеть «Интернет») посредством компьютерной техники и телефонов, путем обмена текстовыми сообщениями в Интернет приложениях &lt;данные изъяты&gt; под вымышленными ник-неймами, установленном в устройствах, исключающей возможность перехвата сообщений правоохранительными органами. Наркотическое средство для удобства незаконного сбыта должно было помещаться в сверток – «закладку», при этом передача наркотического средства должна была происходить через подысканные малозаметные места – тайники, расположенные, в укромных малолюдных местах. Созданная неустановленным лицом, организованная преступная группа характеризовалась своей = устойчивостью, выражающейся в следующем: - в стабильности и постоянстве состава участников организованной группы, рассчитывавших на совместное осуществление преступной деятельности в течение длительного промежутка времени, с единой целью извлечения финансовой выгоды от незаконного сбыта наркотических средств, как основного источника доходов и средств к существованию; - постоянстве форм и методов подготовки и совершения преступлений; - сплоченностью и постоянными связями между соучастниками, действующими совместно и согласованно; = организованностью, выражающуюся в следующем: - распределением ролей среди членов группы и согласованностью в преступных действиях, в соответствии с планом, разработанным неустановленным лицом преступной группы; - предварительным планированием преступлений и наличием единой преступной цели как получение финансовой выгоды от совершения преступлений; - соблюдением членами организованной группы мер конспирации и защиты от правоохранительных органов выражавшейся в механизме бесконтактного сбыта наркотических средств, построенном исключительно на дистанционном общении в сети «Интернет». Использованием криптостойких шифрованных программных продуктов различных версий, в том числе &lt;данные изъяты&gt; - технологии, позволяющей обеспечить одно или несколько соединений поверх другой сети и скрыть свой IP-адрес, приватного мессенджера нового поколения &lt;данные изъяты&gt; с особым способом шифрования, позволяющего проводить анонимную регистрацию, быстро и безопасно обмениваться сообщениями, с использованием вымышленных имен – псевдонимов; - использованием социального сленга и речевых оборотов, искажающих истинный смысл содержания диалогов; - использованием современных электронных платежных инструментов системы моментальных платежей, для производства расчетов. Согласно разработанного неустановленным лицом плана, неустановленный организатор подыскивает каналы поставки наркотических средств. «Кураторы» оборудуют тайники с оптовыми партиями наркотических средств, сведения о которых сообщают «закладчику». «Закладчик» получает из тайника оптовую партию наркотического средства, которые фасует на отдельные свертки с «разовыми дозами» и в последующем размещает в тайники с целью последующей продажи неопределенному кругу лиц, из числа потребителей наркотических средств. «Куратор», получая от закладчиков сведения о виде наркотического средства, его массе и месте нахождения, оборудованных ими тайников с наркотическим средством, указанные сведения и номера электронных счетов, куда необходимо производить оплату за покупку наркотических средств, сохраняет их в приложении &lt;данные изъяты&gt; покупатель желая приобрести наркотическое средство оплачивает покупку на электронный счет, после чего получает сведения о месте нахождения тайника с наркотическим средством. Вербовщик осуществляет поиск и отбор участников в подразделение «закладчиков, курьеров»; осуществляет администрирование, совместно с неустановленными организатором и «кураторами» интернет-магазина, зарегистрированного в мессенджере &lt;данные изъяты&gt; (техническая поддержка, размещение рекламы). В результате, в один из дней января 2024 г. неустановленным лицом под эгидой интернет-магазина &lt;данные изъяты&gt; создана устойчивая организованная группа, действовавшая в &lt;адрес&gt;, которая в период с января 2024 г. до ДД.ММ.ГГГГ, которая осуществляла преступные действия, связанные с незаконным сбытом наркотических средств. В результате проведенных сотрудниками Управления по контролю за оборотом наркотиков Министерства внутренних дел по Республике Бурятия оперативно-розыскных мероприятий Ю., Ш., Ц. и ФИО3 изобличены в совершении следующих преступлений, совершенных в составе организованной преступной группы. Не позднее ДД.ММ.ГГГГ, согласно разработанного плана, неустановленный «куратор», под эгидой интернет-магазина &lt;данные изъяты&gt; осознавая высокую доходность и прибыльность от систематического совершения преступлений в сфере незаконного оборота наркотических средств, действуя незаконно, умышленно, из корыстных побуждений, организованной группой с Ю., Ш., Ц., ФИО3, в целях извлечения финансовой выгоды от незаконного сбыта наркотических средств, бесконтактным способом оборудовал тайник в неустановленном месте на территории г. Иркутска Иркутской области с оптовой партией вещества, являющегося смесью, содержащей в своем составе сильнодействующее вещество трамадол (трамал), а также кофеин, вещество из группы меторфанов,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После чего, не позднее ДД.ММ.ГГГГ ДД.ММ.ГГГГ при неустановленных обстоятельствах передал информацию о месте нахождения наркотического средства участнику организованной группы – Ш., дав указание, организовать перевозку оптовой партии вышеуказанных наркотических средств из &lt;адрес&gt; в &lt;адрес&gt;, где расфасовать на отдельные свертки и оборудовать потайные места с розничными партиями «закладок» с наркотическими средствами, предназначенными для участников организованной группы и непосредственно для неопределенного круга лиц, употребляющих наркотические средства. Около ДД.ММ.ГГГГ ДД.ММ.ГГГГ Ш., являясь участником организованной преступной группы, созданной для совершения незаконных сбытов наркотических средств на территории Республики Бурятия под руководством неустановленного организатора, получив от «куратора» информацию о месте нахождения оптовой партии наркотических средств, согласно отведенной ему роли, действуя умышленно, на автомобиле «Honda Insight» с государственным регистрационным знаком №», направился в &lt;адрес&gt;. В период с ДД.ММ.ГГГГ ДД.ММ.ГГГГ Ш. прибыл к тайнику, оборудованному в неустановленном месте на территории &lt;адрес&gt;, где согласно отведенной ему роли, действуя умышленно, забрал из тайника, т.е. незаконно получил,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предусмотренному для данного вида наркотических средств и вещество, являющееся смесью, содержащей в своем составе наркотическое средство метадон (фенадон, долофин) массой не менее 1,8127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крупному размеру, предусмотренному для данного вида наркотических средств, с целью последующего незаконного сбыта в составе организованной преступной группы под эгидой интернет-магазина «МАКС ГЕРОЙ». В период с ДД.ММ.ГГГГ Ш., продолжая реализовывать совместный прямой преступный умысел, действуя в составе организованной группы, согласно отведенной ему роли незаконно храня при себе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незаконно перевез вышеуказанные наркотические средства из &lt;адрес&gt; в &lt;адрес&gt; на указанном автомобиле «Honda Insight». В период с ДД.ММ.ГГГГ ДД.ММ.ГГГГ, более точное время не установлено, Ш. и Ю., находясь в арендованной квартире по адресу: &lt;адрес&gt;», &lt;адрес&gt;.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в удобную для сбыта упаковку: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1 отдельный сверток, массой не менее 0,3121 г., предназначенный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2 отдельных свертка массами не менее 0,2006 г., 0,2966 г., предназначенные для незаконного сбыта неопределенному кругу потребителей наркотических средств, которые незаконно хранили при себе с целью последующего незаконного сбыта организованной преступной группой. Оставшуюся часть вещества, являющегося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продолжили незаконно хранить при неустановленных обстоятельствах в &lt;адрес&gt;. В период с ДД.ММ.ГГГГ ДД.ММ.ГГГГ Ш. и Ю., находясь в неустановленном месте в &lt;адрес&gt;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в удобную для сбыта упаковку отдельные свертки: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5 отдельных свертков, массами не менее 0,4292 г., 0,3280 г., 0,3654 г., 0,4097 г., 0,3133 г., предназначенные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4 отдельных свертков массами не менее 0,2975 г., 0,2422 г., 0,4644 г., 0,3114 г., предназначенные для незаконного сбыта неопределенному кругу потребителей наркотических средств, которое незаконно хранили при себе с целью последующего незаконного сбыта организованной преступной группой. ДД.ММ.ГГГГ около ДД.ММ.ГГГГ Ю., Ш. и ФИО3, действуя каждый умышленно в составе организованной группы, согласно отведенной им роли, из корыстных побуждений, на автомобиле "Honda Stеpwgn» с государственным регистрационным знаком № под управлением ФИО3 приехали в &lt;адрес&gt;&lt;адрес&gt; с целью оборудования тайников с наркотическими средствами, предназначенными для незаконного сбыта неопределенному кругу лиц. ДД.ММ.ГГГГ в ДД.ММ.ГГГГ ФИО3, незаконно храня при себе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не менее 0,4292 г., прибыл на участок местности, расположенный в около 35 метрах в западном направлении от &lt;адрес&gt; Республики Бурятия, где в земле оборудовал тайник, куда поместил «закладку» - полимерный сверток с веществом, являющимся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не менее 0,4292 г., включенный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ДД.ММ.ГГГГ №. В это время, Ю. из автомобиля сфотографировал место тайника, сохранив фотографию и географические координаты тайника с наркотическим средством в мобильном телефоне, а Ш. наблюдал за окружающей обстановкой, в случае появления посторонних лиц или сотрудников полиции должен был предупредить ФИО3, обеспечив тем самым условия для совершения преступления. После чего, ФИО3, Ш., Ю. сообщили адрес тайника посредством сети «Интернет» в Интернет приложениях &lt;данные изъяты&gt; или &lt;данные изъяты&gt; неустановленному куратору, а также отправили фотографию тайника, создав тем самым условия для сбыта указанного наркотического средства неопределенному кругу лиц, с которыми ранее не было договоренности о сбыте наркотического средства. Однако, ФИО2, Ш., Ю., и неустановленные лица, преступление до конца не довели, по независящим от них обстоятельствам, так как ДД.ММ.ГГГГ в период с 19 часов 57 минут до 20 часов 08 минут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0,4292 г., было изъято из тайника, на участке местности, расположенном в около 35 метрах в западном направлении от &lt;адрес&gt; Республики Бурятия сотрудниками УНК МВД по Республики Бурятия в ходе проведения оперативно-розыскного мероприятия «Обследование помещений, зданий, сооружений, участков местности и транспортных средств». Кроме того, не позднее ДД.ММ.ГГГГ, согласно разработанного плана, неустановленный «куратор», под эгидой интернет-магазина «МАКС ГЕРОЙ», осознавая высокую доходность и прибыльность от систематического совершения преступлений в сфере незаконного оборота наркотических средств, действуя незаконно, умышленно, из корыстных побуждений, организованной группой с Ю., Ш., Ц., ФИО1, в целях извлечения финансовой выгоды от незаконного сбыта наркотических средств, бесконтактным способом оборудовал тайник в неустановленном месте на территории &lt;адрес&gt; с оптовой партией вещества, являющегося смесью, содержащей в своем составе сильнодействующее вещество трамадол (трамал), а также кофеин, вещество из группы меторфанов,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После чего, не позднее ДД.ММ.ГГГГ ДД.ММ.ГГГГ при неустановленных обстоятельствах передал информацию о месте нахождения наркотического средства участнику организованной группы – Ш., дав указание, организовать перевозку оптовой партии вышеуказанных наркотических средств из &lt;адрес&gt; в &lt;адрес&gt;, где расфасовать на отдельные свертки и оборудовать потайные места с розничными партиями «закладок» с наркотическими средствами, предназначенными для участников организованной группы и непосредственно для неопределенного круга лиц, употребляющих наркотические средства. Около ДД.ММ.ГГГГ ДД.ММ.ГГГГ Ш., являясь участником организованной преступной группы, созданной для совершения незаконных сбытов наркотических средств на территории Республики Бурятия под руководством неустановленного организатора, получив от «куратора» информацию о месте нахождения оптовой партии наркотических средств, согласно отведенной ему роли, действуя умышленно, на автомобиле «Honda Insight» с государственным регистрационным знаком №, направился в &lt;адрес&gt;. В период с ДД.ММ.ГГГГ ДД.ММ.ГГГГ Ш. прибыл к тайнику, оборудованному в неустановленном месте на территории &lt;адрес&gt;, где согласно отведенной ему роли, действуя умышленно, забрал из тайника, т.е. незаконно получил,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предусмотренному для данного вида наркотических средств и вещество, являющееся смесью, содержащей в своем составе наркотическое средство метадон (фенадон, долофин) массой не менее 1,8127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крупному размеру, предусмотренному для данного вида наркотических средств, с целью последующего незаконного сбыта в составе организованной преступной группы под эгидой интернет-магазина &lt;данные изъяты&gt; В период с ДД.ММ.ГГГГ ДД.ММ.ГГГГ Ш., продолжая реализовывать совместный прямой преступный умысел, действуя в составе организованной группы, согласно отведенной ему роли незаконно храня при себе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незаконно перевез вышеуказанные наркотические средства из &lt;адрес&gt; в &lt;адрес&gt; на указанном автомобиле «Honda Insight». В период с ДД.ММ.ГГГГ ДД.ММ.ГГГГ, более точное время не установлено, Ш. и Ю., находясь в арендованной квартире по адресу: &lt;адрес&gt;&lt;адрес&gt;.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в удобную для сбыта упаковку: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1 отдельный сверток, массой не менее 0,3121 г., предназначенный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2 отдельных свертка массами не менее 0,2006 г., 0,2966 г., предназначенные для незаконного сбыта неопределенному кругу потребителей наркотических средств, которые незаконно хранили при себе с целью последующего незаконного сбыта организованной преступной группой. Оставшуюся часть вещества, являющегося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продолжили незаконно хранить при неустановленных обстоятельствах в &lt;адрес&gt;. В период с 12 ДД.ММ.ГГГГ ДД.ММ.ГГГГ Ш. и Ю., находясь в неустановленном месте в &lt;адрес&gt;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в удобную для сбыта упаковку отдельные свертки: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5 отдельных свертков, массами не менее 0,4292 г., 0,3280 г., 0,3654 г., 0,4097 г., 0,3133 г., предназначенные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4 отдельных свертков массами не менее 0,2975 г., 0,2422 г., 0,4644 г., 0,3114 г., предназначенные для незаконного сбыта неопределенному кругу потребителей наркотических средств, которое незаконно хранили при себе с целью последующего незаконного сбыта организованной преступной группой. ДД.ММ.ГГГГ около ДД.ММ.ГГГГ Ю., Ш. и ФИО3, действуя каждый умышленно в составе организованной группы, согласно отведенной им роли, из корыстных побуждений, на автомобиле "Honda Stеpwgn» с государственным регистрационным знаком № под управлением ФИО3 приехали в &lt;адрес&gt;&lt;адрес&gt; с целью оборудования тайников с наркотическими средствами, предназначенными для незаконного сбыта неопределенному кругу лиц. ДД.ММ.ГГГГ в ДД.ММ.ГГГГ, Ш. незаконно храня при себе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не менее 0,4097 г., прибыл на участок местности, расположенный в около 20 метрах в юго-западном направлении от &lt;адрес&gt; Республики Бурятия, для оборудования тайника с наркотическим средством. ДД.ММ.ГГГГ в ДД.ММ.ГГГГ, Ш., находясь в том же месте, оборудовал тайник, расположенный на участке местности в 20 метрах в юго-западном направлении от &lt;адрес&gt; Республики Бурятия, куда поместили «закладку» - полимерный сверток с веществом, являющимся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0,4097 г., включенным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ДД.ММ.ГГГГ №. В это время ФИО2, находясь рядом, наблюдал за окружающей обстановкой, в случае появления посторонних лиц или сотрудников полиции должен был предупредить Ш., обеспечив тем самым условия для совершения преступления, а Ю. из автомобиля сфотографировал место тайника, сохранив фотографию и координаты тайника с наркотическим средством в мобильном телефоне. После чего, ФИО3, Ш., Ю. сообщили адрес тайника посредством сети «Интернет» в интернет-приложении &lt;данные изъяты&gt; неустановленному куратору, а также отправили фотографию тайника через указанное приложение, создав тем самым условия для сбыта указанного наркотического средства неопределенному кругу лиц, с которыми ранее не было договоренности о сбыте наркотического средства. Однако, ФИО3, Ш., Ю., и неустановленные лица, преступление до конца не довели, по независящим от них обстоятельствам, так как ДД.ММ.ГГГГ в период с ДД.ММ.ГГГГ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0,4097 г. было изъято из тайника, расположенного на участке местности в около 20 метрах в юго-западном направлении от &lt;адрес&gt; сотрудниками ОНК О МВД по Селенгинскому району Республики Бурятия в ходе проведения оперативно-розыскного мероприятия «Обследование помещений, зданий, сооружений, участков местности и транспортных средств». Кроме того, не позднее ДД.ММ.ГГГГ, согласно разработанного плана, неустановленный «куратор», под эгидой интернет-магазина &lt;данные изъяты&gt; осознавая высокую доходность и прибыльность от систематического совершения преступлений в сфере незаконного оборота наркотических средств, действуя незаконно, умышленно, из корыстных побуждений, организованной группой с Ю., Ш., Ц., ФИО3, в целях извлечения финансовой выгоды от незаконного сбыта наркотических средств, бесконтактным способом оборудовал тайник в неустановленном месте на территории &lt;адрес&gt; с оптовой партией вещества, являющегося смесью, содержащей в своем составе сильнодействующее вещество трамадол (трамал), а также кофеин, вещество из группы меторфанов,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После чего, не позднее ДД.ММ.ГГГГ ДД.ММ.ГГГГ при неустановленных обстоятельствах передал информацию о месте нахождения наркотического средства участнику организованной группы – Ш., дав указание, организовать перевозку оптовой партии вышеуказанных наркотических средств из &lt;адрес&gt; в &lt;адрес&gt;, где расфасовать на отдельные свертки и оборудовать потайные места с розничными партиями «закладок» с наркотическими средствами, предназначенными для участников организованной группы и непосредственно для неопределенного круга лиц, употребляющих наркотические средства. Около ДД.ММ.ГГГГ ДД.ММ.ГГГГ Ш., являясь участником организованной преступной группы, созданной для совершения незаконных сбытов наркотических средств на территории Республики Бурятия под руководством неустановленного организатора, получив от «куратора» информацию о месте нахождения оптовой партии наркотических средств, согласно отведенной ему роли, действуя умышленно, на автомобиле «Honda Insight» с государственным регистрационным знаком «№», направился в &lt;адрес&gt;. В период с ДД.ММ.ГГГГ ДД.ММ.ГГГГ Ш. прибыл к тайнику, оборудованному в неустановленном месте на территории &lt;адрес&gt;, где согласно отведенной ему роли, действуя умышленно, забрал из тайника, т.е. незаконно получил,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значительному размеру, предусмотренному для данного вида наркотических средств и вещество, являющееся смесью, содержащей в своем составе наркотическое средство метадон (фенадон, долофин) массой не менее 1,8127 г., что в соответствии с постановлением Правительства РФ от 01.10.2012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крупному размеру, предусмотренному для данного вида наркотических средств, с целью последующего незаконного сбыта в составе организованной преступной группы под эгидой интернет-магазина &lt;данные изъяты&gt; В период с ДД.ММ.ГГГГ ДД.ММ.ГГГГ Ш., продолжая реализовывать совместный прямой преступный умысел, действуя в составе организованной группы, согласно отведенной ему роли незаконно храня при себе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незаконно перевез вышеуказанные наркотические средства из &lt;адрес&gt; в &lt;адрес&gt; на указанном автомобиле «Honda Insight». В период с ДД.ММ.ГГГГ ДД.ММ.ГГГГ до ДД.ММ.ГГГГ ДД.ММ.ГГГГ, более точное время не установлено, Ш. и Ю., находясь в арендованной квартире по адресу: &lt;адрес&gt;&lt;адрес&gt;.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2,1577 г. и вещество, являющееся смесью, содержащей в своем составе наркотическое средство метадон (фенадон, долофин) массой не менее 1,8127 г., в удобную для сбыта упаковку: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1 отдельный сверток, массой не менее 0,3121 г., предназначенный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2 отдельных свертка массами не менее 0,2006 г., 0,2966 г., предназначенные для незаконного сбыта неопределенному кругу потребителей наркотических средств, которые незаконно хранили при себе с целью последующего незаконного сбыта организованной преступной группой. Оставшуюся часть вещества, являющегося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продолжили незаконно хранить при неустановленных обстоятельствах в &lt;адрес&gt;. В период с 12 ДД.ММ.ГГГГ ДД.ММ.ГГГГ Ш. и Ю., находясь в неустановленном месте в &lt;адрес&gt; расфасовали привезенное Ш. вещество, являющееся смесью, содержащей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массой не менее 1,8456 г. и вещество, являющееся смесью, содержащей в своем составе наркотическое средство метадон (фенадон, долофин) массой не менее 1,3155 г., в удобную для сбыта упаковку отдельные свертки: - смесь, содержащую в своем составе сильнодействующее вещество трамадол (трамал), а также кофеин, вещество из группы меторфанов и наркотическое средство диацетилморфин (героин) в не менее чем 5 отдельных свертков, массами не менее 0,4292 г., 0,3280 г., 0,3654 г., 0,4097 г., 0,3133 г., предназначенные для незаконного сбыта неопределенному кругу потребителей наркотических средств, - смесь, содержащую в своем составе наркотическое средство метадон (фенадон, долофин) в не менее чем 4 отдельных свертков массами не менее 0,2975 г., 0,2422 г., 0,4644 г., 0,3114 г., предназначенные для незаконного сбыта неопределенному кругу потребителей наркотических средств, которое незаконно хранили при себе с целью последующего незаконного сбыта организованной преступной группой. ДД.ММ.ГГГГ около ДД.ММ.ГГГГ Ю., Ш. и ФИО3, действуя каждый умышленно в составе организованной группы, согласно отведенной им роли, из корыстных побуждений, на автомобиле "Honda Stеpwgn» с государственным регистрационным знаком № под управлением ФИО3 приехали в &lt;адрес&gt;&lt;адрес&gt; с целью оборудования тайников с наркотическими средствами, предназначенными для незаконного сбыта неопределенному кругу лиц. ДД.ММ.ГГГГ в &lt;данные изъяты&gt;, ФИО2 незаконно храня при себе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не менее 0,3654 г., прибыл на участок местности, расположенный в около 25 метрах в юго-западном направлении от &lt;адрес&gt; Республики Бурятия, для оборудования тайника с наркотическим средством. ДД.ММ.ГГГГ в ДД.ММ.ГГГГ, находясь в том же месте, ФИО3 оборудовал тайник, расположенный на участке местности, расположенном в около 25 метрах в юго-западном направлении от &lt;адрес&gt;&lt;адрес&gt;, куда поместили «закладку» - полимерный сверток с веществом, являющимся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0,3654 г., включенным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30.06.1998 №681. В это время, Ш. находился рядом, наблюдая за окружающей обстановкой, в случае появления посторонних лиц или сотрудников полиции должен был предупредить ФИО3 обеспечив тем самым условия для совершения преступления, а Ю. из автомобиля сфотографировал место тайника, сохранив фотографию и координаты тайника с наркотическим средством в мобильном телефоне. После чего, ФИО3, Ш., Ю. сообщили адрес тайника посредством сети «Интернет» в интернет-приложениях &lt;данные изъяты&gt; неустановленному куратору, а также отправили фотографию тайника через указанное приложение, создав тем самым условия для сбыта указанного наркотического средства неопределенному кругу лиц, с которыми ранее не было договоренности о сбыте наркотического средства. Однако, ФИО3, Ш., Ю. и неустановленные лица, преступление до конца не довели, по независящим от них обстоятельствам, так как ДД.ММ.ГГГГ в период с ДД.ММ.ГГГГ вещество, являющееся смесью, содержащей в своем составе сильнодействующее вещество – трамадол, а также кофеин, вещество из группы меторфанов и наркотическое средство диацетилморфин (героин) массой 0,3654 г., было изъято из тайника, расположенного в около 25 метрах в юго-западном направлении от &lt;адрес&gt;&lt;адрес&gt; сотрудниками ОНК О МВД по &lt;адрес&gt; Республики Бурятия в ходе проведения оперативно-розыскного мероприятия «Обследование помещений, зданий, сооружений, участков местности и транспортных средств». Кроме того, не позднее ДД.ММ.ГГГГ ДД.ММ.ГГГГ, более точные, дата и время не установлены, у ФИО3, находящегося в неустановленном месте, заведомо знающего о том, что наркотические средства запрещены в гражданском обороте на территории Российской Федерации, а их незаконный оборот является уголовно-наказуемым деянием, возник умысел на приобретение и хранение наркотических средств в крупном размере с целью их дальнейшего незаконного сбыта. Реализуя свой преступный умысел ФИО3 не позднее ДД.ММ.ГГГГ, более точные, дата, время, находясь в неустановленном месте, незаконно приобрел и хранил по месту своего жительства: &lt;адрес&gt;, наркотическое вещество, являющееся смесью, содержащей в своем составе кофеин и наркотическое средство диацетилморфин (героин) массой не менее 9,0558 г., что в соответствии с постановлением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относится к крупному размеру, предусмотренному для данного вида наркотических средств. Вместе с тем, преступные действия ФИО3, направленные на сбыт наркотических средств в крупном размере, не были доведены до конца, по независящим от него обстоятельствам, так как ДД.ММ.ГГГГ ФИО3 задержан сотрудниками правоохранительных органов в ходе проведения ОРМ «Наблюдение», а вещество, содержащее в своем составе кофеин и наркотическое средство диацетилморфин (героин) массой 9,0558 г., изъято из незаконного оборота в период с ДД.ММ.ГГГГ ДД.ММ.ГГГГ, в ходе проведения обыска в жилище у ФИО3 по адресу: &lt;адрес&gt;. Подсудимый ФИО3 вину в предъявленном обвинении в совершении преступлений, предусмотренных ч.3 ст. – п.«а» ч.4 ст. 228.1 , ч.3 ст. – п.«а» ч.4 ст. 228.1 , ч.3 ст. – п.«а» ч.4 ст. 228.1 УК РФ , признал частично, поскольку он не согласен с обвинением в части квалифицирующего признака преступлений «в составе организованной группы». В содеянном раскаивается, показал, что в феврале 2024 г. ему (ФИО4) позвонил знакомый по имени Комрон и предложил работу, о сути которой он не разъяснял, но он (ФИО4) сразу отказался. Ранее он был знаком с Ю., в апреле 2024 г. ему стало известно, что Ю. занимается закладкой наркотиков. Об этом он узнал от их общего знакомого Комрона по телефонному разговору, который позвонил ему (ФИО4) и предложил работу закладчиком наркотиков, но он (ФИО4) отказался, тогда Комрон рассказал ему, что Ю. занимается такой работой. После этого он (ФИО4) встретился с Ю., они поговорили и Ю. признался, что занимается закладками наркотиков. Тогда же Ю. сказал ему, что Ш. занимается закладками наркотических средств вместе с ним. С Ю. и Ш. он был знаком примерно с 2021 г. Ю. называл Комрона «Ахи», что в переводе означает «Брат». «Комрон» и «Ахи» это одно и тоже лицо. ДД.ММ.ГГГГ он подвозил Ю., его жену и ребенка в поликлинику. Ю. сообщил ему о том, что у них сломалась машина и предложил съездить в &lt;адрес&gt; с целью разложить наркотики, сказав фразу о том, что «движение есть», что подразумевало закладку наркотиков, он (ФИО4) согласился, при этом подробности они не обсуждали. Он согласился поехать в &lt;адрес&gt; для закладки наркотиков с целью заработать деньги, он понимал, что данная деятельность является незаконной. ДД.ММ.ГГГГ он (ФИО4) забрал Ш. на &lt;адрес&gt;, а Ю. забрал на &lt;адрес&gt; в &lt;адрес&gt;, и около ДД.ММ.ГГГГ они поехали в &lt;адрес&gt; на арендованной им машине «Степвагон», он управлял машиной. С Ш. он был ранее знаком. По дороге Ю. рассказал ему (ФИО4) о том, что он (ФИО4) будет делать закладкам, а Ю. будет фотографировать, при этом сказал, что нужно закопать, чтобы не видно было. Они все были в роли закладчиков. Он впервые занимался закладкой наркотиков. Когда они заехали в &lt;адрес&gt;, в послеобеденное время, точное время не помнит, то на одной из улиц он (ФИО4) первым вышел из машины и заложил у забора закладку с наркотиком, упакованное в синюю изоленту в виде свертка, которое ему ранее передал Ю. Ю. сфотографировал из машины, Ш. из машины не выходил. Затем, они поехали дальше, на второй улице из машины вышли он (ФИО4) и Ш., он чинил сломавшийся бампер у машины, Ш. заложил наркотики, Ю. из машины сделал фото. Далее они поехали, он (ФИО4) сидел в машине, Ш. вышел, положил сверток с наркотиками, Ю. вновь сфотографировал. Все их действия были согласованы, по дороге в &lt;адрес&gt; они все обсудили. В тот день они сделали еще около 30-40 подобных действий в &lt;адрес&gt;. Он (ФИО4) за данные действия получил за дорогу - 3000 рублей и 6000 рублей за сломанный бампер. Остальные деньги Ю. и Ш. поделили между собой. Свертки с наркотиками для закладок выдавал им Ю., он не знает о том, какой именно наркотик был в свертках. В конце мая или начале июня 2024 г. Ю. еще раз предлагал ему (ФИО4) заняться закладками наркотиков, но он отказался. В квартире по адресу: &lt;адрес&gt;3, проживает его сожительница Свидетель №8. Они знакомы с января 2024 г., они были в отношениях, встречались. У него имелся ключ от квартиры ФИО40 ДД.ММ.ГГГГ ФИО5 уехала домой к маме, в квартире никого не было. Она написала ему смс, чтобы я забрал нужные вещи, так как туда приедет ее сестра с племянником. После этого он забрал из квартиры нужные ему вещи. После этого дня он в квартире по указанному адресу не был. ДД.ММ.ГГГГ Свидетель №8 забрала меня из дома по &lt;адрес&gt;, и они поехали к ней домой, возле ее дома около ДД.ММ.ГГГГ его задержали. К ним подошли Свидетель №14 и ФИО49, в квартиру они так и не зашли, в руках у него были пакеты, одежда та, что я забрал из дома. Далее они с сотрудниками разговаривали в машине, затем поехали на &lt;адрес&gt;, туда приехали понятые. Его стали досматривать, его сумки, одежду, затем они поехали к следователю, там его допросили и поехали на обыск в квартиру по &lt;адрес&gt;, там ничего не изымали, затем поехали в квартиру по адресу: &lt;адрес&gt;3. Зашли, им все объяснили, разъяснили все права. Начали обыск с кухни, все были в кухне, потом он с Апанович пошли в сан.узел, затем в ванную, Свидетель №14 пошел в зал, он (ФИО4) потом пошел за ним в зал, а Апанович пошел в спальню, ФИО50 с Свидетель №14 разделились, Свидетель №12 остался в кухне, заполнял бумаги и писал протокол с ФИО40 Когда он с Свидетель №14, и с понятыми были в зале, Апанович позвал его в спальню, он подошел и увидел, что у ФИО51 в руках была белая кофта «худи». Затем ФИО52 позвал в комнату всех остальных и показал всем кофту. Когда все зашли, кофта уже лежала на кровати. Апанович сказал, что нашел эту кофту в шкафу. В кофте был обнаружен сверток из синей изоленты. Свидетель №12 предположил, что внутри свертка могут быть наркотические средства. Он (ФИО2) ранее этот сверток не видел. Его (ФИО4) кофту в шкаф положила ФИО40 после стирки. Он эту кофту после не брал, в нее ничего не ложил. Данная кофта принадлежит ему, но сверток ему не принадлежит. Ни он, ни ФИО40 не употребляют наркотики и он не знает, откуда сверток появился в его кофте. Допускает, что сверток в кофту подкинул ФИО53 Он отказался от услуг защитника при проведении обыска в квартире ФИО40, поскольку знал, что у него не имеется никаких запрещенных предметов. Про телеграмм-магазин «Макс герой» он не знал и узнал о нем только из материалов дела. С Ц. он не знаком. Сотрудники правоохранительных органов по данному уголовному делу какого-либо физического или психологического давления не оказывали. Он никогда не употреблял наркотическое средство «Героин», наркотической зависимости у него не имеется. По ходатайству государственного обвинителя в порядке п.3 ч.1 ст. 276 УПК РФ оглашены показания подсудимого ФИО3, данные им ДД.ММ.ГГГГ в ходе предварительного расследования при допросе в качестве подозреваемого (т.5 л.д. 34-38), из которых следует, что он проживает с родителями по адресу: &lt;адрес&gt;, также иногда он ночует у своей девушки ФИО40, проживающей по адресу: &lt;адрес&gt;. По существу подозрения в покушении на сбыт наркотических средств показал, что у него есть знакомый по имени ФИО54 таджик по национальности, с которым они познакомились около 2-х лет. Так, Комрон ранее работал охранником в клубе &lt;данные изъяты&gt; где он с ним и познакомились. Общение сложилось доверительное, иногда вместе с ФИО55 они употребляли наркотики из конопли. Другие виды наркотиков он не пробовал и не употребляет. В конце ноября – начале декабря 2023 г. он видел ФИО56 в последний раз, после ФИО57 депортировали из страны. В один из дней февраля 2024 г., точной даты не помнит, но до 17 числа, ему по телефону в &lt;данные изъяты&gt; позвонил ФИО58, который в ходе разговора рассказал ему, что, находясь в России, он ФИО59) занимался «закладками», то есть торговлей наркотиками посредством «закладок». ФИО60 рассказал ему об этой работе и сказал, что он тоже может этим заняться, что за одну «закладку» он будет получать по 400 рублей. Он (ФИО4) отказался, так как не хотел заниматься деятельностью, связанной с распространением наркотиков. В конце апреля или в начале мая 2024 г. ему снова позвонил ФИО61 через &lt;данные изъяты&gt; и вновь предложил заняться «закладками», пояснял, что и их друг и общий знакомый - Ю., с которым они знакомы с 2021 года, тоже занимается «закладками», то есть делает тайники с наркотиками, которые продает потребителям. В марте 2024 г. его (ФИО4) признали нелегалом и заставили выехать из России, ему нужны были деньги для того, чтобы выехать в Киргизию. В начале мая 2024 г. он созвонился с Ю., они говорили о работе, о «закладках». После данного разговора, в один из дней в мае 2024 г., он размышляя над тем как найти заработок и решил заняться вместе с ФИО62 и с Ю., сбытом наркотиков через оборудование закладок. Так, ДД.ММ.ГГГГ он (ФИО4), находясь дома по адресу: &lt;адрес&gt;, позвонил Ю. и сказал ему, что если он собирается «двигаться», под чем он понимал заниматься закладками наркотических средств, что бы он (Ю.) взял его (ФИО4). В тот же день он встретился с Ю. у кафе &lt;данные изъяты&gt; по &lt;адрес&gt; Он (ФИО4) передвигался на арендованном автомобиле «Хонда Стэпвагн», который перед этим арендовал на «Авторынке», для собственных нужд не связанных с распространением наркотиков. В ходе разговора Ю., предложил ему съездить и раскидать, как он понял оборудовать тайники с наркотическими средствами, он сказал, что также с ними поедет их общий знакомый Ш., который ранее был знаком ему. То есть в этот момент он понял, что Ш. также занимается сбытом наркотических средств, Ю. пояснил, что нужно съездить в &lt;адрес&gt; по заданию &lt;данные изъяты&gt; сделать «закладки», но кто такой &lt;данные изъяты&gt;» он не понимал. Поскольку ему нужны были деньги, он предложил Ю. свозить его и Ш. в &lt;адрес&gt;, они не обозначали сумму денежных средств, которые он получит, но он понимал, что те заплатят ему, но точную сумму не обговаривали. Затем они заехали за Ш., проживающим на &lt;адрес&gt;. После чего они выехали в &lt;адрес&gt;, приехали в &lt;адрес&gt; примерно в 16-17 часов. В ту поездку он сидел за рулем, «закладки» делали в тот день они втроем: он, Ю. и Ш. Первую «закладку» он выходил из автомобиля и клал вдоль забора в &lt;адрес&gt;. Сам он место закладки не фотографировал, отчет с координатами тоже, это все делали Ю. и Ш., он даже не знает куда именно они скидывали данные с закладками, с их слов он понимал, что «&lt;данные изъяты&gt; но кого они так называют он не знал. Далее, чтобы было быстрее, они решили не выходить и класть «закладки» на землю, а кидать их из автомобиля, поскольку Ш. и Ю. сказали, что ранее уже так делали, уверили его, что все хорошо. За ту поездку Ю. перевел ему 9 000 рублей. Дополняет, что он не сможет показать место в &lt;адрес&gt;, где осуществлял закладку, так как бывал там до этого времени не часто, само место не запоминал, так как нервничал, все делал быстро, никаких координат не записывал и отчет с месторасположением не оформлял. Больше с того времени он сбытом наркотических средств не занимался. В том, что он занимался распространением наркотиков признает полностью, вину осознает, в содеянном раскаивается. Оглашенные показания подсудимый ФИО3 не подтвердил, показав, что такие показания он дал следователю по совету оперативных сотрудников, которые сказали ему «давай так будем писать, тебе легче будет», он дал показания по их совету, подписав их, поскольку находился в шоковом состоянии, при этом никакого давления со стороны сотрудников на него не оказывалось. Из оглашенного протокола очной ставки между ФИО3 и Ю. от ДД.ММ.ГГГГ, следует, что Ю. подтвердил, что ему со слов самого ФИО3 известно, что тот работал закладчиком на «ФИО63 с ДД.ММ.ГГГГ. ФИО4 ездил с ним и Ш. закладывать наркотики один раз – ДД.ММ.ГГГГ в &lt;адрес&gt;, в тот день они раскладывали наркотики из партии, привезенной Ш. ДД.ММ.ГГГГ из &lt;адрес&gt;. (т.5 л.д. 52-58). Из оглашенного протокола проверки показаний на месте от ДД.ММ.ГГГГ, следует, что в ходе проверки показания на месте Ю., в целях активного способствования раскрытию и расследованию преступлений, совершенных им, изобличению и уголовному преследованию иных лиц, показал места, где он оборудовал тайники с наркотическими средствами на территории &lt;адрес&gt; (т.4 л.д.236-245). Из оглашенного протокола проверки показаний на месте от ДД.ММ.ГГГГ, следует, что обвиняемый Ц. показал места, расположенные в &lt;адрес&gt;, где он заложил закладку с наркотическими веществами (т.4 л.д.115-117). Из оглашенного протокола допроса Ц. в качестве подозреваемого от ДД.ММ.ГГГГ следует, что во время прохождения службы в армии с ДД.ММ.ГГГГ познакомился с Ю., с которым сложились дружеские отношения и они продолжили общение после службы в армии. Примерно в январе или ДД.ММ.ГГГГ, Ю. приехал к его дому и предложил ему заняться закладкой наркотиков. Ю. сказал, что работает в большой организации и у них все отлажено, есть куратор и т.д., что сам он работает уже на протяжении года и зарабатывает очень хорошие деньги. Первоначально Ц. отказался от работы, но в конце ДД.ММ.ГГГГ когда у него было трудное материальное положение, он вспомнил про предложение Ю. заниматься закладкой наркотиков и в этот же день позвонил тому и согласился работать. После чего они встретились у дома Ю., где последний сказал ему что пока он учится, будет работать от его имени и докладывать обо всем куратору &lt;данные изъяты&gt; Ю. передал ему первую партию с десятью свертками наркотика «метадон», он ему объяснил, что работа будет заключаться в оборудовании тайников с наркотическими средствами, то есть мне предлагалось выполнение роли «закладчика», он пояснил, что они будут работать в интернет-магазине в «Телеграм», название которого он не знал, через куратора &lt;данные изъяты&gt; Стажировку от имени Ю. он проходил на протяжении нескольких дней, тогда денежные средства куратор «Ахи» переводил на карту Ю., а тот отдавал ему наличными средствами или посредством переводов на его банковскую карту АО «Тинькофф банк», пока он проходил стажировку он получал 4000 за 10 разовых доз наркотика. Так, в конце ДД.ММ.ГГГГ он получил от Ю. 10 разовых доз наркотика, которые заложил в &lt;адрес&gt;, а именно в &lt;адрес&gt;, как они и договаривались фотографии тайников закладок сделанные через приложение &lt;данные изъяты&gt; для обозначения геопозиции, которые он скидывал Ю., а тот уже куратору &lt;данные изъяты&gt; который за проделанную работу отправлял деньги Ю., а тот уже ему наличными или переводом. Также он хочет рассказать, что в мае 2024 г. Ю. передавал ему наркотик «метадон», который он небольшими партиями по указанию «Ахи» раскладывал в &lt;адрес&gt;. Также ему известно, что примерно раз в месяц Ю. и их общий друг Ш. ездили в Иркутск за оптовыми партиями наркотиков. Он знает, что Ш. взял под выкуп машину марки «Хонда Инсайт», на которой по указанию &lt;данные изъяты&gt; совместно с Ю. занимался распространением наркотиков путем заложения тайников закладок. Ему известно, что из всех знакомых ему лиц, самым главным был &lt;данные изъяты&gt; он куратор интернет магазина, он давал им указания как и что делать, курировал закладчиков, снабжал новыми партиями наркотиков, переводил им за их работу денежные средства, занимался интернет магазином. Ю. был также закладчиком наркотиков. За все время работы в магазине он заработал около 100 000 рублей, которые он потратил на личные расходы (т.4 л.д.104-109). Из оглашенного протокола допроса Ш., в качестве обвиняемого от ДД.ММ.ГГГГ, следует, что среди его знакомых есть Ю. и Ц., с которыми он проходил воинскую службу по контракту, поддерживал приятельские отношения. В ДД.ММ.ГГГГ он в ходе одной из встреч с Ю., где именно это было он не помнит, Ю. ему рассказал, что работает «закладчиком» наркотических средств, он имел представление о данной работе, поэтому знал, что Ю. осуществляет тайники с наркотиками. В это же время Ю. предложил ему работать вместе «закладчиком». В начале ДД.ММ.ГГГГ испытывая материальные трудности, он согласился на предложение Ю. Тогда же Ю. ему сказал, что нужно прятать свертки с наркотиками – «закладки» в укромные места, фотографировать место закладки, с помощью приложения присваивать географические координаты и отправлять их Ю. Они всегда работали вместе, т.е. вместе фасовали, затем вместе раскладывали. Так они работали около 1 месяца, после чего Ю. его познакомил с ФИО64 которого он никогда и не видел, общались только по телефону, после чего сказал, что фотографии закладок он должен скидывать непосредственно «Комрону». Так в апреле 2024 г., не исключает, что ДД.ММ.ГГГГ он на автомобиле «Honda Insight» по указанию «Комрона» поехал в &lt;адрес&gt; за оптовой партией наркотических средств. Вечером выехал в Иркутск, там он был утром, где в районе &lt;данные изъяты&gt; забрал из тайника партию с наркотическом средством, которую привез в &lt;адрес&gt;. В &lt;адрес&gt; наркотики хранил в автомобиле несколько дней. После чего они с Ю. сняли посуточно квартиру, где расфасовывали наркотики на разовые дозы, там были метадон и героин, фасовали они примерно по 0,3-0,4 грамма. В период с ДД.ММ.ГГГГ, то есть с момента как он привез партию из &lt;адрес&gt; до момента задержания, он и Ю. раскладывали закладки в &lt;адрес&gt; и &lt;адрес&gt;. За время работы он узнал, что закладчиком работает также Ц. ему работать «закладчиком» предложил также Ю. Ц. получал уже расфасованные партии и раскладывал их для потребителей. Он знал, что наркотики они раскладывают для продажи через интернет-магазин, название которого он не знает. Так в начале мая 2024 г. он и Ю. разложили наркотики в подъездах домов по &lt;адрес&gt; и &lt;адрес&gt;. В середине ДД.ММ.ГГГГ примерно он и Ю. разложили наркотики по &lt;адрес&gt; правило он был за рулем подвозил Ю., а тот уже заходил в подъезд и оборудовал тайники, фотографировал, он находился рядом с подъездом в автомобиле, наблюдал за окружающей обстановкой. ДД.ММ.ГГГГ он и Ю. собирались ехать в Гусиноозерск, где должны были разложить около 30 закладок, в день выезда у него сломался автомобиль. В это время ФИО4 позвонил Ю. и сказал, что увезет их в &lt;адрес&gt;. Затем ФИО4 приехал забрал его от дома, ФИО4 был на автомобиле «Honda Stepwgn», после чего они забрали Ю. и поехали в &lt;адрес&gt;, приехали около 16-17 часов, разложили там закладки в частном секторе, после чего уехали. При это наркотики у них были у каждого при себе, их до этого поделил между ними Ю. В &lt;адрес&gt; в разных местах закладывали наркотики, где-то ФИО4, где-то он, фотографировали места закладок из автомобиля (т.4 л.д.160-167). Из оглашенного протокола допроса Ю. в качестве подозреваемого от ДД.ММ.ГГГГ и обвиняемого от ДД.ММ.ГГГГ следует, что Ш. и Ц. являются его знакомыми. В ДД.ММ.ГГГГ в мессенджере &lt;данные изъяты&gt; ему позвонил знакомый, имя которого ФИО65 и предложил заниматься распространением наркотиков через «закладки» в &lt;адрес&gt; за хорошие денежные средства. На предложение ФИО66 он согласился, и решил раскладывать «закладки», так как ему нужны были денежные средства, он сказал, что сейчас находится не в &lt;адрес&gt;, по приезду свяжется с ним. Далее в ДД.ММ.ГГГГ г., точную дату и время не помнит, он решил рассказать об этом Ш., чтобы совместно заняться распространением «закладок», так как они с ним хорошо общались, поддерживали связь, он сказал ему, что будут работать вместе, зарабатывать хорошие деньги, на что Ш. согласился. Далее, Ю. по указанию Комрона съездил в &lt;адрес&gt;, где в черте города поднял оптовую партию из 300 расфасованных разовых «закладок», где их поднять ему все указал Комрон. Далее данную партию он привез в &lt;адрес&gt; на маршрутном автобусе &lt;данные изъяты&gt; и отдал партию Ш. Данную партию «закладок» он раскладывал, поскольку вынужден был уехать в &lt;адрес&gt;. В конце ДД.ММ.ГГГГ. точную дату и время не помнит он начал работать закладчиком наркотических средств. В то же время Ш. съездил за очередной партией наркотиков в &lt;адрес&gt;. В работе у них была следующая схема: после получения партии наркотиков он с Ш. снимали квартиру, в которой фасовали наркотики, после чего раскладывали их в &lt;адрес&gt; по указанию ФИО67 После того, как они раскладывали партию наркотиков, аренду квартиры прекращали. Работали они по указанию ФИО68 которого они называли &lt;данные изъяты&gt; - то есть брат. ФИО69 звонил либо ему, либо самому Ш. в мессенджере «&lt;данные изъяты&gt; и говорил сколько и в каком районе разложить «закладок» с наркотиками. После чего они брали необходимое количество «закладок» и ехали их раскладывать. Раскладывали наркотические средства они, как правило в подъездах либо же на улицах города, например, в кустах. Иногда ФИО70 отправлял их делать «закладки» в &lt;адрес&gt; и &lt;адрес&gt;. Обычно в Гусиноозерске делали разом примерно по 50 «закладок». В основном наркотические средства они раскладывали в &lt;адрес&gt;. В конце ДД.ММ.ГГГГ точную дату не помнит, Ш. ездил также в &lt;адрес&gt; за партией наркотиков, которую они с Ш. также разложили в &lt;адрес&gt; и &lt;адрес&gt;. В каких точно местах в &lt;адрес&gt; и в какие дни они делали с Ш. «закладки», сказать точно не может, так как они работали, бывало и каждый день, раскладывая по 20 «закладок». Они работали на автомобиле Ш. марки «Honda Insight», гос.номер № который тот арендовал. Как правило он ездил с Ш. вдвоем: кто-то из них был за рулем, второй - раскладывал «закладки». Отчет они с Ш. делали по очереди, как и отправляли его «Ахи». Далее поясняет, что у них с Ш. есть общий друг – Ц., которому он также предложил заниматься «закладками», тот согласился. В первое время он помогал Ц. работать, давал ему задания от «Ахи», и отдавал деньги, которые «Ахи» переводил на его банковские карты за выполненную работу. После того, как он свел &lt;данные изъяты&gt; и Ц. напрямую, то Ц. получал задания от ФИО71 через мессенджер &lt;данные изъяты&gt; Хоть Ц. и получал задания от «Ахи», но наркотические средства продолжал забирать либо у него, либо у Ш. из тех партий, что они с Ш. фасовали вместе. Так, в конце мая 2024 г. они с Ш. расфасовали наркотики, после чего он оставил партию из 10-ти штук для Ц. Эти наркотики Ц. должен был заложить на территории &lt;адрес&gt;. С ФИО4 он познакомился в баре около двух лет назад. Примерно в ДД.ММ.ГГГГ он от ФИО4 узнал, что тот работает «закладчиком» на ФИО72. В какой момент и при каких обстоятельствах ФИО4 устроился к ФИО73 «закладчиком» он не знает. То есть он работал закладчиком с ДД.ММ.ГГГГ и знал, что параллельно с ним ФИО4 работает «закладчиком» на ФИО74 При этом с ФИО4 он не работал вместе, с ним оптовые партии наркотиков он не приобретал, не фасовал и не раскладывал. Откуда ФИО4 получал наркотики не знает. В телефонных разговорах он с ФИО4 они обсуждали работу «закладчиков», называя ее «движухой». Иногда в разговорах Нурматов интересовался есть ли работа, предполагая, есть ли у них наркотики для раскладывания. Так в конце ДД.ММ.ГГГГ г. ему позвонил сам ФИО2 интересовался есть ли у них работа, говорил, что ему нужны деньги, он ему рассказал, что он и Ш. поедут в &lt;адрес&gt;, где будут оборудовать тайники с наркотиками, тогда ФИО4 сам попросился поехать с ними, при этом предложил свозить их на своем автомобиле. Поскольку у Ш. ДД.ММ.ГГГГ сломался автомобиль, они согласились и поехали с ФИО4. В тот день ДД.ММ.ГГГГ они втроем, то есть он, Ш. и ФИО4 поехали в &lt;адрес&gt;, где раскладывали наркотики, привезенные Ш. в апреле 2024 г. В &lt;адрес&gt; наркотики раскладывали ФИО4 и Ш., он в это время находился в автомобиле, наблюдал за окружающей обстановкой ( т.4 л.д.204-209, л.д.231-235). Свидетель Свидетель №14 суду показал, что работает в должности старшего оперуполномоченного Управления по контролю за оборотом наркотиков МВД по РБ (далее по тексту - УНК МВД по РБ) с 2016 года. В апреле 2024 г. поступила оперативная информация о том, что на территории &lt;адрес&gt; и ряда районов РБ группа неустановленных лиц занимается сбытом наркотических средств героин, метадон под эгидой интернет-магазина «Макс» и «Макс Герой», периодически название данного магазина менялось. В чате группы, в котором на момент проверки было около 200 участников, в данной группе был определен свой руководитель, он подписан как «босс», «руководитель» или «хозяин» и есть администраторы таких чатов, в данной группе &lt;данные изъяты&gt; самый главный. В группе ведется переписка всех участников группы, в том числе собственник данного чата выкладывает информацию о поступлении наркотических средств, о местах закладок, о проведении различных акций, скидок, рулеток для привлечения, например: в случайном порядке может выбраться несколько цифр и потребителям передается бесплатно тайник с наркотиком. В ходе проверки оперативной информации было установлено, что данный магазин был создан для получения денежных средств от продажи наркотических средств через так называемые тайники-закладки. Данный магазин действовал обезличено, был обезличенный организатор и ряд лиц, которые исполняли роли закладчиков, курьеров, перевозчиков и так далее. В ходе оперативно-розыскных мероприятий (далее по тексту – ОРМ) было установлено, что к данному магазину имеют причастность Ю., ФИО4, Ш. и Ц. По имеющейся оперативной информации Ю. вовлек в данную преступную группу Ш., Ц. и ФИО4. Куратором у данных лиц являлось неустановленное лицо, которое они между собой и в ходе телефонных разговоров называли «Ахи». У всех лиц: Ю., Ш., Ц. и ФИО45 данное лицо («Ахи») проходило по результатам ОРМ «Прослушивание телефонных переговоров». Данное неустановленное лицо давало им указания, где, когда, в какой момент производить закладку наркотических средств, то есть если нужно было сделать закладку наркотических средств в &lt;адрес&gt;, они выезжали в &lt;адрес&gt;, если в &lt;адрес&gt; они передвигались по &lt;адрес&gt;. Производили закладки как в группе, по 2-3 человека, так и по одному, в зависимости от обстоятельств. В ходе проведенных мероприятий им была задокументирована преступная деятельность, в том числе проводился ряд мероприятий в отношении ФИО4. Так, ДД.ММ.ГГГГ по оперативной информации Ю., Ш. и Н. намеревались выехать в &lt;адрес&gt; для осуществления так называемых тайников «закладок» с наркотическими средствами. Ими было получено разрешение на проведение ОРМ «Наблюдение» в отношении указанных лиц. Наблюдение началось в &lt;адрес&gt; по адресу проживания Ш. на &lt;адрес&gt;. В обеденное время, к указанному дому подъехала автомашина «Хонда Степвагон» под управлением ФИО4. Через некоторое время к ФИО4 вышел Ш., который прошел к своей автомашине, что-то достал из нее, они вдвоем сели в автомашину «Хонда Степвагон» и направились к адресу проживания Ю. по &lt;адрес&gt;. К ним в машину сел Ю. и они втроем поехали в сторону &lt;адрес&gt;. Около 14-15 часов они приехали в &lt;адрес&gt;, сразу повернули на &lt;адрес&gt;, машина остановилась в проулке, из автомашины с водительского сидения с правой стороны вышел ФИО4, поднялся к деревянному забору, огляделся наклонился на вытянутую ногу и положил что-то в землю, к основанию забора, после чего сел в автомашину. Далее они проехали дальше и на &lt;адрес&gt; на углу произвели остановку, из автомашины вышел Ш. с ФИО4, они огляделись, после чего Ш. подошел к электро-опоре и что-то положил в травяной куст. ФИО2 в это время смотрел по сторонам, огладывался, Ю. находился в машине, не выходил. Они снова сели в машину и проследовали на &lt;адрес&gt;, из автомашины вышел Ш. и ФИО4, ФИО4 подошел к забору, недалеко от бревен и также бросил что-то в травяной куст. Номера домов они фиксировали в протоколе, номера домов не помнит. После этого они (ФИО4 и др.) проследовали без их наблюдения, на каждом объекте ими был выставлено наблюдение, по результатам которого было принято решение о проведении ОРМ «Обследование». В ходе ОРМ «Обследование» ими были подключены сотрудники местного отдела полиции, ими было проведено обследование по &lt;адрес&gt;, в ходе ОРМ сотрудниками их отдела был изъят сверток в изоленте, в дальнейшем было установлено, что там наркотическое средство-героин. Помимо того, что проводилось ОРМ «Наблюдение» проводилось ОРМ «Прослушивание телефонных переговоров» в отношении ФИО45, Ю., Ш. и Ц., где установлено, что периодически ФИО2 созванивался с Ю., у них была более близкое общение, в ходе которого они обсуждали о том, что, когда и куда поедут, в тот день, когда они поехали в &lt;адрес&gt;, ФИО2 сам вызвался что у него есть машина, что он сам с ними поедет. Помимо этого, у них была оперативная информация, что ФИО2 «двигается» как с Ш., Ю., Ц. так и параллельно отдельно от группы, это подтверждалось «Прослушивание телефонных переговоров», где он (ФИО2) сам разговаривал с куратором о своей преступной деятельности. ФИО43 подтверждал это в холе своего допроса, что он знал, что ФИО2 ездит как с ними, так и отдельно. Они производили общение с куратором по телефону, и посредством приложений «WhatsApp», «Телеграмм». ДД.ММ.ГГГГ ФИО4, Ю. и Ш. выехали в &lt;адрес&gt; и в этот же день, после их отъезда через 3-4 часа в чате появилась информация о том, что «имеются свежие адреса в &lt;адрес&gt;». В том числе и по &lt;адрес&gt;, когда ФИО4, Ш., Ю. и Ц. производили свои тайники-закладки в различных частях города, в этих частях города они (оперативные сотрудники) задерживали потребителей по оперативной информации, производилось задержание лиц, которые приобретали данные наркотики, в их телефонах находились места с этими тайниками-закладками, фотографии, банковские карты, куда переводились денежные средства, банковские карты, как правило «дроповские» - зарегистрированные на третьих лиц, для снятия денег и их перевода в неизвестном направлении. Задерживали данных лиц, они подтверждали, что да, сегодня в группе поступило сообщение, приехали, приобрели, купили, забрали. Данная цепочка прослеживалась, также денежные средства поступали на карту как Ю., так Ш. с других карт, установить дальнейшую судьбу не представилось возможным. Он (Свидетель №14) принимал участие в задержании ФИО4 и обыске его места жительства. В ходе задержания ДД.ММ.ГГГГ ДД.ММ.ГГГГ ФИО4 доставили в Управление наркоконтроля, где был проведен его досмотр, было отобрано объяснение, был произведен допрос, у ФИО4 был изъят сотовый телефон. После допроса был произведен обыск по адресу его проживания в том числе, имелась оперативная информация о том, что он периодически проживает у своей подруги ФИО5, фамилию не помнит, по &lt;адрес&gt;. Имелась информация о том, что ФИО4 периодически посещает данный адрес, когда она дома, также и без ее участия, и что может хранить наркотические средства по данному адресу. В ходе обыска принимали участие: хозяйка квартиры - ФИО40, ФИО4, незаинтересованные граждане - двое парней и трое сотрудников, он, Свидетель №12 и Апанович. Обыск проводился в соответствии с нормами закона, последовательно осмотрели квартиру по кругу, по часовой стрелке, начиная с туалета, затем ванная, кухня, комната, зал. Обыск проводился в присутствии всех участвующих лиц. Оперуполномоченный Свидетель №12 заполнял протоколы, он (Свидетель №14) с оперуполномоченным Апановичем искали. Все сотрудники находились в перчатках. Они все шли вместе, постоянно присутствовали незаинтересованные лица и все участники. Все происходило с их участием, в их присутствии, каждый наблюдал за их действиями, о чем им было перед началом обыска и сообщено, чтобы все наблюдали, фиксировали, если какие-то замечания были, огласили об этом в конце. При осмотре комнаты, в вещевом шкафу на полке была кофта ФИО4 и еще какие-то вещи, он и все присутствующие лица, находились в этой же комнате, все стояли, смотрели, Апанович начал осматривать их. В ходе обыска все находились вместе, наблюдали друг за другом. Кофту достал Апанович, все присутствовали при этом, Апанович положил кофту на кровать, осмотрели ее, выложил содержимое-сверток на кровати, размер свертка 5-10 см. на 5 см. как спичечный коробок, может чуть больше. Задали вопрос «Чьи вещи?». ФИО4 ответил, что кофта принадлежит ему, о содержимом свертке он (ФИО4) не знал. Данный сверток упаковали должным образом, в пакет или в конверт, опечатали, расписались все присутствующие граждане на упаковочном материале. В ходе дальнейшего обыска квартиры ничего изъято не было. Составили протокол обыска, все ознакомились и расписались в нем, замечаний не поступило. Хозяйка квартиры пояснила, что не знает о том, что было обнаружено, что кофта, в которой обнаружен сверток, принадлежит ФИО4, поскольку он периодически проживал в данной квартире, имел доступ. Также имелась оперативная информация, что ФИО4 как совместно с Ю. и Ш. производит тайники, закладки, так и отдельно, параллельно им, самостоятельно, у него был куратор, который на него выходил и давал ему личные указания. Также ему об этом рассказывал сам ФИО4. Он (Свидетель №14) составлял процессуальные документы в ходе изъятия, при задержании, а также акты. Из сотрудников их подразделения в работе с Ц., ФИО4, Ш. и Ю. принимали участие Свидетель №11, Свидетель №12, Апанович, ФИО6 и ФИО7, сотрудники ОМВД Селенгинского района Свидетель №13, также сотрудники ППС. Физическое или психологическое давление им на ФИО4 не оказывалось. Нурматов изначально вину признавал вину, осознавал все, никаких препятствий для раскрытия преступлений не делал, сотрудничал с органами. По ходатайству государственного обвинителя в порядке ч.3 ст. 281 УПК РФ в связи с существенными противоречиями частично оглашены показания свидетеля Свидетель №14, данные им в ходе предварительного следствия (т.4 л.д.95-99), из которых следует, что ДД.ММ.ГГГГ в 12 часов под наблюдение взята территория, прилегающая к дому №&lt;адрес&gt;&lt;адрес&gt;. В 13 часов 19 минут во двор наблюдаемого домма заехал автомобиль «Хонда Степвагон», гос.номер №» под управлением ФИО3 В 13 часов 20 минут из подъезда дома вышел Ш., который из салона своего автомобиля «Хонда Инсайт» забрал что-то и сел в автомобиль к ФИО4. Далее они поехали к дому &lt;адрес&gt;, где в 13 часов 27 минут к ним в автомобиль сел Ю. Далее все вместе выехали в &lt;адрес&gt;. Около 16 часов 39 минут ФИО4, Ш. и Ю. заехали в &lt;адрес&gt;, проехали на &lt;адрес&gt; и остановились около &lt;адрес&gt;. В 16 часов 40 минут ФИО4 вышел из автомашины, оглядываясь по сторонам прошел к деревянному забору указанного дома, где у основания забора положил «закладку» с наркотическим средством, затем вернулся в автомобиль. Ю. и Ш. оставались в автомобиле, откуда наблюдали за окружающей обстановкой. За указанным местом закладки велось непрерывное наблюдение. В этот же день в вечернее время ими было получено разрешение начальника на проведение ОРМ «Обследование помещений, зданий, сооружений, участков местности и транспортных средств», в результате которого в тот же день на участке местности в 35 метрах в западном направлении от указанного дома был обнаружен и изъят сверток с наркотическим средством героин. В 16 часов 46 минут ФИО4, Ш. и Ю. подъехали к дому &lt;адрес&gt; в &lt;адрес&gt;, где в 17 часов 07 минут Ш. и ФИО4 вышли из автомобиля, подошли к опоре линии электропередач, Ш. положил закладку около указанной опоры, ФИО4 в это время находился рядом, смотрел по сторонам, контролируя окружающую обстановку. В 17 часов 13 минут Ш. и ФИО4 вернулись в автомобиль. Далее они поехали на &lt;адрес&gt; в &lt;адрес&gt;, где в 17 часов 27 минут, подъехав к дому № по указанной улице, Ш. и ФИО4 вышли из автомобиля, прошли к забору между домами № и №, в 17 часов 30 минут ФИО2 положил закладку у основания указанного забора, Ш. находился рядом, смотрел по сторонам контролируя окружающую обстановку, Ю. оставался в автомобиле. В 17 часов 32 минуты ФИО4 и Ш. вернулись в автомобиль. Информация об оборудованных тайниках с наркотическими средствами вблизи &lt;адрес&gt; и &lt;адрес&gt; в &lt;адрес&gt; была передана ими (Свидетель №14) сотрудникам ОНК О МВД по Селенгинскому району. Как ему известно, сотрудниками было проведено ОРМ «Обследование помещений, зданий, сооружений, участков местности и транспортных средств», в ходе которого из указанных тайников, оборудованных ФИО4, Ш. и Ю. были изъяты наркотическое средство героин. В 18 часов 15 минут автомобиль под управлением ФИО4 с Ш. и Ю. направился в &lt;адрес&gt;. После оглашения судом показаний свидетель Свидетель №14 пояснил, что полностью подтверждает свои оглашенные показания, данные им в ходе предварительного следствия, противоречия между показаниями, данными им в суде, и оглашенными показаниями, объясняет давностью произошедшего. Свидетель Свидетель №12 суду показал, что работает в должности оперуполномоченного Управления по контролю за оборотом наркотиков МВД по РБ с ДД.ММ.ГГГГ г. Проводились ОРМ в отношении троих граждан РФ и ФИО4 по факту участия в интернет-магазине по сбыту наркотических средств: героина и метадона на территории &lt;адрес&gt; и Республики Бурятия. ДД.ММ.ГГГГ в обеденное время он в составе группы с оперуполномоченными Свидетель №14 и Свидетель №11 участвовал при осуществлении наблюдения в отношении граждан ФИО4, Ш., Ш. Начали наблюдение у места жительства Ш. по адресу: &lt;адрес&gt;. Подъехал ФИО4 на автомобиле «минивэн». К нему вышел и сел в автомобиль Ш., далее они проследовали к дому Ю., забрали Ю. и проследовали в сторону &lt;адрес&gt;, они проследовали за ними до &lt;адрес&gt;, где наблюдали как они (ФИО4, Ю., Ш.) раскладывают закладки с наркотиками. Первая закладка была на въезде в &lt;адрес&gt; возле &lt;адрес&gt; автомобиля вышел ФИО4, положил закладку. Оперуполномоченный Свидетель №11 остался на этом месте, а он и Свидетель №14 продолжили наблюдение, проехали к дому по &lt;адрес&gt;, он остался уже на этой закладке, ее положил Ш., далее их информировал Свидетель №14, они двигались по &lt;адрес&gt;. Далее они были потеряны из наблюдения, так как у них физически средств не хватило за ними всеми проследовать, тем более они с Свидетель №11 остались на закладках. Приехали оперативники &lt;адрес&gt;, происходило изъятие закладок. Он изымал на &lt;адрес&gt;, протоколировал, Свидетель №11 был с ним, с участием двух незаинтересованных граждан &lt;адрес&gt;. Закладки были изъяты, в тот же день проехали в &lt;адрес&gt;, направили изъятое на исследование, результаты которого показали, что были изъяты наркотические средства. Следующий эпизод с участием ФИО4 это задержание, за несколько дней до этого были задержаны остальные фигуранты, ДД.ММ.ГГГГ в обеденное время ФИО4 был задержан при следовании в квартиру с ФИО47 на &lt;адрес&gt;. ФИО4 был доставлен в здание УНК и с участием двух незаинтересованных лиц был произведен досмотр ФИО4, в ходе которого изъяли телефон «Айфон», далее ФИО4 был доставлен в следственную часть, где был допрошен в качестве подозреваемого. В вечернее время ДД.ММ.ГГГГ они выехали на обыск по его месту жительства по поручению следователя. При обыске в квартире по &lt;адрес&gt; ничего изъято не было. Затем они проехали в квартиру по &lt;адрес&gt;, где проживала девушка ФИО4. В ходе обыска принимали участие трое оперативных сотрудников: он, оперуполномоченные Апанович и Свидетель №14, двое понятых Свидетель №4 и Свидетель №5, ФИО4, ФИО47. Перед производством обыска ФИО4 пояснил, что в доме ничего запрещенного не находится, они проследовали в помещение кухни, осмотрели ее, далее проследовали в помещение спальни также всей группой, он вел протокол параллельно, Свидетель №14, Апанович занимались поиском. При проведении обыска у всех сотрудников были надеты перчатки. Апанович сообщил о том, что в шкафу в кофте обнаружен сверток размером с кулак в изоленте. Он видел как Апанович обнаружил сверток, он стоял в комнате, вместе со всеми, он с ФИО47 стояли в проходе комнаты, Свидетель №14 и понятой ближе к окну, за кроватью, ФИО4 находился там же, Апанович и понятой стояли рядом, ввиду ограниченности пространства они распределились. Апанович сообщил, что на ощупь прощупывается, достал при всех толстовку белого цвета с надписью, в кармане находился сам сверток. ФИО47 пояснила, что это кофта принадлежит ФИО4. ФИО4 пояснил, что сверток ему не принадлежит, что он не осведомлен об этом свертке. Протокол обыска писал он с участием оперуполномоченных Свидетель №14, Апанович, двух понятых. В ходе обыска проводилась фотосъемка, к протоколу приложена фототаблица. Какое-либо физическое или психологическое давление им на ФИО45 не оказывалось. Свидетель Свидетель №11 суду показал, что работает в должности старшего оперуполномоченного Управления по контролю за оборотом наркотиков МВД по РБ. ДД.ММ.ГГГГ в отдел поступила оперативная информация о том, что ФИО4 совместно с Ш. и Ю. направились в &lt;адрес&gt; с целью сбыта наркотика бесконтактным способом. С целью проверки информации они осуществили выезд, он, оперуполномоченный Свидетель №14 и Свидетель №12. Прибыв в &lt;адрес&gt; производили наблюдение за автомашиной «Степвагон» которая остановилась, из машины вышел ФИО4, заложил закладку у забора около &lt;адрес&gt;, затем ФИО4 сел в машину и они уехали. Он (Свидетель №11) остался на этом месте, вел наблюдение. Далее было проведено ОРМ «Обследование», в ходе которого было обнаружен и изъят сверток с содержимым, который был изъят в присутствии понятых, которых пригласили сотрудники Селенгинского отдела полиции, сверток был упакован, направлен на экспертизу в ЭКЦ МВД. По заключению экспертизы в данном свертке находилось наркотическое средство-героин, которое осуществили закладку с целью сбыта ФИО4, совместно с Ю. и Ш. Физическое либо психологическое давление на Нурматова им не оказывалось. Свидетель Свидетель №1 суду показал, что работает в должности оперуполномоченного по особо важным делам Управления по контролю за оборотом наркотиков МВД по РБ. В отделе, где он проходит службу имелась оперативная информация о причастности ФИО4 и иных лиц к незаконному сбыту наркотических средств. Он принимал участие в проведении обыска у гражданина ФИО4 ДД.ММ.ГГГГ по поручению следователя по двум адресам: на &lt;адрес&gt;, в &lt;адрес&gt;, где проживает мать ФИО4, и по месту временного проживания ФИО4: по &lt;адрес&gt;, где он (ФИО4) проживал со своей сожительницей. Он с Свидетель №14 и Свидетель №12 проводили обыск по поручению следователя по данным адресам в присутствии двоих незаинтересованных граждан - понятых. Также при обысках участвовал сам ФИО4 и лица, которые проживали на данных адресах. При проведении обыска по &lt;адрес&gt; ничего изъято не было. При проведении обыска по &lt;адрес&gt; участвовали ФИО40, ФИО4, понятые, они разъяснили всем участвующим лицам права и обязанности, после чего начали проводить обыск, обыск производили слева направо по часовой стрелке. При осмотре каждой комнаты все присутствовали вместе. При обследовании спальни он (Апанович) производил обыск в шкафу, доставал вещи из шкафа, ФИО40 стояла с Свидетель №12 по левую руку. Свидетель №14 и понятые находились в комнате, ФИО4 также был в комнате. В спальне слева в шкафу на полке лежало несколько вещей, кофты, штаны и в стопке лежала эта кофта. Он (Апанович) обнаружил в кофте белого цвета сверток с содержимым, ФИО4 пояснил, что кофта его, а что за сверток он не знает. После этого произвели обыск в зале, в коридоре, заполнили протокол изъятия, сделали пометки, все ознакомились с протоколом, понятые и участвующие лица расписались. Время, место все было указано верно. Замечаний ни у кого не было. Свидетель №12 упаковывал данный сверток. В ходе следствия следователем данный сверток был направлен на физико-химическую экспертизу, в нем было обнаружено наркотическое средство героин. Он не помнит, участвовал ли он в задержании ФИО4. Физическое или психологическое давление на Нурматова им не оказывалось. Свидетель Свидетель №13 суду показал, что работает в должности начальника отделения наркоконтроля ОМВД России по &lt;адрес&gt;. ДД.ММ.ГГГГ поступила оперативная информация о том, что неустановленное лицо организовало и подготовило тайник в &lt;адрес&gt; по адресу &lt;адрес&gt;, и по &lt;адрес&gt;. Им с разрешения начальника отдела было проведено ОРМ «Обследование помещений, зданий, сооружений, участков местности и транспортных средств» по вышеуказанным участкам местности в присутствии незаинтересованных граждан ФИО46 и Свидетель №2. Данное мероприятие было проведено им совместно с оперуполномоченным ФИО8. В ходе проведения ОРМ им в присутствии понятых возле оград домов по указанным адресам были обнаружены и изъяты свертки из синей изоленты (по 1 свертку), которые не вскрывались Изъятые свертки были упакованы надлежащим образом. Также были составлены протоколы, замечаний от понятых не поступало. Незаинтересованные граждане ФИО46 и Свидетель №2 участвовали при проведении ОРМ по обоим адресам. Свидетель Свидетель №4 суду показал, что ранее сотрудники приходили на учебу в «ВСГУТУ» к Свидетель №5 и спрашивали о том, желает ли кто-то участвовать в делах для практики. В ДД.ММ.ГГГГ они с Свидетель №5 гуляли, когда ему (Свидетель №5) позвонили и пригласили поучаствовать в качестве понятого, Свидетель №5 позвал его. Они приехали, сидели в машине, далее все вместе зашли в квартиру. Первый обыск был дома у подсудимого, они зашли, ходили, смотрели по квартире, там ничего не нашли. После чего поехали к девушке подсудимого по &lt;адрес&gt;, там также они были вместе: он, Свидетель №5, ФИО2, девушка ФИО45, сотрудники Апанович, Свидетель №12, они ходили, смотрели квартиру, пошли по часовой стрелке, ванная, туалет, кухня, комната, зал. При осмотре комнаты все участвующие лица находились в комнате. Сотрудник Апанович осматривал шкаф, и полки которого достал кофту, он (Апанович) ощупал ее и спросил у подсудимого «Что в кофте?», подсудимый ответил: «Не знаю, кофта моя, что в кофте не мое». Сосредоточили внимание всех, сотрудник сказал: «Внимание, посмотрите, достается сверток». Он развернул кофту и положил на кровать, это была спортивная кофта «худи», она была с капюшоном, на животе был карман, достал сверток синей изоленты из кармана, который был расположен на передней части. Все время, пока они были в квартире ФИО4 отрицал, говорил, что это не его сверток. Обыск проводился с его участием и 4-5 сотрудниками полиции. Сверток положили в файл или пакетик, перевязали ниткой, опечатали, показали им, при них укладывали в пакет. Он расписывался в документах. Место, адрес, время в протоколе были отражены верно, все соответствовало. Протокол он читал, сотрудник заполнял его при них, суть была изложена верно. Замечаний по правильности составления протокола не было. Какого-либо давления со стороны сотрудников на ФИО4 и хозяйку квартиры не оказывалось. Свидетель Свидетель №8 суду показала, что ранее с ФИО3 была в отношениях. ДД.ММ.ГГГГ она уехала в &lt;адрес&gt; по семейным обстоятельствам, приехала в &lt;адрес&gt; только ДД.ММ.ГГГГ. На протяжении 8 дней ее не было в квартире, в это время ключи от квартиры находились у ФИО3, в один из дней она забыла ключи у него в машине и они так у него и остались. Пока ее не было, она разрешила ФИО4 заходить в ее квартиру. В один из дней, когда ее не было, к ней в квартиру приехала ее старшая сестра ФИО47 Надежда, которая проживала в &lt;адрес&gt; или 3 дня. Перед приездом сестры у нее в квартире находились вещи ФИО3, она сообщила ему об этом, предупредив чтобы он забрал свои вещи. ФИО3 сказал, что забрал свои вещи. ДД.ММ.ГГГГ днем она присутствовала при задержании ФИО3 это произошло возле ее дома, затем она пошла домой. Вечером того же дня к ней в квартиру по адресу &lt;адрес&gt; пришли сотрудники полиции, которые задержали ФИО3, двое понятых и ФИО3 Она ознакомилась с постановлением о проведении обыска, ей разъяснили права, обязанности, объяснили, как будет проходить обыск, а именно по часовой стрелке, слева направо. Сотрудники полиции спросили у ФИО3 хочет ли он выдать что-то добровольно, он ответил отрицательно. Затем приступили к обыску, начали с ванной комнаты, затем осматривали кухню, спальную комнату, зал, и коридор. Сотрудники проводили обыск в каждой из комнат, они находились также в каждой из осматриваемых комнат, следовали за сотрудниками, когда зашли в спальню, то сотрудник начал проводить обыск внутри шкафа. В шкафу имеется несколько полок и отделений, в этот момент они все находились в комнате, она стояла рядом, сбоку от шкафа, понятые стояли чуть дальше, около входа, ФИО3 находился возле нее, сотрудники находились также в данной комнате, все за всем наблюдали, в ходе обыска их попросили обратить внимание, сверху на 2 или 3 полке на уровне плеч достали кофту ФИО3, когда его спросили: «Принадлежит ли данная кофта вам?», он ответил: «Да», она подтвердила, что эта кофта не ее, кофта ФИО3 Кофта белого цвета «худи», развернули ее и положили на кровать, в кофте в кармане посередине был какой-то неизвестный бугорок, когда его достали это оказался сверток небольшого размера темного цвета с неизвестным содержимым. Сотрудники спросили у ФИО3: «Принадлежит ли данный сверток вам?», он отрицал. ФИО3 сам положил данную кофту в шкаф, она к его вещам не прикасалась, помнит, что за 10 дней до ее отъезда, в начале июня она стирала эту кофту, там ничего не было. Когда постирала кофту ФИО3 сам убрал ее в шкаф. Затем, сверток упаковали, обыск продолжился в зале и в коридоре. Затем, их ознакомили с протоколом, они подписали его, замечаний не имелось. ФИО3 последний месяц больше времени проводил у нее в квартире, ночевал у нее часто, некоторые его вещи были в квартире, футболки, несколько кофт, в том числе кофта «худи». ФИО4 характеризует удовлетворительно. При ней в отношении нее, ФИО3, со стороны сотрудников психическое либо физическое давление не оказывалось. Свидетель Свидетель №3 суду показал, что возле магазина «Абсолют» его пригласили участвовать понятым, сказали, что это связано с наркотиками. С ним было четверо сотрудников, больше никого не было. Ему сказали, что нужно просто поприсутствовать. Какие-либо права ему не разъясняли. Следователь его не допрашивала. Подробности тех событий не помнит. По ходатайству государственного обвинителя в порядке ч.3 ст. 281 УПК РФ в связи с существенными противоречиями частично оглашены показания свидетеля Свидетель №3, данные им в ходе предварительного следствия (т.4 л.д.41-43), из которых следует, что ДД.ММ.ГГГГ в вечернее время он и Свидетель №2 по просьбе сотрудников полиции принимали участие в качестве незаинтересованных граждан при проведении ОРМ «Обследование помещений, здании, сооружений, участков местностей транспортных средств». Перед началом сотрудник полиции разъяснил суть проводимых мероприятий, а именно о том, что в их присутствии будет проводится обследование мест предполагаемых закладок наркотических средств неизвестными лицами. Им разъяснили права и обязанности. В их присутствии возле дома по адресу: &lt;адрес&gt;«а» около столба в кустах сотрудником полиции обнаружен и изъят сверток, обмотанный изолентой синего цвета с содержимым внутри. Также в их присутствии сотрудники полиции при обследовании участков местности, расположенных в &lt;адрес&gt; возле &lt;адрес&gt; и возле &lt;адрес&gt; обнаружили и изъяли еще два аналогичных свертка, обмотанных изолентой синего цвета с содержимым внутри. При проведении каждого из ОРМ сотрудником полиции составлялся соответствующий протокол, с которым все ознакомились и подписали. Каких-либо замечаний к протоколу не имелось. После оглашения судом показаний свидетель Свидетель №3 пояснил, что полностью подтверждает свои оглашенные показания, данные им в ходе предварительного следствия, противоречия между показаниями, данными им в суде, и оглашенными показаниями, объясняет давностью произошедшего. У него нет оснований оговаривать ФИО4, ему зачитали протокол допроса, он подписал его. Свидетель Свидетель №7 суду показал, что он и его однокурсник Свидетель №6 принимали участие в качестве понятых при досмотре ФИО4 ДД.ММ.ГГГГ по просьбе сотрудников полиции в Управлении наркоконтроля, в ходе которого у ФИО4 был изъят смартфон &lt;данные изъяты&gt; Каких-либо запрещенных предметов у ФИО4 обнаружено не было. Во время досмотра сотрудник полиции писал свой акт, после окончания досмотра они были ознакомлены с данным актом, они с Свидетель №6 его подписали. Замечаний у них не было. Со стороны сотрудников правоохранительных органов на ФИО4 какое-либо воздействие не оказывалось. Свидетель ФИО11 суду показала, что в период с ДД.ММ.ГГГГ она приезжала на несколько дней по своим делам в &lt;адрес&gt;, при этом ночевала 1 ночь в квартире, где проживает ее младшая родная сестра Свидетель №8 по адресу: &lt;адрес&gt;. С ней никого не было. С собой какие-либо предметы, запрещенные в гражданском обороте она не привозила, в квартире у сестры не оставляла. ФИО3 она не знает, в квартире его не было. Сестра про него ничего не рассказывала. Из оглашенных показаний свидетеля Свидетель №6, данных им в ходе предварительного следствия (показания оглашены в порядке ч.1 ст. 281 УПК РФ с согласия сторон на л.д.44-46 в т.4), следует, что указанные показания являются аналогичными показаниям свидетеля Свидетель №7, данным им в суде. Из оглашенных показаний свидетеля Свидетель №10, данных ею в ходе предварительного следствия (показания оглашены в порядке ч.1 ст. 281 УПК РФ с согласия сторон на л.д.15-16 в т.4), следует, что она работает в компании «Авто Трэвэл», которая занимается представлением автомобилей в аренду под последующий выкуп. В собственности ее сестры ФИО12 находится автомобиль «Honda Insight» с гос.номером «С 517 МХ 03 RUS», данный автомобиль был сдан в аренду под выкуп ранее незнакомому им Ш. Из оглашенных показаний свидетеля Свидетель №9, данных им в ходе предварительного следствия (показания оглашены в порядке ч.1 ст. 281 УПК РФ с согласия сторон на л.д.59-60 в т.4), следует, что он работает менеджером у индивидуального предпринимателя ФИО13, который занимается предоставлением автомобилей в аренду. ДД.ММ.ГГГГ ФИО9 взял в аренду автомобиль «Хонда Степвгн», ДД.ММ.ГГГГ выпуска с гос.номером № далее договор аренды продлевался автоматически и согласно акта приема – передачи ФИО4 брал указанный автомобиля на период с ДД.ММ.ГГГГ по ДД.ММ.ГГГГ, за аренду ФИО2 оплатил наличными денежными средствами. Свидетель ФИО14 суду показал, что работает в должности старшего следователя следственной части СУ МВД по РБ. Он знаком по роду деятельности с ФИО3, допрашивал его в присутствии адвоката. Перед началом допроса он разъяснил ФИО3 права, предусмотренные ст. 46 УПК РФ , также была предоставлена беседа с защитником без ограничения во времени, они переговорили и он приступил к допросу, он задавал вопросы, ФИО3 отвечал, он фиксировал их в протоколе. В последующем, когда был составлен протокол, он был предоставлен ФИО3 для прочтения, он прочитал его лично. От ФИО3, защитника-адвоката ФИО27 после ознакомления с протоколом замечания не поступали. С его стороны давление в ходе каких-либо процессуальных действий в рамках данного уголовного дела в отношении ФИО3 не оказывалось. Свидетель ФИО15, допрошенная в судебном заседании по ходатайству стороны защиты, суду показала, что ФИО3 является ее сыном. Когда ФИО3 жил с ними он помогал, у них было кафе, потом он работал в службе такси, у него была своя машина, он зарабатывал. Сын очень спокойный, хороший, они никогда не ругались, сын никогда не отказывал, конфликтов у них никогда не было. Заболеваний у ФИО4 нет. Она заболела после этого, у нее упало зрение, диагностировали подозрение на опухоль и проблемы с щитовидной железой. Характеризует ФИО3 исключительно положительно. Свидетель ФИО16, допрошенный в судебном заседании по ходатайству стороны защиты, суду показал, что он работает в должности тренера-преподавателя спортивного клуба «Олимп» в секции универсального боя. С ФИО3 знаком с ДД.ММ.ГГГГ он тренировался у него. ФИО3 характеризует с положительной стороны. Также виновность подсудимого ФИО3, в совершении инкриминируемого ему преступлений, предусмотренных ч.3 ст. – п.«а» ч.4 ст. 228.1 , ч.3 ст. – п.«а» ч.4 ст. 228.1 , ч.3 ст. – п.«а» ч.4 ст. 228.1 УК РФ , по фактам покушения на сбыт наркотических средств на &lt;адрес&gt; в &lt;адрес&gt; подтверждается следующими материалами уголовного дела, которые в порядке ст. 285 УПК РФ оглашены и исследованы в ходе судебного заседания: - рапортом заместителя начальника отдела УНК МВД по РБ ФИО17 (КУСП №) об обнаружении признаков преступления от ДД.ММ.ГГГГ согласно которого ДД.ММ.ГГГГ в период с 19 часов 57 минут до 20 часов 08 минут в ходе проведения ОРМ «Обследование помещений, зданий, сооружений, участков местности и транспортных средств», проводимого в отношении ФИО3, Ю., Ш., в результате которого на участке местности, расположенном на расстоянии около 35 метров в западном направлении от &lt;адрес&gt;, был обнаружен и изъят сверток, обмотанный липкой лентой синего цвета, содержащий вещество массой 0,4292 г., содержащее в своем составе: наркотическое средство – диацетилморфин (героин), сильнодействующее вещество – трамадол, а также кофеин и декстрометорфан. В действиях указанных лиц усматриваются признаки состава преступления, предусмотренного ч.3. ст. - п.«а» ч.4 ст. 228.1 УК РФ (т. 1 л.д. 97), - рапортом оперуполномоченного УНК МВД по РБ Свидетель №12 от ДД.ММ.ГГГГ, на проведение ОРМ «Обследование помещений, зданий, сооружений, участков местности и транспортных средств», согласно которому последним у начальника полиции МВД по РБ получено разрешение на проведение указанного ОРМ на участке местности, расположенном у &lt;адрес&gt; в &lt;адрес&gt; (т. 1 л.д. 99); - постановлением о представлении результатов оперативно-розыскной деятельности (далее по тексту – ОРД) от ДД.ММ.ГГГГ, согласно которому в орган предварительного расследования представлены результаты ОРМ «Обследование помещений, зданий, сооружений, участков местности и транспортных средств», проведенного ДД.ММ.ГГГГ на участке местности, расположенном у &lt;адрес&gt; в &lt;адрес&gt; (т.1 л.д.100-101); - рапортом оперуполномоченного УНК МВД по РБ Свидетель №12 по результатам проведения ОРМ «Обследование помещений, зданий, сооружений, участков местности и транспортных средств» от ДД.ММ.ГГГГ, согласно ДД.ММ.ГГГГ в период времени с 19 часов 57 минут до 20 часов 08 минут было проведено гласное ОРМ «Обследование помещений, зданий, сооружений, участков местности и транспортных средств», в результате которого на участке местности, расположенном на расстоянии около 35 метров в западном направлении от &lt;адрес&gt; был обнаружен и изъят сверток, обмотанный липкой лентой синего цвета, с веществом массой 0,4292 г., содержащим в своем составе: наркотическое средство – диацетилморфин (героин), сильнодействующее вещество – трамадол, а также кофеин и декстрометорфан (т. 1 л.д. 103); - протоколом обследования помещений, зданий, сооружений, участков местности и транспортных средств от ДД.ММ.ГГГГ, согласно которого в период с &lt;данные изъяты&gt; на участке местности, расположенном на расстоянии около 35 метров в западном направлении от &lt;адрес&gt; оперуполномоченным Свидетель №12 в присутствии незаинтересованных граждан Свидетель №2 и Свидетель №3 обнаружен и изъят сверток, обмотанный липкой лентой синего цвета с содержимым внутри (т.1 л.д.104-105); - справкой об исследовании ЭКЦ МВД по РБ от ДД.ММ.ГГГГ №, согласно которой представленное на исследование вещество, изъятое на &lt;адрес&gt;, массой 0,4292 г., содержит в своем составе: наркотическое средство – диацетилморфин (героин), сильнодействующее вещество – трамадол, а также кофеин и декстрометорфан(т.1 л.д.107); - протоколом осмотра места происшествия от ДД.ММ.ГГГГ, их которого следует, что следователем осмотрено место происшествия: участок местности, расположенный на расстоянии около 35 метров в западном направлении от &lt;адрес&gt; (т.1 л.д.108-110); - рапортом начальника ОНК ОМВД России по &lt;адрес&gt; Свидетель №13 (КУСП №) об обнаружении признаков преступления от ДД.ММ.ГГГГ, из которого следует, что ДД.ММ.ГГГГ в ходе ОРМ «Обследование помещений, зданий, сооружений, участков местности и транспортных средств» на участке местности, расположенном на расстоянии около 25 метров в юго-западном направлении от &lt;адрес&gt; был обнаружен и изъят сверток, обмотанный липкой лентой синего цвета, с веществом массой 0,3654 г., содержим в своем составе: наркотическое средство – диацетилморфин (героин), сильнодействующее вещество – трамадол, а также кофеин и декстрометорфан. В действиях неустановленного лица, усматриваются признаки состава преступления, предусмотренного ч.3 ст. - ч.1 ст. 228.1 УК РФ , т.е. покушение на сбыт наркотических средств (т.1 л.д.116); - постановлением о представлении ОРД от ДД.ММ.ГГГГ, согласно которому в орган предварительного расследования представлены результаты ОРМ «Обследование помещений, зданий, сооружений, участков местности и транспортных средств», проведенного ДД.ММ.ГГГГ на участке местности, расположенном у &lt;адрес&gt; в &lt;адрес&gt; (т.1 л.д.118-119); - рапортом начальника ОНК ОМВД России по &lt;адрес&gt; Свидетель №13 от ДД.ММ.ГГГГ на проведение ОРМ «Обследование помещений, зданий, сооружений, участков местности и транспортных средств», согласно которому последним у начальника ОМВД России по &lt;адрес&gt; получено разрешение на проведение указанного ОРМ на участке местности, расположенном у &lt;адрес&gt; в &lt;адрес&gt; (т.1 л.д.120); - протоколом обследования помещений, зданий, сооружений, участков местности и транспортных средств от ДД.ММ.ГГГГ, согласно которого в период с &lt;данные изъяты&gt; на участке местности на расстоянии около 25 метров в юго-западном направлении от &lt;адрес&gt; начальником ОНК ОМВД по &lt;адрес&gt; Свидетель №13 в присутствии двух незаинтересованных граждан Свидетель №2 и ФИО18 обнаружен и изъят сверток, обмотанный липкой лентой коричневого цвета с содержимым внутри (т.1 л.д.122-124); - справкой по результатам проведения ОРМ «Обследования помещений, зданий, сооружений, участков местности и транспортных средств» от ДД.ММ.ГГГГ, из которой следует, что в указанный день в период времени с 20 часов &lt;данные изъяты&gt; начальником ОНК ОМВД России по &lt;адрес&gt; Свидетель №13 проведено гласное ОРМ «Обследование помещений, зданий, сооружений, участков местности и транспортных средств» на участке местности возле &lt;адрес&gt; Республики Бурятия. В результате ОРМ обнаружен и изъят сверток обмотанный липкой лентой синего цвета, с содержимым внутри (т.1 л.д.125); - справкой об исследовании ЭКЦ МВД по РБ № от ДД.ММ.ГГГГ, согласно которой предоставленное на исследование вещество, изъятое около &lt;адрес&gt;, массой 0,3654 г. содержит в своем составе: наркотическое средство – диацетилморфин (героин), сильнодействующее вещество – трамадол, а также кофеин и декстрометорфан (т.1 л.д.129); - протоколом осмотра места происшествия от ДД.ММ.ГГГГ, из которого следует, что следователем осмотрено место происшествия: участок местности, расположенный на расстоянии около 25 метров в юго-западном направлении от &lt;адрес&gt; (т.1 л.д.130-132); - рапортом начальника ОНК ОМВД России по &lt;адрес&gt; Свидетель №13 от ДД.ММ.ГГГГ (КУСП №) об обнаружении признаков преступления, из которого следует, что ДД.ММ.ГГГГ в ходе ОРМ «Обследование помещений, зданий, сооружений, участков местности и транспортных средств» на участке местности, расположенном на расстоянии около 20 метров в юго-западном направлении от &lt;адрес&gt; обнаружен и изъят сверток, обмотанный липкой лентой синего цвета, с веществом массой 0,4097 г., содержащий в своем составе: наркотическое средство – диацетилморфин (героин), сильнодействующее вещество – трамадол, а также кофеин и декстрометорфан. В действиях неустановленного лица, усматриваются признаки состава преступления, предусмотренного ч.3. ст. - ч.1 ст. 228.1 УК РФ , т.е. покушение на сбыт наркотических средств (т.1 л.д.133); - постановлением о представлении ОРД от ДД.ММ.ГГГГ, согласно которому в орган предварительного расследования представлены результаты ОРМ «Обследование помещений, зданий, сооружений, участков местности и транспортных средств», проведенного ДД.ММ.ГГГГ на участке местности, расположенном у &lt;адрес&gt; в &lt;адрес&gt; (т.1 л.д.135-136); - рапортом начальника ОНК ОМВД России по &lt;адрес&gt; Свидетель №13 от ДД.ММ.ГГГГ на проведение ОРМ «Обследование помещений, зданий, сооружений, участков местности и транспортных средств», согласно которому последним у начальника ОМВД России по &lt;адрес&gt; получено разрешение на проведение указанного ОРМ на участке местности, расположенном около &lt;адрес&gt; в &lt;адрес&gt; (т.1 л.д.137); - протоколом обследования помещений, зданий, сооружений, участков местности и транспортных средств от ДД.ММ.ГГГГ, согласно которого в период с 19 часов 00 минут до 19 часов 30 минут на участке местности, расположенном на расстоянии около 20 метров в юго-западном направлении от &lt;адрес&gt; начальником ОНК ОМВД по &lt;адрес&gt; Свидетель №13 в присутствии двух незаинтересованных граждан Свидетель №2 и Свидетель №3 обнаружен и изъят сверток, обмотанный липкой лентой синего цвета с содержимым внутри (т.1 л.д.139-141); - справкой по результатам проведения ОРМ «Обследования помещений, зданий, сооружений, участков местности и транспортных средств» от ДД.ММ.ГГГГ, из которой следует, что в указанный день в период времени с 19 часов 00 минут до 19 часов 30 минут начальником ОНК ОМВД России по &lt;адрес&gt; Свидетель №13 проведено гласное ОРМ «Обследование помещений, зданий, сооружений, участков местности и транспортных средств» на участке местности возле &lt;адрес&gt; Республики Бурятия. В результате ОРМ обнаружен и изъят сверток обмотанный липкой лентой синего цвета с содержимым внутри (т.1 л.д.142); - справкой об исследовании ЭКЦ МВД по РБ № от ДД.ММ.ГГГГ, согласно которой предоставленное на исследование вещество, изъятое около &lt;адрес&gt;, массой 0,4097 г. содержит в своем составе: наркотическое средство – диацетилморфин (героин), сильнодействующее вещество – трамадол, а также кофеин и декстрометорфан (т.1 л.д.146); - протокол осмотра места происшествия от ДД.ММ.ГГГГ, из которого следует, что следователем осмотрено место происшествия – участок местности, расположенный на расстоянии около 20 метров в юго-западном направлении от &lt;адрес&gt; (т.1 л.д.147-149);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Ц. (т.2 л.д.2); - рапорт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Ц. (т.2 л.д.3); - справкой по результатам проведения ОРМ «Наблюдение» от ДД.ММ.ГГГГ, из которой следует, что в период времени с ДД.ММ.ГГГГ ДД.ММ.ГГГГ оперуполномоченным УНК МВД по РБ Свидетель №14 проведено ОРМ «Наблюдение» в отношении Ц. (т.2 л.д.4); - актом изъятия и осмотра предметов от ДД.ММ.ГГГГ, из которого следует, что в период с ДД.ММ.ГГГГ ДД.ММ.ГГГГ оперуполномоченным УНК МВД по РБ Свидетель №14 в присутствии двух понятых у Ц. был изъят сотовый телефон «Oppo» (т.2 л.д.5-6);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Ш. (т.2 л.д.8-9); - актом изъятия и осмотра предметов от ДД.ММ.ГГГГ, из которого следует, что в период с ДД.ММ.ГГГГ ДД.ММ.ГГГГ оперуполномоченным УНК МВД по РБ Свидетель №12 в присутствии двух понятых у Ш. изъят, в том числе, сотовый телефон «Redmi» (т.2 л.д.10-11); - актом досмотра транспортного средства от ДД.ММ.ГГГГ, из которого следует, что оперуполномоченным Свидетель №12 осмотрен автомобиль «Honda Insight», в ходе которого из указанного автомобиля изъята, в том числе, банковская карта Tinkoff на имя Ш. (т.2 л.д.12-15); - протоколом осмотра предметов от ДД.ММ.ГГГГ, из которого следует, что следователем осмотрены предметы, изъятые в ходе ОРМ «Наблюдение» в отношении Ш., в том числе, банковская карта Tinkoff на имя Ш. (т.2 л.д.16-17);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Ю. (т.2 л.д.22); - актом изъятия и осмотра предметов от ДД.ММ.ГГГГ, из которого следует, что в период с ДД.ММ.ГГГГ ДД.ММ.ГГГГ оперуполномоченным УНК МВД по РБ Свидетель №14 в присутствии двух понятых у Ю. изъят сотовый телефон «Honor» (т.2 л.д.23-24);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ФИО3 (т.2 л.д.26); - рапорт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ФИО3 (т.2 л.д.27); - справкой по результатам проведения ОРМ «Наблюдение» от ДД.ММ.ГГГГ, из которой следует, что в период времени с ДД.ММ.ГГГГ ДД.ММ.ГГГГ оперуполномоченным УНК МВД по РБ Свидетель №14 проведено ОРМ «Наблюдение» в отношении ФИО3 При этом ФИО3 непосредственно находился под наблюдением сотрудников УНК МВД по РБ с 14 часов 05 минут ДД.ММ.ГГГГ (т.2 л.д.28); - актом изъятия и осмотра предметов от ДД.ММ.ГГГГ, из которого следует, что в период с ДД.ММ.ГГГГ ДД.ММ.ГГГГ оперуполномоченным УНК МВД по РБ Свидетель №12 в присутствии двух понятых Свидетель №6 и Свидетель №7 у ФИО3 изъят сотовый телефон «Iphone 14 pro max» (т.2 л.д.29-30); - протоколом осмотра предметов от ДД.ММ.ГГГГ, из которого следует, что следователем осмотрены сотовые телефоны, изъятые в ходе ОРМ «Наблюдение» в отношении Ш., Ю., Ц. и ФИО3: - в мобильном телефоне Ш. обнаружено приложение «Контакты», в котором имеется контакты &lt;данные изъяты&gt; Также обнаружено приложение «Chrome», в истории браузера имеются поисковые запросы: &lt;данные изъяты&gt; мефедрон кристаллический, гашиш &lt;данные изъяты&gt;, каталог, снять квартиру посуточно &lt;данные изъяты&gt; В мобильном телефоне установлено приложение &lt;данные изъяты&gt;», в котором имеется два снимка местонахождения тайника с закладкой с координатами № при проверке координат которых было выяснено, что координаты № расположены по &lt;адрес&gt; в &lt;адрес&gt;, а координаты № расположены на территории &lt;адрес&gt;. При просмотре приложения &lt;данные изъяты&gt; установлено, что у Ш. в приложении имеется два аккаунта: 1 аккаунт &lt;данные изъяты&gt; с привязанным абонентским номером +№, имя пользователя &lt;данные изъяты&gt; 2 аккаунт &lt;данные изъяты&gt;» имя аккаунта &lt;данные изъяты&gt; с привязанным абонентским номером +№. В данном приложении имеется диалоговое окно с абонентом &lt;данные изъяты&gt;, в котором ведется переписка, о приобретении и употреблении наркотических средств. В данном приложении также имеется диалоговое окно с абонентом «Багс», в котором также ведется переписка об употреблении наркотических средств. В приложении &lt;данные изъяты&gt;» в журнале звонков обнаружены соединения с абонентом +992877007007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ДД.ММ.ГГГГ. При просмотре телефонной книги «контактов» обнаружен контакт без имени с номером телефона &lt;***&gt;, который согласно материалов уголовного дела принадлежит Ю., согласно журналу вызовов осуществлялись соединения в период с ДД.ММ.ГГГГ до ДД.ММ.ГГГГ, также обнаружен контакт без имени с номером +79969354630, согласно материалов уголовного дела указанный номер принадлежит ФИО3, с которым имеются соединения от ДД.ММ.ГГГГ и ДД.ММ.ГГГГ, контакт с именем «Поняк», согласно материалов уголовного дела указанный номер принадлежит Ц., согласно журналу вызовов установлены соединения в период с ДД.ММ.ГГГГ до ДД.ММ.ГГГГ; - в мобильном телефоне ФИО3 при просмотре «журнала вызовов» обнаружены соединения с абонентским номером № который принадлежит Ш., соединение по сотовой связи и в приложении &lt;данные изъяты&gt; Также обнаружены соединения с абонентским номером №, который согласно материалов уголовного дела принадлежит Ю., указанный номер привязан в приложении «Телеграм», в приложении &lt;данные изъяты&gt; контакт Ю. сохранен как «Абдулла», зарегистрированный под именем &lt;данные изъяты&gt; с абонентским номером +№ с Ю. установлено наличие соединений от ДД.ММ.ГГГГ, ДД.ММ.ГГГГ, по сотовой связи в приложении «телеграмм&lt;данные изъяты&gt; - в мобильном телефоне Ю. обнаружены приложения &lt;данные изъяты&gt; аккаунт &lt;данные изъяты&gt;, номер телефона №, имя пользователя &lt;данные изъяты&gt; В архиве обнаружены чаты с один с названием &lt;данные изъяты&gt; в котором содержатся ссылки на бот и сайты по продаже наркотических средств. Также при просмотре приложения &lt;данные изъяты&gt; обнаружен контакт с названием &lt;данные изъяты&gt; номер телефона № имя пользователя &lt;данные изъяты&gt; указанный номер принадлежит Ц. В ходе просмотра телефонной книги &lt;данные изъяты&gt; обнаружен контакт &lt;данные изъяты&gt; с номером телефона №, который принадлежит обвиняемому Ш., согласно истории вызовов они ежедневно созванивались в период с ДД.ММ.ГГГГ по ДД.ММ.ГГГГ. Также в списке вызовов обнаружен контакт без названия с номером телефона №, который согласно материалов уголовного дела принадлежит Ц., согласно истории вызовов созванивались в период с ДД.ММ.ГГГГ по ДД.ММ.ГГГГ. В ходе просмотра телефонной книги «Контактов» обнаружены контакты «Алибек Ахи» с номером телефона №, &lt;данные изъяты&gt; с номером телефона № В истории поиска браузера &lt;данные изъяты&gt; обнаружена информация о поиске наркотических средств; - в мобильном телефоне Ц. в «журнале вызовов» установлено наличие соединений с абонентом без имени с номером телефона №, ДД.ММ.ГГГГ, согласно материалов уголовного дела указанный номер принадлежит Ш., наличие соединений с абонентом без имени с номером телефона № от ДД.ММ.ГГГГ, согласно материалов уголовного дела указанный номер принадлежит Ю. Также в телефоне обнаружены приложений &lt;данные изъяты&gt; При просмотре приложения &lt;данные изъяты&gt; установлено наличие аккаунта &lt;данные изъяты&gt; имя пользователя &lt;данные изъяты&gt; с номером телефона №. При просмотре приложения «телеграмм», обнаружен чат с пользователем &lt;данные изъяты&gt; №, содержащая информацию по приобретению наркотических средств (т.2 л.д.31-40); - постановлением Советского районного суда &lt;адрес&gt; РБ от ДД.ММ.ГГГГ, которым разрешено проведение обыска в жилище Ш. (т.2 л.д.64); - протоколом обыска от ДД.ММ.ГГГГ, из которого следует, что оперуполномоченным УНК МВД по РБ Свидетель №12 произведен обыск в жилище Ш. по адресу: &lt;адрес&gt;. В ходе обыска были обнаружены и изъяты следующие предметы: из холодильника изъят полимерный пакет с содержимым внутри, из деревянного шкафа изъяты электронные весы в корпусе черного цвета и электронные весы в корпусе серого цвета, из-под шкафа в прихожей изъят сверток, упакованный в изоленту синего цвета (т.2 лд.66-69); - заключением эксперта ЭКЦ МВД по РБ от ДД.ММ.ГГГГ №, согласно выводов которого представленное на исследование вещество, изъятое на &lt;адрес&gt;, массой 0,4272 г. (первоначальная масса вещества согласно справки об исследовании № от ДД.ММ.ГГГГ составляла 0,4292 г.), содержит в своем составе: наркотическое средство – диацетилморфин (героин), сильнодействующее вещество – трамадол, а также кофеин и декстрометорфан (т.2 л.д.74-77); - протоколом осмотра предметов от ДД.ММ.ГГГГ, в ходе которого следователем осмотрены следующие предметы: ~ полимерный пакет из прозрачного материала, изъятый в ходе ОРМ в &lt;адрес&gt;, в котором находится вещество в виде комочков и порошка светло-бежевого цвета со специфическим запахом, ~ пакет из прозрачного полимерного материала, изъятый в ходе обыска квартиры в &lt;адрес&gt;3, в котором находится вещество в виде комочков и порошка бежевого цвета, со специфическим запахом, ~ отрезок изоленты синего цвета и пакетик из прозрачного полимерного материала с застежкой типа &lt;данные изъяты&gt; в котором находится вещество в виде комочков бежевого цвета со специфическим запахом, изъятые при проведении ОРМ возле &lt;адрес&gt;, ~ 2 пакета из прозрачного полимерного материала, в котором находится вещество в виде комочков бежевого цвета, со специфическим запахом, изъятые в ходе осмотра места происшествия по адресу &lt;адрес&gt;&lt;адрес&gt;, ~ пакет из прозрачного полимерного материала, в котором находится вещество в виде комочков бежевого цвета, со специфическим запахом, изъятые в ходе обыска в &lt;адрес&gt; (т.2 л.д.78-82); - протоколом осмотра предметов от ДД.ММ.ГГГГ, из которого следует, что следователем осмотрены, в том числе, следующие предметы: весы электронные в корпусе черного цвета с откидной крышкой, загрязненные порошком светлого цвета, весы электронные в корпусе серого цвета с откидной крышкой, загрязненные порошком светлого цвета, изъятые в ходе обыска по адресу: &lt;адрес&gt; Ш. (т.2 л.д.114-117); - заключением эксперта ЭКЦ МВД по РБ от ДД.ММ.ГГГГ №, согласно выводов которого представленное на исследование вещество, изъятое на &lt;адрес&gt;, массой 0,3634 г. (первоначальная масса вещества согласно справки об исследовании № от ДД.ММ.ГГГГ составляла 0,3654 г.), содержит в своем составе: наркотическое средство – диацетилморфин (героин), сильнодействующее вещество – трамадол,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и кофеин (т.2 л.д.128-131); - протоколом осмотра предметов от ДД.ММ.ГГГГ, согласно которого следователем осмотрен пакет из прозрачного полимерного материала, в котором находится вещество в виде комочков светло-бежевого цвета, отрезок липкой ленты темно-синего цвета, лоскуток полимерного прозрачного материала желтого цвета, изъятые на &lt;адрес&gt; (т.2 л.д.133-137); - заключением эксперта ЭКЦ МВД по РБ от ДД.ММ.ГГГГ №, согласно выводов которого представленное на исследование вещество, изъятое на &lt;адрес&gt;, массой 0,4077 г. (первоначальная масса вещества согласно справки об исследовании № от ДД.ММ.ГГГГ составляла 0,4097 г.), содержит в своем составе: наркотическое средство – диацетилморфин (героин), сильнодействующее вещество – трамадол,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и кофеин (т.2 л.д.145-148); - протоколом осмотра предметов от ДД.ММ.ГГГГ, согласно которого следователем осмотрен прозрачный пакет, в котором находится порошкообразное вещество светло-бежевого цвета, часть вещества в виде нескольких отдельных комочков, лоскуток полимерного прозрачного материала желтого цвета, изъятые на &lt;адрес&gt; (т.2 л.д.150-154); - заключением эксперта ЭКЦ МВД по РБ от ДД.ММ.ГГГГ №, согласно выводов которого представленные на исследование вещества, изъятые у Ш. ДД.ММ.ГГГГ в ходе обыска в жилище, а именно: 1) вещество массой 0,2422 г. содержит в своем составе наркотическое средство – метадон (фенадон, долофин), 2) вещество общей массой 0,6413 г. (массами 0,3280 г. и 0,3133 г.) является смесью, содержащей наркотическое средство диацетилморфин (героин), сильнодействующее вещество – трамадол (трамал), а также кофеин и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(т.2 л.д.212-216); - постановлением о представлении ОРД от ДД.ММ.ГГГГ, согласно которому в орган предварительного расследования представлены результаты ОРМ «Наблюдение», проведенных ДД.ММ.ГГГГ, в период с 2 по ДД.ММ.ГГГГ, ДД.ММ.ГГГГ, в период с 14 по ДД.ММ.ГГГГ, в период с 13 по ДД.ММ.ГГГГ в отношении Ю., Ш., Ц., ФИО3 (т.3 л.д.3-4); - рапортом оперуполномоченного УНК МВД по РБ Свидетель №1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Ш. (т.3 л.д.5); - справкой по результатам проведения ОРМ «Наблюдение» от ДД.ММ.ГГГГ, из которой следует, что в период времени с 15 часов до 17 часов 30 минут ДД.ММ.ГГГГ оперуполномоченными УНК МВД по РБ Свидетель №11 и Свидетель №1 проведено ОРМ «Наблюдение» в отношении Ш. с целью проверки оперативной информации о том, что Ш. возможно возвращается из &lt;адрес&gt;, где забирал наркотические средства, предназначенные для сбыта на территории Бурятии. В ходе ОРМ зафиксирован факт приезда последнего по месту своего жительства в &lt;адрес&gt;, на автомобиле «Honda Insight» с гос.номером №», при этом Ш. из автомобиля вынул картонную коробку с надписью «&lt;данные изъяты&gt;» (т.3 л.д.6); - рапортом оперуполномоченного УНК МВД по РБ Свидетель №12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Ш. и Ю. (т.3 л.д.7); - справкой по результатам проведения ОРМ «Наблюдение» от ДД.ММ.ГГГГ, из которой следует, что в период времени ДД.ММ.ГГГГ ДД.ММ.ГГГГ оперуполномоченными Свидетель №12 и Свидетель №11, действующими каждым по отдельности, проведено ОРМ «Наблюдение» с целью проверки оперативной информации о том, что Ш. и Ю. намереваются передвигаться по &lt;адрес&gt; с целью осуществления закладок наркотических средств в тайниках. В ходе ОРМ зафиксированы факты перемещений Ю. совместно с Ш. в пределах &lt;адрес&gt; на автомобиле «Honda Insight» с гос.номером № Так, в 12 часов 53 минуты Ш. и Ю. подъехали к дому по адресу: &lt;адрес&gt;, Ш. вышел из машины, прошел в первый подъезд данного дома, Ю. оставался в машине, через 1 минуту Ш. вернулся в машину. В 12 часов 55 минут они подъехали к дому по адресу: &lt;адрес&gt;, Ю. вышел из машины, зашел в подъезд № указанного дома, Ш. остался в машине, через 1 минуту Ю. вернулся в машину, и уехали в направлении &lt;адрес&gt;, где были оставлены без наблюдения (т.3 л.д.8-9); - рапортом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Ю. и Ш. (т.3 л.д.10); - справкой по результатам проведения ОРМ «Наблюдение» от ДД.ММ.ГГГГ, из которой следует, что в период времени с ДД.ММ.ГГГГ ДД.ММ.ГГГГ оперуполномоченными Свидетель №14 и Свидетель №1 проведено ОРМ «Наблюдение» с целью проверки оперативной информации о том, что Ш. и Ю. намереваются передвигаться по &lt;адрес&gt; с целью осуществления закладок наркотических средств в тайниках. В ходе ОРМ зафиксированы факты перемещений Ю. совместно с Ш. в пределах &lt;адрес&gt; на автомобиле «Honda Insight» с гос.номером № Так, в &lt;данные изъяты&gt; Ш. подъехал к дому № на бульваре Карла Маркса, зашел в подъезд №, из которого вышел через минуту. В &lt;данные изъяты&gt; Ю. и Ш. подъехали во двор &lt;адрес&gt; на проспекте 50-лет Октября, Ю. вышел из машины, зашел в подъезд №, вернувшись в машину через 1 минуту. После чего они в &lt;данные изъяты&gt; подъехали во двор &lt;адрес&gt;, где Ш. вышел из автомобиля, подошел к забору, что-то положил в забор, сделал фотографию на свой сотовый телефон, Ю. в это время ожидал в машине. Оперуполномоченные проинформировали ближайший наряд ОБППСП УМВД России по &lt;адрес&gt; о том, что в ближайшее время на данном участке местности возможно появление лиц, желающих пробрести наркотики. Также Ю. и Ш. в дальнейшем в период времени с &lt;данные изъяты&gt; осуществляли передвижение по городу, заезжая во дворы различных домов, в случайном порядке заходили в подъезды домов. В 15 часов 37 минут Ш. и Ю. подъехали к дому № по &lt;адрес&gt;, Ю. зашел в 1 подъезд, вышел через минуту. Сотрудники решили проводить наблюдение за указанным подъездом и в 17 часов 40 минут к данному подъезду подошел мужчина, который зашел в подъезд и был задержан сотрудниками ОБППСП при выходе из подъезда, в дальнейшем было установлено, что у данного мужчины был обнаружен наркотик – метадон (т.3 л.д.11-12); - рапортом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Ю. и Ш. (т.3 л.д.13); - справкой по результатам проведения ОРМ «Наблюдение» от ДД.ММ.ГГГГ, из которой следует, что в период времени с &lt;данные изъяты&gt; ДД.ММ.ГГГГ до &lt;данные изъяты&gt; ДД.ММ.ГГГГ оперуполномоченными Свидетель №14 и Свидетель №11 проведено ОРМ «Наблюдение» с целью проверки оперативной информации о том, что Ш. и Ю. намереваются передвигаться по &lt;адрес&gt; с целью осуществления закладок наркотических средств в тайниках для их сбыта посредством мессенджера Телеграмм. В ходе ОРМ зафиксированы факты перемещений Ю. совместно с Ш. в пределах &lt;адрес&gt; на автомобиле «Honda Insight» с гос.номером «С 517 МХ 03 рус». Так, в период времени с 17 ДД.ММ.ГГГГ Ю. и Ш. осуществляли передвижение по &lt;адрес&gt;, заезжая во дворы различных домов, в случайном порядке заходили в подъезды домов (т.3 л.д.11-12); - рапортом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Ю. и Ш. (т.3 л.д.16); - справкой по результатам проведения ОРМ «Наблюдение» от ДД.ММ.ГГГГ, из которой следует, что в период времени с ДД.ММ.ГГГГ ДД.ММ.ГГГГ оперативной группой в составе оперуполномоченного Свидетель №14 и заместителя начальника отдела УНК МВД по РБ ФИО17 а также второй оперативной группой в составе оперуполномоченных Свидетель №12, Свидетель №1 проведено ОРМ «Наблюдение» с целью проверки оперативной информации о том, что Ш. и Ю. намереваются передвигаться по &lt;адрес&gt; с целью осуществления закладок наркотических средств в тайниках для их сбыта посредством мессенджера Телеграмм бесконтактным способом неопределенному кругу лиц. В ходе ОРМ зафиксировано следующее: с &lt;данные изъяты&gt; Ю. совместно с Ш. в пределах &lt;адрес&gt; передвигались на автомобиле «Honda Insight» с гос.номером № периодически делая остановки, но не покидали машину. В &lt;данные изъяты&gt; они заехали в двор &lt;адрес&gt;, где Ю. вышел из автомобиля, прошел в подъезд № указанного дома, а Ш. проехал и встал между дома ми № и № по &lt;адрес&gt;, где стал ожидать, в &lt;данные изъяты&gt; Ю. вышел из подъезда, после чего проследовал в подъезд № &lt;адрес&gt;, откуда вышел через 2 минуты. В дальнейшем было принято решение о задержании Ю. и Ш. (т.3 л.д.17);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Ц. (т.3 л.д.20); - рапортом оперуполномоченного УНК МВД по РБ Свидетель №11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Ц. (т.3 л.д.21); - справкой по результатам проведения ОРМ «Наблюдение» от ДД.ММ.ГГГГ, из которой следует, что в период времени с &lt;данные изъяты&gt; ДД.ММ.ГГГГ оперуполномоченный Свидетель №14 и Свидетель №11 проведено ОРМ «Наблюдение» с целью проверки оперативной информации о том, что Ц. намеревается разложить закладки наркотических средств в тайники для их сбыта посредством мессенджера Телеграмм неустановленному кругу лиц. В ходе ОРМ зафиксирован факт встречи Ц. с Ю., которые в дальнейшем проследовали по месту жительства Ю. по адресу: &lt;адрес&gt;«б»-13, откуда они вышли в &lt;данные изъяты&gt; минут, Ц. выйдя от Ю. проследовал подъезд № &lt;адрес&gt;, откуда выйдя в &lt;данные изъяты&gt; Ц. прошел в подъезд № &lt;адрес&gt; по той же улицы, где слева от двери произвел фотосъемку. Далее в 16 часов 39 минут он вышел, проследовал по жилому массиву, где в &lt;данные изъяты&gt; зашел в подъезд № &lt;адрес&gt;, откуда вышел через 2 минуты. В дальнейшем наблюдение было прекращено, поскольку Ц. был потерян из виду (т.3 л.д.22-25); - постановлением о представлении результатов ОРД от ДД.ММ.ГГГГ, согласно которому в орган предварительного расследования представлены результаты ОРМ «Наблюдение», проведенного ДД.ММ.ГГГГ в отношении Ю., Ш., ФИО3 (т.3 л.д.28); - рапортом оперуполномоченного УНК МВД по РБ Свидетель №14 от ДД.ММ.ГГГГ на проведение ОРМ «Наблюдение», согласно которому последним у начальника УНК МВД по РБ получено разрешение на проведение указанного ОРМ в отношении Ю., Ш., ФИО3 (т.3 л.д.29); - справкой по результатам проведения ОРМ «Наблюдение» от ДД.ММ.ГГГГ, согласно которой в УНК МВД по РБ имелась оперативная информация о том, что ФИО3, Ю., Ш., намереваются ДД.ММ.ГГГГ выехать в &lt;адрес&gt; для раскладки в тайники наркотических средств героин и метадон в виде закладок с целью сбыта посредством мессенджера &lt;данные изъяты&gt; бесконтактным способом неустановленному кругу лиц в &lt;адрес&gt;. ДД.ММ.ГГГГ в ДД.ММ.ГГГГ сотрудниками УНК МВД по РБ начато ОРМ «Наблюдение» у адреса проживания Ш.: &lt;адрес&gt;. В 13 часов 19 минут во двор наблюдаемого адреса заехал автомобиль «Хонда Степвагон», гос.номер № под управлением ФИО3 В &lt;данные изъяты&gt; из подъезда указанного дома вышел Ш., который прошел к припаркованной во дворе вышеуказанного дома автомашине «Хонда Инсайт», с гос.номером № открыл водительскую дверь, что-то забрал из салона автомашины и сел в автомашину к ФИО3, после чего они проехали к месту жительства Ю., который сел к ним в автомобиль. Далее ФИО3, Ю., Ш. на указанном автомобиле передвигались по маршруту из &lt;адрес&gt; в &lt;адрес&gt;. Около 16 часов 39 минут наблюдаемые заехали в &lt;адрес&gt;, где в 16 часов 40 минут проехали на &lt;адрес&gt; и остановились напротив &lt;адрес&gt;. В &lt;данные изъяты&gt; ФИО3 вышел из автомашины, оглядываясь по сторонам, прошел к деревянному забору вышеуказанного дома, где что-то положил на землю. Ш. и Ю. ожидали его в автомашине. Через несколько секунд ФИО3 вернулся в автомашину, сел за руль, после чего они начали движение. В &lt;данные изъяты&gt; они подъехали к дому &lt;адрес&gt;, остановились, осматривали проезжающие мимо машины и проходящих людей. В 17 часов 07 минут Ш. и ФИО4 вышли из автомобиля, прошли к электроопоре, расположенной по указанному адресу, где Ш. положил что-то на землю возле опоры, а ФИО4 контролировал окружающую обстановку, Ю. находился в автомобиле. Далее они продолжили движение на автомобиле и в &lt;данные изъяты&gt; остановились у &lt;адрес&gt;, где в &lt;данные изъяты&gt; Ш. и ФИО4 вышли из автомобиля, подошли к деревянному забору между домами № и №, где в &lt;данные изъяты&gt; ФИО4 положил что-то около забора, а Ш. контролировал обстановку, Ю. оставался в машине. В дальнейшем ФИО4, Ю. и Ш. передвигались на автомобиле по &lt;адрес&gt;, делая остановки, и покинул его в 18 часов 15 минут, выехав в &lt;адрес&gt; (т.3 л.д.30-32); - постановлением о представлении результатов ОРД от ДД.ММ.ГГГГ, согласно которому в орган предварительного расследования представлены результаты оперативно-розыскных мероприятий «Прослушивание телефонных переговоров» и «Снятие информации с технических каналов связи», проведенных в отношении Ю., Ш., ФИО3, Ц. (т.3 л.д.39-42); - постановлением о рассекречивании сведений, составляющих государственную тайну, и их носителей от ДД.ММ.ГГГГ, согласно которому рассекречены материалы оперативно-розыскных мероприятий «Прослушивание телефонных переговоров» и «Снятие информации с технических каналов связи», проведенных в отношении ФИО3, Ю., Ш., Ц. (т.3 л.д.43-46); - постановлениями Советского районного суда &lt;адрес&gt; РБ от ДД.ММ.ГГГГ, ДД.ММ.ГГГГ, ДД.ММ.ГГГГ и от ДД.ММ.ГГГГ о разрешении проведения ОРМ «Прослушивание телефонных переговоров» и «Снятие информации с технических каналов связи» в отношении ФИО3, Ю., Ш., Ц. (т.3 л.д.52-53, 55-61); - постановлениями Советского районного суда &lt;адрес&gt; РБ от ДД.ММ.ГГГГ о рассекречивании постановлений того же суда от ДД.ММ.ГГГГ, ДД.ММ.ГГГГ, ДД.ММ.ГГГГ и от ДД.ММ.ГГГГ о разрешении проведения ОРМ «Прослушивание телефонных переговоров» и «Снятие информации с технических каналов связи» в отношении ФИО3, Ю., Ш., Ц. (т.3 л.д.47-50); - постановлением Октябрьского районного суда &lt;адрес&gt; РБ от ДД.ММ.ГГГГ о разрешении проведения ОРМ «Прослушивание телефонных переговоров» и «Снятие информации с технических каналов связи» в отношении Ю. (т.3 л.д.54); - постановлениями Октябрьского районного суда &lt;адрес&gt; РБ от ДД.ММ.ГГГГ о рассекречивании постановлений того же суда от ДД.ММ.ГГГГ о разрешении проведения ОРМ «Прослушивание телефонных переговоров» и «Снятие информации с технических каналов связи» в отношении Ю. (т.3 л.д.51); - актом просмотра дисков, использованных в ходе проведения анализа ОРМ «Снятие информации с технических каналов связи» в отношении ФИО3, Ю., Ш., Ц. от ДД.ММ.ГГГГ, в результате чего установлены факты нахождения абонентских номеров №», принадлежащих соотвественно вышеуказанным лицам, в предполагаемое время совершения закладок наркотических средств. Места совершения «тайников-закладок» наркотических средств: при поездке Ш., ФИО3 и Ю. в &lt;адрес&gt; с целью заложения наркотических средств ДД.ММ.ГГГГ указанные лица заложили наркотические средства в тайники по адресу: &lt;адрес&gt;, ДД.ММ.ГГГГ в период времени с &lt;данные изъяты&gt;&lt;адрес&gt;А, ДД.ММ.ГГГГ в период времени с ДД.ММ.ГГГГ Гусиноозерск, ул. Афганская, 4-6, ДД.ММ.ГГГГ в период времени с &lt;данные изъяты&gt;. Ш. ездил в &lt;адрес&gt; за оптовой партией наркотических средств с ДД.ММ.ГГГГ по ДД.ММ.ГГГГ. (т.3 л.д.62-80); - постановлением о представлении результатов ОРД от ДД.ММ.ГГГГ, согласно которому в орган предварительного расследования представлены результаты оперативно-розыскных мероприятий «Прослушивание телефонных переговоров» и «Снятие информации с технических каналов связи», проведенного в отношении Ю., Ш., ФИО3, Ц. (т.3 л.д.83-85); - постановлением о рассекречивании сведений, составляющих государственную тайну, и их носителей от ДД.ММ.ГГГГ, согласно которому рассекречены материалы оперативно-розыскных мероприятий «Прослушивание телефонных переговоров» и «Снятие информации с технических каналов связи», проведенных в отношении ФИО3, Ю., Ш., Ц. (т.3 л.д.86-88); - актом от ДД.ММ.ГГГГ прослушивания CD-R диска №с, использованного в ходе проведения ОРМ «Прослушивание телефонных переговоров» в отношении ФИО3 (т.3 л.д.89-91); - актом от ДД.ММ.ГГГГ прослушивания CD-R диска №с, использованного в ходе проведения ОРМ «Прослушивание телефонных переговоров» в отношении Ю. (т.3 л.д.92-111); - актом от ДД.ММ.ГГГГ прослушивания CD-R диска №с, использованного в ходе проведения ОРМ «Прослушивание телефонных переговоров» в отношении Ш. (т.3 л.д.112-138); - протоколом осмотра предметов от ДД.ММ.ГГГГ, согласно которого следователем осмотрены материалы ОРМ «Снятие информации с технических каналов связи», проводимых в отношении Ю., Ш., Ц., ФИО3 (т.3 л.д.139-140); - протоколом осмотра предметов от ДД.ММ.ГГГГ, согласно которого следователем осмотрены и прослушаны оптические диски с записями телефонных переговоров ФИО3, Ю., Ш., Ц., подтверждающие: их совместную преступную деятельность по сбыту наркотиков под единым руководством неустановленного лица («Комрон», он же «Ахи»), подчинение и отчет об организованных тайниках перед неустановленным организатором, получение от него денежных средств за совершенные преступления. Также телефонные переговоры подтверждают тесную взаимосвязь между участниками организованной группы, их постоянное устойчивое общение, использование мер конспирации, выражавшееся в использовании в речи сленговых выражений, общение друг с другом в интернет-мессенджерах, исключающих контроль со стороны сотрудников полиции. Участники организованной группы, согласно представленных аудиозаписей неоднократно посуточно арендовали квартиры для хранения и фасовки наркотиков, организовывали тайники, в том числе, в подъездах жилых домов (т.3 л.д.142-160); - постановлением о представлении результатов ОРД от ДД.ММ.ГГГГ, согласно которому в орган предварительного расследования представлены результаты ОРМ «Наведение справок» (т.3 л.д.164); - рапортом оперуполномоченного УНК МВД по РБ Свидетель №14 от ДД.ММ.ГГГГ на проведение ОРМ «Наведение справок», согласно которому последним у начальника УНК МВД по РБ получено разрешение на проведение указанного ОРМ (т.3 л.д.165); - справкой по результатам проведения ОРМ «Наведение справок» от ДД.ММ.ГГГГ, из которого следует, что интернет-магазин «&lt;данные изъяты&gt;» создан и используется с целью получения финансовой выгоды от незаконного сбыта наркотических средств опийной группы бесконтактным способом с использованием мессенджера «Telegram». Сбыт наркотиков осуществляется закладочным способом, организован образом, исключающим возможность установления личности продавца и покупателя, в том числе за счет анонимности всех участвующих в сделках лиц, а также использования «дроповских» банковских карт, на которые поступают денежные средства в виде оплаты за приобретаемый наркотик. Организатором интернет-магазина является неустановленное лицо с юзернеймом: &lt;данные изъяты&gt; Администраторами в чате являются неустановленные лица с юзернеймом: &lt;данные изъяты&gt;. На момент проведения ОРМ «Наведение справок» количество участников чата было 249 человек, первое сообщение в чате интернет-магазине датировано ДД.ММ.ГГГГ. Интернет-магазин «МАКС ГЕРОЙ» представляет собой организованную преступную группу, состоящую из незнакомых между собой лично лиц, объединенных одной целью систематического получения денежной прибыли от сбыта наркотиков (т.3 л.д.166-175); - протоколом осмотра документов от ДД.ММ.ГГГГ, согласно которого следователем осмотрена выписка движения денежных средств по банковской карте №, зарегистрированной на имя ФИО19 В ходе осмотра установлено, что имеются многочисленные зачисления денежных средств различными суммами от жителей Республики Бурятия (ФИО20, ФИО21). Также имеются сведения о переводе денежных средств на карту супруги Ш. (т.3 л.д.241-243); - протоколом осмотра места происшествия от ДД.ММ.ГГГГ, из которого следует, что следователем осмотрен автомобиль «Honda Insight» с гос.номером № Данный автомобиль (т.4 л.д.11-13); - протоколом осмотра предметов от ДД.ММ.ГГГГ, согласно которому следователем осмотрены документы, связанные с арендой Ш. автомобиля «Honda Insight» с гос.номером №», с арендой ФИО3 автомобиля «Хонда Степвгн», гос.номер № (т.4 л.д.70-72); - заключением эксперта ЭКЦ МВД по РБ № от ДД.ММ.ГГГГ, согласно выводов которого: представленное на экспертизу вещество, изъятое на &lt;адрес&gt;, массой 0,4252 г. (первоначальная масса вещества согласно справки об исследовании № от ДД.ММ.ГГГГ составляла 0,4292 г.), содержит в своем составе наркотическое средство диацетилморфин (героин), сильнодействующее вещество – трамадол (трамал), а также кофеин и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(т.5 л.д.243-245). Оценив исследованные доказательства в их совокупности, суд приходит к выводу, что виновность подсудимого ФИО3 в совершении преступлений при обстоятельствах указанных в описательной части приговора доказана. Исследовав вышеуказанные доказательства, суд находит их допустимыми, относимыми и достоверными, а их совокупность - объективно подтверждающими вину ФИО3 в совершении ДД.ММ.ГГГГ преступлений, предусмотренных ч.3 ст. – п.«а» ч.4 ст. 228.1 , ч.3 ст. – п.«а» ч.4 ст. 228.1 , ч.3 ст. – п.«а» ч.4 ст. 228.1 УК РФ , обстоятельства совершения которых указаны в описательной части приговора. Доказательства, подтверждающие вину подсудимого, суд оценивает как относимые, допустимые и достоверные, добытые без нарушений норм уголовно-процессуального закона, и достаточные для постановления обвинительного приговора. К частичному непризнанию в суде подсудимым ФИО3 своей вины в совершении указанных преступлений, а также к его показаниям в той части, что «он не совершал указанные преступления в &lt;адрес&gt; в составе организованный группы», а также к иным показаниям в части, противоречащей установленным в суде обстоятельствам совершения преступлений, суд относится критически, считая их избранным подсудимым способом защиты от предъявленного обвинения в указанной части, поскольку показания подсудимого, указанные показания, опровергаются в совокупности изложенными выше его же собственными показаниями, данными в ходе предварительного расследования и оглашенными в суде, показаниями свидетелей Свидетель №14, Свидетель №12, Свидетель №11, Свидетель №13, Свидетель №1, Свидетель №7, Свидетель №3, оглашенными показаниями свидетелей Свидетель №6, Свидетель №10, Свидетель №9, а также письменными материалами уголовного дела, что позволяет суду судить о том, что подсудимый пытается тем самым ввести суд в заблуждение, скрывая от суда истинные и достоверные обстоятельства совершенных им преступлений. Напротив, как правдивые, достоверные и допустимые, суд признает и считает необходимым положить в основу обвинительного приговора оглашенные признательные показания подсудимого ФИО3, данные им в ходе предварительного следствия при допросе в качестве подозреваемого, а также его признательные показания, данные в ходе судебного разбирательства, не противоречащие указанным оглашенным показаниям и установленным в суде обстоятельствам, поскольку они согласуются между собой и с показаниями вышеуказанных свидетелей, а также с письменными материалами уголовного дела. Подсудимый в ходе предварительного следствия, как видно из оглашенного протокола его допроса в качестве подозреваемого, самостоятельно рассказывал об обстоятельствах преступлений, был допрошен в присутствии и с участием адвоката, что исключало возможность нарушения права ФИО3 на защиту и оказания на него какого-либо воздействия. ФИО3 разъяснялись его процессуальные права, положения ст. 51 Конституции РФ, право на переводчика, и он был предупрежден о том, что его показания могут быть использованы в качестве доказательств по уголовному делу, в том числе и при его последующем отказе от этих показаний. Кроме этого, в ходе проведения допроса ни ФИО3, ни его адвокат каких-либо заявлений, жалоб, в том числе о применении к подсудимому незаконных методов расследования, не подавали. Данных, свидетельствующих о незаконных методах ведения следствия по делу, не имеется. Исходя из положений ч.ч.6,7 ст. 166 УПК РФ и ч.8 ст. 190 УПК РФ , отсутствие замечаний со стороны подсудимого и его адвоката, подписавших протокол допроса ФИО3 от ДД.ММ.ГГГГ, свидетельствует о том, что в присутствии адвоката допрашиваемое лицо, был ознакомлен с показаниями и лично удостоверил правильность своей записью, указав в протоколе «с моих слов напечатано верно, мною прочитано». Данные показания в совокупности с другими изложенными выше доказательствами свидетельствуют о виновности подсудимого в совершении указанных преступлений. Оснований для оговора подсудимого со стороны Ю., Ш., Ц., а также со стороны свидетелей судом не установлено, как и причин у подсудимого для самооговора, на это же не указывает и сторона защиты. К показаниям подсудимого ФИО3, данным в суде, о том, что он давал показания следователю при допросе в качестве подозреваемого по совету оперативных сотрудников, которые сказали ему, что при даче признательных показаний ему «будет лучше», суд относится критически, отвергая их, считая, что данные показания даны последним в суде с целью ухода от уголовной ответственности за совершенные деяния. Кром того, указанные показания опровергаются показаниями допрошенных сотрудников УНК МВД по РБ, которые показали, что не оказывали давления на ФИО4. По мнению суда, в ходе разбирательства нашел свое подтверждение квалифицирующий признак преступлений, предусмотренных ч.3 ст. – п.«а» ч.4 ст. 228.1 , ч.3 ст. – п.«а» ч.4 ст. 228.1 , ч.3 ст. – п.«а» ч.4 ст. 228.1 УК РФ , как покушение на незаконный сбыт наркотических средств, «совершенный организованной группой», поскольку указанные преступления совершены ФИО3 в составе организованной группы, так как в ходе судебного разбирательства установлено, что в связи с материальными затруднениями с целью заработка по предложению неустановленного лица и Ю. ФИО3 с целью получения материальной выгоды не позднее ДД.ММ.ГГГГ вступил организованную группу с целью совершения преступлений в сфере незаконного оборота наркотических средств, с планированием преступной деятельности и распределением ролей. В состав данной организованной группы входили: - неустановленный организатор – организатор преступлений; - неустановленные «кураторы», использующие в сети «Интернет», в то числе, аккаунты &lt;данные изъяты&gt; исполнители преступлений; - неустановленные «вербовщики», использующие в сети «Интернет» аккаунты &lt;данные изъяты&gt; – исполнители преступлений; - Ю., Ш., Ц. и ФИО3 - исполнители преступлений. Ю. предоставил в распоряжение организованной группы: - неустановленную банковскую карту, на которую поступало денежное вознаграждение за незаконную преступную деятельность. Ш. предоставил в распоряжение организованной группы: - автомобиль «Honda Insight», с государственным регистрационным знаком №», находившийся у него во временном пользовании по договору аренды, - электронные весы, необходимые для взвешивания и фасовки наркотических средств. ФИО3 предоставил в распоряжение организованной группы: - автомобиль «Honda Stepwgn», с государственным регистрационным знаком № находившийся у него во временном пользовании по договору аренды. Суд, анализируя доказательства, пришел к выводу о том, что ФИО3 совершил указанные преступления в составе организованной группы, поскольку вопреки доводам стороны защиты, достоверно установлено, что преступные действия совершены им и Ю., Ш., Ц., под руководством неустановленного лица "куратора", действующего по указанию "организатора" преступной группы, с единым умыслом, направленным на незаконный сбыт наркотических средств с извлечением финансовой выгоды, при этом организованная группа имела иерархическую структуру с распределением ролей между ее участниками, действовала согласно разработанной преступной схеме в течение длительного периода времени, характеризовалась устойчивостью, масштабностью преступных действий, распределением доходов между участниками организованной группы, функционированием как каналов поставок наркотических средств, так и сети их сбыта, наличием системы конспирации, в том числе при общении посредством телефона и интернет-мессенджеров, в целях сокрытия деятельности участников организованной группы и избегания привлечения к уголовной ответственности. Об устойчивости указанной организованной группы свидетельствуют стабильность состава участников группы, заранее разработанный план совместной преступной деятельности, распределение функций и ролей между соучастниками при подготовке к преступлениям и непосредственном их совершении, многократность совершения преступлений членами группы. В соответствии с ч.3 ст. 35 УК РФ признаком организованной группы является совершение преступления устойчивой группой лиц, заранее объединившихся для совершения одного или нескольких преступлений, при этом каждый из ее участников может не принимать участия в выполнении объективной стороны преступления, так как между ними имеет место четкое распределение функций по совершению преступлений. При оценке мотива совершения преступлений, суд приходит к выводу о том, что корыстные побуждения подсудимого ФИО3, желавшего извлечь материальный доход от преступной деятельности, связанной с незаконным оборотом наркотиков, нашли свое подтверждение в судебном заседании. В основу приговора в части наличия в действиях ФИО3 квалифицирующего признака покушений на незаконный сбыт наркотических средств, «совершенных в составе организованной группы», суд считает возможным положить оглашенные показания подсудимого ФИО3, данные им ДД.ММ.ГГГГ при допросе в качестве подозреваемого, поскольку указанные показания подтверждаются другими доказательствами, исследованными судом, в частности оглашенными показаниями Ю., Ш., результатами проведенного ОРМ «Прослушивание телефонных переговоров», и другие исследованные доказательства. Также доводы подсудимого ФИО3 о его непричастности к совершению преступлений в составе «организованный группы», признаются судом несостоятельными, суд относится к ним критически, поскольку в соответствии ч.ч.3.5 ст. 35 УК РФ каждый из участников организованной группы может не принимать участия в выполнении объективной стороны преступления, так как между ними имеет место четкое распределение функций по совершению преступлений. Между тем, такое распределение не влияет на юридическую оценку его действий. Все участники организованной группы, независимо от характера их деятельности, направленной на совершение преступления, признаются соисполнителями и согласно ч.2 ст. 34 УК РФ , несут ответственность за преступление, совершенное ими совместно. По тем же основаниям суд приходит к выводу о необоснованности позиции стороны защиты, изложенной в прениях сторон, о необходимости исключения из квалификации действий по указанным преступлениям квалифицирующего признака совершения покушений на незаконный сбыт наркотических средств, «совершенного организованной группой». Также виновность ФИО3 в совершении указанных инкриминируемых ему преступлений подтверждается материалами проведенных оперативно-розыскных мероприятий «Наблюдение», «Обследование помещений, зданий, сооружений, участков местности и транспортных средств», «Прослушивание телефонных переговоров», «Снятие информации с технических каналов связи», «Наведение справок», справками по результатам проведения указанных оперативно-розыскных мероприятий, а также протоколами осмотров мест происшествий, протоколами осмотров предметов и документов, заключениями экспертов ЭКЦ МВД по РБ, и иными доказательствами, совокупностью которых установлена причастность подсудимого ФИО3 к совершению указанных особо тяжких преступлений. В основу приговора в части совершения ФИО3 преступлений по фактам покушений на незаконный сбыт наркотических средств на &lt;адрес&gt; суд также считает возможным и необходимым положить показания свидетеля Свидетель №3, который принимал участие в качестве незаинтересованного лица, показаниями участников проведенных ОРМ – сотрудников УНК МВД по РБ Свидетель №14, Свидетель №12, Свидетель №11, Свидетель №13, Свидетель №1, оглашенные показания свидетелей Свидетель №10, Свидетель №9 об обстоятельствах предоставления ими в аренду автомобилей ФИО3 и Ш., оглашенные показания Ю., Ш., Ц. Суд не находит каких-либо оснований сомневаться в достоверности и объективности показания указанных лиц, поскольку в ходе судебного следствия не представлено каких-либо доказательств их заинтересованности в результатах рассмотрения уголовного дела, на это же не указывает и сторона защиты. Каких-либо оснований о провокации со стороны сотрудников правоохранительных органов при проведении в отношении подсудимого ФИО3 ОРМ «Наблюдение», «Обследование помещений, зданий, сооружений, участков местности и транспортных средств», «Прослушивание телефонных переговоров», «Снятие информации с технических каналов связи», «Наведение справок», и о незаконности их действий, выражающихся в несвоевременности пресечения преступной деятельности ФИО3 судом не усмотрено. На это же не указывает и сторона защиты. Судом установлено, что сотрудники правоохранительных органов, проводя по данному уголовному делу оперативно-розыскные мероприятия, действовали в рамках закона, с целью проверки поступившей оперативной информации о незаконной деятельности ФИО3, связанной с незаконным оборотом наркотических средств. Сотрудники УНК МВД по РБ исполняли свои служебные обязанности и какой-либо заинтересованности в исходе дела у них не имелось. Также суд не усматривает в действиях сотрудников полиции признаков провокации преступлений, поскольку все оперативно-розыскные мероприятия в отношении ФИО3 проводились в соответствии с требованиями Федерального закона РФ "Об оперативно-розыскной деятельности", и имели разные цели, направленные на установление приобретения и поступления наркотических средств, выявления мест их сбыта, лиц, причастных к такой деятельности, конкретных соучастников преступной группы при наличии правовых оснований для их проведения. Обстоятельства совершения подсудимым инкриминируемых ему преступлений, установленные в ходе судебного разбирательства, свидетельствуют о наличии у ФИО3 умысла на незаконный оборот наркотических средств, который сформировался независимо от деятельности сотрудников полиции, а также о проведении подсудимыми всех действий, необходимых для совершения противоправных деяний. Также суд принимает во внимание, что оперативно-розыскные мероприятия проводились с участием незаинтересованных лиц, которым до начала производства ОРМ разъяснялись соответствующие права и обязанности. Каких-либо замечаний от незаинтересованных лиц в соответствующих актах и протоколах не содержится, что также свидетельствует о законности данных процессуальных действий и документов. Суд учитывает, что показания оперативных сотрудников правоохранительных органов, участвовавших в проводимых оперативно-розыскных мероприятиях, не входят в противоречие с другими исследованными доказательствами, не свидетельствуют о какой-либо их личной заинтересованности в исходе дела и не ставят под сомнение достоверность их показаний по обстоятельствам проведения процессуальных действий в силу возложенных на них полномочий. Результаты оперативно-розыскной деятельности переданы в орган предварительного расследования в соответствии с Инструкцией о порядке представления результатов оперативно-розыскной деятельности органу дознания, следователю или в суд, утвержденной соответствующими структурами, с вынесением постановлений о рассекречивании сведений, сопроводительных документов и рапортов об обнаружении признаков преступлений. Судом установлено, что все вещества, содержащие наркотические средства, а именно: - вещество, изъятое на &lt;адрес&gt;, массой 0,4292 г., содержащее в своем составе наркотическое средство диацетилморфин (героин), сильнодействующее вещество – трамадол (трамал), а также кофеин и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 вещество, изъятое на &lt;адрес&gt;, массой 0,4097 г., содержащее в своем составе: наркотическое средство – диацетилморфин (героин), сильнодействующее вещество – трамадол,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и кофеин - вещество, изъятое на &lt;адрес&gt;, массой 0,3654 г., содержащее в своем составе: наркотическое средство – диацетилморфин (героин), сильнодействующее вещество – трамадол, вещество из группы меторфанов, определить конкретный вид оптического изомера которого не представляется возможным ввиду отсутствия необходимой приборной базы, и кофеин, по фактам покушения на незаконный сбыт наркотических средств ФИО4 в составе организованной группы, согласно постановления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по своей массе не относятся к значительному, крупному или особо крупному размеру. Размеры наркотических средств подтверждаются вышеприведенными соответствующими справками об исследовании и заключениями экспертов, которые не вызывают у суда сомнений в правильности сделанных выводов, так как исследования и экспертизы проводились в соответствии с требованиями закона, компетентными лицами, в связи с чем, оснований не доверять данным исследованиям и заключениям экспертов, суд не установил. По смыслу закона, действия, которые были направлены на сбыт наркотических средств нескольким потенциальным приобретателям и выражались в расфасовке наркотических средств и размещении их в разных тайниках-закладках, следует рассматривать применительно к каждой закладке как отдельное преступление с самостоятельным конкретизированным умыслом, а в целом такие действия - как совокупность преступлений, предусмотренных ст. 228.1 УК РФ (п.10 «Обзора судебной практики по делам о преступлениях, связанных с незаконным оборотом наркотических средств, психотропных веществ и их аналогов», утв. Президиумом Верховного Суда РФ 26.06.2024). В ходе судебного разбирательства установлено, что у ФИО3, действующего в составе организованной группы, при осуществлении тайников-закладок с наркотическими средствами, на &lt;адрес&gt;, в каждом случае, умысел был направлен на сбыт конкретной отдельной части наркотических средств. На это указывает то, что наркотические средства были расфасованы и разложены в тайники, расположенные в разных местах хранения, то есть на разных улицах &lt;адрес&gt;. Исходя из установленных фактических обстоятельств, суд считает, что указанные наркотические средства предназначались не одному лицу, а нескольким потенциальным покупателям, которые имели возможность приобрести наркотические средства через различные тайники-закладки. Таким образом, суд считает необходимым квалифицировать действия ФИО3 как отдельные преступления. Согласно правовой позиции, изложенной в п.13.2 постановления Пленума Верховного Суда РФ от 15.06.2006 №14 «О судебной практике по делам о преступлениях, связанных с наркотическими средствами, психотропными, сильнодействующими и ядовитыми веществами», если лицо в целях осуществления умысла на незаконный сбыт наркотических средств, психотропных веществ или их аналогов, незаконно приобретает, хранит, перевозит, изготавливает, перерабатывает эти средства, вещества,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вещества, приобретателю, то такое лицо несет уголовную ответственность за покушение на незаконный сбыт этих средств, веществ. Судом установлено, что ФИО3, действующим в составе организованной группы, совместно с Ю. и Ш. ДД.ММ.ГГГГ на &lt;адрес&gt; были выполнены действия, направленные на сбыт наркотических средств, однако по не зависящим от них обстоятельствам наркотические средства не были переданы приобретателям, поскольку были изъяты сотрудниками правоохранительных органов. Таким образом, в действиях ФИО3 усматривается покушения на незаконный сбыт наркотических средств. Аналогичная правовой позиция содержится в п.24 «Обзора судебной практики Верховного Суда Российской Федерации N 1 (2022)». Из п.20 постановления Пленума Верховного Суда РФ от 15.12.2022 N 37 "О некоторых вопросах судебной практики по уголовным делам о преступлениях в сфере компьютерной информации, а также иных преступлениях, совершенных с использованием электронных или информационно-телекоммуникационных сетей, включая сеть "Интернет" следует, что преступление квалифицируется как совершенное с использованием электронных или информационно-телекоммуникационных сетей, включая сеть "Интернет", независимо от стадии совершения преступления, если для выполнения хотя бы одного из умышленных действий, создающих условия для совершения соответствующего преступления или входящих в его объективную сторону, лицо использовало такие сети. В частности, по признаку, предусмотренному пунктом "б" части 2 статьи 228.1 УК РФ , при незаконном сбыте наркотических средств квалифицируются действия лица, которое с использованием сети "Интернет" подыскивает источник незаконного приобретения наркотических средств с целью последующего сбыта или соучастников незаконной деятельности по сбыту наркотических средств, а равно размещает информацию для приобретателей наркотических средств. По указанному признаку квалифицируется и совершенное в соучастии преступление, если связь между соучастниками в ходе подготовки и совершения преступления обеспечивалась с использованием электронных или информационно-телекоммуникационных сетей, включая сеть "Интернет" (например, при незаконном сбыте наркотических средств обеспечивалась связь между лицом, осуществляющим закладку наркотических средств в тайники, и лицом, передавшим ему в этих целях наркотические средства). По делу установлено, что в целях незаконного сбыта наркотических средств бесконтактным способом через тайники-закладки неустановленные лица, создали онлайн-магазин, который использовали для поиска покупателей наркотических средств. При этом они имели возможность доступа и пользования указанным онлайн-магазином при помощи технических средств, имеющих доступ в сеть "Интернет". Разместив часть расфасованных наркотических средств в тайниках-закладках, ФИО3, действуя в составе организованной группы в роли «закладчика» наркотических средств в тайники, понимал, что информация о месте расположения тайника направляется другим неустановленным лицам, данное обстоятельство подтверждается его собственными признательными показаниями, из которых следует, что он понимал, что когда они делали закладки ДД.ММ.ГГГГ в &lt;адрес&gt;, сам он место закладки не фотографировал, отчет с координатами тоже, это все делали Ю. и Ш. Также, из материалов дела следует, что ФИО3 общался с Ю., а также неустановленным лицом, действующими в составе организованной группы через мессенджер &lt;данные изъяты&gt; использую средства интернет, а также по телефонной связи в ходе подготовки к совершению указанных сбытов наркотических средств. При таких обстоятельствах суд приходит к выводу, что квалифицирующий признак "с использованием электронных или информационно-телекоммуникационных сетей, включая сеть "Интернет", в отношении ФИО3 по преступлениям, совершенным ДД.ММ.ГГГГ, нашел свое подтверждение, в связи с чем, довод стороны защиты о том, что в телефоне ФИО4 не обнаружено каких-либо доказательств участия последнего в группе &lt;данные изъяты&gt; не является безусловным основанием для исключения указанного квалифицирующего признака. Показания следователя ФИО14 не свидетельствуют о виновности или невиновности ФИО3 в совершении инкриминируемых ему преступлений, поскольку касаются процедуры проведения следственных в ходе предварительного расследования. Показания свидетелей защиты ФИО15, ФИО16 не учитываются судом как доказательства виновности или невиновности подсудимого, поскольку касаются данных о личности ФИО3 Оснований для переквалификации действий подсудимого ФИО45 по предъявленному обвинению, а также по квалификации его действий по иным составам преступлений в отношении него, суд не усматривает. Из правовой позиции, содержащейся в абз.2 п.24 постановления Пленума Верховного Суда РФ от 29.11.2016 №55 "О судебном приговоре", следует, что в случае, если дело в отношении некоторых обвиняемых выделено в отдельное производство, то в приговоре указывается, что преступление совершено подсудимым совместно с другими лицами, без упоминания их фамилий, но с указанием принятого в отношении их процессуального решения (например, лицо, дело в отношении которого выделено в отдельное производство). Поскольку в ходе судебного разбирательства установлено, что в отношении Ю., Ш. и Ц. дело выделено в отдельно производство и приостановлено на законных основаниях, то суд в приговоре при описании преступных деяний и приведении доказательств не упоминает полные фамилии, имена и отчества лиц Ю., Ш., и Ц., используя в тексте приговора принятые сокращения их фамилий. Учитывая вышеизложенное, суд квалифицирует действия ФИО3: - по ч.3 ст. - п.«а» ч.4 ст. 228.1 УК РФ (по факту покушения на незаконный сбыт наркотических средств на &lt;адрес&gt; в &lt;адрес&gt;) как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то есть умышленные действия лица, непосредственно направленные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если при этом преступление не было доведено до конца по независящим от этого лица обстоятельствам, - по ч.3 ст. - п.«а» ч.4 ст. 228.1 УК РФ (по факту покушения на незаконный сбыт наркотических средств на &lt;адрес&gt; в &lt;адрес&gt;) как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то есть умышленные действия лица, непосредственно направленные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если при этом преступление не было доведено до конца по независящим от этого лица обстоятельствам, - по ч.3 ст. - п.«а» ч.4 ст. 228.1 УК РФ (по факту покушения на незаконный сбыт наркотических средств на &lt;адрес&gt; в &lt;адрес&gt;) как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то есть умышленные действия лица, непосредственно направленные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организованной группой, если при этом преступление не было доведено до конца по независящим от этого лица обстоятельствам. Также виновность подсудимого ФИО3 в совершении преступления, предусмотренного ч.3 ст. – п.«г» ч.4 ст. 228.1 УК РФ , подтверждается следующими материалами уголовного дела, которые в порядке ст. 285 УПК РФ оглашены и исследованы в ходе судебного заседания: - рапортом об обнаружении признаков преступления от ДД.ММ.ГГГГ старшего оперуполномоченного ОБНОН УНК МВД по РБ Свидетель №1 (КУСП №), согласно которому ДД.ММ.ГГГГ в период с 23 &lt;данные изъяты&gt; результате обыска в жилище ФИО3 по адресу: &lt;адрес&gt;, обнаружен и изъят сверток с веществом массой 9,0558 г., содержащим в своем составе наркотическое средство – диацетилморфин (героин) и кофеин. В действиях ФИО3 усматриваются признаки состава преступления, предусмотренного ч.3 ст. - п.«г» ч.4 ст. 228.1 УК РФ (т.1 л.д.151); - протоколом обыска от ДД.ММ.ГГГГ, из которого следует, что ДД.ММ.ГГГГ в период времени с &lt;данные изъяты&gt; в жилище ФИО3, расположенном по адресу: &lt;адрес&gt;, оперуполномоченным УНК МВД по РБ Свидетель №12 в присутствии понятых Свидетель №4, Свидетель №5 с участием ФИО3, Свидетель №8 и оперативных сотрудников Свидетель №14, Свидетель №1 проведен обыск, в ходе которого в шкафу, расположенном в спальной комнате, в кофте обнаружен и изъят сверток, обмотанный изолентой синего цвета (т.1 л.д.166-169); - постановлением Советского районного суда &lt;адрес&gt; от ДД.ММ.ГГГГ, которым производство обыска в случаях, не терпящих отлагательств в жилище ФИО3 по адресу: &lt;адрес&gt;, признано законным (т.1 л.д.171-172); - заключением эксперта ЭКЦ МВД по РБ от ДД.ММ.ГГГГ №, согласно выводам которого представленное на исследование вещество, изъятое в квартире в &lt;адрес&gt;3, массой 9,0558 г., содержит в своем составе: кофеин и наркотическое средство диацетилморфин (героин) (т.2 л.д.92-94); - заключением амбулаторной судебно-психиатрической экспертизы от ДД.ММ.ГГГГ №, проведенной в отношении ФИО3, из которой следует, что последний наркоманией не страдает, здоров (Z-ОО по МКБ-10), диагноз выставлен на основании анамнестических данных, медицинской документации, данных объективного осмотра, лабораторных исследований и материалов уголовного дела. ФИО3 в лечении от наркомании не нуждается (т.5 л.д.134-135). Органом предварительного расследования ФИО3 обвинялся в совершении ДД.ММ.ГГГГ преступления, предусмотренного ч.3 ст.30 – п.п.«а,г» ч.4 ст. 228.1 УК РФ . Исследовав вышеуказанные доказательства, суд находит их допустимыми, относимыми и достоверными, а их совокупность - объективно подтверждающими вину ФИО3 в совершении преступления ДД.ММ.ГГГГ, обстоятельства совершения которого указаны в описательной части приговора. Вместе с тем, действия ФИО3 суд считает необходимым квалифицировать по ч.3 ст. – п.«г» ч.4 ст. 228.1 УК РФ . К непризнанию в суде подсудимым ФИО3 своей вины в совершении данного преступления, а также к его показаниям в суде о том, что «сверток с наркотическим веществом мог быть подброшен оперуполномоченным Свидетель №1, поскольку в момент обнаружения свертка он (Апанович) находился в спальной комнате один, что он согласился на проведение обыска в квартире ФИО47 без защитника, поскольку он не хранил ничего запрещенного», а также к иным показаниям в части, противоречащей установленным в суде обстоятельствам, суд относится критически, считая их избранным подсудимым способом защиты от предъявленного обвинения в указанной части, поскольку указанные показания подсудимого, опровергаются в совокупности изложенными выше показаниями свидетелей Свидетель №8, ФИО11, Свидетель №14, Свидетель №12, Свидетель №1, Свидетель №7, Свидетель №6, Свидетель №4, протоколом обыска квартиры от ДД.ММ.ГГГГ, заключением эксперта ЭКЦ МВД по РБ от ДД.ММ.ГГГГ №, а также иными письменными материалами уголовного дела, что позволяет суду сделать вывод о том, что подсудимый пытается тем самым ввести суд в заблуждение, скрывая от суда истинные и достоверные обстоятельства совершенного им преступления. К позиции ФИО3, выраженной как при проведении обыска в жилище, так и в судебном заседании об отрицании факта принадлежности ему (ФИО4) свертка с наркотическим средством, обнаруженного в квартире по адресу: &lt;адрес&gt;, суд также относится критически, расценивая данную позицию как способ защиты подсудимого от предъявленного обвинения. Каких-либо доказательств принадлежности обнаруженного свертка с наркотическим веществом иным лицам, суду не представлено. Суд также учитывает, что сверток с наркотическим средством был обнаружен в кофте, принадлежащей ФИО4, который подтвердил факт принадлежности ему указанной кофты. Стороной защиты в ходе судебного заседания не оспаривался, а ФИО4 подтвержден факт его временного проживания по указанному адресу совместно с ФИО40 в период до ДД.ММ.ГГГГ, то есть до момента проведения обыска в жилище. Нурматов имел возможность посещения указанной квартиры. Покушение на сбыт ФИО3 вещества, содержащего в своем составе, в том числе, наркотическое средство – диацетилморфин (героин), массой 9,0558 г., подтверждается показаниями свидетелей Свидетель №8, Свидетель №4, Свидетель №14, Свидетель №12, Свидетель №1, принимавших непосредственное участие при проведении обыска квартиры по адресу: &lt;адрес&gt;, в которой был обнаружен сверток с наркотическим веществом, которые подтвердили факт обнаружения в ходе обыска в шкафу в спальной комнате в кофте, принадлежащей ФИО4, свертка с содержимым, который был изъят, показаниями ФИО11, которая показала, что при проживании ее по указанному адресу кто-либо в квартире отсутствовал и наркотические средства ей не принадлежат, заключением эксперта ЭКЦ МВД по РБ от ДД.ММ.ГГГГ № из которого следует, что вещество массой 9,0558 г., изъятое в указанной квартире, содержит в своем составе, в том числе, наркотическое средство – диацетилморфин (героин), иными исследованными судом доказательствами. У суда не имеется оснований сомневаться в объективности и достоверности указанных выше доказательств, в связи с чем суд принимает их в основу обвинительного приговора. Судом установлено, что вещество массой 9,0558 г., изъятое в указанной квартире, содержит в своем составе, в том числе, наркотическое средство – диацетилморфин (героин), согласно постановлению Правительства РФ от 01.10.2012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по своей массе относятся к крупному размеру указанного наркотического средств, в связи с чем, суд считает, что квалифицирующий признак преступления, предусмотренного ч.3 ст. - п.«г» ч.4 ст. 228.1 УК РФ , в «крупном размере», нашел свое подтверждение в судебном заседании. Размер наркотических средств подтверждается вышеприведенным соответствующим заключением эксперта, которое не вызывает у суда сомнений в правильности сделанных выводов, так как экспертиза проведена в соответствии с требованиями закона, компетентным лицом, в связи с чем, оснований не доверять данному заключению эксперта, суд не установил. Доводы стороны защиты о фальсификации доказательств, в частности о том, что сверток с наркотическим средством ему был подброшен, является голословным и расценивается судом как способ защиты с целью ухода ФИО3 от уголовной ответственности. Обыск в квартире, расположенной по адресу: &lt;адрес&gt;, был произведен в соответствии с положениями ч.5 ст. 165 УПК РФ , регламентирующей порядок проведения обыска в случаях, не терпящих отлагательств, в присутствии двух незаинтересованных граждан Свидетель №4 и Свидетель №5, Свидетель №8, проживающей в указанной квартире и самого ФИО3, которым было предъявлено соответствующее постановление следователя с разъяснением им прав, порядка производства обыска и составлением протокола в соответствии со ст. 166 УПК РФ . Нарушений порядка проведения оспариваемого ФИО3 следственного действия, вопреки утверждениям последнего, по материалам дела не усматривается. Законность проведения обыска в случаях, не терпящих отлагательств, подтверждена постановлением Советского районного суда &lt;адрес&gt; от ДД.ММ.ГГГГ, вынесенным в соответствии с положениями ст. 165 УПК РФ . В судебном заседании свидетели Свидетель №8, Свидетель №4 подтвердили факт их нахождения в спальной комнате при обыске указанной квартиры в момент обнаружения оперуполномоченным Свидетель №1 свертка с веществом, содержащим наркотическое средство. Аналогичные показания даны оперуполномоченными УНК МВД по РБ Свидетель №1, Свидетель №14, Свидетель №12 Каких-либо оснований для оговора ФИО45 указанными свидетелями судом не усмотрено, поскольку суду не представлено доказательств какой-либо прямой, косвенной либо личной заинтересованности указанных свидетелей в исходе дела. Довод стороны защиты о том, что ФИО4 участвовал при проведении обыска без участия защитника по той причине, что он не хранил ничего запрещенного, является голословным. Также судом исследовано заключение эксперта ЭКЦ МВД по РБ № от ДД.ММ.ГГГГ (т.2 л.д.103-105), из выводов которого следует, что на пакете и фрагменте липкой ленты синего цвета, изъятых в квартире в &lt;адрес&gt;3 и представленных на экспертизу, не биологических следов, пригодных для идентификации, не обнаружено. Однако указанное заключение не является безусловным основанием для оправдания ФИО3 по предъявленному обвинению по ч.3 ст. - п.«г» ч.4 ст. 228.1 УК РФ , поскольку вина ФИО3 доказана приведенной выше совокупностью доказательств. Из анализа представленных доказательств, исследованных в ходе судебного разбирательства, суд считает не нашедшим свое подтверждение наличие квалифицирующих признаков инкриминируемого ФИО3 покушения на незаконный сбыт наркотических средств, «совершенного организованной группой» «с использованием электронных и информационно-телекоммуникационных сетей (включая сеть «Интернет»)», поскольку каких-либо веских доказательств того суду не представлено. Анализируя показания ФИО4, показания Ю., Ш., Ц., оценивая содержание телефонных переговоров, произведенных между ФИО4, Ю., Ш., Ц., иные исследованные доказательства по делу, суд приходит к выводу о том, что данное преступление совершено ФИО4 без участия каких-либо иных лиц, действия которых можно было бы квалифицировать как соучастников преступной деятельности. Показания Ю. о том, что ему известно, что ФИО4 также занимался незаконным оборотом наркотиков с Комроном, а также показания оперуполномоченного Свидетель №14 о наличии оперативной информация, согласно которой ФИО4 как совместно с Ю. производит тайники, закладки, так и отдельно от них, параллельно им, самостоятельно, и при этом у ФИО4 был куратор, который на него выходил и давал ему личные указания, а также его показания о том, что сам ФИО4 признавался Свидетель №14 о совершении преступлений с незаконным сбытом наркотиков – суд не принимает в основу приговора, поскольку данные показания не подтверждены какими-либо доказательствами, а также потому, что даны ФИО4 в ходе разговора с Ю. и Свидетель №14 вне официальных допросов, при этом процессуальные права и положения ст. 51 Конституции РФ ФИО4 не разъяснились, защитник отсутствовал. Суду не представлены какие-либо сведения, подтверждающие наличие в действиях ФИО4 квалифицирующих признаков преступления, «совершенного организованной группой, с использованием электронных и информационно-телекоммуникационных сетей (включая сеть «Интернет»)», и в исследованных материалах, полученных в результате проведения ОРМ «Наблюдение», «Прослушивание телефонных переговоров», «Снятие информации с технических каналов связи», «Наведение справок». Данные квалифицирующие признаки преступления, совершенного ДД.ММ.ГГГГ, подлежат исключению из предъявленного обвинения. Вместе с тем, суд при оценке доказательств обоснованности предъявленного обвинения ФИО4 принимает во внимание разъяснения, содержащиеся в абз.2 п.13 постановления Пленума Верховного Суда РФ от 15.06.2006 №14 "О судебной практике по делам о преступлениях, связанных с наркотическими средствами, психотропными, сильнодействующими и ядовитыми веществами", согласно которым об умысле на сбыт наркотических средств могут свидетельствовать при наличии к тому оснований их приобретение, изготовление, переработка, хранение, перевозка лицом, самим их не употребляющим, количество (объем), размещение в удобной для передачи расфасовке, наличие соответствующей договоренности с потребителями и т.п. Из материалов уголовного дела усматривается, что ФИО3 на учете в ГБУЗ «Республиканский психоневрологический диспансер» не состоит, наркоманией не страдает, здоров, в лечении от наркомании не нуждается (подтверждается заключением амбулаторной судебно-психиатрической экспертизы от ДД.ММ.ГГГГ №). Также из показаний подсудимого ФИО3, данных им в суде, следует, что он не употреблял и не употребляет наркотики героиновой группы. Кроме того, судом установлено, что ФИО3 осуществлял действия, связанные с хранением вещества, содержащего в своем составе, в том числе, наркотическое средство – диацетилморфин (героин), массой 9,0558 г. (то есть в крупном размере), которое значительно превышает размер, предназначенный для индивидуального употребления. С учетом вышеизложенного, суд приходит к выводу о наличии у ФИО3 умысла на незаконный сбыт наркотических средств в крупном размере. Вместе с тем, преступные намерения ФИО3 не были доведены по независящим от него обстоятельства, поскольку указанное вещество, содержащее наркотическое средство героин, было обнаружено сотрудниками УНК ОМВД по РБ ДД.ММ.ГГГГ при проведении обыска в жилище ФИО3 Помимо этого, суд учитывает и то факт, что настоящим приговором установлена вина ФИО3 в совершении трех преступлений, предусмотренных ч.3 ст. – п.«а» ч.4 ст. 228.1 УК РФ , совершенных им ДД.ММ.ГГГГ, поскольку он в составе организованной группы покушался на незаконный сбыт наркотических средств, с использованием электронных и информационно-телекоммуникационных сетей (включая сеть «Интернет»). Также суд не нашел оснований для переквалификации действий ФИО3 на ст. 228 УК РФ . Суд не усматривает в действиях ФИО3 приготовления к незаконному сбыту наркотических средств в крупном размере, поскольку под незаконным сбытом наркотических средств понимается незаконная деятельность лица, направленная на их возмездную либо безвозмездную реализацию другому лицу (приобретателю), которой данная деятельность завершается, то объективную сторону сбыта наркотических средств составляет не только непосредственная передача наркотических средств приобретателю, но и предшествующие этому действия, в частности приобретение, хранение, перевозка наркотических средств в целях их сбыта. Данный вывод суда соответствует правовой позиции, изложенной в п.6 "Обзора судебной практики по делам о преступлениях, связанных с незаконным оборотом наркотических средств, психотропных веществ и их аналогов" (утв. Президиумом Верховного Суда РФ 26.06.2024). Действия ФИО3 по преступлению, совершенному ДД.ММ.ГГГГ, суд квалифицирует по ч.3 ст. – п.«г» ч.4 ст. 228.1 УК РФ как покушение на незаконный сбыт наркотических средств, совершенный в крупном размере, то есть умышленные действия лица, непосредственно направленные на незаконный сбыт наркотических средств, совершенный в крупном размере, если при этом преступление не было доведено до конца по независящим от этого лица обстоятельствам. Подсудимый ФИО3, является гражданином Кыргызской Республики, не имеет официального источника дохода, то есть официально не трудоустроен, холост, на учетах в ГБУЗ «Республиканский психоневрологический диспансер», ГАУЗ «Республиканский наркологический диспансер» не состоит, является военнообязанным, ранее не судим. При назначении наказания подсудимому ФИО3 суд учитывает характер и степень общественной опасности совершенных преступлений, относящихся к категории особо тяжких преступлений, конкретные обстоятельства совершения преступлений, его в совершении преступлений, данные о личности подсудимого, обстоятельства, влияющие на наказание, а также влияние назначенного наказания на исправление ФИО3 и на условия жизни его семьи. Исследовав характеризующие материалы о личности ФИО3, а также учитывая его адекватное поведение в период судебного разбирательства, суд считает его вменяемым как на момент совершения инкриминируемых ему преступлений, так и в настоящее время. Обстоятельствами, смягчающими наказание ФИО3 по каждому преступлению (совершенным ДД.ММ.ГГГГ и ДД.ММ.ГГГГ), согласно ст. 61 УК РФ , суд признает и учитывает: его молодой возраст, что он ранее не судим, болезненное состояние здоровья его матери ФИО15, которой он оказывает материальную помощь, положительные и удовлетворительные характеристики личности подсудимого по месту учебы, жительства, и от свидетелей ФИО15, ФИО16, Свидетель №8 Также отдельно по преступлениям, предусмотренным ч.3 ст. - п.«а» ч.4 ст. 228.1 , ч.3 ст. - п.«а» ч.4 ст. 228.1 , ч.3 ст. - п.«а» ч.4 ст. 228.1 УК РФ , суд в качестве смягчающих наказание обстоятельства признает: частичное признание вины в совершении указанных преступлений, раскаяние в содеянном. О наличии иных обстоятельств, смягчающих наказание подсудимому ФИО3, суду заявлено не было. Обстоятельств, отягчающих подсудимому ФИО3 наказание, судом не установлено. Суд не находит оснований для признания в качестве смягчающего наказание обстоятельства ФИО3 - активное способствование раскрытию и расследованию инкриминируемых ему преступлений, предусмотренных ч.3 ст. – п.«а» ч.4 ст. 228.1 , ч.3 ст. – п.«а» ч.4 ст. 228.1 , ч.3 ст. – п.«а» ч.4 ст. 228.1 , ч.3 ст. – п.«г» ч.4 ст. 228.1 УК РФ , поскольку по смыслу закона, активное способствование расследованию преступления состоит в активных действиях виновных, направленных на сотрудничество с органами предварительного расследования, и может выражаться в том, что они представляют указанным органам информацию об обстоятельствах совершений преступлений, дают правдивые и полные показания, способствующие расследованию, представляют органам расследования информацию, до того им не известную. При этом данные действия должны быть совершены добровольно, а не под давлением имеющихся улик, направлены на сотрудничество с правоохранительными органами. По настоящему делу судом таких обстоятельств не установлено, поскольку показания в ходе предварительного следствия даны подсудимыми под тяжестью имеющихся доказательств. По тем же причинам, суд считает, что показания свидетеля Свидетель №14, являющегося сотрудником Управления по контролю за оборотом наркотиков МВД по РБ, о том, что «ФИО3 изначально вину признавал вину, осознавал все, никаких препятствий для раскрытия преступлений не делал, сотрудничал с органами» не являются единственным и безусловным критерием для признания ФИО3 в качестве смягчающего обстоятельства наказания за совершение преступлений, совершенных ДД.ММ.ГГГГ, «активного способствованию раскрытию и расследования преступлений», а соответствующий довод стороны защиты суд находит необоснованным. Суд не находит оснований для признания исключительными обстоятельствами, существенно уменьшающими степень общественной опасности совершенных подсудимым ФИО3 преступлений, совокупности смягчающих наказание обстоятельств, в связи с чем, с учетом характера и степени общественной опасности совершенных им преступлений, относящихся к категории особо тяжких преступлений, конкретных обстоятельств их совершения, его роли в совершенных преступлениях, наличия совокупности смягчающих наказания обстоятельств, отсутствия обстоятельств, отягчающих наказание, влияния назначенного наказания на исправление ФИО3 и на условия жизни его семьи, с целью предупреждения совершения им новых преступлений, суд приходит к выводу, что исправление подсудимого невозможно без реального отбывания наказания и считает необходимым назначить ФИО3 наказание в виде лишения свободы преступления, предусмотренные ч.3 ст. – п.«а» ч.4 ст. 228.1 , ч.3 ст. – п.«а» ч.4 ст. 228.1 , ч.3 ст. – п.«а» ч.4 ст. 228.1 , ч.3 ст. – п.«г» ч.4 ст. 228.1 УК РФ , не находя оснований для применения положений ст. , ст. 73 УК РФ , считая, что исправление ФИО3 возможно только путем изоляции от общества. Поскольку преступления, предусмотренные п.«а» ч.4 ст. 228.1 , п.«а» ч.4 ст. 228.1 , п.«а» ч.4 ст. 228.1 УК РФ , совершенные ФИО3 ДД.ММ.ГГГГ, совершены им в соучастии с Ш., Ю., Ц., уголовные дела, в отношении которых выделены в отдельное производство, то суд в соответствии с ч.1 ст. 67 УК РФ , при назначении наказания по указанным преступлениям, кроме вышеизложенного, также учитывает характер и степень фактического участия ФИО3 в их совершении, значение этого участия для достижения целей каждого преступления. Назначение дополнительных наказаний в виде штрафа ФИО3 за совершение им преступлений, суд считает нецелесообразным, с учетом его материального и семейного положения, а также принимая во внимание всю совокупность смягчающих наказание обстоятельств. Кроме того, считает достаточным назначение основного наказания в виде лишения свободы. Также нецелесообразным суд считает назначение ФИО3 по указанным преступлениям дополнительного наказания в виде лишения права занимать определенные должности или заниматься определенной деятельностью, поскольку преступные деяния не связаны с родом деятельности подсудимого, какие-либо должности на момент совершения указанных преступлений ФИО3 не занимал. Таким образом, суд приходит к выводу о том, что достижение целей наказания возможно путем назначения ФИО3 реального лишения свободы без дополнительных наказаний. При назначении наказаний ФИО3 за каждое преступление суд применяет положения ч.3 ст. 66 УК РФ , поскольку судом установлена его вина в совершении покушений на преступления. Исходя из фактических обстоятельств совершенных ФИО3 преступлений, данных об его личности, суд не находит оснований для применения положений ч.6 ст. 15 УК РФ и изменения категорий преступлений на менее тяжкие. Окончательное наказание ФИО3 подлежит назначению по совокупности преступлений по правилам, предусмотренным ч.2 ст. 69 УК РФ , путем частичного сложения назначенных наказаний за каждое преступление, поскольку ФИО4 совершил покушения на особо тяжкие преступления. При этом, суд, учитывая характер и общественную опасность преступных действий ФИО3 не усматривает оснований для назначения окончательного наказания путем поглощения менее строгого наказания более строгим, а также с учетом совокупности смягчающих наказание обстоятельств, суд считает нецелесообразным к применению правила полного сложения назначенных наказаний. При решении вопроса о применении к назначаемому наказанию в виде лишения свободы правил об условном осуждении суд пришел к выводу о невозможности назначения подсудимому наказания по правилам ст. 73 УК РФ , поскольку, по мнению суда, с учетом степени общественной опасности совершенного ФИО3 преступлений, назначение наказания с применением правил ст. 73 УК РФ не будет способствовать его исправлению, не обеспечит предупреждения возможности совершения им новых преступлений, а также не будет отвечать требованиям социальной справедливости. Кроме того, положениями ст. 73 УК РФ предусмотрена возможность постановить назначенное наказание в виде лишения свободы условным, только при назначении указанного вида наказания на срок до восьми лет. Вместе с тем, санкциями ч.4 ст. 228.1 УК РФ нижний предел наказания в виде лишения свободы установлен в размере 10 лет, и при этом суд не усматривает оснований для назначения наказания ниже низшего предела, предусмотренного санкциями указанных статей. Оснований для прекращения уголовного дела, постановления приговора без назначения наказания или освобождения ФИО3 от уголовной ответственности, назначения более мягкого наказания, чем предусмотрено санкциями соответствующих статей за данные преступления, не имеется. Также, учитывая вышеизложенное, суд не усматривает оснований для возвращения уголовного дела прокурору в порядке ст. 237 УПК РФ и для оправдания подсудимого по предъявленному обвинению, как о том ходатайствовала сторона защиты. В соответствии с п.«в» ч.1 ст. 58 УК РФ назначенное ФИО3 наказание в виде лишения свободы подлежит отбыванию в исправительной колонии строгого режима. В соответствии с положениями п. "а" ч. 1 ст. 104.1 УК РФ и п. 4.1 ч. 3 ст. 81 УПК РФ деньги, ценности и иное имущество, полученное в результате совершения преступления, предусмотренного ст. 228.1 УК РФ подлежат конфискации в доход государства. Как установлено судом, ДД.ММ.ГГГГ ФИО3 в &lt;адрес&gt; совершены три преступления, предусмотренные ч.3 ст. – п.«а» ч.4 ст. 228.1 , ч.3 ст. – п.«а» ч.4 ст. 228.1 , ч.3 ст. – п.«а» ч.4 ст. 228.1 УК РФ , при этом, ФИО3, выступая в роли закладчика наркотических средств, получил за это вознаграждение в виде денежных средств в размере 9 000 руб. Данное обстоятельство подтверждается оглашенными показаниями ФИО3, данными им в качестве подозреваемого. Согласно ч.1 ст. 104.2 УК РФ , если конфискация определенного предмета, входящего в имущество, указанное в ст. 104.1 УК РФ ,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 Учитывая, что денежные средства в размере 9 000 руб., полученные ФИО3 за совершение указанных преступлений, у последнего не изымались, их судьба не известна, суд приходит к выводу о необходимости на основании п."а" ч.1 ст. 104.1 , ч.1 ст. 104.2 УК РФ взыскать с ФИО9 в доход государства 9 000 рублей в счет конфискации денежных средств, полученных им в результате совершения ДД.ММ.ГГГГ вышеуказанных преступлений. Вопрос о вещественных доказательствах подлежит разрешению в соответствии со ст. 81 УПК РФ . Согласно п.1 ч.3 ст. 81 УПК РФ при вынесении приговора должен быть решен вопрос о вещественных доказательствах с учетом особенностей, предусмотренных ч.3.1 настоящей статьи. При этом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Как следует из правовой позиции, изложенной в абз.2 п.3 постановление Пленума Верховного Суда РФ от 14.06.2018 N 17 "О некоторых вопросах, связанных с применением конфискации имущества в уголовном судопроизводстве": оборудованием или иными средствами совершения преступления могут быть признаны также различные электронные устройства: персональные компьютеры, мобильные телефоны, смартфоны и другие устройства, в том числе позволяющие подключиться к сети "Интернет", с использованием которых обвиняемый подыскал соучастников преступления, вступил с ними в сговор и обсуждал детали преступления, приобретал или сбывал наркотические средства. Судом установлено, что мобильный телефон ««Iphone 14 pro max», принадлежащий ФИО3 использовался им как оборудование для обсуждения деталей преступлений, совершенных ДД.ММ.ГГГГ, с соучастниками, в связи с чем, указанный телефон в соответствии с п.1 ч.3 ст. 81 УПК РФ подлежит конфискации в собственность государства. Вещественное доказательство: пакет из прозрачного полимерного материала с веществом массой 9,0538 г., содержащим в своем составе кофеин и наркотическое средство диацетилморфин (героин), хранящийся в камере хранения вещественных доказательств следственной части СУ МВД по Республике Бурятия, в соответствии с п.2 ч.3 ст. 81 УПК РФ – подлежит уничтожению. Вещественные доказательства: диски CD-R рег. № от ДД.ММ.ГГГГ, CD-R рег. 192с от ДД.ММ.ГГГГ, CD-R рег. 201с от ДД.ММ.ГГГГ, CD-R рег. 228с от ДД.ММ.ГГГГ, CD-R рег№ от ДД.ММ.ГГГГ, CD-R рег. № от ДД.ММ.ГГГГ, CD-R рег. № от ДД.ММ.ГГГГ, CD-R рег. № от ДД.ММ.ГГГГ, CD-R рег. № от ДД.ММ.ГГГГ, CD-R рег. № от ДД.ММ.ГГГГ, CD-R рег. № от ДД.ММ.ГГГГ, CD-R рег. № от ДД.ММ.ГГГГ, акты просмотра вышеуказанных CD-R дисков рег. № от ДД.ММ.ГГГГ на 19 листах, диски CD-R рег. № от ДД.ММ.ГГГГ, CD-R рег. № от ДД.ММ.ГГГГ, CD-R рег. 325с от ДД.ММ.ГГГГ, акты прослушивания вышеуказанных CD-R дисков на 50 листах, сведения, предоставленные ПАО «Сбербанк» о движении денежных средств по банковской карте № копии нотариальной доверенности от ДД.ММ.ГГГГ, копии договора аренды транспортного средства «Honda Insight» с государственным регистрационным знаком № от ДД.ММ.ГГГГ, с приложением к договору аренды, анкета клиента, копия паспорта водительского удостоверения Ш., копию договора аренды и акта-приема передачи транспортного средства «Honda Stepwgn», с государственным регистрационным знаком № от ДД.ММ.ГГГГ, хранящиеся при уголовном деле, в соответствии с п.5 ч.3 ст. 81 УПК РФ , необходимо хранить при уголовном деле в течение всего срока хранения последнего. В соответствии с ч.3.1 ст. 81 УПК РФ : при вынесении приговора предметы,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(другим уголовным делам), подлежат передаче органу предварительного расследования. Учитывая, что СЧ СУ МВД по Республике Бурятия в отношении Ш., Ю., Ц. уголовные дела выделены в отдельное производство и в настоящее время предварительное расследование в отношении указанных лиц приостановлено, суд считает необходимым в соответствии с ч.3.1 ст. 81 УПК РФ иные вещественные доказательства: - банковскую карту «TINKOFF» на имя Ш., - магнитный ключ от домофона в корпусе зеленого цвета, - мобильный телефон «Орро» с сим-картой «Мегафон», принадлежащий Ц., - мобильный телефон «Redmi» с двумя сим-картами «Мегафон» и «МТС», принадлежащие Ш., - мобильный телефон «Honor» с сим-картой, принадлежащий Ю., - отрезок изоленты синего цвета и пакетик из прозрачного полимерного материала с веществом, содержащим в своем составе наркотическое средство метадон массой 0,2935 г., - пакет из прозрачного полимерного материала с веществом массой 0,4232 г. содержащим в своем составе наркотическое средство диацетилморфин (героин) сильнодействующее вещество – трамадол, а также кофеин и вещество из группы меторфанов, - пакет из прозрачного полимерного материала с веществом массой 2,83 г., являющимся наркотическим средством – каннабис (марихуана), - пакет из прозрачного полимерного материала с веществом массой 0,3113 г., являющимся смесью и содержащим в своем составе наркотическое средство – диацетилморфин (героин), сильнодействующее вещество – трамадол, а также кофеин и декстрометорфан, - пакет из прозрачного полимерного материала с веществом массой 0,3260 г., являющимся смесью и содержащим в своем составе наркотическое средство – диацетилморфин (героин), сильнодействующее вещество – трамадол, а также кофеин и декстрометорфан, - пакет из прозрачного полимерного материала с веществом массой 0,2402 г., являющимся наркотическим средством метадон (фенадон, долофин), - отрезки липкой ленты зеленого цвета, фрагмент полимерного материала, металлический плоский предмет, пакет с веществом массой 0,3081 г., являющимся смесью, содержащим в своем составе наркотическое средство – диацетилморфин (героин), сильнодействующее вещество – трамадол (трамал) и кофеин, - электронные весы в корпусе черного цвета, - электронные весы в корпусе серого цвета, - упаковки наркотических средств (полимерный фрагмент и фрагменты липкой ленты синего и черного цветов), - упаковка наркотического средства (полимерный пакет и фрагменты липкой ленты синего цвета), - вещество массой 0,4057 г., содержащим в своем составе наркотическое средство – диацетилморфин (героин), сильнодействующее вещество – трамадол, вещество из группы меторфанов, хранящиеся в камере хранения вещественных доказательств следственной части СУ МВД по Республике Бурятия, - вещество массой 0,3614 г., содержащее в своем составе наркотическое средство – диацетилморфин (героин), сильнодействующее вещество – трамадол, вещество из группы меторфанов, хранящиеся в камере хранения вещественных доказательств ОМВД России по Селенгинскому району, - автомобиль «Honda Insight», с гос.номером № находящийся на ответственном хранении у свидетеля Свидетель №10, автомобиль «Honda Stepwgn», с гос.номером №», находящийся на ответственном хранении у свидетеля Свидетель №9, в соответствии с ч.3.1 ст. 81 УПК РФ передать в распоряжение следственной части Следственного управления МВД по РБ. В соответствии со ст.ст. , 132 УПК РФ , процессуальные издержки, связанные с вознаграждением адвоката ФИО27, представлявшей интересы ФИО3 в ходе предварительного расследования и в ходе судебного разбирательства, составляют в общем размере 108654 руб. Суд считает необходимым взыскать в доход федерального бюджета с ФИО3 процессуальные издержки в размере 108654 руб. поскольку ФИО3 находится в молодом возрасте, является трудоспособным лицом, каких-либо заболеваний, препятствующих трудовой деятельности у него не имеется, поскольку соответствующих доказательств суду не представлено. Суд учитывает доводы ФИО3 о необходимости возмещения процессуальных издержек за счет средств федерального бюджета поскольку у него в настоящее время отсутствует источник дохода. Однако указанное обстоятельство не является безусловным основанием для освобождения его от взыскания процессуальных издержек, поскольку данное обстоятельство носит временный характер и не лишает осужденного возможности трудиться после отбытия им назначенного наказания. Суд считает необходимым меру пресечения в отношении ФИО3 в виде заключения под стражей оставить без изменения до вступления приговора в законную силу, после чего указанная мера пресечения подлежит отмене. На основании ч.3.2 ст. 72 УК РФ ФИО3 необходимо зачесть в срок лишения свободы время содержания под стражей в период со дня его задержания, т.е. с 17.06.2024, до вступления приговора в законную силу в срок лишения свободы из расчета один день содержания под стражей за один день отбывания наказания в исправительной колонии строгого режима. На основании изложенного, руководствуясь ст.ст. - 309 УПК РФ , суд П Р И Г О В О Р И Л: Признать ФИО3 виновным в совершении преступлений, предусмотренных ч.3 ст. - п.«а» ч.4 ст. 228.1 , ч.3 ст. - п.«а» ч.4 ст. 228.1 , ч.3 ст. - п.«а» ч.4 ст. 228.1 , ч.3 ст. - п.«г» ч.4 ст. 228.1 УК РФ , и назначить ему наказание: - по ч.3 ст. - п.«а» ч.4 ст. 228.1 УК РФ (по факту покушения на сбыт наркотических средств на &lt;адрес&gt; в &lt;адрес&gt;) в виде лишения свободы сроком 10 лет 6 месяцев, - по ч.3 ст. - п.«а» ч.4 ст. 228.1 УК РФ (по факту покушения на сбыт наркотических средств на &lt;адрес&gt; в &lt;адрес&gt;) в виде лишения свободы сроком 10 лет 6 месяцев, - по ч.3 ст. - п.«а» ч.4 ст. 228.1 УК РФ (по факту покушения на сбыт наркотических средств на &lt;адрес&gt; в &lt;адрес&gt;) в виде лишения свободы сроком 10 лет 6 месяцев, - по ч.3 ст. - п.«г» ч.4 ст. 228.1 УК РФ в виде лишения свободы сроком 11 лет. В соответствии с ч.2 ст. 69 УК РФ по совокупности преступлений путем частичного сложения назначенных наказаний окончательно назначить ФИО3 наказание в виде лишения свободы сроком 12 лет с отбыванием наказания в исправительной колонии строгого режима. Меру пресечения ФИО3 в виде заключения под стражей оставить прежней до вступления приговора в законную силу, после чего отменить. Срок наказания в виде лишения свободы осужденному ФИО3 исчислять со дня вступления приговора в законную силу. На основании ч.3.2 ст. 72 УК РФ зачесть осужденному ФИО3 время содержания под стражей в период со дня его задержания, т.е. с 17.06.2024, до дня вступления приговора в законную силу в срок лишения свободы из расчета один день содержания под стражей за один день отбывания наказания в исправительной колонии строгого режима. На основании п."а" ч.1 ст. 104.1 , ч.1 ст. 104.2 УК РФ взыскать с ФИО3 в доход государства 9 000 рублей в счет конфискации денежных средств, полученных им в результате совершения преступлений, предусмотренных ч.3 ст. – п.«а» ч.4 ст. 228.1 , ч.3 ст. – п.«а» ч.4 ст. 228.1 , ч.3 ст. – п.«а» ч.4 ст. 228.1 УК РФ . Вещественные доказательства по вступлению приговора в законную силу: мобильный телефон «Iphone 14 pro max», хранящийся в камере хранения вещественных доказательств следственной части СУ МВД по Республике Бурятия, в соответствии с п.1 ч.3 ст. 81 УПК РФ , конфисковать в собственность государства; - банковскую карту «TINKOFF» на имя ФИО23, - магнитный ключ от домофона в корпусе зеленого цвета, - мобильный телефон «Орро» с сим-картой «Мегафон», принадлежащий ФИО24-Д., - мобильный телефон «Redmi» с двумя сим-картами «Мегафон» и «МТС», принадлежащие Ш., - мобильный телефон «Honor» с сим-картой, принадлежащий ФИО25, - отрезок изоленты синего цвета и пакетик из прозрачного полимерного материала с веществом, содержащим в своем составе наркотическое средство метадон массой 0,2935 г., - пакет из прозрачного полимерного материала с веществом массой 0,4232 г. содержащим в своем составе наркотическое средство диацетилморфин (героин) сильнодействующее вещество – трамадол, а также кофеин и вещество из группы меторфанов, - пакет из прозрачного полимерного материала с веществом массой 2,83 г., являющимся наркотическим средством – каннабис (марихуана), - пакет из прозрачного полимерного материала с веществом массой 0,3113 г., являющимся смесью и содержащим в своем составе наркотическое средство – диацетилморфин (героин), сильнодействующее вещество – трамадол, а также кофеин и декстрометорфан, - пакет из прозрачного полимерного материала с веществом массой 0,3260 г., являющимся смесью и содержащим в своем составе наркотическое средство – диацетилморфин (героин), сильнодействующее вещество – трамадол, а также кофеин и декстрометорфан, - пакет из прозрачного полимерного материала с веществом массой 0,2402 г., являющимся наркотическим средством метадон (фенадон, долофин), - отрезки липкой ленты зеленого цвета, фрагмент полимерного материала, металлический плоский предмет, пакет с веществом массой 0,3081 г., являющимся смесью, содержащим в своем составе наркотическое средство – диацетилморфин (героин), сильнодействующее вещество – трамадол (трамал) и кофеин, - электронные весы в корпусе черного цвета, - электронные весы в корпусе серого цвета, - упаковки наркотических средств (полимерный фрагмент и фрагменты липкой ленты синего и черного цветов), - упаковка наркотического средства (полимерный пакет и фрагменты липкой ленты синего цвета), - вещество массой 0,4057 г., содержащим в своем составе наркотическое средство – диацетилморфин (героин), сильнодействующее вещество – трамадол, вещество из группы меторфанов, хранящиеся в камере хранения вещественных доказательств следственной части СУ МВД по Республике Бурятия, в соответствии с ч.3.1 ст. 81 УПК РФ передать в распоряжение следственной части СУ МВД по РБ, - вещество массой 0,3614 г., содержащее в своем составе наркотическое средство – диацетилморфин (героин), сильнодействующее вещество – трамадол, вещество из группы меторфанов, хранящиеся в камере хранения вещественных доказательств ОМВД России по Селенгинскому району, в соответствии с ч.3.1 ст. 81 УПК РФ передать в распоряжение следственной части СУ МВД по РБ, пакет из прозрачного полимерного материала с веществом массой 9,0538 г., содержащим в своем составе кофеин и наркотическое средство диацетилморфин (героин), хранящийся в камере хранения вещественных доказательств следственной части СУ МВД по Республике Бурятия, в соответствии с п.2 ч.3 ст. 81 УПК РФ - уничтожить; - диски CD-R рег. № от ДД.ММ.ГГГГ, CD-R рег. № от ДД.ММ.ГГГГ, CD-R рег. № от ДД.ММ.ГГГГ, CD-R рег. № от ДД.ММ.ГГГГ, CD-R рег. № от ДД.ММ.ГГГГ, CD-R рег. № от ДД.ММ.ГГГГ, CD-R рег. № от ДД.ММ.ГГГГ, CD-R рег. № от ДД.ММ.ГГГГ, CD-R рег. № от ДД.ММ.ГГГГ, CD-R рег. № от ДД.ММ.ГГГГ, CD-R рег. № от ДД.ММ.ГГГГ, CD-R рег. № от ДД.ММ.ГГГГ, акты просмотра вышеуказанных CD-R дисков рег. № от ДД.ММ.ГГГГ на 19 листах, диски CD-R рег. № от ДД.ММ.ГГГГ, CD-R рег. № от ДД.ММ.ГГГГ, CD-R рег. № от ДД.ММ.ГГГГ, акты прослушивания вышеуказанных CD-R дисков на 50 листах, сведения, предоставленные ПАО «Сбербанк» о движении денежных средств по банковской карте №, копии нотариальной доверенности от ДД.ММ.ГГГГ, копии договора аренды транспортного средства «Honda Insight» с государственным регистрационным знаком № от ДД.ММ.ГГГГ, с приложением к договору аренды, анкета клиента, копия паспорта водительского удостоверения ФИО23, копию договора аренды и акта-приема передачи транспортного средства «Honda Stepwgn», с государственным регистрационным знаком № от ДД.ММ.ГГГГ, хранящиеся при уголовном деле, в соответствии с п.5 ч.3 ст. 81 УПК РФ , хранить при уголовном деле в течение всего срока хранения последнего; автомобиль «Honda Insight», с гос.номером «С 517 МХ 03 рус», находящийся на ответственном хранении у свидетеля Свидетель №10, автомобиль «Honda Stepwgn», с гос.номером № находящийся на ответственном хранении у свидетеля Свидетель №9, в соответствии с ч.3.1 ст. 81 УПК РФ передать в распоряжение следственной части СУ МВД по РБ. Взыскать с осужденного ФИО3 в доход федерального бюджета процессуальные издержки, связанные с вознаграждением труда адвоката ФИО27 в размере 108654 рублей. Приговор может быть обжалован в апелляционном порядке в Верховный Суд Республики Бурятия через Гусиноозерский городской суд РБ в течение 15 суток со дня его провозглашения, а осужденным, содержащимся под стражей, в течение 15 суток со дня вручения копии приговора. В случае подачи апелляционных жалоб либо апелляционного представления осужденный вправе ходатайствовать о своем участии в рассмотрении уголовного дела судом апелляционной инстанции, о чем необходимо указать в жалобе, при этом осужденный вправе поручать осуществление своей защиты избранному им защитнику либо ходатайствовать о назначении такового. Судья В.А. Сальников Суд: Гусиноозерский городской суд (Республика Бурятия) (подробнее) Судьи дела: Сальников Владимир Александрович (судья) (подробнее) Последние документы по делу: Апелляционное постановление от 15 июня 2025 г. по делу № 1-16/2025 Приговор от 15 апреля 2025 г. по делу № 1-16/2025 Приговор от 11 марта 2025 г. по делу № 1-16/2025 Приговор от 5 февраля 2025 г. по делу № 1-16/2025 Приговор от 15 января 2025 г. по делу № 1-16/2025 Показать все документы по этому делу Судебная практика по: Контрабанда Судебная практика по применению норм ст. 200.1, 200.2, 226.1, 229.1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