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08 часов 27 минут по 08 часов 30 минут 23.10.2024, более точное время в ходе дознания не установлено, ФИО1 находился в помещении торгового зала магазина «Пятерочка», расположенного по адресу: &lt;адрес&gt;, где на стеллаже увидел следующие товарно-материальные ценности: «КОММУН.Шоколад тем.с нач.Трюф.элит 200г.» в количестве 6 штук стоимостью 105 рублей 42 копейки за одну штуку, общей стоимостью 632 рубля 52 копейки; «Шоколад CUISINE ROYALE 175г мол.с цельным миндалем» в количестве 3 штук стоимостью 104 рубля 55 копеек за одну штуку, общей стоимостью 313 рублей 65 копеек; «Шоколад BELGIAN TRADITION 100г темный с цедрой апельсином» в количестве 7 штук стоимостью 86 рублей 57 копеек за одну штуку, общей стоимостью 605 рублей 99 копеек; «КОММУН.Шоколад тем.нач.с пюре из кл.200г» в количестве 17 штук стоимостью 105 рублей 42 копейки за одну штуку, стоимостью 1792 рубля 14 копеек, а всего на общую сумму 3344 рубля 30 копеек, принадлежащие ООО «Агроторг». В указанные дату, время, в указанном месте у ФИО1 из корыстных побуждений, возник преступный умысел, направленный на тайное хищение вышеуказанного имущества, принадлежащего ООО «Агроторг». Реализуя свой преступный умысел, направленный на тайное хищение чужого имущества, ФИО1 23.10.2024 в период времени с 08 часов 27 минут по 08 часов 30 минут, более точное время в ходе дознания не установлено, находясь в помещении торгового зала магазина «Пятерочка», расположенного по адресу: &lt;адрес&gt;, осознавая общественную опасность своих действий, предвидя неизбежность наступления общественно-опасных последствий в виде причинения материального ущерба собственнику имущества и желая наступления таких последствий, будучи уверенным, что его действия остаются тайными, путем свободного доступа, из корыстных побуждений, подошел к стеллажу с продукцией, откуда взял в руки, тем самым похитил, вышеуказанные товарно–материальные ценности, принадлежащие ООО «Агроторг». ФИО1 похищенный товар спрятал под куртку, надетую на нем, после чего прошел кассовую зону, не оплатив товар, тем самым похитил товарно-материальные ценности, принадлежащие ООО «Агроторг». После чего, ФИО1, реализовав свой преступный умысел до конца и удовлетворившись достигнутым, с похищенным имуществом с места совершения преступления скрылся, распорядившись им впоследствии по своему усмотрению. В результате умышленных преступных действий ФИО1, собственнику имущества ООО «Агроторг» был причинён имущественный ущерб на общую сумму 3344 рубля 30 копеек. Своими действиями ФИО1 совершил преступление, предусмотренное ч. 1 ст. 158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постановлением Волжского районного суда г. Саратова от 15.02.2022 привлечён к административной ответственности по ч. 2 ст. 7.27 КоАП РФ за мелкое хищение чужого имущества стоимостью более одной тысячи рублей, но не более двух тысяч рублей, при отсутствии признаков уголовно-наказуемого деяния, совершенного 05.02.2022, и был подвергнут административному наказанию в виде административного штрафа в размере трехкратной стоимости похищенного имущества, т.е. в размере 3 917 рублей 58 копеек, постановление вступило в законную силу 26.02.2022 (сведений об оплате штрафа не имеется). В период времени с 13 часов 47 минут по 13 часов 50 минут 02.12.2024, более точное время в ходе дознания не установлено, ФИО1 находился в помещении торгового зала магазина «Пятерочка», расположенного по адресу: &lt;адрес&gt;, где на стеллаже увидел следующие товарно-материальные ценности: «Масло GLOBAL VILLAGE 500мл олив.раф. с доб.нераф.» в количестве 1 штуки стоимостью 458 рублей 80 копеек за штуку; «Масло GLOBAL VILLAGE 0,5л EXTRA VIRGEN оливковое ст/б» в количестве 1 штуки стоимостью 455 рублей 65 копеек; колбаса - «СК БОГОРОДСКАЯ ПРЕСС ФИБ ВУ ШТ 0,3КГ (ТМ ЧЕРКИЗОВО) К3.6/3270273 в количестве 3 штук стоимостью 130 рублей 08 копеек за одну штуку, стоимостью 390 рублей 24 копейки стоимостью за 3 штуки, а всего на общую сумму 1304 рубля 69 копеек, принадлежащие ООО «Агроторг». В указанные дату, время, в указанном месте у ФИО1 из корыстных побуждений, возник преступный умысел, направленный на тайное хищение вышеуказанного имущества, принадлежащего ООО «Агроторг». Реализуя свой преступный умысел, направленный на тайное хищение чужого имущества, ФИО1 02.12.2024 в период времени с 13 часов 47 минут по 13 часов 50 минут, более точное время в ходе дознания не установлено, находясь в помещении торгового зала магазина «Пятерочка», расположенного по адресу: &lt;адрес&gt;А, осознавая, что он ранее был привлечен к административной ответственности и подвергнут административному наказанию за мелкое хищение чужого имущества, предвидя неизбежность наступления общественно-опасных последствий в виде причинения материального ущерба собственнику имущества и желая наступления таких последствий, будучи уверенным, что его действия остаются тайными, путем свободного доступа, из корыстных побуждений, подошел к стеллажу с продукцией, откуда взял в руки, тем самым похитил, вышеуказанные товарно - материальные ценности, принадлежащие ООО «Агроторг». ФИО1 похищенный товар спрятал под куртку, надетую на нем, после чего прошел кассовую зону, не оплатив товар, тем самым похитил товарно-материальные ценности, принадлежащие ООО «Агроторг». После чего, ФИО1, реализовав свой преступный умысел до конца и удовлетворившись достигнутым, с похищенным имуществом с места совершения преступления скрылся, распорядившись им впоследствии по своему усмотрению. В результате умышленных преступных действий ФИО1, собственнику имущества ООО «Агроторг» был причинён имущественный ущерб на общую сумму 1304 рубля 69 копеек. Своими действиями ФИО1 совершил преступление, предусмотренное ст. 158.1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постановлением Волжского районного суда г. Саратова от 15.02.2022 привлечён к административной ответственности по ч.2 ст. 7.27 КоАП РФ за мелкое хищение чужого имущества стоимостью более одной тысячи рублей, но не более двух тысяч рублей, при отсутствии признаков уголовно-наказуемого деяния, совершенного 05.02.2022, и был подвергнут административному наказанию в виде административного штрафа в размере трехкратной стоимости похищенного имущества, т.е. в размере 3 917 рублей 58 копеек, постановление вступило в законную силу 26.02.2022 (сведений об оплате штрафа не имеется). В период времени с 10 часов 47 минут по 10 часов 50 минут 07.12.2024, более точное время в ходе дознания не установлено, ФИО1 находился в помещении торгового зала магазина «Пятерочка», расположенного по адресу: &lt;адрес&gt;, где на стеллаже увидел следующие товарно-материальные ценности: кофе - «BUSHIDO ORIGINAL 100x9 Freeze Jar» в количестве 3-х штук, стоимостью 478 рублей 75 копеек за одну штуку, на общую сумму 1436 рублей 25 копеек, принадлежащий ООО «Агроторг». В указанные дату, время, в указанном месте у ФИО1 из корыстных побуждений, возник преступный умысел, направленный на тайное хищение вышеуказанного имущества, принадлежащего ООО «Агроторг». Реализуя свой преступный умысел, направленный на тайное хищение чужого имущества, ФИО1 07.12.2024 в период времени с 10 часов 47 минут по 10 часов 50 минут, более точное время в ходе дознания не установлено, находясь в помещении торгового зала магазина «Пятерочка», расположенного по адресу: &lt;адрес&gt;, осознавая, что он ранее был привлечен к административной ответственности и подвергнут административному наказанию за мелкое хищение чужого имущества, предвидя неизбежность наступления общественно-опасных последствий в виде причинения материального ущерба собственнику имущества и желая наступления таких последствий, будучи уверенным, что его действия остаются тайными, путем свободного доступа, из корыстных побуждений, подошел к стеллажу с продукцией, откуда взял в руки, тем самым похитил, вышеуказанные товарно – материальные ценности, принадлежащие ООО «Агроторг». ФИО1, похищенный товар спрятал под куртку и под брюки надетые на нем, после чего прошел кассовую зону, не оплатив товар, тем самым похитил товарно-материальные ценности, принадлежащие ООО «Агроторг». После чего, ФИО1, реализовав свой преступный умысел до конца и удовлетворившись достигнутым, с похищенным имуществом с места совершения преступления скрылся, распорядившись им впоследствии по своему усмотрению. В результате умышленных преступных действий ФИО1, собственнику имущества ООО «Агроторг» был причинён имущественный ущерб на общую сумму 1436 рублей 25 копеек. Своими действиями ФИО1 совершил преступление, предусмотренное ст. 158.1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09 часов 00 минут по 09 часов 10 минут 09.12.2024, более точное время в ходе дознания не установлено, ФИО1 находился в помещении торгового зала магазина «Перекресток», расположенного по адресу: &lt;адрес&gt;, где на стеллаже увидел следующие товарно-материальные ценности: «МОЛОЧНЫЙ ШОКОЛАД МЕРСИ 15х100гр» в количестве 7 штук стоимостью 115 рублей 78 копеек за одну штуку, общей стоимостью 810 рублей 46 копеек, «ШОКОЛАД МЕРСИ ЛЕСН ОРЕХ и МИНД 15х100гр» в количестве 6 штук стоимостью 115 рублей 78 копеек за одну штуку, общей стоимостью 694 рубля 68 копеек, шоколад - «RIT.SPORT ШОК.МОЛ.КЛУБНИКА ЙОГУРТ 100г» в количестве 3 штук, стоимостью 104 рубля 81 копейку за одну штуку, общей стоимостью 314 рублей 43 копейки, шоколад - «RIT.SPORT ШОК.МОЛ.КАКАО ВАФЛЯ 100г», в количестве 3 штук стоимостью 98 рублей 64 копейки за одну штуку, общей стоимостью 295 рублей 92 копейки, «Шоколад RITTER SPORT 100г СОЛЕНАЯ КАРАМЕЛЬ темный», в количестве 4 штук стоимостью 120 рублей 70 копеек за одну штуку, общей стоимостью 482 рубля 80 копеек, а всего на общую сумму 2598 рублей 29 копеек, принадлежащий АО ТД «Перекресток». В указанные дату, время, в указанном месте у ФИО1 из корыстных побуждений, возник преступный умысел, направленный на тайное хищение вышеуказанного имущества, принадлежащего АО ТД «Перекресток». Реализуя свой преступный умысел, направленный на тайное хищение чужого имущества, ФИО1, 09.12.2024 в период времени с 09 часов 00 минут по 09 часов 10 минут, более точное время в ходе дознания не установлено, находясь в помещении торгового зала магазина «Перекресток», расположенного по адресу: &lt;адрес&gt;, осознавая общественную опасность своих действий, предвидя неизбежность наступления общественно-опасных последствий в виде причинения материального ущерба собственнику имущества и желая наступления таких последствий, будучи уверенным, что его действия остаются тайными, путем свободного доступа, из корыстных побуждений, подошел к стеллажу с продукцией, откуда взял в руки, тем самым похитил, вышеуказанные товарно – материальные ценности, принадлежащие АО ТД «Перекресток». ФИО1, похищенный товар спрятал под куртку и под штаны надетые на нем, после чего прошел кассовую зону не оплатив товар, тем самым похитил товарно-материальные ценности, принадлежащие АО ТД «Перекресток». После чего, ФИО1, реализовав свой преступный умысел до конца и удовлетворившись достигнутым, с похищенным имуществом с места совершения преступления скрылся, распорядившись им впоследствии по своему усмотрению. В результате умышленных преступных действий ФИО1, собственнику имущества АО ТД «Перекресток» был причинён имущественный ущерб на общую сумму 2598 рублей 29 копеек. Своими действиями ФИО1 совершил преступление, предусмотренное ч. 1 ст. 158 УК РФ . В судебном заседании ФИО1 признал вину в полном объеме по каждому преступлению, от дачи показаний отказался, пояснив, что поддерживает показания, данные в ходе предварительного расследования. Согласно оглашенным на основании ст. 276 УПК РФ показаниям ФИО1 23.10.2024 в период времени с 08 часов 26 минут по 08 часов 30 минут он находился в &lt;адрес&gt;, гулял один, решил зайти в магазин «Пятерочка», расположенный по адресу: &lt;адрес&gt;, чтобы приобрести товар. Он был одет в куртку черного цвета, джинсы синего цвета, ботинки черного цвета, черную шапку. Он зашел в магазин, взял продуктовую корзину и стал ходить по торговому залу. Пока ходил, смотрел на товары, у него возник умысел на тайное хищение имущества из данного магазина. Убедившись, что за ним никто не наблюдает, он подошел к стеллажу, где находились шоколадки, взял с полки шоколадки разных наименований, каких точно он не помнит, в каком количестве тоже, больше 20 точно, после чего положил в покупательскую корзину, которая находилась у него в руке. После чего он направился в другой отдел, где спрятал их себе под куртку. После чего покинул магазин через кассовую зону, не оплатив товар. Весь товар продал неизвестному ему мужчине за 1500 рублей, где именно не помнит. 02.12.2024 в период времени 13 часов 47 минут по 13 часов 50 минут он находился в &lt;адрес&gt;, прогуливался по г. Саратову и решил зайти в магазин «Пятёрочка», расположенный по адресу: &lt;адрес&gt;, чтобы посмотреть товары. Примерно в 13 часов 40 минут 02.12.2024 он зашёл в данный магазин, взял продуктовую корзину, прошёлся по торговому залу, подошёл к стеллажу с колбасными изделиями, так как он официально не работает, испытывает материальные трудности, постоянного заработка у него нет, у него возник преступный умысел на хищение товара из данного магазина. Он был одет в чёрную куртку, синие джинсы, чёрные ботинки, на голове была чёрная шапка. Он убедился, что за его действиями никто не наблюдает, рядом покупателей и сотрудников магазина нет, он взял правой рукой со стеллажа, где представлена продукция из колбас, взял колбасу точной марки он помнит, в количестве 3 штуки, которую он спрятал под куртку. Далее он пошёл к другому стеллажу, где была представлено подсолнечное масло. Он взял правой рукой две бутылки оливкового масла, точной марки он не помнит и положил его под куртку. Далее прошёл через кассовую зону магазина, похищенный товар он не оплачивал, продуктовую корзину положил у входа и вышел из помещения магазина и направился в сторону Сенного рынка города Саратова. Далее весь похищенный товар, а именно: две бутылки оливкового масла и колбасу он продал на Сенном рынке неизвестному гражданину, выручив около 1000 рублей. Полученную прибыль он потратил на личные нужды. 07.12.2024 в период времени с 10 часов 47 минут по 10 часов 50 минут он находился в &lt;адрес&gt;, прогуливался по г. Саратову и решил зайти в магазин «Пятёрочка», чтобы посмотреть товары, расположенный по адресу: &lt;адрес&gt;. Примерно около 11 часов утра 07.12.2024 он зашёл в данный магазин, взял продуктовую корзину, прошёлся по торговому залу, подошёл к стеллажу где представлено кофе, так как он официально не работает, испытывает материальные трудности, постоянного заработка у него нет, у него возник преступный умысел на хищение товара из данного магазина. Он был одет в чёрную куртку, синие джинсы, чёрные ботинки, на голове была чёрная шапка. Он убедился, что за его действиями никто не наблюдает, рядом покупателей и сотрудников магазина нет, он взял правой рукой со стеллажа, где представлен кофе, взял банку с кофе, точной марки он помнит, в количестве 2 штук и положил их в корзину. Далее из корзины, которую он держал в левой руке, он переложил две банки с кофе под брюки. После чего, он взял правой рукой ещё одну банку с кофе, точной марки он не помнит, положил его под куртку. Далее прошёл через кассовую зону магазина, похищенный товар он не оплачивал, продуктовую корзину положил у входа и вышел из помещения магазина и направился в сторону Сенного рынка г. Саратова. Далее весь похищенный товар а именно: две бутылки оливкового масла, 3 колбасы, три банки с кофе. Всё похищенное он продал на Сенном рынке неизвестному гражданину, выручив около 1000 рублей. Полученную прибыль он потратил на личные нужды. 09.12.2024 в период времени с 09 часов 00 минут по 09 часов 10 минут он находился в &lt;адрес&gt;, прогуливался по г. Саратову и решил зайти в магазин «Перекрёсток», расположенный по адресу: &lt;адрес&gt;, чтобы посмотреть товары. Примерно в 09 часов 10 минут 09.12.2024 он зашёл в данный магазин, прошёлся по торговому залу данного магазина, подошёл к стеллажу с шоколадом, так как он официально не работает, испытывает материальные трудности, постоянного заработка у него нет, у него возник преступный умысел на хищение товара из данного магазина. Он был одет в чёрную куртку, синие джинсы, чёрные ботинки, на голове была чёрная шапка. Он убедился, что за его действиями никто не наблюдает, рядом покупателей и сотрудников магазина нет, он взял правой рукой со стеллажа шоколад марки «Ритер спорт» и «Мерси» точной марки он помнит, в количестве примерно 23 штук, которую он спрятал под куртку и под штаны. Далее он прошёл через кассовую зону магазина, похищенный товар он не оплачивал, и вышел из помещения магазина и направился в сторону &lt;адрес&gt;. Далее весь похищенный шоколад в количестве примерно 23 штук он продал на Сенном рынке неизвестному гражданину за 750 рублей. Полученную прибыль он потратил на личные нужды. Свою вину по каждому преступлению признает в полном объёме, в содеянном раскаивается, обязуется возместить материальный ущерб в полном объёме /т. 1 л.д. 41-43, 95-97, 157-160, 239-242, т. 2 л.д. 83-86/. Виновность ФИО1 помимо его признательных показаний подтверждают также следующие исследованные судом доказательства.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23.10.2024: Оглашенные в порядке ст. 281 УПК РФ показания представителя потерпевшего и свидетеля. Показания представителя потерпевшего Потерпевший №1, согласно которым он работает в ООО «Агроторг» в должности сотрудника службы безопасности. В его должностные обязанности входит предотвращение потерь на закрепленных магазинах, а также согласно доверенности от 22.05.2024 он обязуется представлять интересы ООО «Агроторг» по уголовным делам и участвовать в уголовном разбирательстве в судах различной инстанции. Организация занимается продажей продуктов питания. Все магазины, принадлежащие ООО «Агроторг», оборудованы камерами видеонаблюдения. Сбоев в работе за 23.10.2024 в магазине «Пятерочка», расположенном по адресу: &lt;адрес&gt;, не выявлено. Камеры видеонаблюдения пишут видео по местному времени (Саратовскому). 23.10.2024 примерно в 16 часов 00 минут ему позвонил директор вышеуказанного магазина «Пятерочка» которая сообщила о том, что при просмотре камер видеонаблюдения она установила то, что 23.10.2024 в период времени с 08 часов 26 минут по 08 часов 30 минут, в магазин «Пятерочка», расположенный по адресу: &lt;адрес&gt;, пришел неизвестный гражданин, который подошел к стеллажу с шоколадом, взял с полки товар с наименованиями, а именно: «КОММУН.Шоколад тем.с нач.Трюф.элит 200г.» в количестве 6 штук, общей стоимостью 632 рубля 52 копейки; «Шоколад CUISINE ROYALE 175г мол.с цельным миндалем» в количестве 3 штук, общей стоимостью 313 рублей 65 копеек; «Шоколад BELGIAN TRADITION 100г темный с цедрой апельсином» в количестве 7 штук, общей стоимостью 605 рублей 99 копеек; «КОММУН.Шоколад тем.нач.с пюре из кл.200г» в количестве 17 штук, стоимостью 1792 рубля 14 копеек, а всего на общую сумму 3344 рубля 30 копеек, без учета НДС, положил себе под куртку надетую на него, и направился в сторону кассовой зоны, прошел ее, не оплатив товар, и вышел из вышеуказанного магазина. Таким образом, неизвестный гражданин причинил ущерб ООО «Агроторг» на общую стоимость 3344 рубля 30 копеек без учета НДС. Впоследствии от сотрудников полиции ему стало известно, что хищение указанного выше товара с указанного выше магазина 23 октября 2024 года совершил ФИО1, который никогда в ООО «Агроторг» не работал, долговых обязательств перед ним нет. Пользоваться и распоряжаться имуществом, принадлежащим ООО «Агроторг», ему никто не разрешал. Право на заявление гражданского иска ему разъяснено и понятно. Заявлять гражданский иск на стадии предварительного следствия не желает. Желает привлечь к уголовной ответственности ФИО1, который похитил имущество, принадлежащее ООО «Агроторг» на общую сумму 3344 рубля 30 копеек. Также пояснил, что в ходе написания заявления отсутствовали товарно-транспортный накладные, в связи, с чем была ошибочно указана сумма ущерба 3269 рублей 90 копеек, просит считать верной сумму 3344 рубля 30 копеек /Т. 1 л.д. 55-57/ Показания свидетеля Свидетель №1, согласно которым в настоящее время работает в ООО «Агроторг» в магазине «Пятерочка», расположенном по адресу: &lt;адрес&gt;, в должности директора. В её обязанности входит: предотвращение потерь в магазине, прием товара, формирование отчетности и т.д. 23.10.2024 она находилась на своем рабочем месте, в магазине «Пятерочка» по адресу: &lt;адрес&gt;, где при просмотре камер видеонаблюдения заметила мужчину, который был ей неизвестен. Он зашел в магазин в период времени с 08 часов 26 минут по 08 часов 30 минут, взял корзинку и пошел в сторону стеллажа с шоколадом. Данный мужчина вел себя подозрительно, поэтому она решила наблюдать за ним дальше. Далее на видео было видно как неизвестный мужчина взял с полки шоколад в количестве 33 штук и положил в корзину, которая находилась у него в руках, после чего отошел за стеллаж, оглядываясь спрятал данные шоколадки себе под куртку, надетую на нем. После чего прошел кассовую зону, не оплатив товар, вышел из магазина и ушел в неизвестном направлении. После чего ею было принято решение написать заявление в полицию по факту кражи товара, а именно: «КОММУН. Шоколад. т. нач. тр. эл.» 200 г., в количестве 6 штук, стоимостью за единицу 104 рубля 68 копеек; «CUIS.R. Шоколад мол. цел. мин.» 175 г., в количестве 3 штук, стоимостью за единицу 97 рублей 36 копеек; «BEL.TRAD. Шоколад. тем. ц. ап.» 100г.,в количестве 7 штук, стоимостью за единицу 85 рублей 51 копейка; «КОММУН. Шоколад т. н. п. из. кп.» 200г., в количестве 17 штук, стоимостью за единицу 103 рубля 01 копейка. Всего общей стоимостью 3269 рублей 90 копеек. В ходе написания заявления отсутствовали товарно-транспортные накладные, в связи с чем, была допущена ошибка в указании суммы ущерба 3269 рублей 90 копеек, верная сумма - 3344 рубля 30 копеек /Т. 1 л.д. 58-61/. Кроме того, вину ФИО1 в совершении преступления (эпизод 23.10.2024) подтверждают письменные доказательства. Заявление ФИО10, от 23.10.2024 года, по факту хищения имущества, принадлежащего ООО «Агроторг /Т. 1 л.д. 6/. Счет - фактура № ЦБ-2410040024 от 04.10.2024 года, согласно которой стоимость «КОММУН.Шоколад т. нач.Тр.эл. 200г.» составляет 105 рублей 42 копейки без учета НДС /Т. 1 л.д. 9-10/. Счет - фактура № 0364RАGF- 9289 от 11.10.2024 года, согласно которой стоимость «Шоколад CUISINE ROYALE 175г мол.с цельным миндалем» составляет 104 рублей 55 копеек без учета НДС; «Шоколад BELGIAN TRADITION 100г темный с цедрой апельсином» стоимость 86 рублей 57 копеек без учета НДС / Т. 1 л.д. 15-16/. Счет - фактура № ЦБ - 2410110032 от 11.10.2024 года, согласно которой стоимость «КОММУН.Шоколад тем.нач.с пюре из кл.200г» составляет 105 рублей 42 копейки без учета НДС /Т. 1 л.д. 13-14/. Протокол осмотра места происшествия от 23.10.2024 г., в ходе которого было осмотрено помещение магазина «Пятерочка» по адресу: &lt;адрес&gt;. В ходе осмотра места происшествия была изъята: видеозапись на диске от 23.10.2024 г. /Т. 1 л.д. 21-25/. Протокол осмотра предметов (документов) от «15» января 2025 года, в ходе которого была осмотрена видеозапись от 23.10.2024 на диске изъятой из помещения магазина «Пятерочка», расположенного по адресу: &lt;адрес&gt;, где в ходе допроса обвиняемый по фото опознал себя на видео /Т. 2 л.д. 1-12/.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02.12.2024: Оглашенные в порядке ст. 281 УПК РФ показания представителя потерпевшего и свидетеля. Показания представителя потерпевшего Потерпевший №3, согласно которым он работает в ООО «Агроторг» в должности сотрудника службы безопасности. В его должностные обязанности входит предотвращение потерь на закрепленных магазинах, а также согласно доверенности от 21.05.2024 он обязуется представлять интересы ООО «Агроторг» по уголовным делам и участвовать в уголовном разбирательстве в судах различной инстанции. Организация занимается продажей продуктов питания. Все магазины, принадлежащие ООО «Агроторг», оборудованы камерами видеонаблюдения. Сбоев в работе не выявлено. Камеры видеонаблюдения пишут видео по местному времени (Саратовскому). От директора магазина «Пятерочка», расположенного по адресу: &lt;адрес&gt;, ему стало известно о том, что при просмотре камер видеонаблюдения она установила то, что 02.12.2024 в период времени с 13 часов 47 минут по 13 часов 50 минут, в магазин «Пятерочка», расположенный по адресу: &lt;адрес&gt;, пришел неизвестный гражданин, который подошел к стеллажу с кофе, взял с полки товар, а именно: «GL.VILLAGE Масло EX.VIRG.олив.ст/б 0,5л»- в количестве 1 шт., стоимостью 455 рублей 65 копеек за штуку, «GL.VILLAGE Масло олив.раф.с доб.н/р500мл» - в количестве 1 шт., стоимостью 458 рублей 80 копеек за штуку, «ЧЕРКИЗ.Колбас.БОГОРОДСКАЯс/к б/с в/у300г»- в количестве 3 шт., стоимостью 130 рублей 08 копеек за штуку, на общую сумму 1304 рубля 69 копеек, положил под куртку надетую на него, после чего прошел мимо кассовой зоны, не оплатив данный товар, тем самым причинил ущерб ООО «Агроторг» на общую сумму 1304 рубля 69 копеек. Впоследствии от сотрудников полиции ему стало известно, что хищение указанного выше товара с указанного выше магазина 02.12.2024 совершил ФИО1 При написании заявления директором магазина была ошибочно указана сумма ущерба 1307 рублей 10 копеек, в связи с тем, что отсутствовали товарно-транспортный накладные. Верно считать сумму ущерба 1304 рубля 69 копеек без учета НДС /Т. 2 л.д. 46-49/. Показания свидетеля Свидетель №2, согласно которым она находилась на рабочем месте в магазине «Пятерочка» по адресу: &lt;адрес&gt; А, где при просмотре видеозаписей с камер видеонаблюдения обнаружила, что ДД.ММ.ГГГГ в период времени с 13:47 по 13:50 ч. в вышеуказанном магазине неизвестный ей мужчина похитил со стеллажей продукты: «Масло GL Village EX.VIRG 0,5 л — 1 шт; Масло GL Village оливковое раст. 0,5 л. - 1 шт; Колбаса Черкизовская в/у 3-- г -3 шт, положив себе за пояс штанов прошел мимо кассовой зоны и покинул магазин, не оплатив продукты. Тем самым причинил ущерб на сумму 1307 рублей 10 копеек, без учета НДС. По предъявленной сотрудниками полиции фотографии она узнала данного мужчину, им со слов сотрудников полиции оказался ФИО1 Также пояснила, что при написании заявления была допущена ошибка, так как отсутствовали товарно - транспортные накладные, в связи с этим сумма ущерба указана неверно, верно считать сумму ущерба, причиненную ООО «Агроторг», 1304 руля 69 копеек /Т. 2 л.д. 18-19/. Кроме того, вину ФИО1 в совершении преступления (эпизод 02.12.2024) подтверждают письменные доказательства. Заявление Свидетель №2, от 25.12.2024 года, по факту хищения имущества, принадлежащего ООО «Агроторг» /Т. 1 л.д. 179/. Счет - фактура № 0363RAGE- 3234 от 01.11.2024 года, согласно которой стоимость «Масло GLOBAL VILLAGE 500мл олив.раф. С доб.нераф.» составляет 458 рублей 80 копеек за штуку без учета НДС /Т. 1 л.д. 183-184/. Счет - фактура № 0440RRVY - 5940 от 03.11.2024 года, согласно которой стоимость «Масло GLOBAL VILLAGE 0,5л EXTRA VIRGEN оливковое ст/б» составляет 455 рублей 65 копеек за штуку без учета НДС /Т. 1 л.д. 187-190/. Счет - фактура № 74051787 от 07.11.2024 года, согласно которой стоимость «СК БОГОРОДСКАЯ ПРЕСС ФИБ ВУ ШТ 0,3КГ (ТМ ЧЕРКИЗОВО) К3.6/3270273 составляет 130 рублей 08 копеек без учета НДС /Т. 1 л.д. 185-186/. Протокол осмотра места происшествия от 25.12.2024 г., в ходе которого было осмотрено помещение магазина «Пятерочка» по адресу: &lt;адрес&gt;. В ходе осмотра места происшествия была изъята: видеозапись на диске от ДД.ММ.ГГГГ /Т. 1 л.д. 197-200/. Протокол осмотра предметов (документов) от «25» декабря 2024 года, в ходе которого с участием обвиняемого ФИО1, и защитника Ботовой И.А. была осмотрена видеозапись от 02.12.2024 на диске изъятой из помещения магазина «Перекресток», расположенного по адресу: &lt;адрес&gt;, где подозреваемый опознал себя на видео /Т. 2 л.д. 1-12/.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07.12.2024: Оглашенные в порядке ст. 281 УПК РФ показания представителя потерпевшего и свидетеля. Показания представителя потерпевшего Потерпевший №3, согласно которым он работает в ООО «Агроторг» в должности сотрудника службы безопасности. В его должностные обязанности входит предотвращение потерь на закрепленных магазинах, а также согласно доверенности от 21.05.2024 он обязуется представлять интересы ООО «Агроторг» по уголовным делам и участвовать в уголовном разбирательстве в судах различной инстанции. Организация занимается продажей продуктов питания. Все магазины, принадлежащие ООО «Агроторг», оборудованы камерами видеонаблюдения. Сбоев в работе в магазине «Пятерочка», расположенном по адресу: &lt;адрес&gt;, не выявлено. Камеры видеонаблюдения пишут видео по местному времени (Саратовскому). От директора магазина «Пятерочка», расположенного по адресу: &lt;адрес&gt;, ему стало известно о том, что при просмотре камер видеонаблюдения она установила то, что 07.12.2024 в период времени с 10 часов 47 минут по 10 часов 50 минут, в магазин «Пятерочка», расположенный по адресу: &lt;адрес&gt;А, пришел неизвестный гражданин, который подошел к стеллажу с кофе, взял с полки товар, а именно: «BUSH.Кофе ORIGINAL раст.нат.100г», в количестве 3-х штук, стоимостью 478 рублей 75 копеек за штуку, на общую сумму 1436 рублей 25 копеек, две банки из которой он положил под брюки, одну положил под куртку надетую на него, после чего прошел мимо кассовой зоны не оплатив данный товар, тем самым причинил ущерб ООО «Агроторг» на общую сумму 1436 рублей 25 копеек. Впоследствии от сотрудников полиции ему стало известно, что хищение указанного выше товара с указанного выше магазина 07.12.2024 совершил ФИО1 ФИО1 никогда в ООО «Агроторг» не работал, долговых обязательств перед ним нет. Пользоваться и распоряжаться имуществом, принадлежащим ООО «Агроторг» ему никто не разрешал. Право на заявление гражданского иска ему разъяснено и понятно. Заявлять гражданский иск на стадии предварительного следствия не желает. Желает привлечь к уголовной ответственности ФИО1, который похитил товары, принадлежащие ООО «Агроторг» /Т. 2 л.д. 46-49/. Показания свидетеля Свидетель №2, согласно которым 25.12.2024 она находилась на рабочем месте в магазине «Пятерочка» по адресу: &lt;адрес&gt;, где при просмотре видеозаписей с камер видеонаблюдения обнаружила, что 07.12.2024 в период времени с 10:47 по 10:50 неизвестный мужчина со стеллажа магазина похитил товар: «Кофе Basti ORIGINAL 1000г. - 3шт., после чего, пройдя мимо кассовой зоны, покинул магазин не оплатив товар, причинив материальный ущерб на сумму 1436 рублей 25 копеек, без учета НДС. По предъявленной сотрудниками полиции фотографии я узнала данного мужчину, им со слов сотрудников полиции оказался ФИО1 /Т. 2 л.д. 18-19/. Кроме того, вину ФИО1 в совершении преступления (эпизод ДД.ММ.ГГГГ) подтверждают письменные доказательства. Заявление Свидетель №2, от 25.12.2024 года, по факту хищения имущества, принадлежащего ООО «Агроторг» /Т. 1 л.д. 207/. Счет - фактура № 1018003 от 18.10.2024 года, согласно которой стоимость «BUSHIDO Original 100x9 Freeze Jar» составляет 478 рублей 75 копеек без учета НДС /Т. 1 л.д. 211-212/. Протокол осмотра места происшествия от 25.12.2024 г., в ходе которого было осмотрено помещение магазина «Пятерочка» по адресу: &lt;адрес&gt;. В ходе осмотра места происшествия была изъята: видеозапись на диске от ДД.ММ.ГГГГ /Т. 1 л.д. 219-221/. Протокол осмотра предметов (документов) от «25» декабря 2024 года, в ходе которого с участием обвиняемого ФИО1, и защитника Ботовой И.А. была осмотрена видеозапись от 07.12.2024 на диске изъятой из помещения магазина «Перекресток», расположенного по адресу: &lt;адрес&gt;, где подозреваемый опознал себя на видео /Т. 2 л.д. 1-12/.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эпизоду 09.12.2024: Оглашенные в порядке ст. 281 УПК РФ показания представителя потерпевшего. Показания представителя потерпевшего Потерпевший №2, согласно которым он работает в АО ТД «Перекресток», в должности сотрудника службы безопасности. Потерей памяти не страдает, травм головы у него никогда не было. его должностные обязанности входит предотвращение потерь на закрепленных магазинах, а также согласно доверенности от 20.03.2024 он обязуется представлять интересы АО ТД «Перекресток» по уголовным делам и участвовать в уголовном разбирательстве в судах различной инстанции. Организация занимается продажей продуктов питания. Все магазины, принадлежащие АО ТД «Перекресток», оборудованы камерами видеонаблюдения. Сбоев в работе за 09.12.2024 в магазине «Перекресток», расположенном по адресу: &lt;адрес&gt;, не выявлено. Камеры видеонаблюдения пишут видео по местному времени (Саратовскому). 16.12.2024 им при просмотре камер видеонаблюдения было установлено, что 09.12.2024 в период времени с 09 часов 00 минут по 09 часов 10 минут, в магазин «Перекресток», расположенный по адресу: &lt;адрес&gt;, пришел неизвестный гражданин, который подошел к стеллажу с кофе, взял с полки товар, а именно: «МОЛОЧНЫЙ ШОКОЛАД МЕРСИ 15х100гр» в количестве 7 штук, стоимостью 115 рублей 78 копеек за штуку, общей стоимостью 810 рублей 46 копеек, «ШОКОЛАД МЕРСИ ЛЕСН ОРЕХ и МИНД 15х100гр», в количестве 3 штук, стоимостью 115 рублей 78 копеек за штуку, общей стоимостью 694 рубля 68 копеек, «RIT.SPORT ШОК.МОЛ.КЛУБНИКА ЙОГУРТ 100г», в количестве 3 штук, стоимостью 104 рубля 81 копейку за штуку, общей стоимостью 314 рублей 43 копейки, «RIT.SPORT ШОК.МОЛ.КАКАО ВАФЛЯ 100г», в количестве 3 штук, стоимостью 98 рублей 64 копейки за штуку, общей стоимостью 295 рублей 92 копейки, «Шоколад RITTER SPORT 100г СОЛЕНАЯ КАРАМЕЛЬ темный», в количестве 4 штук, стоимостью 120 рублей 70 копеек за штуку, общей стоимостью 482 рубля 80 копеек, а всего на общую сумму 2598 рублей 29 копеек, принадлежащий АО ТД «Перекресток», положил под куртку надетую на него, после чего прошел мимо кассовой зоны не оплатив данный товар, тем самым причинил ущерб АО ТД «Перекресток» на общую сумму 2598 рублей 29 копеек. Впоследствии от сотрудников полиции ему стало известно, что хищение указанного выше товара с указанного выше магазина 09.12.2024 совершил ФИО1 ФИО1 никогда в АО ТД «Перекресток» не работал, долговых обязательств перед ним нет. Пользоваться и распоряжаться имуществом, принадлежащим АО ТД «Перекресток», ему никто не разрешал. Право на заявление гражданского иска ему разъяснено и понятно. Заявлять гражданский иск на стадии предварительного следствия не желает. Желает привлечь к уголовной ответственности ФИО1, который похитил товары, принадлежащие ООО «Агроторг». При написании заявления директором магазина была ошибочно указана сумма ущерба 2566 рублей 71 копейка, в связи с тем, что отсутствовали товарно-транспортный накладные. Считать правильной сумму ущерба 2598 рублей 29 копеек без учета НДС /Т. 2 л.д. 66-68/. Кроме того, вину ФИО1 в совершении преступления (эпизод 09.12.2024) подтверждают письменные доказательства. Заявление Потерпевший №2, от 16.12.2024 года, по факту хищения имущества, принадлежащего АО ТД «Перекресток» /Т. 1 л.д. 113/. Счет-фактура № 0090115624 от 20.11.2024 года, согласно которой стоимость «RIT.SPORT ШОК.МОЛ.КЛУБНИКА ЙОГУРТ 100г», составляет 104 рубля 81 копейка, «RIT.SPORT ШОК.МОЛ.КАКАО ВАФЛЯ 100г», составляет 98 рублей 64 копейки без учета НДС /Т. 1 л.д. 130-131/. Счет-фактура № 0250RACK-339 от 14.11.2024 года, согласно которой стоимость «Шоколад RITTER SPORT 100г СОЛЕНАЯ КАРАМЕЛЬ темный», составляет 120 рублей 70 копеек без учета НДС; «МОЛОЧНЫЙ ШОКОЛАД МЕРСИ 15х100гр» составляет 115 рублей 78 копеек, «ШОКОЛАД МЕРСИ ЛЕСН ОРЕХ и МИНД 15х100гр», составляет 115 рублей 78 копеек без учета НДС /Т. 1 л.д. 132-136/. Протокол осмотра места происшествия от 16.12.2024 г., в ходе которого было осмотрено помещение магазина «Перекресток» по адресу: &lt;адрес&gt;. В ходе осмотра места происшествия была изъята: видеозапись на диске от 09.12.2024 г. /Т. 1 л.д. 121-126/. Протокол осмотра предметов (документов) от «25» декабря 2024 года, в ходе которого с участием обвиняемого ФИО1, и защитника Ботовой И.А. была осмотрена видеозапись от 09.12.2024 на диске изъятой из помещения магазина «Перекресток», расположенного по адресу: &lt;адрес&gt;, где подозреваемый опознал себя на видео /Т. 1 л.д. 161-167/. Анализируя изложенные доказательства, являющиеся допустимыми и достоверными, суд признает доказанной вину ФИО1 по каждому преступлению. Сам подсудимый вину по каждому преступлению признал в полном объеме и дал подробные показания, которые были оглашены в ходе судебного заседания, об обстоятельствах совершения преступлений, соответствующие описательной части приговора и согласующиеся с исследованными показаниями представителей потерпевших, свидетелей, письменными доказательствами, в том числе, счет-фактурами, на основании которых установлена закупочная стоимость похищенного. Оснований для оговора подсудимого свидетелями, представителями потерпевших, а также самооговора ФИО1 не усматривается. Факт привлечения подсудимого к административной ответственности по ч. 2 ст. 7.27 КоАП РФ установлен судом на основании копии соответствующего постановления мирового судьи (по эпизодам от 02.12.2024, 07.12.2024). По эпизоду 23.10.2024 суд квалифицирует действия ФИО1 по ч. 1 ст. 158 УК РФ , как кражу, т.е. тайное хищение чужого имущества. По эпизоду 02.12.2024 суд квалифицирует действия ФИО1 по ст. 158.1 УК РФ , как мелкое хищение чужого имущества, совершенное лицом, подвергнутым административному наказанию за мелкое хищение, предусмотренное ч. 2 ст. 7.27 КоАП РФ. По эпизоду 07.12.2024 суд квалифицирует действия ФИО1 по ст. 158.1 УК РФ , как мелкое хищение чужого имущества, совершенное лицом, подвергнутым административному наказанию за мелкое хищение, предусмотренное ч. 2 ст. 7.27 КоАП РФ. По эпизоду 09.12.2024 суд квалифицирует действия ФИО1 по ч. 1 ст. 158 УК РФ , как кражу, т.е. тайное хищение чужого имущества. Об умысле подсудимого на совершение краж (23.10.2024, 09.12.2024) свидетельствуют его объективные действия, а именно тайное противоправное изъятие чужого имущества в свою пользу, которым он распорядился по своему усмотрению, что свидетельствует о наличии корыстного мотива. Также, ФИО1, находясь в помещении магазинов (02.12.2024, 07.12.2024), действуя тайно, каждый раз завладевал чужим имуществом, будучи лицом, подвергнутым административному наказанию за правонарушение, предусмотренное ч.2 ст. 7.27 КоАП РФ. С места совершения преступления скрывался, распорядившись похищенным имуществом по своему усмотрению. Оценивая обстоятельства дела, а также данные о личности ФИО1 и его поведение в ходе судебного разбирательства, суд признает его в отношении каждого совершенного им преступления вменяемым и подлежащим уголовной ответственности и наказанию. При назначении наказания суд учитывает характер и степень общественной опасности совершенных ФИО1 преступлений, обстоятельства, смягчающие наказание, данные о личности и состояние здоровья подсудимого, влияние наказания на исправление ФИО1 и на условия жизни его семьи, а также достижение таких целей наказания как восстановление социальной справедливости и предупреждение совершения им новых преступлений, иные обстоятельства, предусмотренные ст. 60 УК РФ , ст. 316 УПК РФ . Как личность ФИО1 является гражданином РФ, имеет место жительства и регистрации, характеризуется посредственно, на учете у врачей нарколога и психиатра не состоит, не женат, официально не трудоустроен, судим, имеет заболевания. В качестве смягчающих наказание обстоятельств в отношении подсудимого ФИО1 суд признает: полное признание вины, раскаяние в содеянном, наличие на иждивении малолетнего ребенка ФИО17, ДД.ММ.ГГГГ г.р., а также наличие у ФИО1 тяжелых заболеваний, состояние его здоровья и его близких родственников. Вся информация, имеющая значение для раскрытия преступления имелась у сотрудников полиции, помимо показаний ФИО1 Какой-либо информации, имеющей значение для раскрытия преступления, подсудимый ФИО1 не сообщал, в связи с чем, судом не учитывается смягчающее обстоятельство по каждому преступлению: «активное способствование расследованию преступления». При назначении ФИО1 наказания по каждому преступлению судом учитывается наличие отягчающего наказание обстоятельства, предусмотренного п. «а» ч.1 ст. 63 УК РФ , – рецидива преступлений, в связи с чем, считает невозможным назначение подсудимому более мягкого наказания, чем лишение свободы по каждому преступлению. Также при определении вида и размера наказания по каждому преступлению суд учитывает его влияние на условия жизни семьи подсудимого, состояние его здоровья, данные о личности ФИО1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преступлений, других обстоятельств, существенно уменьшающих степень общественной опасности преступления и свидетельствующих о наличии оснований для назначения наказания с применением ч. 3 ст. 68 УК РФ , у суда не имеется. Каких-либо исключительных обстоятельств, существенно уменьшающих степень общественной опасности каждого преступления, которые позволили бы назначить ФИО1 наказание по правилам ст. 64 УК РФ , судом не установлено. Не находит оснований суд и для применения 73, 82 УК РФ, как и положений ст. 53.1 УК РФ по всем эпизодам преступлений. С учетом категории каждого преступления, не имеется оснований для применения положений ч. 6 ст. 15 УК РФ . Обстоятельств, исключающих преступность и наказуемость деяния подсудимого, предусмотренных главой 8 УК РФ, а также обстоятельств, влекущих за собой освобождение подсудимого от уголовной ответственности и наказания, предусмотренных главой 11 УК РФ, отсрочки отбывания наказания не имеется. На основании п. «в» ч. 1 ст. 58 УК РФ для отбывания наказания ФИО1 следует определить исправительную колонию строгого режима. Поскольку подсудимому назначается реальное лишение свободы, в целях обеспечения исполнения приговора, принимая во внимание обстоятельств дела и данные о личности ФИО1, суд считает, что подсудимому до вступления приговора в законную силу, следует оставить меру пресечения в виде заключения под стражу. Кроме того, на основании ст. 72 УК РФ время содержания ФИО1 под стражей с момента фактического задержания, то есть с 25.12.2024 года до дня вступления приговора в законную силу следует зачесть в срок лишения свободы из расчета один день содержания под стражей за один день лишения свободы. Судьбу вещественных доказательств суд определяет в соответствии с требованиями ст. 81 УПК РФ . В ходе расследования уголовного дела постановлением ст. дознавателя от 23.01.2025 оплачен труд адвоката Ботовой И.А. за участие в деле по назначению в размере 14374 руб. /т. 2 л.д. 206/. На основании ст. 131 УПК РФ указанные судебные издержки подлежат взысканию с подсудимого в доход государства, против чего последний не возражал. приговорил: ФИО1 признать виновным в совершении преступлений, предусмотренных ч. 1 ст. , ст. 158.1 , ст. 158.1 , ч. 1 ст. 158 УК РФ , и назначить ему наказание: - по ч. 1 ст. 158 УК РФ (по эпизоду 23.10.2024) в виде лишения свободы на срок 8 месяцев; - по ст. 158.1 УК РФ (по эпизоду 02.12.2024) в виде лишения свободы на срок 4 месяца; - по ст. 158.1 УК РФ (по эпизоду 07.12.2024) в виде лишения свободы на срок 4 месяца; - по ч. 1 ст. 158 УК РФ (по эпизоду 09.12.2024) в виде лишения свободы на срок 8 месяцев, На основании ч. 2 ст. 69 УК РФ по совокупности преступлений путем частичного сложения наказаний назначить ФИО1 наказание в виде лишения свободы на срок 9 месяцев с отбыванием наказания в исправительной колонии строгого режима. Меру пресечения ФИО1 оставить прежней в виде заключения под стражу с содержанием в ФКУ СИЗО-1 УФСИН России по Саратовской области. Срок отбывания наказания ФИО1 исчислять со дня вступления приговора в законную силу. Зачесть в срок назначенного ФИО1 наказания время содержания его под стражей с момента фактического задержания, т.е. с 25.12.2024 года до дня вступления приговора в законную силу, из расчета один день содержания под стражей за один день отбывания лишения свободы в исправительной колонии строгого режима. Вещественные доказательства: - CD-диски с видеозаписями от 23.10.2024, 02.12.2024, 07.12.2024, 09.12.2024, хранящиеся в материалах в уголовного дела, хранить в деле. Взыскать с ФИО1 процессуальные издержки в виде оплаты труда адвоката Ботовой И.А. в размере 14374 (четырнадцать тысяч триста семьдесят четыре) руб. Приговор может быть обжалован в апелляционном порядке в Саратовский областной суд в течение 15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либо апелляционного представления, затрагивающих интересы осужденного, он вправе ходатайствовать о своем участии в рассмотрении дела судом апелляционной инстанции. Судья подпись А.С. Галишникова Копия верна: судья А.С. Галишникова Помощник судьи Ю.Б. Московская Суд: Волжский районный суд г. Саратова (Саратовская область) (подробнее) Иные лица: Прокуратура Волжского района г.Саратова (подробнее) Судьи дела: Галишникова Анна Сергеевна (судья) (подробнее) Последние документы по делу: Приговор от 14 октября 2025 г. по делу № 1-65/2025 Приговор от 14 августа 2025 г. по делу № 1-65/2025 Приговор от 16 марта 2025 г. по делу № 1-65/2025 Приговор от 5 февраля 2025 г. по делу № 1-65/2025 Приговор от 9 января 2025 г. по делу № 1-65/2025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