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не обладая достаточными познаниями, навыками и опытом ведения предпринимательской деятельности в сфере торговли, организации товарно-денежных отношений, будучи осведомленным о повышенном спросе у населения города Оренбурга и других населенных пунктов Оренбургской области на недорогую немаркированную алкогольную и спиртосодержащую продукцию под видом алкогольной продукции, с целью незаконного обогащения путём противоправного ввода в оборот немаркированной алкогольной и спиртосодержащей продукции под видом алкогольной продукции, осознавая, что ее низкая стоимость обусловлена несоблюдением условий производства, хранения и реализации, отсутствием обязательной маркировки федеральными специальными марками, неуплатой в связи с этим обязательных сборов в бюджет Российской Федерации, отсутствием обязательных отчислений правообладателям товарных знаков, преследуя цель незаконного обогащения путём противоправного ввода в гражданский оборот немаркированной алкогольной и спиртосодержащей продукции под видом алкогольной продукции, осознавая, что своими противоправными действиями нарушит установленный государством экономический и правовой порядок, обеспечивающий нормальный оборот алкогольной и спиртосодержащей продукции, в период с 5 марта 2022 года по 22 февраля 2023 года, находясь на территории города Оренбурга Оренбургской области, движимый корыстными побуждениями и стремлением к лёгкой наживе, действуя умышленно, незаконно, из корыстных побуждений, в нарушение Гражданского кодекса Российской Федерации (далее – ГК РФ), Налогового кодекса Российской Федерации (далее – НК РФ), Федерального закона от 22 ноября 1995 года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правил изготовления федеральных специальных марок, правил маркировки федеральными специальными марками алкогольной продукции, требований к образцам федеральных специальных марок, утвержденных Постановлением Правительства Российской Федерации от 29 декабря 2020 года №2348 «О маркировке алкогольной продукции федеральными специальными марками», вступив по предложению лица, в отношении которого уголовное дело выделено в отдельное производство (лицо №1), в предварительный сговор и, действуя группой лиц по предварительному сговору с лицом №1, состоящим с ним в дружеских отношениях, а также лицом, в отношении которого уголовное дело выделено в отдельное производство (лицо №2), состоящего с лицом №1 в близких родственных отношениях, совершил производство, хранение, перевозку в целях сбыта немаркированной алкогольной и спиртосодержащей продукции под видом алкогольной продукции, подлежащей маркировке федеральными специальными марками Российской Федерации, в общем количестве 2709 бутылок, общей стоимостью 393 831 рубль 57 копеек, то есть в крупном размере, из которых 202 бутылки немаркированной алкогольной и спиртосодержащей продукции под видом алкогольной продукции, подлежащей маркировке федеральными специальными марками Российской Федерации, общей стоимостью 30 146 рублей 27 копеек, продал. В соответствии с п. 1 ст. 11 Федерального закона от 22 ноября 1995 года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Закона), производство и оборот алкогольной продукции и производство и оборот спиртосодержащей продукции осуществляются организациями, если иное не установлено Законом. Согласно п. 3, п. 7 ст. 2 Закона, спиртосодержащая продукция – пищевая или непищевая продукция, спиртосодержащие лекарственные препараты, спиртосодержащие медицинские изделия с содержанием этилового спирта более 0,5 процента объема готовой продукции; 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перечнем, установленным Правительством Российской Федерации. Алкогольная продукция подразделяется на такие виды, как спиртные напитки (в том числе водка, коньяк, виноградная водка, бренди), вино, крепленое вино, игристое вино, включая российское шампанское, виноградосодержащие напитки, плодовая алкогольная продукция, плодовые алкогольные напитки, пиво и напитки, изготавливаемые на основе пива, сидр, пуаре, медовуха. В силу п. 5 ст. 11 Закона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регулирующим органом. В соответствии с п. 1 ст. 12 Закона, алкогольная продукция, производимая на территории Российской Федерации или ввозимая в Российскую Федерацию, в том числе из государств – членов ЕАЭС, за исключением случаев, предусмотренных п. 19 ст. 12 Закона, подлежит обязательной маркировке федеральными специальными марками. В силу п. 20 ст. 12 Закона маркировка алкогольной продукции не предусмотренными Законом марками не допускается. Алкогольная продукция, произведенная на территории Российской Федерации или ввезенная в Российскую Федерацию с нарушением требований, установленных ст. 12 Закона, признается алкогольной продукцией без маркировки. В соответствии с п. 6 ст. 12 Закона федеральные специальные марки выдаются федеральным органом по контролю и надзору. 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Согласно п. 8 ст. 12 Закона, в случае выявления отсутствия у заявителя лицензии на соответствующий вид деятельности, приостановления действия лицензии, аннулирования лицензии либо прекращения ее действия, федеральный орган по контролю и надзору в течение семи рабочих дней со дня регистрации заявления принимает решение об отказе в выдаче федеральных специальных марок. В силу п. 2 ст. 12 Закона, федеральная специальная марка является документом, удостоверяющим законность (легальность) производства и (или) оборота на территории Российской Федерации алкогольной продукции, указанной в пункте 1 ст. 12 Закона, а также является носителем информации единой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указанной системе. Пунктом 16 ст. 12 Закона установлено, что за правильность нанесения федеральных специальных марок на алкогольную продукцию несут ответственность организации, осуществляющие производство алкогольной продукции на территории Российской Федерации, и организации, осуществляющие закупку алкогольной продукции для ввоза в Российскую Федерацию. За подлинность федеральных специальных марок, а также за соответствие информации, содержащейся на федеральных специальных марках, информации, содержащейся в единой государственной автоматизированной информационной системе, об алкогольной продукции, маркированной данными федеральными специальными марками, несут ответственность собственники (владельцы) алкогольной продукции, осуществляющие ее производство, закупку для ввоза в Российскую Федерацию, поставки, розничную продажу, в соответствии с законодательством Российской Федерации. Согласно п. 1 ст. 16 Закона, розничная продажа алкогольной продукции и розничная продажа алкогольной продукции при оказании услуг общественного питания (за исключением розничной продажи пива, пивных напитков, сидра, пуаре, медовухи, а также вина, игристого вина,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осуществляются организациями. В силу ст. 18 Закона, на осуществление таких видов деятельности, как закупка, хранение, поставка алкогольной и спиртосодержащей продукции, розничная продажа алкогольной продукции, выдается лицензия. В соответствии со ст. 181 НК РФ под акцизными товарами признаются: этиловый спирт, произведенный из пищевого или непищевого сырья, в том числе денатурированный этиловый спирт, спирт-сырец, винный спирт, виноградный спирт, дистилляты, предусмотренные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законодательством о виноградарстве и виноделии; спиртосодержащая продукция (растворы, эмульсии, суспензии и другие виды продукции в жидком виде) с объемной долей этилового спирта более 9 процентов, за исключением алкогольной продукции, указанной в подпункте 3 настоящего пункта ст. 181 НК РФ , плодового сусла, плодовых сброженных материалов; алкогольная продукция с объемной долей этилового спирта более 0,5 процента, за исключением пищевой продукции в соответствии с перечнем, установленным Правительством Российской Федерации. Согласно пунктам 2, 3 правил изготовления федеральных специальных марок, утвержденных Постановлением Правительства Российской Федерации от 29 декабря 2020 года №2348 «О маркировке алкогольной продукции федеральными специальными марками» марки, которые приобретаются в территориальном органе Федеральной службы по контролю за алкогольным и табачным рынками на условиях предварительной оплаты исходя из цены марки и в размере, кратном запрашиваемому количеству марок, с перечислением денежных средств на расчетный счет акционерного общества «Гознак» (далее - организация - изготовитель марок), изготавливаются для организаций, осуществляющих производство алкогольной продукции на территории Российской Федерации, а также для организаций, осуществляющих ввоз в Российскую Федерацию алкогольной продукции, в том числе из государств - членов Евразийского экономического союза. Изготовление марок осуществляется организацией – изготовителем марок в соответствии с образцами, перечнем реквизитов и элементов защиты, утвержденными Федеральной службой по контролю за алкогольным и табачным рынками, по технологии, исключающей возможность их подделки и повторного использования, а также обеспечивающей возможность считывания с них двухмерного штрихового кода (графическая информация в кодированном виде), содержащего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информационная система), с использованием технических средств единой информационной системы, в течение 14 рабочих дней со дня поступления денежных средств на расчетный счет организации – изготовителя марок по заявлению о выдаче марок в порядке, установленном статьей 12 Закона. Согласно п. 2 Правил маркировки федеральными специальными марками алкогольной продукции, утвержденных Постановлением Правительства Российской Федерации от 29 декабря 2020 года №2348 «О маркировке алкогольной продукции федеральными специальными марками» (далее – Правил), марки должны наноситься на алкогольную продукцию, производимую на территории Российской Федерации, за исключением пива, пивных напитков, сидра, пуаре, медовухи и поставляемой на экспорт алкогольной продукции, организациями, осуществляющими производство такой продукции на территории Российской Федерации, сельскохозяйственными товаропроизводителями (организациями, индивидуальными предпринимателями, крестьянскими (фермерскими) хозяйствами), признаваемыми таковыми в соответствии с Федеральным законом «О развитии сельского хозяйства», осуществляющими производство алкогольной продукции на территории Российской Федерации, после окончания последней технологической операции, связанной с производством алкогольной продукции, а также должны наноситься на алкогольную продукцию, ввозимую в Российскую Федерацию, организациями, осуществляющими ввоз в Российскую Федерацию алкогольной продукции, в том числе из государств – членов Евразийского экономического союза, до ее ввоза в Российскую Федерацию. Пунктом 3 Правил установлено, что для нанесения марок на потребительскую тару должна применяться технология, исключающая возможность подделки марок и их повторного использования, а также обеспечивающая возможность считывания двухмерного штрихового кода (графической информации в кодированном виде), содержащего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информационная система), с использованием технических средств единой информационной системы в течение всего срока нахождения алкогольной продукции в обороте. В силу п. 2 требований к образцам федеральных специальных марок, утвержденных Постановлением Правительства Российской Федерации от 29 декабря 2020 года №2348 «О маркировке алкогольной продукции федеральными специальными марками» (далее – Требований) алкогольная продукция, производимая на территории Российской Федерации, а также алкогольная продукция, ввозимая (импортируемая) в Российскую Федерацию, в том числе из государств – членов Евразийского экономического союза, за исключением пива, пивных напитков, сидра, пуаре, медовухи и поставляемой на экспорт алкогольной продукции, маркируется марками. В соответствии с п. 7 Требований на марках размещаются надписи «Российская Федерация» и «Федеральная специальная марка». Согласно ст. 1229 ГК РФ ,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если ГК РФ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ГК РФ. Использование результата интеллектуальной деятельности или средства индивидуализации (в том числе их использование способами, предусмотренными ГК РФ), если такое использование осуществляется без согласия правообладателя, является незаконным и влечет ответственность, установленную ГК РФ,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ГК РФ. В силу ст. 1484 ГК РФ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 1229 ГК РФ любым не противоречащим закону способом (исключительное право на товарный знак). Правообладатель может распоряжаться исключительным правом на товарный знак.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при выполнении работ, оказании услуг; на документации, связанной с введением товаров в гражданский оборот; в предложениях о продаже товаров, о выполнении работ, об оказании услуг, а также в объявлениях, на вывесках и в рекламе; в сети «Интернет», в том числе в доменном имени и при других способах адресации.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В соответствии со ст. 1515 ГК РФ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 Так, лицо №1 в период с 5 марта 2022 года по 22 февраля 2023 года, находясь в городе Оренбурге Оренбургской области, будучи осведомленным о повышенном спросе у населения города Оренбурга и других населенных пунктов Оренбургской области на недорогую немаркированную алкогольную и спиртосодержащую продукцию под видом алкогольной продукции, с целью незаконного обогащения путём противоправного ввода в оборот контрафактной немаркированной алкогольной и спиртосодержащей продукции под видом алкогольной продукции, осознавая, что ее низкая стоимость обусловлена несоблюдением условий производства, хранения и реализации, отсутствием обязательной маркировки федеральными специальными марками, неуплатой в связи с этим обязательных сборов в бюджет Российской Федерации, отсутствием обязательных отчислений правообладателям товарных знаков, сформировал единый преступный умысел, направленный на систематическое извлечение преступного дохода от незаконного оборота немаркированной алкогольной и спиртосодержащей продукции под видом алкогольной продукции, подлежащей маркировке федеральными специальными марками Российской Федерации, движимый корыстными побуждениями и жаждой лёгкой наживы, после чего, с целью реализации задуманного, в период с 5 марта 2022 года по 22 февраля 2023 года, находясь на территории города Оренбурга Оренбургской области, предложило ФИО1 и лицу №2 и вступило с ними в предварительный сговор, направленный на незаконный оборот немаркированной алкогольной и спиртосодержащей продукции под видом алкогольной продукции, распределив при этом между собой преступные роли, согласно которым лицо №1 подыскивало места производства и хранения указанной продукции, а также автомобили для ее перевозки; занималось производством немаркированной алкогольной и спиртосодержащей продукции под видом алкогольной продукции; осуществляло с ФИО1 либо с лицом №2 перевозку данной продукции к месту хранения и реализации; определяло ассортимент и количество указанной продукции в зависимости от спроса покупателей; устанавливало цены на немаркированную алкогольную и спиртосодержащую продукцию под видом алкогольной продукции, в зависимости от их наименований; вело учёт извлекаемых доходов; подыскивало покупателей, а также хранило в целях сбыта произведенную немаркированную алкогольную и спиртосодержащую продукцию под видом алкогольной продукции на территории города Оренбурга Оренбургской области. ФИО1, согласно отведённой ему преступной роли, согласовывал с лицом №1 и определял совместно с последним ассортимент производимой в целях сбыта немаркированной алкогольной и спиртосодержащей продукции под видом алкогольной продукции, а также ее стоимость в зависимости от спроса покупателей; вел учёт извлекаемых доходов; осуществлял погрузку-разгрузку и перевозку указанной продукции к месту хранения и реализации; подыскивал покупателей, а также хранил в целях сбыта и осуществлял продажу произведенной немаркированной алкогольной и спиртосодержащей продукции под видом алкогольной продукции на территории города Оренбурга Оренбургской области. Лицо №2, согласно отведённой ему преступной роли, согласовывало с лицом №1 и определяло совместно с ним ассортимент произведенной в целях сбыта немаркированной алкогольной и спиртосодержащей продукции под видом алкогольной продукции, а также ее стоимость в зависимости от спроса покупателей, вело учёт извлекаемых доходов, осуществляло погрузку-разгрузку, перевозку к месту хранения и реализации указанной продукции, сопровождало автомобиль лица №1 с указанной продукцией на другом автомобиле с целью обеспечения безопасности и оповещения того о наличии в пути следования сотрудников ГИБДД, а также хранило в целях сбыта и осуществляло продажу произведенной немаркированной алкогольной и спиртосодержащей продукции под видом алкогольной продукции на территории города Оренбурга Оренбургской области. При достижении преступного сговора лицо №1, ФИО1 и лицо &lt;Номер обезличен&gt; достоверно знали, что, осуществляя незаконные производство, хранение, перевозку в целях сбыта и продажу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нарушают установленный государством экономический и правовой порядок, обеспечивающий законный оборот легальной алкогольной и спиртосодержащей продукции, а также исключительные права правообладателей на использование товарных знаков и распоряжение ими. Лицо №1, действуя совместно и группой лиц по предварительному сговору с ФИО1 и лицом №2, совершая преступление, осознавали, что намереваются действовать в нарушение Закона и нормативно-правовых актов, изложенных выше. Так, лицо №1 в период с 5 марта 2022 года по 22 февраля 2023 года, находясь в городе Оренбурге Оренбургской области, будучи осведомленным о повышенном спросе у населения города Оренбурга и других населенных пунктов Оренбургской области на недорогую немаркированную алкогольную и спиртосодержащую продукцию под видом алкогольной продукции, с целью незаконного обогащения путём противоправного ввода в оборот контрафактной немаркированной алкогольной и спиртосодержащей продукции под видом алкогольной продукции, осознавая, что ее низкая стоимость обусловлена несоблюдением условий производства, хранения и реализации, отсутствием обязательной маркировки федеральными специальными марками, неуплатой в связи с этим обязательных сборов в бюджет Российской Федерации, отсутствием обязательных отчислений правообладателям товарных знаков, реализуя единый преступный умысел, направленный на систематическое извлечение преступного дохода от незаконного оборота немаркированной алкогольной и спиртосодержащей продукции под видом алкогольной продукции, подлежащей маркировке федеральными специальными марками Российской Федерации, движимый корыстными побуждениями и жаждой лёгкой наживы, группой лиц по предварительному сговору с ФИО1, состоящим с лицом №1 в дружеских отношениях, а также с лицом №2, с которым лицо №1 состоит в близких родственных отношениях, в продолжение единого преступного умысла, направленного на систематическое извлечение материальной выгоды в результате незаконной деятельности по производству, хранению, перевозке в целях сбыта, продаже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в крупном размере, подыскал место производства, хранения и реализации указанной продукции: нежилое помещение – бокс &lt;Номер обезличен&gt;, общей площадью 26,7 кв.м., с кадастровым номером 56:44:0109001:2968, расположенный согласно свидетельству о государственной регистрации права &lt;Номер обезличен&gt;-АВ 216389 по адресу: &lt;...&gt;, принадлежащий на праве собственности &lt;ФИО&gt;45 и находящийся в фактическом пользовании зятя последней – ФИО18 №7, не осведомленных о преступных намерениях лица &lt;Номер обезличен&gt;, лица &lt;Номер обезличен&gt; и ФИО1, относящийся к ГСК &lt;Номер обезличен&gt;, юридический и фактический адрес которого: &lt;...&gt;, который лицо &lt;Номер обезличен&gt; арендовало у ФИО18 №7, после чего дополнительно подыскало место хранения указанной продукции, а именно нежилое помещение &lt;Номер обезличен&gt;, общей площадью 24,7 кв.м., с кадастровым номером 56:44:0109001:2973, расположенное согласно свидетельству о государственной регистрации права &lt;Номер обезличен&gt;-АВ 214283 по адресу: &lt;...&gt;, принадлежащее на праве собственности ФИО18 №37, не осведомленному о преступных намерениях вышеуказанных лиц, относящееся к ГСК &lt;Номер обезличен&gt;, юридический и фактический адрес которого: &lt;...&gt;, которое лицо &lt;Номер обезличен&gt; арендовало у ФИО18 №37, определив тем самым одно место производства и несколько мест хранения, что увеличивало прибыль от продажи немаркированной алкогольной и спиртосодержащей продукции под видом алкогольной продукции, далее лицо &lt;Номер обезличен&gt;, действуя группой лиц по предварительному сговору с ФИО1 и лицом &lt;Номер обезличен&gt;, согласно распределенным ролям, в указанный период времени, находясь в городе &lt;...&gt;, подыскало для себя автомобиль для перевозки немаркированной алкогольной и спиртосодержащей продукции под видом алкогольной продукции, а именно автомобиль «KIA RIO», государственный регистрационный знак &lt;Номер обезличен&gt;, идентификационный номер (VIN) &lt;Номер обезличен&gt;, принадлежащий на праве собственности ФИО18 №12, не осведомленному о преступных намерениях лица &lt;Номер обезличен&gt;, лица &lt;Номер обезличен&gt; и ФИО1, взяв его в аренду; для лица &lt;Номер обезличен&gt; подыскало автомобиль «LADA 219010 GRANTA», государственный регистрационный знак &lt;Номер обезличен&gt;, идентификационный номер (VIN) &lt;Номер обезличен&gt;, принадлежащий на праве собственности ФИО3, не осведомленному о преступных намерениях лица &lt;Номер обезличен&gt;, лица &lt;Номер обезличен&gt; и ФИО1, который взяло в аренду лицо &lt;Номер обезличен&gt; для перевозки вышеуказанной продукции и сопровождения автомобиля лица &lt;Номер обезличен&gt; с целью обеспечения безопасности перевозки и предупреждения лица &lt;Номер обезличен&gt; и ФИО1 о наличии на дороге сотрудников правоохранительных органов, при этом лицо &lt;Номер обезличен&gt; указало ФИО1 при необходимости использовать для перевозки немаркированной алкогольной и спиртосодержащей продукции под видом алкогольной продукции и перемещения ФИО1 к месту встречи с лицом &lt;Номер обезличен&gt; автомобиль «GEELY GC6», государственный регистрационный знак &lt;Номер обезличен&gt;, идентификационный номер (VIN) &lt;Номер обезличен&gt;, оформленный на ФИО18 №8, не осведомленного о преступных намерениях вышеуказанных лиц, фактическим собственником которого является ФИО1 После чего лицо №1 в период с 5 марта 2022 года по 22 февраля 2023 года, находясь на территории города Оренбурга Оренбургской области, реализуя свой преступный умысел, направленный на систематическое извлечение преступного дохода от незаконного оборота немаркированной алкогольной и спиртосодержащей продукции под видом алкогольной продукции, действуя в группе лиц по предварительному сговору с ФИО1 и лицом &lt;Номер обезличен&gt;, умышленно, незаконно, движимый корыстными побуждениями и жаждой лёгкой наживы, приобрел у ФИО18 №23, не осведомленного о преступных намерениях лица &lt;Номер обезличен&gt;, лица &lt;Номер обезличен&gt; и ФИО1, бутилированную питьевую воду, а у не установленных следствием лиц иное сырье, а также оборудование для незаконного производства немаркированной алкогольной и спиртосодержащей продукции под видом алкогольной продукции, а именно: этиловый спирт, картонные коробки, стеклобутылки с этикетками различных наименований алкогольной продукции, укупорочные устройства, термоусадочную пленку, строительный фен, пластиковые бочки, после чего совместно с ФИО1 и лицом &lt;Номер обезличен&gt; в указанный период, находясь на территории &lt;...&gt;, действуя по ранее достигнутой между собой договоренности, осуществили производство в целях сбыта в нежилом помещении – боксе &lt;Номер обезличен&gt; ГСК &lt;Номер обезличен&gt;, расположенном по адресу: &lt;...&gt;), посредством смешивания в определенных пропорциях в пластиковых бочках питьевой воды и этилового спирта, дальнейшего розлива получившегося раствора в стеклобутылки с этикетками различных наименований алкогольной продукции, закупоривания бутылок укупорочными устройствами и термоусадочной пленкой посредством ее нагревания строительным феном, немаркированной алкогольной и спиртосодержащей продукции под видом алкогольной продукции, в количестве 2709 бутылок, общей стоимостью с учетом акциза и НДС – 393 831 рубль 57 копеек, а именно: - водка «КАСПИЙСКАЯ BELUGA PREMIUM QUALITY EXPORT NOBLE RUSSIAN PRODUCT» объемом 0,5 литра, в количестве 61 бутылки, рыночной стоимостью за 1 единицу с учетом акциза и НДС – 159 рублей 36 копеек, на общую сумму 9720 рублей 66 копеек; - водка «с Серебром премиум» объемом 0,5 литра, в количестве 58 бутылок, рыночной стоимостью за 1 единицу с учетом акциза и НДС – 159 рублей 36 копеек, на общую сумму 9242 рубля 59 копеек; - водка «GOLD ЦАРСКАЯ ОХОТА ЗОЛОТАЯ FINEST GRAIN PREMIUM RUSSIAN QUALITY» объемом 0,5 литра, в количестве 140 бутылок, рыночной стоимостью за 1 единицу с учетом акциза и НДС – 143 рубля 02 копейки, на общую сумму 20 021 рубль 40 копеек; - водка «ABSOLUT STANDART PRODUCT OF RUSSIA VODKA, One source. One community. One superb vodka. Crafted in the village of IMPORTED 40%ALC./VOL. (80PROFF) 1000ML Produced and bottled in Russia» объемом 1,0 литр, в количестве 48 бутылок, рыночной стоимостью за 1 единицу с учетом акциза и НДС – 286 рублей 02 копейки, на общую сумму 13 728 рублей 96 копеек; - водка «Хортиця ПЛАТИНУМ Премиум качество» объемом 0,5 литра, в количестве 60 бутылок, рыночной стоимостью за 1 единицу с учетом акциза и НДС – 143 рубля 02 копейки, на общую сумму 8580 рублей 60 копеек; - водка «РОДНИКИ Сибири» объемом 0,5 литра, в количестве 60 бутылок, рыночной стоимостью за 1 единицу с учетом акциза и НДС – 138 рублей 92 копейки, на общую сумму 8335 рублей 50 копеек; - водка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объемом 0,5 литра, в количестве 120 бутылок, рыночной стоимостью за 1 единицу с учетом акциза и НДС – 138 рублей 92 копейки, на общую сумму 16 671 рубль 00 копеек; - водка «ПШЕНИЧНАЯ особая» объемом 0,5 литра, в количестве 460 бутылок, рыночной стоимостью за 1 единицу с учетом акциза и НДС – 155 рублей 27 копеек, на общую сумму 71 424 рубля 20 копеек; - бренди «СТАРЫЙ КЕНИГСБЕРГ OLD KENIGSBERG Produce of France VSOP FRENCH BRANDY ПРОИЗВЕДЕНО ВО ФРАНЦИИ SAS «Distillerie Tessendier &amp; Fils» 50cl 40%Alc.Vol. Tessendier &amp; Fils°1892 ALLIANCE°» объемом 0,5 литра, в количестве 60 бутылок, рыночной стоимостью за 1 единицу с учетом акциза и НДС – 134 рубля 84 копейки, на общую сумму 8090 рублей 70 копеек; - водка «ABSOLUT VODKA One source. One community. One superb vodka. Crafted in the village of Ahus, Sweden. Absolut Since 1879 IMPORTED 40%ALC./VOL. (80PROFF) 500ML Produced and bottled in Ahus, Sweden» объемом 0,5 литра, в количестве 60 бутылок, рыночной стоимостью за 1 единицу с учетом акциза и НДС – 147 рублей 10 копеек, на общую сумму 8825 рублей 70 копеек; - коньяк «Лезгинка» объемом 0,5 литра, в количестве 3 бутылок, рыночной стоимостью за 1 единицу с учетом акциза и НДС – 147 рублей 10 копеек, на общую сумму 441 рубль 29 копеек; - коньяк «PRODUCT OF FRANCE COGNAC Hennessy 40% vol - e 50cl JAS HENNESSY &amp; CO - COGNAC – FRANCE Коньяк ФИО4» объемом 0,5 литра, в количестве 153 бутылок, рыночной стоимостью за 1 единицу с учетом акциза и НДС – 151 рубль 19 копеек, на общую сумму 23 130 рублей 54 копейки; - водка «KABAN vodka Premium» объемом 0,5 литра, в количестве 12 бутылок, рыночной стоимостью за 1 единицу с учетом акциза и НДС – 151 рубль 19 копеек, на общую сумму 1814 рублей 16 копейки; - водка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объемом 0,5 литра, в количестве 768 бутылок, рыночной стоимостью за 1 единицу с учетом акциза и НДС – 138 рублей 92 копейки, на общую сумму 106 694 рубля 40 копеек; - бренди «СТАРЫЙ КЕНИГСБЕРГ OLD KENIGSBERG Produce of France VSOP FRENCH BRANDY ПРОИЗВЕДЕНО ВО ФРАНЦИИ SAS «Distillerie Tessendier &amp; Fils» 50cl 40%Alc.Vol. Tessendier &amp; Fils°1892 ALLIANCE°» объемом 0,5 литра, в количестве 646 бутылок, рыночной стоимостью за 1 единицу с учетом акциза и НДС – 134 рубля 84 копейки, на общую сумму 87 109 рублей 87 копеек. При этом лицо №1 в период с 5 марта 2022 года по 22 февраля 2023 года, находясь на территории города Оренбурга Оренбургской области, реализуя единый преступный умысел, направленный на производство в целях сбыта, а также продажу немаркированной алкогольной и спиртосодержащей продукции под видом алкогольной продукции, влекущих систематическое извлечение преступного дохода от незаконного оборота немаркированной алкогольной и спиртосодержащей продукции под видом алкогольной продукции, действуя группой лиц по предварительному сговору с ФИО1 и лицом &lt;Номер обезличен&gt;, по предложению лица &lt;Номер обезличен&gt;, с целью организации продажи произведенной ими немаркированной алкогольной и спиртосодержащей продукции под видом алкогольной продукции среди граждан, посредством личных встреч с потенциальными покупателями, телефонных звонков по мобильной связи и сообщений в мессенджере «WhatsApp» на известные лицу &lt;Номер обезличен&gt;, ФИО1 и лицу &lt;Номер обезличен&gt; абонентские номера владельцев, продавцов продуктовых магазинов, покупателей овощей, фруктов и продуктов питания на продуктовом рынке «Петровский» по адресу: &lt;...&gt;, в торговом комплексе «Оренбург» по адресу: &lt;...&gt;, где лицо &lt;Номер обезличен&gt; и ФИО1 по договоренности с лицом &lt;Номер обезличен&gt; для придания видимости получения законного источника дохода осуществляли деятельность по реализации фруктов, овощей и продуктов питания, помимо указанного, посредством личных встреч и телефонных звонков с указанными лицами со стороны ФИО1, рекламировали с целью сбыта и предлагали к продаже произведенную ими немаркированную алкогольную и спиртосодержащую продукцию под видом алкогольной продукции, подлежащую маркировке федеральными специальными марками на территории города Оренбурга Оренбургской области с указанием информации об ассортименте указанной продукции, имеющейся в наличии, а также её стоимости и качественных характеристиках. Далее лицо №1 в период с 5 марта 2022 года по 22 февраля 2023 года, находясь на территории города Оренбурга Оренбургской области, в продолжение своего преступного умысла, осознавая незаконный характер своей деятельности, а также понимая, что для скрытного хранения большого количества немаркированной спиртосодержащей продукции под видом алкогольной продукции, необходимо соответствующее помещение, исключающее случайный доступ посторонних лиц, в том числе представителей правоохранительных и контролирующих органов, действуя группой лиц по предварительному сговору с ФИО1 и лицом &lt;Номер обезличен&gt;, договорившись с последними об оборудовании в целях хранения для дальнейшего сбыта немаркированной спиртосодержащей продукции под видом алкогольной продукции нежилого помещения &lt;Номер обезличен&gt; ГСК, расположенного по адресу: &lt;...&gt;, относящегося к ГСК &lt;Номер обезличен&gt;, юридический и фактический адрес которого: &lt;...&gt;, собственником которого является ФИО18 №37, не осведомленный об их преступных намерениях, незаконно, умышленно, группой лиц по предварительному сговору с лицом &lt;Номер обезличен&gt;, ФИО1, с использованием автомобиля «KIA RIO» г.р.з. &lt;Номер обезличен&gt;, идентификационный номер (VIN) &lt;Номер обезличен&gt;, осуществили перевозку в целях дальнейшего сбыта произведенной немаркированной спиртосодержащей продукции под видом алкогольной продукции до места хранения в нежилом помещении &lt;Номер обезличен&gt; ГСК &lt;Номер обезличен&gt;, где в указанный период и до момента ее обнаружения и изъятия сотрудниками полиции 22 февраля 2023 года в период с 19.15 часов по 20.00 часов стали хранить в целях сбыта произведенную немаркированную спиртосодержащую продукцию под видом алкогольной продукции, подлежащую обязательной маркировке федеральными специальными марками Российской Федерации, в общем количестве 1414 бутылок, общей стоимостью 193 804 рубля 27 копеек, то есть в крупном размере, а именно: - водка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объемом 0,5 литра, в количестве 768 бутылок, рыночной стоимостью за 1 единицу с учетом акциза и НДС – 138 рублей 92 копейки, на общую сумму 106 694 рубля 40 копеек; - бренди «СТАРЫЙ КЕНИГСБЕРГ OLD KENIGSBERG Produce of France VSOP FRENCH BRANDY ПРОИЗВЕДЕНО ВО ФРАНЦИИ SAS «Distillerie Tessendier &amp; Fils» 50cl 40%Alc.Vol. Tessendier &amp; Fils°1892 ALLIANCE°» объемом 0,5 литра, в количестве 646 бутылок, рыночной стоимостью за 1 единицу с учетом акциза и НДС – 134 рубля 84 копейки, на общую сумму 87 109 рублей 87 копеек. ФИО1 в период с 1 февраля 2023 года по 22 февраля 2023 года, находясь на территории города Оренбурга Оренбургской области, из вышеуказанного объема произведенной немаркированной алкогольной и спиртосодержащей продукции под видом алкогольной продукции, в целях последующего сбыта, согласно отведенной ему роли, в продолжение своих преступных действий, преследуя цель материального обогащения от незаконной реализации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действуя, незаконно, умышленно, из корыстных побуждений, группой лиц по предварительному сговору совместно с лицами №1 и №2, подыскал покупателя в лице владельца продуктового магазина «Семёрочка», расположенного по адресу: &lt;...&gt;, а именно не осведомленную о преступных намерениях последних ФИО18 №2, о чем сообщил лицам &lt;Номер обезличен&gt; и &lt;Номер обезличен&gt;, после чего втроём, группой лиц по предварительному сговору, организовали перевозку с целью сбыта от места производства и хранения вышеуказанной продукции – гаража &lt;Номер обезличен&gt; ГСК &lt;Номер обезличен&gt;, расположенного по адресу: &lt;...&gt;, до места ее реализации – магазина «Семёрочка», расположенного по адресу: &lt;...&gt;, на принадлежащем ФИО1 автомобиле «GEELY GC6» г.р.з. &lt;Номер обезличен&gt; и под его управлением, где последний осуществил путем продажи сбыт продавцу указанного магазина ФИО18 №3, не осведомленной об их преступных намерениях, немаркированной алкогольной и спиртосодержащей продукции под видом алкогольной продукции общей стоимостью 5716 рублей 36 копеек следующего наименования: - водка «КАСПИЙСКАЯ BELUGA PREMIUM QUALITY EXPORT NOBLE RUSSIAN PRODUCT» объемом 0,5 литра, в количестве 1 бутылки, рыночной стоимостью за 1 единицу с учетом акциза и НДС – 159 рублей 36 копеек, на общую сумму 159 рублей 36 копеек; - водка «РОДНИКИ Сибири» объемом 0,5 литра, в количестве 40 бутылок, рыночной стоимостью за 1 единицу с учетом акциза и НДС – 138 рублей 92 копейки, на общую сумму 5557 рублей 00 копеек. Впоследствии указанная продукция 22 февраля 2023 года в период с 13.25 часов по 15.15 часов была обнаружена и изъята сотрудниками полиции в помещении магазина «Семёрочка», расположенном по адресу: &lt;...&gt;. Также лицо №1 в период с 1 февраля 2023 года по 22 февраля 2023 года, находясь на территории города Оренбурга Оренбургской области, из вышеуказанного объема произведенной немаркированной алкогольной и спиртосодержащей продукции под видом алкогольной продукции, в целях последующего сбыта, в продолжение своих преступных действий, преследуя цель материального обогащения от незаконной реализации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совместно с ФИО1 и лицом &lt;Номер обезличен&gt;, действуя группой лиц по предварительному сговору, подыскал покупателя в лице ФИО18 №10, о чем сообщил ФИО1 и лицу &lt;Номер обезличен&gt;, после чего они организовали перевозку с целью сбыта от места производства и хранения вышеуказанной продукции – нежилого помещения – бокса &lt;Номер обезличен&gt; ГСК &lt;Номер обезличен&gt; до места ее реализации – магазин (кафе) «Екатерина», расположенный по адресу: &lt;...&gt;, 764 км. трассы Р-239, &lt;...&gt;, в ходе которой лицо &lt;Номер обезличен&gt; осуществляло перевозку указанной продукции на арендованном автомобиле «KIA RIO» г.р.з. &lt;Номер обезличен&gt;, идентификационный номер (VIN) VIN &lt;Номер обезличен&gt;, оформленном на ФИО18 №12, не осведомленного о преступных намерениях указанных лиц, а лицо &lt;Номер обезличен&gt;, действуя согласно отведенной ему роли, сопровождало лицо &lt;Номер обезличен&gt; в пути следования по трассе Р-239 на арендованном автомобиле «LADA 219010 GRANTA» г.р.з. &lt;Номер обезличен&gt;, идентификационный номер (VIN) &lt;Номер обезличен&gt;, оформленном на ФИО3, не осведомленного о преступных намерениях указанных лиц, с целью обеспечения безопасности перевозки и предупреждения лица &lt;Номер обезличен&gt; о наличии на дороге сотрудников правоохранительных органов, после чего в указанный период времени, находясь около магазина (кафе) «Екатерина», расположенного по адресу: &lt;...&gt;, 764 км. трассы Р-239, &lt;...&gt;, лицо &lt;Номер обезличен&gt; и лицо &lt;Номер обезличен&gt; осуществили путем продажи сбыт ФИО18 №10 немаркированной алкогольной продукции общей стоимостью 1752 рубля 91 копейка следующего наименования: - водка «с Серебром премиум» объемом 0,5 литра, в количестве 11 бутылок, рыночной стоимостью за 1 единицу с учетом акциза и НДС – 159 рублей 36 копеек, на общую сумму 1 752 рубля 91 копейка. Впоследствии указанная продукция 22 февраля 2023 года в период с 14.30 часов по 15.30 часов была обнаружена и изъята сотрудниками полиции в помещении столовой «Халяль», расположенной по адресу: &lt;...&gt;, у &lt;ФИО&gt;152 которой данную продукцию с неустановленной целью передала ФИО18 №10, не осведомленная о преступных намерениях лица &lt;Номер обезличен&gt;, ФИО1 и лица &lt;Номер обезличен&gt;. Также ФИО1 в период с 1 февраля 2023 года по 22 февраля 2023 года, находясь на территории города Оренбурга Оренбургской области, из вышеуказанного объема произведенной немаркированной алкогольной и спиртосодержащей продукции под видом алкогольной продукции, в целях последующего сбыта, в продолжение своих преступных действий, преследуя цель материального обогащения от незаконной реализации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совместно с лицом &lt;Номер обезличен&gt; и лицом &lt;Номер обезличен&gt;, действуя группой лиц по предварительному сговору, подыскал покупателя в лице ФИО18 №1, не осведомленного о преступных намерениях последних, о чем сообщил лицу &lt;Номер обезличен&gt; и лицу &lt;Номер обезличен&gt;, после чего лицо &lt;Номер обезличен&gt;, действуя группой лиц по предварительному сговору с ФИО1 и лицом &lt;Номер обезличен&gt;, организовал перевозку с целью сбыта от места производства и хранения вышеуказанной продукции – нежилого помещения – бокса &lt;Номер обезличен&gt; ГСК &lt;Номер обезличен&gt; до места ее реализации – ТЦ «Новый мир» по адресу: &lt;...&gt;, на арендованном автомобиле «KIA RIO» г.р.з. &lt;Номер обезличен&gt;, где ФИО1 и лицо &lt;Номер обезличен&gt; осуществили путем продажи сбыт ФИО18 №1 немаркированной спиртосодержащей продукции под видом алкогольной общей стоимостью 22 677 рублей 00 копеек следующего наименования: - коньяк «PRODUCT OF FRANCE COGNAC Hennessy 40% vol - e 50cl JAS HENNESSY &amp; CO - COGNAC – FRANCE Коньяк ФИО4» объемом 0,5 литра, в количестве 150 бутылок, рыночной стоимостью за 1 единицу с учетом акциза и НДС – 151 рубль 19 копеек, на общую сумму 22 677 рублей 00 копеек. Часть приобретенной у лица &lt;Номер обезличен&gt;, ФИО1 и лица &lt;Номер обезличен&gt; указанной продукции в количестве 145 бутылок ФИО18 №1 хранил в помещении гаража &lt;Номер обезличен&gt; в ГК &lt;Номер обезличен&gt; по адресу: &lt;...&gt;, до момента ее обнаружения и изъятия сотрудниками полиции 22 февраля 2023 года в период с 18.05 часов по 18.55 часов, а другую часть в количестве 5 бутылок ФИО18 №1 разбил при транспортировке. Также лицо №1 в период с 1 февраля 2023 года по 13.05 часов 22 февраля 2023 года, находясь на территории города Оренбурга Оренбургской области, из вышеуказанного объема произведенной немаркированной алкогольной и спиртосодержащей продукции под видом алкогольной продукции, в целях последующего сбыта, в продолжение своих преступных действий, преследуя цель материального обогащения от незаконной реализации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совместно с ФИО1 и лицом &lt;Номер обезличен&gt;, действуя группой лиц по предварительному сговору, осуществили погрузку от места производства и хранения – нежилого помещения – бокса &lt;Номер обезличен&gt; ГСК &lt;Номер обезличен&gt; в арендованный автомобиль «KIA RIO» г.р.з. &lt;Номер обезличен&gt; под видом алкогольной продукции с целью сбыта неустановленному покупателю, подысканному ФИО1, общей стоимостью 15 527 рублей 00 копеек, которую хранили в указанном автомобиле до момента ее обнаружения и изъятия сотрудниками полиции 22 февраля 2023 года в период с 18.05 часов по 19.10 часов, а именно: - водка «ПШЕНИЧНАЯ особая» объемом 0,5 литра, в количестве 100 бутылок, рыночной стоимостью за 1 единицу с учетом акциза и НДС – 155 рублей 27 копеек, на общую сумму 15 527 рублей 00 копеек. Согласно заключению эксперта №Э/61-38 от 16 февраля 2024 года жидкости в бутылках с этикетками с надписью: «КАСПИЙСКАЯ BELUGA PREMIUM QUALITY EXPORT NOBLE RUSSIAN PRODUCT» (объекты 1-5), «GOLD ЦАРСКАЯ ОХОТА ЗОЛОТАЯ FINEST GRAIN PREMIUM RUSSIAN QUALITY» (объекты 6-10), «РОДНИКИ Сибири» (объекты 11-15), «ПШЕНИЧНАЯ особая» (объекты 16-20), «СТАРЫЙ КЕНИГСБЕРГ OLD KENIGSBERG Produce of France VSOP FRENCH BRANDY ПРОИЗВЕДЕНО ВО ФРАНЦИИ SAS «Distillerie Tessendier &amp; Fils» 50cl 40%Alc.Vol. Tessendier &amp; Fils°1892 ALLIANCE°» (объекты 21-25),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(объекты 26-30), «с Серебром премиум» (объекты 31-35), «ABSOLUT STANDART PRODUCT OF RUSSIA VODKA, One source. One community. One superb vodka. Crafted in the village of IMPORTED 40%ALC./VOL. (80PROFF) 1000ML Produced and bottled in Russia» (объекты 36-40), «ABSOLUT VODKA One source. One community. One superb vodka. Crafted in the village of Ahus, Sweden. Absolut Since 1879 IMPORTED 40%ALC./VOL. (80PROFF) 500ML Produced and bottled in Ahus, Sweden» (объекты 41-45), «Хортиця ПЛАТИНУМ Премиум качество» (объекты 46-50), «PRODUCT OF FRANCE COGNAC Hennessy 40% vol - e 50cl JAS HENNESSY &amp; CO - COGNAC – FRANCE Коньяк ФИО4» (объекты 51-55), «KABAN vodka Premium» (объекты 56-60), «Лезгинка» (объекты 61-63) являются спиртосодержащими жидкостями, на основе этилового спирта, с объемной долей этилового спирта по 39% (объекты 1-5, 31-35), по 35 % (объекты 6-10, 36-40, 46-50), по 34% (объекты 11-15, 26-30), по 38% (объекты 16-20), по 33% (объекты 21-25), по 36% (объекты 41-45, 61-63), по 37% (объекты 51-60), в которых микропримеси – диэтилфталат, денатурирующих добавок не выявлено. Оставшуюся от вышеуказанной произведенной в период с 5 марта 2022 года по 22 февраля 2023 года лицами №1, №2 и ФИО1 немаркированной алкогольной и спиртосодержащей продукции под видом алкогольной продукции, лицо №1, находясь на территории г. Оренбурга Оренбургской области, действуя умышленно, незаконно, из корыстных побуждений, совместно и в группе лиц по предварительному сговору с ФИО1 и лицом &lt;Номер обезличен&gt;, осознавая, что своими противоправными действиями они нарушают установленный государством экономический и правовой порядок, обеспечивающий нормальный оборот алкогольной и спиртосодержащей продукции, хранили в целях сбыта в нежилом помещении – боксе &lt;Номер обезличен&gt; ГСК &lt;Номер обезличен&gt; до момента ее изъятия сотрудниками полиции 22 февраля 2023 года в период с 13.00 часов по 18.00 часов на общую сумму 154 353 рубля 94 копейки, а именно: - водка «КАСПИЙСКАЯ BELUGA PREMIUM QUALITY EXPORT NOBLE RUSSIAN PRODUCT» объемом 0,5 литра, в количестве 60 бутылок, рыночной стоимостью за 1 единицу с учетом акциза и НДС – 159 рублей 36 копеек, на общую сумму 9561 рубль 30 копеек; - водка «с Серебром премиум» объемом 0,5 литра, в количестве 47 бутылок, рыночной стоимостью за 1 единицу с учетом акциза и НДС – 159 рублей 36 копеек, на общую сумму 7489 рублей 59 копеек; - водка «GOLD ЦАРСКАЯ ОХОТА ЗОЛОТАЯ FINEST GRAIN PREMIUM RUSSIAN QUALITY» объемом 0,5 литра, в количестве 140 бутылок, рыночной стоимостью за 1 единицу с учетом акциза и НДС – 143 рубля 02 копейки, на общую сумму 20 021 рубль 40 копеек; - водка «ABSOLUT STANDART PRODUCT OF RUSSIA VODKA, One source. One community. One superb vodka. Crafted in the village of IMPORTED 40%ALC./VOL. (80PROFF) 1000ML Produced and bottled in Russia» объемом 1,0 литр, в количестве 48 бутылок, рыночной стоимостью за 1 единицу с учетом акциза и НДС – 286 рублей 02 копейки, на общую сумму 13 728 рублей 96 копеек; - водка «Хортиця ПЛАТИНУМ Премиум качество» объемом 0,5 литра, в количестве 60 бутылок, рыночной стоимостью за 1 единицу с учетом акциза и НДС – 143 рубля 02 копейки, на общую сумму 8580 рублей 60 копеек; - водка «РОДНИКИ Сибири» объемом 0,5 литра, в количестве 20 бутылок, рыночной стоимостью за 1 единицу с учетом акциза и НДС – 138 рублей 92 копейки, на общую сумму 2778 рублей 50 копеек; - водка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объемом 0,5 литра, в количестве 120 бутылок, рыночной стоимостью за 1 единицу с учетом акциза и НДС – 138 рублей 92 копейки, на общую сумму 16 671 рубль 00 копеек; - водка «ПШЕНИЧНАЯ особая» объемом 0,5 литра, в количестве 360 бутылок, рыночной стоимостью за 1 единицу с учетом акциза и НДС – 155 рублей 27 копеек, на общую сумму 55 897 рублей 20 копеек; - бренди «СТАРЫЙ КЕНИГСБЕРГ OLD KENIGSBERG Produce of France VSOP FRENCH BRANDY ПРОИЗВЕДЕНО ВО ФРАНЦИИ SAS «Distillerie Tessendier &amp; Fils» 50cl 40%Alc.Vol. Tessendier &amp; Fils°1892 ALLIANCE°» объемом 0,5 литра, в количестве 60 бутылок, рыночной стоимостью за 1 единицу с учетом акциза и НДС – 134 рубля 84 копейки, на общую сумму 8 090 рублей 70 копеек; - водка «ABSOLUT VODKA One source. One community. One superb vodka. Crafted in the village of Ahus, Sweden. Absolut Since 1879 IMPORTED 40%ALC./VOL. (80PROFF) 500ML Produced and bottled in Ahus, Sweden» объемом 0,5 литра, в количестве 60 бутылок, рыночной стоимостью за 1 единицу с учетом акциза и НДС – 147 рублей 10 копеек, на общую сумму 8825 рублей 70 копеек; - коньяк «Лезгинка» объемом 0,5 литра, в количестве 3 бутылок, рыночной стоимостью за 1 единицу с учетом акциза и НДС – 147 рублей 10 копеек, на общую сумму 441 рубль 29 копеек; - коньяк «PRODUCT OF FRANCE COGNAC Hennessy 40% vol - e 50cl JAS HENNESSY &amp; CO - COGNAC – FRANCE Коньяк ФИО4» объемом 0,5 литра, в количестве 3 бутылок, рыночной стоимостью за 1 единицу с учетом акциза и НДС – 151 рубль 19 копеек, на общую сумму 453 рубля 54 копейки; - водка «KABAN vodka Premium» объемом 0,5 литра, в количестве 12 бутылок, рыночной стоимостью за 1 единицу с учетом акциза и НДС – 151 рубль 19 копеек, на общую сумму 1814 рублей 16 копеек. Средняя рыночная цена за 1 бутылку с жидкостью и за 1 литр немаркированной алкогольной и спиртосодержащей продукции под видом алкогольной продукции каждого наименования установлена согласно заключению эксперта №628/4-1-19.2 от 27 апреля 2024 года. Таким образом, ФИО1 в период с 5 марта 2022 года по 22 февраля 2023 года, находясь на территории города Оренбурга Оренбургской области, незаконно, умышленно, из корыстных побуждений, действуя совместно и согласованно, группой лиц по предварительному сговору с лицом №1 и лицом №2, преследуя цель незаконного обогащения путем противоправного ввода в оборот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совершил производство, хранение, перевозку в целях сбыта и продажу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общей стоимостью с учетом акциза и НДС – 393 831 рубль 57 копеек, то есть в крупном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в период с 5 марта 2022 года по 22 февраля 2023 года, находясь на территории города Оренбурга Оренбургской области, незаконно, умышленно, из корыстных побуждений, с целью извлечения незаконной прибыли от незаконного использования чужого товарного знака путём противоправного ввода в оборот контрафактной немаркированной алкогольной и спиртосодержащей продукции под видом алкогольной продукции, предвидя возможность причинения крупного ущерба правообладателям, без согласия и вопреки воле последних, группой лиц по предварительному сговору с лицами №1 и №2, совершили неоднократное, выразившееся в одновременном использовании нескольких товарных знаков на одной единице товара и неоднократном использовании одного и того же средства индивидуализации товара, незаконное использование чужого товарного знака, причинившее правообладателям крупный ущерб на общую сумму 2 368 540 рублей 36 копеек, а именно компании «Сосьете Жас Хеннесси энд Ко» крупный ущерб на общую сумму 1 688 355 рублей; АО «Руст Россия» и компании «Влактор Трейдинг Лимитед» ущерб на общую сумму 259 962 рублей; ООО «Виноконьячный Завод Альянс-1892» ущерб на общую сумму 325 211 рублей 84 копейки; компании «БЕЛУГА ГЛОБАЛ ЛТД» в лице лицензиата ООО «НоваБев Брендс» (до 3 ноября 2023 года – ООО «Белуга Брендс») ущерб на общую сумму 32 471 рубль 52 копейки; ООО «СТАНДАРТЪ» ущерб на общую сумму 23 200 рублей 00 копеек; ООО «Айсберг» ущерб на общую сумму 39 340 рублей 00 копеек, при следующих обстоятельствах. Лицо №1 в период времени с 5 марта 2022 года по 22 февраля 2023 года, находясь на территории города Оренбурга Оренбургской области, действуя умышленно, незаконно, из корыстных побуждений, группой лиц по предварительному сговору с ФИО1 и лицом №2, имея умысел на использование чужого товарного знака, в нарушение ч. 1 ст. 44 Конституции РФ, ч. 1 ст. 1225 , ч. 1 ст. 1229 , ч. 1 ст. 1233 , ст. 1484 , ч. 1 ст. 1515 ГК РФ , не имея специального на то разрешения, прав и законных оснований на использование словесного товарного знака «HENNESSY» (свидетельство №554084), объемного товарного знака «HENNESSY» (свидетельство №1117587), так как последние владельцами указанных товарных знаков не являются, лицензионный договор на право их использования с правообладателем – компанией «Сосьете Жас Хеннесси энд Ко» не заключали, в какой-либо иной форме прав на использование указанных товарных знаков не получали; словесного товарного знака «ТАЛКА» (свидетельство РФ №432926); словесного товарного знака «Страна хрустальных ручьев» (свидетельство РФ №380146); комбинированного товарного знака с размещением вверху укупорочного колпака силуэта головы и торса оленя, в верхней части боковой поверхности слова «ТАЛКА» и в нижней части боковой поверхности изображения леса и силуэта оленя (свидетельство РФ №673633); изображения шишки и веточки, обрамляемых последовательно двумя незамкнутыми окружностями с выполнением внешней в виде полосы переменной толщины (свидетельство РФ №456821); изображения снежинки и капли, обрамленных тремя последовательно увеличивающимися шестиугольниками (свидетельство РФ №456822); изображения капли на фоне круга, помещенного в незамкнутую сверху окружность (свидетельство РФ №456823); изображения окружности с суживающейся полосой темной в центре и со светлым обрамлением по бокам S-образной формы в центре окружности с волнистыми линиями, наружные края которых образуют окружность (свидетельство РФ №458682); комбинированного товарного знака с изображением фантазийного пейзажа из деревьев, неба, камней и снега, заключенным в две окружности, со словесным элементом «СТРАНА ХРУСТАЛЬНЫХ РУЧЬЕВ» между ними (свидетельство РФ №466562); комбинированного товарного знака в виде бутылки оригинальной формы с декоративными элементами и словесным элементом – словом «Талка» - на плече бутылки (свидетельство РФ №454989); комбинированного товарного знака (этикетка) со словесными элементами «Талка» и «Страна хрустальных ручьев», а также изображением заснеженного леса, трех оленей, четырех эмблем с символами «снежинка с каплей», «ручей», «шишка», «капля» и оригинальной эмблемой со словами «страна хрустальных ручьев» (свидетельство РФ №456824); комбинированного товарного знака в виде бутылки оригинальной формы с декоративными элементами и словесным элементом – словом «Талка», оригинальным укупорочным колпаком и этикеткой (свидетельство РФ №466266), так как последние владельцами указанных товарных знаков не являются, лицензионный договор на право их использования с правообладателями – АО «Руст Россия» и компанией «Влактор Трейдинг Лимитед» не заключали, в какой-либо иной форме прав на использование указанных товарных знаков не получали; словесного товарного знака на русском языке «СТАРЫЙ КЕНИГСБЕРГ» (свидетельство РФ №404347); словесного товарного знака на латинице «OLD KENIGSBERG» (свидетельство РФ №404347); словесного товарного знака «Old Kenigsberg» на латинице (свидетельство РФ №753808); комбинированного товарного знака с изображением замка и слов «СТАРЫЙ КЕНИГСБЕРГ» (свидетельство РФ №321238); комбинированного товарного знака с изображением элемента буквы «А» и цифр «1892» (свидетельство РФ №234198), так как последние владельцами указанных товарных знаков не являются, лицензионный договор на право их использования с правообладателем – ООО «Виноконьячный Завод Альянс-1892» не заключали, в какой-либо иной форме прав на их использование не получали; словесного товарного знака «БЕЛУГА» (свидетельства РФ №№257988, 520837); словесного товарного знака «BELUGA» (свидетельства РФ №№207986, 483854, 484337, 577080, 554366, 573016); изображения рыбки (свидетельство РФ №435067); изображения рыбки на фоне круга с волнами (свидетельство РФ №439657); изображения рыбки с короной на фоне круга (свидетельство РФ №430307); комбинированного товарного знака с сочетанием слова «BELUGA» с изображением рыбки на фоне круга (свидетельство РФ №302113); комбинированного товарного знака с сочетанием слова «Белуга» с изображением рыбки и короны на фоне круга (свидетельство РФ №302114), так как последние владельцами указанных товарных знаков не являются, лицензионный договор на право их использования с правообладателем – компанией «БЕЛУГА ГЛОБАЛ ЛТД» в лице лицензиата ООО «НоваБев Брендс» (до 03.11.2023 г. – ООО «Белуга Брендс») не заключали, в какой-либо иной форме прав на их использование не получали; объемного товарного знака (свидетельство РФ №580946), объемного товарного знака (свидетельство РФ №580947), объемного товарного знака (свидетельство РФ №580948), так как последние владельцами указанных товарных знаков не являются, лицензионный договор на право их использования с правообладателем – ООО «СТАНДАРТЪ» не заключали, в какой-либо иной форме прав на их использование не получали; словесного товарного знака «Царская охота» (свидетельство РФ №331262), так как последние владельцем данного товарного знака не являются, лицензионный договор на право его использования с правообладателем – ООО «Айсберг» не заключали, в какой-либо иной форме прав на его использование не получали, осознавая, что своими противоправными действиями нарушают установленный государством экономический и правовой порядок, обеспечивающий законный оборот алкогольной и спиртосодержащей продукции, в период с 5 марта 2022 года по 22 февраля 2023 года, находясь на территории &lt;...&gt;, произвели в целях сбыта в нежилом помещении – боксе &lt;Номер обезличен&gt;, расположенном по адресу: &lt;...&gt;, относящемся к ГСК &lt;Номер обезличен&gt;, юридический и фактический адрес которого: &lt;...&gt;, посредством смешивания в определенных пропорциях в пластиковых бочках питьевой воды и этилового спирта, дальнейшего розлива получившегося раствора в стеклобутылки с этикетками различных наименований алкогольной продукции, закупоривания бутылок укупорочными устройствами и термоусадочной пленкой посредством ее нагревания строительным феном, контрафактную немаркированную алкогольную и спиртосодержащую продукцию под видом алкогольной продукции, содержащую чужие товарные знаки: словесный товарный знак «HENNESSY» (свидетельство №554084), объемный товарный знак «HENNESSY» (свидетельство №1117587), в количестве 153 бутылок объемом 0,5 литров каждая, отпускной стоимостью правообладателя компании «Сосьете Жас Хеннесси энд Ко» 11 035 рублей 00 копеек за одну бутылку, а всего на сумму 1 688 355 рублей 00 копеек; словесный товарный знак «ТАЛКА» (свидетельство РФ №432926); словесный товарный знак «Страна хрустальных ручьев» (свидетельство РФ №380146); комбинированный товарный знак с размещением в верху укупорочного колпака силуэта головы и торса оленя, в верхней части боковой поверхности слова «ТАЛКА» и в нижней части боковой поверхности изображения леса и силуэта оленя (свидетельство РФ №673633); изображение шишки и веточки, обрамляемых последовательно двумя незамкнутыми окружностями с выполнением внешней в виде полосы переменной толщины (свидетельство РФ №456821); изображение снежинки и капли, обрамленных тремя последовательно увеличивающимися шестиугольниками (свидетельство РФ №456822); изображение капли на фоне круга, помещенного в незамкнутую сверху окружность (свидетельство РФ №456823); изображение окружности с суживающейся полосой темной в центре и со светлым обрамлением по бокам S-образной формы в центре окружности с волнистыми линиями, наружные края которых образуют окружность (свидетельство РФ №458682); комбинированный товарный знак с изображением фантазийного пейзажа из деревьев, неба, камней и снега, заключенным в две окружности, со словесным элементом «СТРАНА ХРУСТАЛЬНЫХ РУЧЬЕВ» между ними (свидетельство РФ №466562); комбинированный товарный знак в виде бутылки оригинальной формы с декоративными элементами и словесным элементом – словом «Талка» - на плече бутылки (свидетельство РФ №454989); комбинированный товарный знак (этикетка) со словесными элементами «Талка» и «Страна хрустальных ручьев», а также изображением заснеженного леса, трех оленей, четырех эмблем с символами «снежинка с каплей», «ручей», «шишка», «капля» и оригинальной эмблемой со словами «страна хрустальных ручьев» (свидетельство РФ №456824); комбинированный товарный знак в виде бутылки оригинальной формы с декоративными элементами и словесным элементом – словом «Талка», оригинальным укупорочным колпаком и этикеткой (свидетельство РФ №466266), в количестве 888 бутылок объемом 0,5 литров каждая, отпускной стоимостью правообладателей АО «Руст Россия» и компании «Влактор Трейдинг Лимитед» 292 рубля 75 копеек за одну бутылку, а всего на сумму 259 962 рубля 00 копеек; словесный товарный знак на русском языке «СТАРЫЙ КЕНИГСБЕРГ» (свидетельство РФ №404347); словесный товарный знак на латинице «OLD KENIGSBERG» (свидетельство РФ №404347); словесный товарный знак «Old Kenigsberg» на латинице (свидетельство РФ №753808); комбинированный товарный знак с изображением замка и слов «СТАРЫЙ КЕНИГСБЕРГ» (свидетельство РФ №321238); комбинированный товарный знак с изображением элемента буквы «А» и цифр «1892» (свидетельство РФ №234198), в количестве 706 бутылок объемом 0,5 литров каждая, отпускной стоимостью правообладателя ООО «Виноконьячный Завод Альянс-1892» 460 рублей 64 копеек за одну бутылку, а всего на сумму 325 211 рублей 84 копейки; словесный товарный знак «БЕЛУГА» (свидетельства РФ №№257988, 520837); словесный товарный знак «BELUGA» (свидетельства РФ №№207986, 483854, 484337, 577080, 554366, 573016); изображение рыбки (свидетельство РФ №435067); изображение рыбки на фоне круга с волнами (свидетельство РФ №439657); изображение рыбки с короной на фоне круга (свидетельство РФ №430307); комбинированный товарный знак с сочетанием слова «BELUGA» с изображением рыбки на фоне круга (свидетельство РФ №302113); комбинированный товарный знак с сочетанием слова «Белуга» с изображением рыбки и короны на фоне круга (свидетельство РФ №302114), в количестве 61 бутылки объемом 0,5 литров каждая, отпускной стоимостью правообладателя компании «БЕЛУГА ГЛОБАЛ ЛТД» в лице лицензиата ООО «НоваБев Брендс» (до 3 ноября 2023 года – ООО «Белуга Брендс») 532 рубля 32 копейки за одну бутылку, а всего на сумму 32 471 рубль 52 копейки; объемный товарный знак (свидетельство РФ №580946), объемный товарный знак (свидетельство РФ №580947), объемный товарный знак (свидетельство РФ №580948), в количестве 58 бутылок объемом 0,5 литров каждая, отпускной стоимостью правообладателя ООО «СТАНДАРТЪ» 400 рублей 00 копеек за одну бутылку, а всего на сумму 23 200 рублей 00 копеек; словесный товарный знак «Царская охота» (свидетельство РФ №331262), в количестве 140 бутылок объемом 0,5 литров каждая, отпускной стоимостью правообладателя ООО «Айсберг» 281 рубль 00 копеек за одну бутылку, на сумму 39 340 рублей 00 копеек, а всего указанной продукции на общую сумму 2 368 540 рублей 36 копеек, с целью их последующей реализации, оставив на хранении в нежилом помещении – боксе №970, расположенном по адресу: г. Оренбург, ул. Просторная, д. 21, относящемся к ГСК №566, юридический и фактический адрес которого: &lt;...&gt;. При этом лицо №1 в период с 5 марта 2022 года по 22 февраля 2023 года, находясь на территории города Оренбурга Оренбургской области, реализуя единый преступный умысел, направленный на систематическое извлечение преступного дохода от незаконного оборота немаркированной алкогольной и спиртосодержащей продукции под видом алкогольной продукции, содержащей чужие товарные знаки, действуя по договоренности с ФИО1 и лицом №2, с целью организации продажи произведенной ими немаркированной алкогольной и спиртосодержащей продукции под видом алкогольной продукции, содержащей чужие товарные знаки, среди граждан посредством личных встреч с потенциальными покупателями, телефонных звонков по мобильной связи и сообщений в мессенджере «WhatsApp» на известные лицу №1, ФИО1 и лицу №2 абонентские номера владельцев, продавцов продуктовых магазинов, покупателей овощей, фруктов и продуктов питания на продуктовом рынке «Петровский» по адресу: &lt;...&gt;, в торговом комплексе «Оренбург» по адресу: &lt;...&gt;, где лицо №1 и ФИО1 по договоренности с лицом №2 для придания видимости получения законного источника дохода осуществляли деятельность по реализации фруктов, овощей и продуктов питания, помимо указанного посредством личных встреч и телефонных звонков с указанными лицами со стороны ФИО1, рекламировали с целью сбыта, демонстрировали наименование и изображение, содержащие вышеуказанные чужие товарные знаки, предлагали к продаже произведенную ими немаркированную алкогольную и спиртосодержащую продукцию под видом алкогольной продукции, подлежащую маркировке федеральными специальными марками, содержащую чужие товарные знаки, на территории города Оренбурга Оренбургской области, с указанием информации об ассортименте указанной продукции, имеющейся в наличии, а также её стоимости и качественных характеристиках. Правообладателем товарного знака, используемого при оформлении бутылок со спиртосодержащей продукцией под видом алкогольной продукции с наименованием «GOLD ЦАРСКАЯ ОХОТА ЗОЛОТАЯ FINEST GRAIN PREMIUM RUSSIAN QUALITY», на основании свидетельства является ООО «Айсберг», юридический адрес: 125167, Москва, Ленинградский &lt;...&gt;, этаж, помещ. / ком.12 / XIV / 1. После чего лицо №1 в период с 5 марта 2022 года по 22 февраля 2023 года, находясь на территории города Оренбурга Оренбургской области, реализуя единый преступный умысел, направленный на систематическое извлечение преступного дохода от незаконного оборота немаркированной алкогольной и спиртосодержащей продукции под видом алкогольной продукции, содержащей чужие товарные знаки, действуя группой лиц по предварительному сговору с ФИО1 и лицом №2, в отношении части произведенной продукции, содержащей чужие товарные знаки: словесный товарный знак «ТАЛКА» (свидетельство РФ №432926); словесный товарный знак «Страна хрустальных ручьев» (свидетельство РФ №380146); комбинированный товарный знак с размещением в верху укупорочного колпака силуэта головы и торса оленя, в верхней части боковой поверхности слова «ТАЛКА» и в нижней части боковой поверхности изображения леса и силуэта оленя (свидетельство РФ №673633); изображение шишки и веточки, обрамляемых последовательно двумя незамкнутыми окружностями с выполнением внешней в виде полосы переменной толщины (свидетельство РФ №456821); изображение снежинки и капли, обрамленных тремя последовательно увеличивающимися шестиугольниками (свидетельство РФ №456822); изображение капли на фоне круга, помещенного в незамкнутую сверху окружность (свидетельство РФ №456823); изображение окружности с суживающейся полосой темной в центре и со светлым обрамлением по бокам S-образной формы в центре окружности с волнистыми линиями, наружные края которых образуют окружность (свидетельство РФ №458682); комбинированный товарный знак с изображением фантазийного пейзажа из деревьев, неба, камней и снега, заключенным в две окружности, со словесным элементом «СТРАНА ХРУСТАЛЬНЫХ РУЧЬЕВ» между ними (свидетельство РФ №466562); комбинированный товарный знак в виде бутылки оригинальной формы с декоративными элементами и словесным элементом – словом «Талка» - на плече бутылки (свидетельство РФ №454989); комбинированный товарный знак (этикетка) со словесными элементами «Талка» и «Страна хрустальных ручьев», а также изображением заснеженного леса, трех оленей, четырех эмблем с символами «снежинка с каплей», «ручей», «шишка», «капля» и оригинальной эмблемой со словами «страна хрустальных ручьев» (свидетельство РФ №456824); комбинированный товарный знак в виде бутылки оригинальной формы с декоративными элементами и словесным элементом – словом «Талка», оригинальным укупорочным колпаком и этикеткой (свидетельство РФ №466266), в количестве 768 бутылок на сумму 35 130 рублей, в продолжение реализации своего единого преступного умысла, осуществил перевозку на автомобиле «KIA RIO» г.р.з. &lt;Номер обезличен&gt;, идентификационный номер (VIN) VIN &lt;Номер обезличен&gt;, оформленном на ФИО18 №12, не осведомленного о преступных намерениях лица &lt;Номер обезличен&gt;, ФИО1, лица &lt;Номер обезличен&gt;, оставив на хранении в нежилом помещении &lt;Номер обезличен&gt; ГСК &lt;Номер обезличен&gt;, до момента ее изъятия 22 февраля 2023 года в период времени с 19.15 часов по 20.00 часов в ходе проведения гласного оперативно-розыскного мероприятия «Обследование помещений, зданий, сооружений, участков местности и транспортных средств» сотрудниками полиции. Правообладателем товарного знака 432926, используемого при оформлении бутылок со спиртосодержащей продукцией под видом алкогольной продукции с наименованием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на основании свидетельства является акционерное общество «Руст Россия» (ОГРН &lt;***&gt;, ИНН &lt;***&gt;), юридический адрес: 119633, &lt;...&gt;. Правообладателем товарных знаков 380146, 673633, 454989, 456824, 456822, 466266, 466562, 458682, 456821, 456823, используемых при оформлении бутылок со спиртосодержащей продукцией под видом алкогольной продукции с наименованием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на основании свидетельства является «Vlaktor Trading Limited» TIN 12161124S (ZinonosKitieos, 8 Kato Lakatamia, 2322, Nicosia, Cyprus) / Компания «Влактор Трейдинг Лимитед», ИНН 12161124S (Зинонос Китиеос, 8, Като Лакатамиа, 2322, Никосиа, Кипр). Также лицо №1 в период с 5 марта 2022 года по 22 февраля 2023 года, находясь на территории города Оренбурга Оренбургской области, реализуя единый преступный умысел, направленный на систематическое извлечение преступного дохода от незаконного оборота немаркированной алкогольной и спиртосодержащей продукции под видом алкогольной продукции, содержащей чужие товарные знаки, действуя группой лиц по предварительному сговору с ФИО1 и лицом №2, в отношении части произведенной продукции, содержащей чужие товарные знаки: словесный товарный знак на русском языке «СТАРЫЙ КЕНИГСБЕРГ» (свидетельство РФ №404347); словесный товарный знак на латинице «OLD KENIGSBERG» (свидетельство РФ №404347); словесный товарный знак «Old Kenigsberg» на латинице (свидетельство РФ №753808); комбинированный товарный знак с изображением замка и слов «СТАРЫЙ КЕНИГСБЕРГ» (свидетельство РФ №321238); комбинированный товарный знак с изображением элемента буквы «А» и цифр «1892» (свидетельство РФ №234198), в количестве 646 бутылок на сумму 297 573 рубля 44 копейки, осуществил перевозку на автомобиле «KIA RIO» г.р.з. &lt;Номер обезличен&gt;, оставив на хранении в нежилом помещении №106 ГСК №566, до момента ее изъятия 22 февраля 2023 года в период времени с 19.15 часов по 20.00 часов в ходе проведения гласного оперативно-розыскного мероприятия «Обследование помещений, зданий, сооружений, участков местности и транспортных средств» сотрудниками полиции. Правообладателем товарных знаков 321238, 404347, 753808, 234198, используемых при оформлении бутылок со спиртосодержащей продукцией под видом алкогольной продукции с наименованием «СТАРЫЙ КЕНИГСБЕРГ OLD KENIGSBERG Produce of France VSOP FRENCH BRANDY ПРОИЗВЕДЕНО ВО ФРАНЦИИ SAS «Distillerie Tessendier &amp; Fils», на основании свидетельств является общество с ограниченной ответственностью «Виноконьячный Завод Альянс-1892» (ОГРН &lt;***&gt;, ИНН &lt;***&gt;), юридический адрес: 238150, &lt;...&gt;. Далее ФИО1 в период с 1 февраля 2023 года по 22 февраля 2023 года, находясь на территории города Оренбурга Оренбургской области, из вышеуказанного объема произведенной немаркированной спиртосодержащей продукции под видом алкогольной продукции, содержащей чужие товарные знаки, в целях последующего сбыта, в продолжение своих преступных действий, преследуя цель материального обогащения от незаконной реализации немаркированной спиртосодержащей продукции под видом алкогольной продукции, подлежащей обязательной маркировке федеральными специальными марками, содержащей чужие товарные знаки, совместно с лицом &lt;Номер обезличен&gt; и лицом &lt;Номер обезличен&gt;, действуя группой лиц по предварительному сговору, самостоятельно подыскал покупателя в лице ФИО18 №1, не осведомленного о преступных намерениях последних, о чем сообщил лицам &lt;Номер обезличен&gt; и &lt;Номер обезличен&gt;, после чего лицо &lt;Номер обезличен&gt;, группой лиц по предварительному сговору совместно с ФИО1 и лицом &lt;Номер обезличен&gt;, в период с &lt;Дата обезличена&gt; по 22 февраля 2023 года организовал перевозку с целью сбыта от места производства и хранения вышеуказанной продукции: нежилого помещения – бокса &lt;Номер обезличен&gt; ГСК &lt;Номер обезличен&gt; до места ее реализации – ТЦ «Новый мир» по адресу: &lt;...&gt;, на арендованном автомобиле «KIA RIO» г.р.з. &lt;Номер обезличен&gt;, где ФИО1 и лицо &lt;Номер обезличен&gt; осуществили путем продажи сбыт ФИО18 №1 немаркированной спиртосодержащей продукции под видом алкогольной, содержащей чужие товарные знаки, общей стоимостью 1 688 355 рублей 00 копеек следующего наименования: - 153 бутылки алкогольной продукции с наименованием «PRODUCT OF FRANCE COGNAC Hennessy 40% vol - e 50cl JAS HENNESSY &amp; CO - COGNAC – FRANCE Коньяк ФИО4», объемом 0,5 л., стоимостью 11 035 рублей (без учета НДС) за одну бутылку, общей стоимостью 1 688 355 рублей. Часть приобретенной у лица &lt;Номер обезличен&gt;, ФИО1 и лица &lt;Номер обезличен&gt; указанной алкогольной продукции в количестве 145 бутылок ФИО18 №1 хранил в помещении гаража &lt;Номер обезличен&gt; в ГК &lt;Номер обезличен&gt; по адресу: &lt;...&gt;, до момента ее обнаружения и изъятия сотрудниками полиции 22 февраля 2023 года в период с 18.05 часов по 18.55 часов, а другую часть в количестве 5 бутылок ФИО18 №1 разбил при транспортировке. Правообладателем словесного товарного знака «HENNESSY» на основании свидетельства ВОИС №554084, объемного товарного знака «HENNESSY» на основании свидетельства ВОИС №1117587, используемых при оформлении бутылок со спиртосодержащей продукцией под видом алкогольной продукции с наименованием «PRODUCT OF FRANCE COGNAC Hennessy 40% vol - e 50cl JAS HENNESSY &amp; CO - COGNAC – FRANCE Коньяк ФИО4», является компания «Сосьете Жас Хеннесси энд Ко», юридический адрес: 16100, рю де ля Ришон, Коньяк. Также ФИО1 в период с 1 февраля 2023 года по 22 февраля 2023 года, находясь на территории города Оренбурга Оренбургской области, из вышеуказанного объема произведенной алкогольной продукции в целях последующего сбыта согласно отведенной ему роли, в продолжение своих преступных действий, преследуя цель материального обогащения от незаконной реализации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содержащей чужие товарные знаки, действуя, незаконно, умышленно, из корыстных побуждений, группой лиц по предварительному сговору совместно с лицом №1 и лицом №2, самостоятельно подыскал покупателя в лице владельца продуктового магазина «Семёрочка», расположенного по адресу: &lt;...&gt;, а именно не осведомленную о преступных намерениях последних ФИО18 №2, о чем сообщил лицу &lt;Номер обезличен&gt; и лицу &lt;Номер обезличен&gt;, после чего лицо &lt;Номер обезличен&gt; в период с &lt;Дата обезличена&gt; по 22 февраля 2023 года, группой лиц по предварительному сговору совместно с ФИО1 и лицом &lt;Номер обезличен&gt;, организовал перевозку с целью сбыта от места производства и хранения вышеуказанной продукции: нежилого помещения – бокса &lt;Номер обезличен&gt; ГСК &lt;Номер обезличен&gt; до места ее реализации – указанного магазина «Семёрочка», на принадлежащем ФИО1 автомобиле «GEELY GC6» г.р.з. &lt;Номер обезличен&gt;, оформленном на ФИО18 №8, не осведомленного о преступных намерениях лица &lt;Номер обезличен&gt;, ФИО1, лица &lt;Номер обезличен&gt;, под управлением ФИО1, где он осуществил путем продажи сбыт продавцу указанного магазина ФИО18 №3, не осведомленной о преступных намерениях последних, немаркированной алкогольной и спиртосодержащей продукции под видом алкогольной продукции, содержащей чужие товарные знаки, общей стоимостью 532 рубля 32 копейки, а именно: - 1 бутылка алкогольной продукции с наименованием «КАСПИЙСКАЯ BELUGA PREMIUM QUALITY EXPORT NOBLE RUSSIAN PRODUCT», объемом 0,5 л., стоимостью 532 рубля 32 копейки (без учета НДС) за одну бутылку, общей стоимостью 532 рубля 32 копейки. Указанная продукция 22 февраля 2023 года в период с 13.25 часов по 15.15 часов была обнаружена и изъята сотрудниками полиции в помещении магазина «Семёрочка» по адресу: &lt;...&gt;. Правообладателем товарного знака «Каспийская BELUGA» на основании свидетельств РФ №№257988, 520837, 207986, 483854, 484337, 577080, 554366, 573016, 435067, 439657, 430307, 302113, 302114 является лицензиар – компания «БЕЛУГА ГЛОБАЛ ЛТД», юридический адрес: Кипр, &lt;...&gt;, ул. Арх. Макариу III, 206, КРИСАЛИЯ КОРТ, 5й этаж, в лице лицензиата – ООО «НоваБев Брендс» (до 03.11.2023 г. – ООО «Белуга Брендс»). Также лицо №1 в период с 1 февраля 2023 года по 22 февраля 2023 года, находясь на территории города Оренбурга Оренбургской области, из вышеуказанного объема произведенной немаркированной алкогольной продукции, содержащей чужие товарные знаки, в целях последующего сбыта, в продолжение своих преступных действий, преследуя цель материального обогащения от незаконной реализации немаркированной алкогольной продукции, подлежащей обязательной маркировке федеральными специальными марками, содержащей чужие товарные знаки, совместно с ФИО1 и лицом &lt;Номер обезличен&gt;, действуя группой лиц по предварительному сговору, самостоятельно подыскал покупателя в лице ФИО18 №10, о чем сообщил ФИО1 и лицу &lt;Номер обезличен&gt;, после чего совместно с ними организовал перевозку с целью сбыта от места производства и хранения вышеуказанной продукции: нежилого помещения – бокса &lt;Номер обезличен&gt; ГСК &lt;Номер обезличен&gt; до места ее реализации – магазин (кафе) «Екатерина», расположенный по адресу: &lt;...&gt;, 764 км. трассы Р-239, &lt;...&gt;, на автомобиле «KIA RIO» г.р.з. &lt;Номер обезличен&gt;, а лицо &lt;Номер обезличен&gt;, действуя согласно отведенной ему роли, сопровождал лицо &lt;Номер обезличен&gt; в пути следования по трассе Р-239 на арендованном автомобиле «LADA 219010 GRANTA» г.р.з. &lt;данные изъяты&gt;, оформленном на ФИО3, не осведомленного об их преступных намерениях с целью обеспечения безопасности перевозки и предупреждения лица &lt;Номер обезличен&gt; о наличии на дороге сотрудников правоохранительных органов, после чего, находясь около указанного магазина (кафе) «Екатерина», лицо &lt;Номер обезличен&gt; и лицо &lt;Номер обезличен&gt; осуществили путем продажи сбыт ФИО18 №10 немаркированной алкогольной продукции, содержащей чужие товарные знаки и наименования места происхождения товара, на сумму 4 400 рублей 00 копеек следующего наименования: - 11 бутылок алкогольной продукции с наименованием «с Серебром &lt;ФИО&gt;33», объемом 0,5 л., стоимостью 400 рублей (без учета НДС) 00 копеек за одну бутылку, общей стоимостью 4 400 рублей 00 копеек. Указанная продукция 22 февраля 2023 года в период с 14.30 часов по 15.30 часов была обнаружена и изъята сотрудниками полиции в помещении столовой «Халяль», расположенном по адресу: &lt;...&gt;, у ФИО5, которой данную продукцию с неустановленной целью передала ФИО18 №10, не осведомленная о преступных намерениях лиц &lt;Номер обезличен&gt; и &lt;Номер обезличен&gt;, ФИО1 Правообладателем товарного знака, используемого при оформлении бутылок с алкогольной продукцией с наименованием «с Серебром &lt;ФИО&gt;33», по состоянию на 22 февраля 2023 года на основании свидетельств является ООО «СТАНДАРТЪ», юридический адрес: 607067, &lt;...&gt;. В соответствии с ч. 1 ст. 44 Конституции РФ интеллектуальная собственность охраняется законом. В соответствии с ч. 1 ст. 1225 ГК РФ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 в том числе товарные знаки. Согласно ч. 2 ст. 1225 ГК РФ интеллектуальная собственность охраняется законом. В соответствии с ч. 1 ст. 1229 ГК РФ использование результата интеллектуальной собственности или средства индивидуализации, если такое использование осуществляется без согласия правообладателя, является незаконным и влечёт ответственность, установленную действующим законодательством. Согласно ч. 1 ст. 1233 ГК РФ правообладатель может распорядиться принадлежащим ему исключительным правом на результат интеллектуальной деятельности или на средство индивидуализации любым не противоречащим закону и существу такого исключительного права способом, в том числе путем его отчуждения по договору другому лицу (договор об отчуждении исключительного права) или предоставления другому лицу права использования соответствующих результата интеллектуальной деятельности или средства индивидуализации в установленных договором пределах (лицензионный договор). В соответствии со ст. 1484 ГК РФ лицу, на имя которого зарегистрирован товарный знак (правообладателю), принадлежит исключительное право использования товарного знака, и он может распоряжаться им.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путём размещения товарного знака,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Согласно ч. 1 ст. 1515 ГК РФ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 Решение об использовании чужих товарных знаков принято ФИО1о, лицом №1, лицом №2 в нарушение указанных требований действующего федерального законодательства, при этом они осознавали, что прав и законных оснований на использование чужих товарных знаков не имели, так как владельцами товарных знаков не являются, лицензионный договор на право использования каждого из товарных знаков с правообладателями не заключали, в какой-либо иной форме прав на использование каждого из товарных знаков не получали. Таким образом, ФИО1 в период с 5 марта 2022 года по 22 февраля 2023 года, находясь в городе Оренбурге Оренбургской области, действуя умышленно, незаконно, из корыстных побуждений, совместно и по предварительному сговору с лицом №1, лицом №2, осознавая, что для использования словесного товарного знака «HENNESSY» (свидетельство №554084), объемного товарного знака «HENNESSY» (свидетельство №1117587), необходимо заключение письменного договора с правообладателем – компанией «Сосьете Жас Хеннесси энд Ко»; для использования словесного товарного знака «ТАЛКА» (свидетельство РФ №432926); словесного товарного знака «Страна хрустальных ручьев» (свидетельство РФ №380146); комбинированного товарного знака с размещением в верху укупорочного колпака силуэта головы и торса оленя, в верхней части боковой поверхности слова «ТАЛКА» и в нижней части боковой поверхности изображения леса и силуэта оленя (свидетельство РФ №673633); изображения шишки и веточки, обрамляемых последовательно двумя незамкнутыми окружностями с выполнением внешней в виде полосы переменной толщины (свидетельство РФ №456821); изображения снежинки и капли, обрамленных тремя последовательно увеличивающимися шестиугольниками (свидетельство РФ №456822); изображения капли на фоне круга, помещенного в незамкнутую сверху окружность (свидетельство РФ №456823); изображения окружности с суживающейся полосой темной в центре и со светлым обрамлением по бокам S-образной формы в центре окружности с волнистыми линиями, наружные края которых образуют окружность (свидетельство РФ №458682); комбинированного товарного знака с изображением фантазийного пейзажа из деревьев, неба, камней и снега, заключенным в две окружности, со словесным элементом «СТРАНА ХРУСТАЛЬНЫХ РУЧЬЕВ» между ними (свидетельство РФ №466562); комбинированного товарного знака в виде бутылки оригинальной формы с декоративными элементами и словесным элементом – словом «Талка» - на плече бутылки (свидетельство РФ №454989); комбинированного товарного знака (этикетка) со словесными элементами «Талка» и «Страна хрустальных ручьев», а также изображением заснеженного леса, трех оленей, четырех эмблем с символами «снежинка с каплей», «ручей», «шишка», «капля» и оригинальной эмблемой со словами «страна хрустальных ручьев» (свидетельство РФ №456824); комбинированного товарного знака в виде бутылки оригинальной формы с декоративными элементами и словесным элементом – словом «Талка», оригинальным укупорочным колпаком и этикеткой (свидетельство РФ №466266), необходимо заключение письменного договора с правообладателями – АО «Руст Россия» и компания «Влактор Трейдинг Лимитед»; для использования словесного товарного знака на русском языке «СТАРЫЙ КЕНИГСБЕРГ» (свидетельство РФ №404347); словесного товарного знака на латинице «OLD KENIGSBERG» (свидетельство РФ №404347); словесного товарного знака «Old Kenigsberg» на латинице (свидетельство РФ №753808); комбинированного товарного знака с изображением замка и слов «СТАРЫЙ КЕНИГСБЕРГ» (свидетельство РФ №321238); комбинированного товарного знака с изображением элемента буквы «А» и цифр «1892» (свидетельство РФ №234198), необходимо заключение письменного договора с правообладателем – ООО «Виноконьячный Завод Альянс-1892»; для использования словесного товарного знака «БЕЛУГА» (свидетельства РФ №№257988, 520837); словесного товарного знака «BELUGA» (свидетельства РФ №№207986, 483854, 484337, 577080, 554366, 573016); изображения рыбки (свидетельство РФ №435067); изображения рыбки на фоне круга с волнами (свидетельство РФ №439657); изображения рыбки с короной на фоне круга (свидетельство РФ №430307); комбинированного товарного знака с сочетанием слова «BELUGA» с изображением рыбки на фоне круга (свидетельство РФ №302113); комбинированного товарного знака с сочетанием слова «Белуга» с изображением рыбки и короны на фоне круга (свидетельство РФ №302114), необходимо заключение письменного договора с правообладателем – компанией «БЕЛУГА ГЛОБАЛ ЛТД» в лице лицензиата ООО «НоваБев Брендс» (до 03.11.2023 г. – ООО «Белуга Брендс»); для использования объемного товарного знака (свидетельство РФ №580946), объемного товарного знака (свидетельство РФ №580947), объемного товарного знака (свидетельство РФ №580948), необходимо заключение письменного договора с правообладателем – ООО «СТАНДАРТЪ»; для использования словесного товарного знака «Царская охота» (свидетельство РФ №331262), необходимо заключение письменного договора с правообладателем – ООО «Айсберг», в нарушение ч. 1 ст. 1229 , ч.1 ст. 1233 ГК РФ , не заключив договоры на использование вышеуказанных товарных знаков, осуществили незаконные производство, хранение, перевозку с целью сбыта и продажу вышеуказанной контрафактной немаркированной алкогольной и спиртосодержащей продукции под видом алкогольной продукции, маркированной вышеуказанными товарными знаками, не обладая правом на их использование, тем самым совершили неоднократное, выразившееся в одновременном использовании нескольких товарных знаков на одной единице товара и неоднократном использовании одного и того же средства индивидуализации товара, незаконное использование чужого товарного знака, причинив их правообладателям крупный ущерб на общую сумму 2 368 540 рублей 36 копеек, а именно компании «Сосьете Жас Хеннесси энд Ко» крупный ущерб на общую сумму 1 688 355 рублей; АО «Руст Россия» и компании «Влактор Трейдинг Лимитед» на общую сумму 259 962 рубля; ООО «Виноконьячный Завод Альянс-1892» на общую сумму 325 211 рублей 84 копеек; компании «БЕЛУГА ГЛОБАЛ ЛТД» в лице лицензиата ООО «НоваБев Брендс» (до 3 ноября 2023 года – ООО «Белуга Брендс») на общую сумму 32 471 рубль 52 копейки; ООО «СТАНДАРТЪ» на общую сумму 23 200 рублей 00 копеек; ООО «Айсберг» на общую сумму 39 340 рублей 00 копеек. По делу представителями потерпевших компаний заявлены гражданские иски о взыскании в счет возмещения материального ущерба: - «Сосьете Жас Хеннесси энд Ко» суммы в размере 1 688 355 рублей (т. 3 л.д. 127); - «Руст Россия» суммы в размере 259 962 рубля (т. 3 л.д.214-215); - ООО «Виноконьячный завод Альянс-1892» суммы в размере 650 423 рубля (т. 4 л.д. 76); - ООО «НоваБев Брендс» суммы в размере 64 934 рубля 04 копейки (т. 5 л.д. 8-9); - ООО «СТАНДАРТЪ» суммы в размере 69 600 рублей (т. 5 л.д. 120); - ООО «Айсберг» суммы в размере 39 340 рубля (т. 5 л.д. 212). Подсудимый ФИО1 вину в совершении преступлений, предусмотренных п. «а» ч. 6 ст. 171.1 , ч. 2 ст. 180 УК РФ не признал. Суду пояснил, что с &lt;ФИО&gt;5 (Вюсалом) познакомился около 3 лет назад, знал его сына - Алика, они работали в такси и на рынке. &lt;ФИО&gt;5 передвигался на автомобиле Киа Рио. В период с марта 2022 года по февраль 2023 года &lt;ФИО&gt;5 предлагал ему алкогольную продукцию, и он несколько раз по просьбе знакомых брал у &lt;ФИО&gt;5 нелегальную алкогольную продукцию для продажи: водку «Царская», «Талка», коньяк «Лезгинка», другие наименования не видел, так как брал в закрытых коробках. В разговоре по телефону с &lt;ФИО&gt;5 он называл водку «Царскую» - простой. Обычно брал 2 коробки по 20 бутылок в каждой, примерно по 80 рублей за бутылку, продавал дороже. Алкогольную продукцию он с &lt;ФИО&gt;5 не производил, не хранил, совместного бизнеса у них не было, иногда, по-дружески, помогал выгружать коробки с алкоголем и перевозить. Он был только в одном гараже, когда приезжал за алкоголем, видел товар в коробках, про второй гараж ничего не знал. От &lt;ФИО&gt;5 и ФИО6 знает, что они сами изготавливали алкоголь в гараже, один раз видел, как ФИО6 загружал коробки. Подтверждает, что привозил ФИО18 №3 в магазин 2 коробки с водкой, ФИО18 №1 10 коробок к ТЦ «Новый мир», где был вместе с &lt;ФИО&gt;121 и лично перегружал их из машины последнего в машину клиента. В день задержания он по просьбе &lt;ФИО&gt;121 заехал с ним в гараж, за ними велось наблюдение, он должен был быть свидетелем, но когда &lt;ФИО&gt;5 сбежал, его через год сделали крайним. Изъятый алкоголь принадлежал &lt;ФИО&gt;5 Он продал алкоголь несколько раз, поэтому крупного размера быть не может, исковые требования представителей потерпевших не признает. Он работает на Петровском рынке, торгует овощами, жена работает, двое детей – 15 и 18 лет, старший сын студент. Среднемесячный доход 50 000 рублей, имеет ипотечный кредит, который оплачивает в размере 20 000 рублей в месяц, ежемесячный кредит по карте - 13 000 рублей, оплачивает квартплату в размере 5000-6000 рублей, оказывает помощь отцу-пенсионеру в Азербайджане. Автомобиль «GEELY GC6» оформлен на ФИО18 №8, фактически принадлежит ему, так как он полностью за него рассчитался. Подтвердил, что была очная ставка со свидетелем ФИО18 №3, с показаниями которой он согласен. Из оглашенных показаний подсудимого ФИО1 следует, что он работает на рынке «Петровский» и ТЦ «Оренбург», реализует продукты питания. С &lt;ФИО&gt;5 познакомился на овощной базе «Петровский» примерно 2-3 года назад. Об изготовлении алкогольной продукции в 2022-2023 годах в гаражах по &lt;...&gt; ему стало известно от сотрудников полиции в ходе задержания его и &lt;ФИО&gt;5 возле гаража. В гаражи по указанному адресу он не заходил. Иногда он и &lt;ФИО&gt;5 заезжали в указанные гаражи, &lt;ФИО&gt;5 брал какое-то количество алкоголя в коробках и помещал в багажник автомобиля «KIA RIO» белого цвета, он при этом сидел в машине, после чего они ехали в ресторан, где употребляли данное спиртное. Иногда он помогал &lt;ФИО&gt;5 в переноске коробок, сеток с картофелем, луком. Что было в коробках, не знает, что-то тяжелое. Помощь была взаимной. Для личного потребления в небольших количествах (ящик – два) он мог приобретать у &lt;ФИО&gt;5 водку, коньяк по цене дешевле, чем в магазине. В перевозке контрафактной алкогольной продукции он не участвовал. По поводу продажи пояснил, что у него не было контрафактной продукции, он ее не продавал, как и не участвовал в ее производстве. Знает сына &lt;ФИО&gt;5 – ФИО6 22 февраля 2023 года он и &lt;ФИО&gt;5 приехали в гараж за алкоголем, собирались ехать в ресторан «Баку». Он сидел в автомобиле, а &lt;ФИО&gt;5 пошел в гараж, чтобы взять пару бутылок алкоголя, после чего их задержали. К незаконному производству, хранению, перевозке немаркированной алкогольной продукции в целях сбыта он никакого отношения не имеет (т. 19 л.д. 134-137, 156-159, 209-212, т. 20 л.д. 13-16). Подсудимый ФИО1 оглашенные показания подтвердил частично, пояснил, что не работал у &lt;ФИО&gt;5, а грузить коробки с алкоголем помогал по-дружески. &lt;ФИО&gt;5 говорил, что у него есть водка, если будут клиенты, то привезет ее, и они оба заработают, делал ему скидки. Он зарабатывал на этом 500-1000 рублей. Видел, как &lt;ФИО&gt;5, который работал с сыном, разливал алкоголь. Автомобиль «GEELY GC6» он приобрел у ФИО18 №8, в 2021 году полностью за него рассчитался, но переоформлять не стал. Виновность подсудимого ФИО1 в совершении преступлений, предусмотренных п. «а» ч. 6 ст. 171.1 , ч. 2 ст. 180 УК РФ , подтверждается исследованными в судебном заседании доказательствами. Из показаний представителя потерпевшего &lt;ФИО&gt;46 следует, что он работает заместителем начальника службы безопасности ООО «НоваБев Брендс», до 3 ноября 2023 года назвалось ООО «Белуга». Было несколько товарных знаков: 207986, 257988, 435076 и т.д., где слово «Белуга», потом идут знаки в зависимости от вида водки, зарегистрированных в Роспатенте. Он получил запрос из полиции от 8 февраля 2024 года о том, что в СЧ СУ МУ МВД России «Оренбургское» находится уголовное дело, возбужденное по ст. 171.1 УК РФ . В ходе ОРМ 22 февраля 2024 года на территории г.Оренбурга была изъята немаркированная алкогольная продукция - 61 бутылка с этикетками «Каспийская белуга». Сотрудники полиции предоставили фотографии изъятой водки, по которой он, как специалист, определил, что это был контрафакт, в оригинале есть названия «Белуга Нобель», «Белуга Атлантик», у них более дорогая бутылка, качественная пробка, металлическую рыбку клеят вручную, на изъятой продукции отсутствовала дата производства, рыбка была неметаллическая. Они никому не разрешают использовать товарные знаки, никогда не заключали ни с кем договоры. Он написал заявление в полицию, заявил исковые требования на сумму 64 943,04 рубля. Расчёт ущерба производился по количеству изъятых бутылок, минимальная стоимость бутылки - 532,32 рубля, была изъята 61 бутылка, на общую сумму 32 471,52 рубль. Согласно п. 4 ст. 1514 ГК РФ они имеют право затребовать возмещение ущерба в двукратном размере стоимости товара, просит взыскать компенсацию за причиненный ущерб за незаконное использование товарного знака «Белуга» в сумме 32 471,52 рубль, поскольку из-за контрафакта страдает имидж компании. На строгом наказании не настаивает. Из оглашенных показаний представителя потерпевшего &lt;ФИО&gt;46 следует, что на основании доверенности он является представителем правообладателя товарных знаков «BELUGA»/«БЕЛУГА». Изъятая 22 февраля 2023 года алкогольная продукция маркирована схожим до степени смешения обозначением. Товарные знаки «BELUGA»/«БЕЛУГА» зарегистрированы в Государственном Реестре товарных знаков и знаков обслуживания Российской Федерации под номерами 207986, 257988, 302113, 302114, 430307, 435067, 439139, 460694 и другие. Серия товарных знаков «BELUGA»/«БЕЛУГА» охраняется в соответствии с действующим законодательством Российской Федерации, в том числе в отношении товаров 33 класса МКТУ, а именно – водка. В настоящее время правообладателем серии товарных знаков «BELUGA»/«БЕЛУГА» является компания «БЕЛУГА ГЛОБАЛ ЛТД» (BELUGA GLOBAL LTD), номер государственной регистрации РД 0410454 от 6 октября 2022 года. Между правообладателем и ООО «НоваБев Брендс» (до смены наименования 3 ноября 2023 года – ООО «Белуга Брендс») заключен лицензионный договор на использование товарных знаков «Белуга/Beluga» от 19 января 2021 года. В соответствии с данным договором ООО «НоваБев Брендс» предоставлена исключительная лицензия на право использования серии словесных и комбинированных товарных знаков «BELUGA»/«БЕЛУГА» на территории Российской Федерации на весь срок действия исключительных прав, включая право на их размещение на товарах, этикетках, упаковках товаров, которые производятся, предлагаются к продаже, продаются, при выполнении работ, оказании услуг, в рекламе и пр. Также ООО «НоваБев Брендс» наделено правом осуществлять защиту прав на товарные знаки на территории Российской Федерации от любого их незаконного использования третьими лицами, включая право обращаться в правоохранительные органы, предъявлять иски в суды, требовать по своему выбору от нарушителя возмещения убытков, выплаты компенсации, а также осуществлять любые иные действия, в соответствии с законодательством Российской Федерации, необходимые для защиты его исключительных прав как лицензиата. По указанному лицензионному договору 19 января 2021 года также заключен сублицензионный договор между ООО «НоваБев Брендс» и АО «Мариинский ликеро-водочный завод» на использование серии товарных знаков «BELUGA»/«БЕЛУГА» на весь срок действия лицензионного договора. Серия товарных знаков со словесным элементом «БЕЛУГА/BELUGA» зарегистрирована в качестве товарных знаков и охраняется как: - словесные – слово «БЕЛУГА» на русском языке (свидетельства №№257988, 520837) и слово «BELUGA» на латинице (свидетельства №№207986, 483854, 484337, 577080, 554366, 573016); - изобразительные – изображение рыбки (свидетельство №435067), изображение рыбки на фоне круга с волнами (свидетельство №439657), изображение рыбки с короной на фоне круга (свидетельство №430307); - комбинированные – сочетание словесных и изобразительных элементов: слово «BELUGA» с изображением рыбки на фоне круга (свидетельство №302113); слово «БЕЛУГА» с изображением рыбки и короны на фоне круга (свидетельство №302114). Образцы изъятой продукции водки «Каспийская BELUGA», емкостью 0,5 литра, являются контрафактными, так как ООО «НоваБев Брендс» в каких-либо договорных отношениях (лицензионные соглашения и т.д.) между правообладателем товарного знака и физическими, юридическими лицами, в том числе с гражданами: &lt;ФИО&gt;5, &lt;ФИО&gt;131., ФИО1 никогда не состояли. ООО «НоваБев Брендс» также не давало согласия кому-либо на использование обозначения, схожего с товарными знаками «BELUGA»/«БЕЛУГА», а на основании п. 1 ст. 1515 ГК РФ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 В данном случае имеет место быть факт одновременного использования двух и более товарных знаков на одной единице товара, зарегистрированных в установленном законом порядке на территории РФ, т.е. на этикетке, на колпачке и на бутылке. Стеклянная бутылка является брендированной и защищена ООО «НоваБев Брендс», на донышке оригинальной бутылки выдавлено изображение «рыбки». Бутылка производится только одной формы. Таким образом, изъятая продукция была имитирована под настоящий товар, т.е. неоднократно незаконно размещены товарные знаки и сходные с ними до степени смешения обозначения, которые являются контрафактными. Оригинальная продукция водки, маркированная товарным знаком «BELUGA»/«БЕЛУГА», оформляется следующим образом: - в соответствии с требованиями п. 5.2.1 ГОСТ Р 32131-2013 «Бутылки стеклянные для алкогольной и безалкогольной пищевой продукции», все используемые стеклобутылки содержат в составе маркировки обозначение стеклозавода-производителя – ГОСТ 32131-2013; - с 2013 года – оловянный колпак с серебряным выдавленным вверх узором, до 2013 года – с золотым узором. Термоусадочный колпак (не оловянный) встречается только у продукции с датой розлива не позднее сентября 2012 года; - обязательно наличие даты розлива, существует два варианта: наносится краской на бутылку в два ряда – дата через точку, время с точностью до секунды через двоеточие; наносится лазером на нижнюю часть колпака или на бутылку в два ряда – дата через точку, время с точностью до секунды через двоеточие; - на оригинальной продукции горловая и основная этикетки приклеены ровно без вздутий и морщин, без следов клея на месте крепления «Рыбки»; - при нажатии пальцем на этикетку не остается следов отпечатков пальцев (оригинальная этикетка покрыта специальным защитным слоем); - золотая окантовка – равномерного золотистого цвета и не отливает в красноту даже при наклоне бутылки; - буквы «BELUGA» наклеены по отдельности, ровно на равном расстоянии друг от друга и от круговой эмблемы. Штрих-код, наносимый на федеральные специальные марки, должен считываться на протяжении всего оборота алкогольной продукции, вплоть до поступления ее к конечному потребителю. Ущерб, причиненный ООО «НоваБев Брендс» незаконным оборотом алкогольной продукции с использованием чужого товарного знака без согласия правообладателя, выразившемся в нанесении на нее надписи водка «Каспийская BELUGA», рассчитывается путем умножения количества изъятой контрафактной продукции (61 бутылка) на базовую отпускную цену одной бутылки водки «BELUGA NОBLE», емкостью 0,5 л. (532,32 руб.), на дату изъятия (в феврале 2023 года) и составляет 32 471,52 рубль (61 бутылка* 532,32 руб.) (т.5 л.д. 1-7). Представитель потерпевшего &lt;ФИО&gt;46 полностью подтвердил оглашенные показания. Из показаний представителя потерпевшего &lt;ФИО&gt;47 следует, что на основании доверенности, выданной компанией «Сосьете Жас Хеннесси энд Ко», она уполномочена представлять интересы указанного юридического лица. Состоит в должности специалиста по вопросам контрафакта компании «ТКМ». 22 февраля 2023 года на территории г.Оренбурга была изъята алкогольная продукция, маркированная товарным знаком «Hennessy Х.О.», объемом 0,5 л. Каждая, в общем количестве 148 бутылок, с признаками контрафактной продукции (145 ед. у ФИО18 №1 и 3 ед. в гараже по месту производства немаркированной продукции). ФИО18 №1 было реализовано 150 ед., однако 5 ед. продукции были им разбиты. В результате незаконного использования товарных знаков правообладателю причинены убытки, выражающиеся в виде упущенной выгоды. С учетом количества изъятых бутылок (145 ед. у ФИО18 №1 и 3 ед. в гараже по месту производства немаркированной продукции) и количества реализованных перед изъятием ФИО18 №1 бутылок (150 ед.), распространением данной продукции правообладателю причинён ущерб на сумму 1 688 355 рублей за незаконное использование чужого товарного знака в отношении 153 ед. продукции. Компания «Сосьете Жас Хеннесси энд Ко» является обладателем прав на товарный знак «Хеннесси» (свидетельство на товарный знак №554084 и свидетельство на объемный товарный знак №1117587), зарегистрированные в установленном законом порядке на территории Российской Федерации. Незаконное использование товарных знаков осуществлялось путём производства, хранения, перевозки в целях сбыта, а также посредством сбыта контрафактной алкогольной продукции («Hennessy Х.О.»), содержащей товарные знаки: словесный товарный знак «HENNESSY» (зарегистрирован в Международном бюро Всемирной организации интеллектуальной собственности (ВОИС), выдано свидетельство №554084) и объёмный товарный знак «HENNESSY»: (зарегистрирован в Международном бюро Всемирной организации интеллектуальной собственности (ВОИС), выдано свидетельство №1117587. правообладателем которых является компания «Сосьете Жас Хеннесси энд Ко». В ходе проведенного исследования было установлено, что производство «Hennessy Х.О» в объеме 0,5 л. на заводах компании «Сосьетэ Жас Хеннесси энд Ко» не осуществляется и ранее не осуществлялось. На территорию Российской Федерации коньяк «Hennessy Х.О» в объеме 0,5 л. не поставлялся. Оригинальный коньяк «Hennessy Х.О» производится в оригинальных бутылках (таре) объемами 0.35, 0.7 и 1.5 л. Кроме того, при исследовании было выявлено, что изъятая алкогольная продукция «Hennessy Х.О» в количестве 148 бутылок, маркированных товарными знаками «Hennessy», является контрафактной по следующим признакам: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Орнамент виноградной лозы на бутылках отличается от оригинального;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бутылке отсутствует изображение руки с алебардой (символ дома Хеннесси). Таким образом, в процессе исследования представленного образца продукции установлено, что предоставленная продукция является контрафактной, компанией «Сосьете Жас Хеннесси энд Ко» не производилась и не ввозилась на территорию Российской Федерации. Расчет суммы ущерба, причиненного незаконным использованием товарного знака компании «Сосьете Жас Хеннесси энд Ко», осуществляется исходя из отпускной цены производителя оригинальной продукции компании «Сосьете Жас Хеннесси энд Ко» на момент изъятия 22 февраля 2023 года. Отпускная цена на коньяк «Hennessy Х.О.» в объёме 0,5 литра рассчитывается по формуле: «цена 1,5 литра разделить на 3 = цена 0,5 литра». Таким образом, отпускная цена за 1 ед. составила 11 035 рублей, а всего, исходя из количества изъятой и реализованной продукции (153 ед.), общая сумма ущерба составляет 1 688 355 рублей, заявлены исковые требования на данную сумму. Компания-правообладатель юридическим и физическим лицам право на использование товарных знаков не представляла и не передавала. Между компанией-правообладателем и &lt;ФИО&gt;5, &lt;ФИО&gt;131., ФИО1 договорные отношения на использование товарных знаков не заключались, право на использование товарных знаков не предоставлялось и не передавалось (т. 3 л.д. 119-125). Из показаний представителя потерпевшего &lt;ФИО&gt;48 следует, что она работает в должности старшего специалиста отдела внутреннего контроля и управления рисками АО «Руст Россия», также представляет интересы компании VLACTOR TRADING Ltd. АО «Руст Россия» является компанией, объединяющей под своим управлением группу организаций и предприятий, в т.ч. заводы, производящие водку под наименованием «Талка», с согласия и под контролем правообладателей соответствующих товарных знаков. Оригинальная продукция водка «Талка» емк. 0,5л. изготавливается АО «ЛВЗ «Топаз» и АО «Сибирский ЛВЗ». Правообладателями товарных знаков, размещённых на водке «Талка», являются компания VLACTOR TRADING Ltd (ВЛАКТОР ТРЕЙДИНГ ЛИМИТЕД) и АО «Руст Россия». На одной бутылке водки «Талка» может быть размещено 11 товарных знаков, удостоверенных в свидетельствах к ним за номерами 432926, 380146, 673633, 454989, 456824, 456822, 456821, 456823, 466266, 466562, 458682. Товарный знак под номером 432926 зарегистрирован на имя АО «Руст Россия», остальные товарные знаки зарегистрированы на имя компании VLACTOR TRADING Ltd. (ВЛАКТОР ТРЕЙДИНГ ЛИМИТЕД). Все вышеперечисленные товарные знаки в установленном законом порядке зарегистрированы в Федеральной службе по интеллектуальной собственности, патентам и товарным знакам Российской Федерации и относятся к 33 классу МКТУ (международный классификатор товаров и услуг) – алкогольные напитки; продукты алкогольные для приготовления напитков. Товарный знак под номером №432926 – это словесный товарный знак, представляет собой слово «ТАЛКА». Семантика: фантазийное слово (талая вода). Товарный знак №380146 – Словесный товарный знак «Страна хрустальных ручьев», написан буквами кириллического алфавита. Товарный знак №673633 (укупорочный колпак) – комбинированный товарный знак, который представляет собой комбинацию двух фигур – круга и прямоугольника, расположенных вертикально. В круге (верхней фигуре) размещен силуэт головы и торса оленя. Нижняя фигура разделена на две части – верхнюю, где размещено слово «ТАЛКА», и нижнюю, где размещено изображение леса и силуэта оленя. Товарный знак №454989 – комбинированный товарный знак, представляющий собой бутылку оригинальной формы с декоративными элементами и словесным элементом – словом «Талка» – на плече бутылки. Товарный знак под номером №456824 является комбинированным, представляет собой этикетку в целом. Состоит из словесных элементов «Талка» и «Страна хрустальных ручьев» и изобразительных элементов: заснеженный лес, изображённый в синей цветовой гамме, три оленя, четыре оригинальных вертикально расположенных эмблемы, включающие символы «снежинка с каплей», «ручей», «шишка», «капля» и оригинальную эмблему со словами «страна хрустальных ручьев», расположенную по центру в нижней части товарного знака. Товарный знак №456822 представляет собой изобразительное обозначение, в центральной части помещены стилизованные изображения снежинки и капли, которые обрамляются тремя последовательно увеличивающимися шестиугольниками. Товарный знак №456821 является изобразительным обозначением, представляющим собой помещенные в центральной части стилизованные изображения шишки и веточки, обрамляемые последовательно двумя незамкнутыми окружностями, причем внешняя выполнена в виде полосы переменной толщины. Товарный знак №456823 – это изобразительное обозначение, представляющее собой стилизованное изображение капли на фоне круга, помещенное в незамкнутую сверху окружность. Товарный знак №466266 – комбинированный товарный знак, представляющий собой бутылку оригинальной формы с декоративными элементами и словесным элементом – словом «Талка» – на плече бутылки, а также оригинальным укупорочным колпаком и этикеткой. Товарный знак №466562 – комбинированный товарный знак, словесно-изобразительное обозначение, состоит из стилизованного изображения фантазийного пейзажа из деревьев, неба, камней и снега, помещенного в две окружности, между которыми помещен словесный элемент «страна хрустальных ручьев». Товарный знак №458682 – это изобразительное обозначение, в центральной части помещена постепенно суживающаяся полоса S-образной формы, темная в центре и со светлым обрамлением по бокам. По обе стороны от полосы размещены соединяющиеся волнистые линии, наружные края линий образуют окружность. Все вышеуказанные элементы помещены в окружность. В адрес АО «Руст Россия» по запросу от следователя были направлены цветные фотоизображения образцов выявленной продукции под наименованием водка «Талка» емк. 0,5л. – 5 бутылок, снабженных этикеткой «водка Талка», на которых отсутствовала маркировка федеральной специальной маркой (далее по тексту – ФСМ). В ходе визуального осмотра изображений было установлено, что запечатленная на них продукция не производилась на заводах-изготовителях оригинальной продукции и является контрафактной фальсифицированной продукцией. Указанные выводы сделаны на основе сравнения ее фотоизображений с образцами оригинальной продукции на предмет соответствия (несоответствия) исследуемой продукции внешнему виду оригинальной продукции под одноименным наименованием и требованиям, предъявляемым внутренними стандартами компании к оформлению готовой оригинальной продукции. Стеклобутылки не соответствует оригинальным (на донной части выявленной продукции отсутствует клеймо завода-изготовителя стеклобутылки и присутствуют посторонние символы – «штрихи» в каждом из углов донной части; на теле стеклобутылки отсутствует эмбоссинг надписи «Талка»); укупорочный колпак не соответствует оригинальному (укупорочный колпак на оригинальной продукции выполнен из металлопластика, тогда как на изъятой – из пластика; конструктивно укупорочный колпак на изъятой продукции представляет собой единое целое, на оригинальной продукции он состоит из двух частей (нижней – основного тела колпака, закрепленного неподвижно, и верхней – винтовой); изобразительные обозначения елей не соответствуют оригинальным – они выполнены схематично, также отсутствуют надписи «Талка» в верхней части колпака, изображение 4-х оленей в нижней части колпака выполнены без эмбоссирования, кроме того, на колпаке присутствуют излишние изображения – горы); этикетка не соответствует оригинальной по дизайну (на этикетке изъятой продукции отсутствует фольгированность («зеркальность») элемента, выполненного в виде полосы серебристого цвета, сами этикетки нанесены неровно, небрежно – этикетки смещены влево относительно вертикальной оси бутылки); в нарушение внутренних стандартов оформления готовой оригинальной продукции на этикетках на изъятой продукции отсутствует маркировка даты ее розлива. Ни АО «Сибирский ЛВЗ», ни АО «ЛВЗ «Топаз» при выпуске оригинальной продукции не допускают ее отгрузку без соответствующей маркировки ФСМ. Вся выпускаемая данными заводами оригинальная алкогольная продукция в обязательном порядке маркируется только полученными в строгом соответствии с законом федеральными специальными марками, выпущенными ФГУП Гознак и прошедшими регистрацию в ЕГАИС. Таким образом, изъятая продукция под наименованием водка «Талка» не является оригинальной, при этом для обычного «рядового» покупателя она будет сходна до степени смешения с одноименной оригинальной продукцией. На этикетке изъятой продукции под наименованием водка «Талка» незаконно использовались товарные знаки «Талка», тождественные либо сходные до степени смешения с принадлежащими АО «Руст Россия» и компании VLAKTOR TRADING Ltd. (Влактор Трейдинг Лимитед). Кроме того, была использована форма и внешний вид стеклобутылки. В результате незаконного использования товарных знаков «Талка» в оборот была введена фальсифицированная продукция, которая воспринималась покупателями как легальная продукция; вытесняется легальная продукция, подрывается деловая репутация правообладателя, поскольку потребитель под видом высококачественной продукции получает низкокачественный фальсификат. Лица, у которых была изъята фальсифицированная алкогольная продукция, совершили незаконное неоднократное использование вышеуказанных товарных знаков, с причинением крупного ущерба. Выявленная алкогольная продукция с признаками контрафактности под наименованием водка «Талка» содержит на каждой бутылке воспроизведение более 2-х незаконно использованных товарных знаков. Ни &lt;ФИО&gt;5, ни &lt;ФИО&gt;131., ни ФИО1, ни иным лицам, за исключением заводов-изготовителей оригинальной продукции, право на использование товарных знаков «Талка» не предоставлялось. Договоров поставки алкогольной продукции под наименованием водка «Талка» с указанными лицами не заключалось. Договоры отчуждения исключительного права на товарный знак, а также лицензионные договоры на право использования товарного знака с перечисленными выше лицами не заключались. По состоянию на 22 февраля 2023 года минимальная отпускная стоимость одной оригинальной бутылки водки «Талка» емкостью 0,5л. составляла 292 рубля 75 копеек. Учитывая, что всего было выявлено и изъято 888 бутылок продукции под наименованием водка «Талка» емк. 0,5 л. размер ущерба, причиненный АО «Руст Россия», составляет 259 962 рубля 00 копеек (292,75 руб. х 888 бут.) (т. 3 л.д. 198-208). Из показаний представителя потерпевшего &lt;ФИО&gt;49 следует, что на основании доверенности он является представителем ООО «Виноконьячный завод «Альянс-1892». Им произведен визуальный сравнительный осмотр изъятой 22 февраля 2023 года продукции и оригинальной продукции Brendy «Old Kenigsberg» VSOP» (Бренди «Старый Кенигсберг» ВСОП) по имеющимся фотоизображениям и установлено, что на изъятой из незаконного оборота продукции в количестве 706 бутылок, объемом 0,5 л. каждая, оклеенных этикетками и контрэтикетками с наименованием продукции бренди «Старый Кенигсберг «VSOP», отсутствует федеральная специальная марка, внешний вид горловой кольеретки, этикетки и контрэтикетки не соответствуют оригинальной для данного вида официальной продукции (Brendy «Old Kenigsberg» VSOP» (Бренди «Старый Кенигсберг» ВСОП)), продукция разлита в неоригинальную потребительскую тару. После 2016 года производство продукции Brendy «Old Kenigsberg» VSOP (Бренди «Старый Кенигсберг» ВСОП), вместимостью 0,5 л, прекращено. На изъятой из незаконного оборота 706 бутылках продукции незаконно размещены изображения, сходные до степени смешения со следующими комбинированными товарными знаками (знаками обслуживания), правообладателем которых является ООО «Виноконьячный завод «Альянс-1892»: на основании свидетельств на товарные знаки (знаки обслуживания) №321238, №404347, №753808, №234198 срок действия исключительного права ООО «Виноконьячный завод «Альянс-1892» на указанные товарные знаки продлены, соответственно, до 28 июля 2025 года, до 23 апреля 2029 года, до 6 сентября 2029 года, до 20 февраля 2032 года. Серия товарных знаков со словесным элементом «СТАРЫЙ КЕНИГСБЕРГ/OLD KENIGSBERG/Old Kenigsberg» зарегистрирована в качестве товарных знаков и охраняются как: I. словесные – «СТАРЫЙ КЕНИГСБЕРГ» на русском языке (св-во №404347), слова «OLD KENIGSBERG» на латинице (св-во №404347), «Old Kenigsberg» на латинице (св-во №753808); II. комбинированные – сочетание словесных и изобразительных элементов: Слова «СТАРЫЙ КЕНИГСБЕРГ» с изображением замка (св-во №321238); III. комбинированные – изображение элемента буквы «А» и цифр «1892» (св-во №234198). В связи с тем, что алкогольная продукция Brendy «Old Kenigsberg» VSOP (Бренди «Старый Кенигсберг» ВСОП) емкостью 0,5 л. после 2016 года на территорию Российской Федерации не поставлялась, при определении размера ущерба ООО «Виноконьячный завод «Альянс-1892» использовалась оптовая цена за единицу данного вида продукции, по которой товар реализовывался последний раз на территории Российской Федерации в 2016 году. Базовая цена реализации одной единицы продукции «Бренди «Старый Кенигсберг» VSOP», емкостью 0,5 л., оптовым покупателям при реализации в 2016 году составляла 460 рублей 64 копейки за единицу продукции, соответственно размер причиненного ООО «Виноконьячный завод «Альянс-1892» ущерба незаконным использованием товарных знаков на изъятой из незаконного оборота контрафактной продукции (706 бутылок) рассчитывается путем умножения количества изъятой контрафактной продукции (706 бутылок) на базовую отпускную цену одной единицы продукции «Бренди «Старый Кенигсберг» VSOP», емкостью 0,5 л. (460,64 руб.) и составляет 325 211 рублей 84 копейки. Сумма компенсации за незаконное использование товарных знаков рассчитана Обществом в двукратном размере стоимости товаров, на которых незаконно размещен товарный знак и составляет 650 423 рубля 68 копеек (325 211,84*2). ООО «Виноконьячный завод «Альянс-1892» не заключало договоров с &lt;ФИО&gt;5, &lt;ФИО&gt;131., ФИО1 об использовании указанных выше товарных знаков (знаков обслуживания), не давало разрешения на реализацию алкогольной продукции под указанными выше товарными знаками (т. 4 л.д. 67-75). Из показаний представителя потерпевшего &lt;ФИО&gt;50 следует, что он является генеральным директором ООО «СТАНДАРТЬ». По состоянию на 22 февраля 2023 года ООО «СТАНДАРТЬ» являлось правообладателем товарного знака водки «С Серебром» на территории Российской Федерации. С 19 декабря 2023 года правообладателем товарного знака Водка «С Серебром» на территории Российской Федерации является ООО «Инвестиционная компания «Нижний», являющееся одним из учредителей ООО «СТАНДАРТЬ». 22 февраля 2023 года на территории г.Оренбурга изъято 58 стеклянных емкостей объемом 0,5 л. с этикеткой водка «С СЕРЕБРОМ премиум» со спиртосодержащей жидкостью. Согласно представленным фотоизображениям бутылок установлено наличие на этикетках наименования завода «СТАНДАРТЪ», наличие в каждой бутылке коллекционной монетки из серебра высшей пробы. Незаконное размещение чужого товарного знака на товарах, этикетках, упаковке, предложение такого товара к продаже, хранение и перевозка являются оконченными формами введения контрафактного товара в гражданский оборот. Представленные образцы (этикеток и контрэтикеток) не соответствуют внешнему виду продукции, выпускаемой заводом «СТАНДАРТЪ» в настоящее время. Товарный знак, знак обслуживания, наименование места происхождения товара или сходных с ним обозначений для однородных товаров - принадлежит по состоянию на 22 февраля 2023 года ООО «СТАНДАРТЪ». Оригинальный вид продукции ООО «СТАНДАРТЪ» водка «С Серебром» официально зарегистрирован на портале Росалкогольтабакконтроля. Объемные товарные знаки, правообладателем которых по состоянию на 22 февраля 2023 года является ООО «СТАНДАРТЪ», зарегистрированы в Государственном Реестре товарных знаков и знаков обслуживания Российской Федерации под номерами 580946, 580947, 580948. В соответствии с положениями ГК РФ ввиду того, что одна единица фальсифицированной (контрафактной) продукции вытесняет с рынка одну единицу легального товара, сумму нанесенного ущерба правообладателю руководство предприятия оценивает исходя из стоимости одной единицы оригинальной продукции: 400 рублей (средняя розничная цена Водки «С Серебром» 0,5 л. 1 бутылка - 400 рублей) х 58 бутылок нелегальной продукции = 23 200 рублей. Сумма компенсации за причиненные убытки в двукратном размере составила 46 400 рублей. Таким образом, убытки, причиненные ООО «СТАНДАРТЪ», незаконными действиями лиц по использованию чужого товарного знака, а также компенсация в двукратном размере на момент изъятия составляют 69 600 рублей. ООО «СТАНДАРТЪ» не давало согласия кому-либо на использование обозначения, схожего с вышеуказанными товарными знаками, не заключало никаких договоров на использование товарного знака, в том числе с &lt;ФИО&gt;5, &lt;ФИО&gt;131., ФИО1 (т. 5 л.д. 94-100). Из показаний представителя потерпевшего &lt;ФИО&gt;51 следует, что он представляет интересы ООО «Айсберг» на основании доверенности. По договору об отчуждении от 28 июня 2022 года ООО «Айсберг» является обладателем исключительных прав на товарный знак «Царская охота», который зарегистрирован в установленном законом порядке в Федеральной службе по интеллектуальной собственности, патентам и товарным знакам Российской федерации и относится к 33 классу МКТУ (международный классификатор товаров и услуг) - алкогольные напитки. На изъятой 22 февраля 2023 года алкогольной продукции обязательная маркировка федеральными специальными марками установленного законодательством образца отсутствует. Изъятая продукция является неоригинальной по внешнему виду контрафактной продукции: форма бутылок, этикетки и контрэтикетки, их расположение, колпачки не имеют сходства с оригинальной алкогольной продукцией «Царская охота», а также на контрафактной продукции этикетки и контрэтикетки наклеены неравномерно (не заводским способом на линии розлива), укупорочные средства (колпачки), имеют неровности, гофрирование, потертости и перекос. На ней отсутствует обязательная маркировка акцизными и специальными марками установленного образца, а также незаконно (без разрешения и ведома правообладателя) использованы чужие средства индивидуализации товарных знаков, правообладателем которых является ООО «Айсберг». Внешнее оформление изъятой алкогольной продукции под наименованием «Царская охота», емкостью 0,5 л., отличается от внешнего оформления оригинальной водки «Царская охота» емкостью 0,5 л. На выявленной продукции под наименованием водка «Царская охота» использовался товарный знак, принадлежащий ООО «Айсберг», зарегистрированный в Федеральной службе по интеллектуальной собственности, патентам и товарным знакам, охраняемый на территории РФ, удостоверенный в свидетельстве к нему за номером &lt;Номер обезличен&gt;. &lt;ФИО&gt;5, &lt;ФИО&gt;131., ФИО1 право на производство продукции с использованием товарного знака «Царская охота», а равно право на иное использование указанного товарного знака правообладателем ООО «Айсберг», не предоставлялось, лицензионные договоры с указанными лицами не заключались. Учитывая тот факт, что контрафактная продукция воспринималась как продукция, выпущенная официально, в результате таких противоправных действий с рынка вытесняется легальная продукция, подрывается деловая репутация компаний - правообладателей, в результате того, что потребитель под видом высококачественной продукции получает низкокачественный фальсификат. На момент изъятия контрафактной алкогольной продукции стоимость одной оригинальной бутылки водки «Царская охота» емкостью 0,5 л. составляет 281 рубль. Изъято 140 бутылок продукции под наименованием водка «Царская охота» емк. 0,5 л. (281 руб. х 140 бутылок), размер ущерба правообладателя товарных знаков «Царская охота» - компании ООО «Айсберг», составляет 39 340 рублей (т. 5 л.д. 204-211). Из показаний специалиста ФИО7 следует, что она состоит в должности эксперта отделения специальных видов экспертиз ЭКО МУ МВД России «Оренбургское», имеет специальность – исследование пищевых продуктов. Спиртосодержащую жидкость возможно произвести посредством смешивания в определенных пропорциях воды и этилового спирта. В связи с тем, что производство является не заводским (не поверенная посуда, ареометры), то объемные доли этилового спирта в полученных спиртосодержащих жидкостях могут отличаться в различных бутылках (т. 8 л.д. 193-194). Из показаний свидетеля ФИО18 №40 следует, что он осуществлял трудовую деятельность в органах МВД, проводил обследование гаража в ГСК 476 бокс &lt;Номер обезличен&gt; на &lt;...&gt;ёзка, &lt;...&gt;, который принадлежал ФИО18 №1 и откуда была изъята алкогольная продукция – коньяк с надписью «Хеннеси». Было изъято 145 бутылок, при транспортировке еще 5 бутылок было разбито. Из показаний свидетеля ФИО18 №39 следует, что он является старшим оперуполномоченным по особо важным делам УМВД России по &lt;...&gt;. Осенью 2022 года поступила информация, что &lt;ФИО&gt;5 совместно с ФИО1 и &lt;ФИО&gt;131. занимаются производством и реализацией немаркированной алкогольной продукции в ГСК &lt;Номер обезличен&gt;. В одном гараже изготавливали, а в другом разливали. &lt;ФИО&gt;5 занимался производством и реализацией алкогольной продукции, ФИО1 помогал ему реализовывать немаркированную алкогольную продукцию. У &lt;ФИО&gt;5 были свои клиенты, у ФИО1 - свои, иногда они вместе развозили алкоголь общим клиентам. Реализация немаркированной алкогольной продукции именно ФИО1 подтверждается результатами ОРМ «Просушивание телефонных переговоров» и «Наблюдение». Установили, что гараж &lt;Номер обезличен&gt; посещали ФИО1, &lt;ФИО&gt;52 и его сын &lt;ФИО&gt;131 В ходе обследования именно в гараже &lt;Номер обезличен&gt; были задержаны ФИО1 и &lt;ФИО&gt;52, которые вдвоем осуществляли погрузку немаркированной алкогольной продукции в автомобиль «Киа Рио», которым управлял &lt;ФИО&gt;52 Он же арендовал гаражные боксы. Была обнаружена и изъята немаркированная алкогольная продукция различных наименований в большом объеме, также были изъяты бочки для розлива, вода, спирт. &lt;ФИО&gt;5 с сыном изготавливали, а ФИО1 помогал в реализации. В гараже 106 у них хранилась готовая продукция, примерно 50 ящиков водки «Талка» и 50 ящиков коньяка. &lt;ФИО&gt;5 приобретал спирт у &lt;ФИО&gt;53 по адресу: &lt;...&gt;. В ходе обследования гаража &lt;Номер обезличен&gt; имелось все необходимое для изготовления немаркированной алкогольной продукции от крышек до фена: спирт, вода, бочки, краны. ФИО18 №10 одна из покупательниц такой продукции. Во время наблюдения за &lt;ФИО&gt;5 было установлено, что он с ФИО1 заносили ей ящики серого цвета, в которых предположительно находилась алкогольная продукция, эти ящики в дальнейшем видели в гараже &lt;Номер обезличен&gt;. В 2018 году имелась информации о возможной причастности &lt;ФИО&gt;5 к незаконному обороту немаркированной алкогольной продукции, тогда он скрылся от органов предварительного следствия, покинул территорию РФ, затем вернулся под другими данными. &lt;ФИО&gt;5 и &lt;ФИО&gt;131 после того, как поняли, что их могут привлечь к уголовной ответственности, покинули РФ. На автомобиле «Джилли» передвигался ФИО1 В акте обследования сделали ошибку, написали, что фототаблица прилагается, а фактически приложили только карту. Из оглашенных показаний свидетеля ФИО18 №39 следует, что &lt;ФИО&gt;5 имел другие данные – &lt;ФИО&gt;131 или ФИО10, имелась информации о его возможной причастности к незаконному обороту немаркированной алкогольной продукции с &lt;ФИО&gt;129, однако он скрылся от органов предварительного следствия и суда в Азербайджанской Республике, где поменял свои данные на &lt;ФИО&gt;5 В марте 2022 года &lt;ФИО&gt;5 вернулся в РФ. В ходе разработки данного лица были установлены ФИО1о и сын &lt;ФИО&gt;5 – ФИО6, которые имели отношение к незаконному обороту немаркированной алкогольной продукции вместе с &lt;ФИО&gt;5 В отношении указанных лиц проводились оперативно-розыскные мероприятия «Обследование помещений, зданий, сооружений, участков местности, транспортных средств». Обследование гаража &lt;Номер обезличен&gt; ГСК &lt;Номер обезличен&gt; по адресу: &lt;...&gt;, где находились &lt;ФИО&gt;5 и ФИО1, проводил он, ФИО18 №38, также принимал участие эксперт. В ходе обследования гаража была обнаружена немаркированная алкогольная продукция различных наименований, в том числе бутылки с наименованиями «КАСПИЙСКАЯ BELUGA», «ЦАРСКАЯ ОХОТА ЗОЛОТАЯ», «РОДНИКИ Сибири», «ПШЕНИЧНАЯ особая», «СТАРЫЙ КЕНИГСБЕРГ», «ТАЛКА», «с Серебром премиум», «ABSOLUT», «Хортиця ПЛАТИНУМ», «Hennessy», «Лезгинка», «KABAN», а также обнаружены картонные коробки с пустыми бутылками с этикетками с наименованиями «СТАРЫЙ КЕНИГСБЕРГ», «Нефть», «ABSOLUT», «Лезгинка», закупоренные канистры с этикеткой «Вита-септ» с жидкостью, две бочки пластиковые, коробки с пластиковыми пробками, термоусадочные пленки, строительный фен. Обнаруженные предметы были изъяты актом изъятия. В ходе обследования гаража &lt;Номер обезличен&gt; ГСК &lt;Номер обезличен&gt; по адресу: &lt;...&gt;, была обнаружена немаркированная алкогольная продукция с наименованиями «СТАРЫЙ КЕНИГСБЕРГ», «ТАЛКА», которая была изъята. Также имелись сведения, дающие основания полагать, что указанные лица заходили в оба гаража, осуществляли перевозку произведенной ими немаркированной алкогольной и спиртосодержащей продукции под видом алкогольной от гаража &lt;Номер обезличен&gt; до гаража &lt;Номер обезличен&gt; вышеуказанного ГСК. В ходе обследований и изъятия обнаруженных предметов использовалась фотосъемка, и участвовали понятые, однако фототаблица была сделана только к актам обследований, к протоколам изъятия фототаблица не прилагалась. Ключи от гаража &lt;Номер обезличен&gt; были упакованы отдельно от строительного фена, в тексте протокола изъятия ошибочно указано, что ключи от гаража &lt;Номер обезличен&gt; были упакованы со строительным феном. Оперативная информация по поводу причастности ФИО1 к совместной с &lt;ФИО&gt;5 и &lt;ФИО&gt;131. незаконной деятельности, связанной с незаконным оборотом алкогольной и спиртосодержащей продукции, у них имелась, что было подтверждено в дальнейшем показаниями свидетелей, материалами оперативно-розыскной деятельности, представленными впоследствии для доказывания. Так, по оперативной информации, ФИО1 подыскивал покупателей, осуществлял перевозку, погрузку-разгрузку немаркированной алкогольной и спиртосодержащей продукции под видом алкогольной, взаимодействовал с покупателями (т. 7 л.д. 201-206). ФИО18 ФИО18 №39 подтвердил оглашенные показания, пояснил противоречия тем, что прошло много времени с момента исследуемых событий. Оглашенные показания свидетеля - оперуполномоченного по особо важным делам УЭБиПК УМВД России по &lt;...&gt; ФИО18 №38 аналогичны оглашенным показаниям свидетеля ФИО18 №39 в части оперативно-розыскного мероприятия - обследование гаражей &lt;Номер обезличен&gt; и &lt;Номер обезличен&gt; ГСК &lt;Номер обезличен&gt; по адресу: &lt;...&gt;, обнаружения и изъятия алкогольной продукции, дополненные тем, что им были назначены исследования, в рапортах указаны неверно даты проведения обследований 8 декабря 2022 года, в то время как обследования проводились 22 февраля 2023 года, что является технической ошибкой. Кроме того, для проведения оценочных исследований им были направлены специалистам по оценке полученные в ходе обследований фотоизображения изъятой продукции, дополнительного осмотра не проводилось, в этом не было необходимости, в рапортах факт предоставления фотоизображений не отражен, однако в действительности данные фотоизображения были им представлены специалисту (т. 7 л.д. 191-200). Из показаний свидетеля ФИО18 №1 следует, что примерно полтора года назад он приобретал у ФИО1 коньяк «Хеннеси» 10 коробок на парковке около ТЦ «Новый мир». Он знал, что в ТК «Оренбург» приобрести можно все, подошел к толпе людей, поинтересовался, есть ли алкогольная продукция, ФИО1 сказал, что может продать, представился Русланом. ФИО1 приехал на автомобиле, помогал перекладывать, подавал ящики. Он привез коробки к себе в гараж на &lt;...&gt;ёзка, при разгрузке разбил 3-4 бутылки. В этот же день через 2 часа приехали сотрудники полиции и изъяли алкоголь. Из оглашенных показаний свидетеля ФИО18 №1 следует, что во второй половине 2022 года возле магазина «Светофор» по &lt;...&gt;, он познакомился с мужчиной азербайджанской национальности по имени &lt;ФИО&gt;7, к которому в дальнейшем обращался по имени «Игорь». Поинтересовался у него, не продает ли тот дешевую алкогольную продукцию, а именно «HENNESSY». «Игорь» сказал, что такого продукта у него нет, дал номер своего телефона &lt;***&gt;, звонил тот ему по «WhatsАpp». Они время от времени пересекались на рынке по &lt;...&gt;. 22 февраля 2023 года ему позвонил «Игорь» и предложил купить коньяк «HENNESSY» стоимостью 100 рублей за бутылку, на что он согласился, попросил 150 бутылок. Они договорились встретиться возле ТРК «Новый мир» по &lt;...&gt;. В 10.00 часов того же дня он подъехал на стоянку ТРК на своем автомобиле «Лада Ларгус» г.р.з. &lt;Номер обезличен&gt;. «Игорь» приехал на автомобиле «KIA RIO» с водителем. Они перегрузили в багажник его автомобиля 7 картонных коробок, в которых находились 150 бутылок «HENNESSY» по 0,5 л каждая. Он им заплатил 15 000 рублей наличными, и они разъехались. Далее он поехал в ГСК 76-476 на &lt;...&gt;, где в гараж &lt;Номер обезличен&gt; разгрузил товар. В этот же день после обеда сотрудники полиции изъяли вышеуказанную алкогольную продукцию. На момент изъятия в гараже было 145 бутылок, так как 5 бутылок он разбил. Он понимал, что ему продан немаркированный алкогольный продукт, так как цена была очень низкая, на бутылках отсутствовала марка качества. &lt;Дата обезличена&gt; он опознал ФИО8 как «Игоря», с которым познакомился на рынке возле магазина «Светофор» по &lt;...&gt;, именно он продал ему алкоголь 22 февраля 2023 года (т. 6 л.д. 85-87, 93-94). ФИО18 ФИО18 №1 подтвердил оглашенные показания. Из показаний свидетеля ФИО18 №12 следует, что он является учредителем и директором ООО «ОренТранс», работает в сфере пассажирских перевозок. У него в собственности находится автомобиль «KIA RIO» г.р.з. &lt;Номер обезличен&gt; идентификационный номер (VIN) &lt;Номер обезличен&gt;, который он с мая 2022 года передал в автопарк «Прайм» по адресу: &lt;...&gt;, для работы автомобиля в такси. Ему неизвестно, какие конкретно водители арендовали его автомобиль. От сотрудников полиции узнал, что на данном автомобиле &lt;ФИО&gt;5 перевозил немаркированную алкогольную продукцию. &lt;ФИО&gt;5, ФИО6, ФИО1 ему не знакомы (т. 6 л.д. 210-212) Из показаний свидетеля ФИО18 №47 следует, что она работает в магазине &lt;Номер обезличен&gt; «&lt;...&gt;ное потребительское общество», расположенном по адресу: &lt;...&gt; «А», в должности заведующей. Дважды она приобретала водку у незнакомого мужчины, телефон которого ей дали знакомые: в январе 2019 года - водку «Хортиця» стоимостью 100 рублей за 1 бутылку, 3 коробки по 20 бутылок в 1 коробке; в мае 2019 года - водку с наименованием «Финская» 4 коробки по 20 бутылок. Алкоголь привозил мужчина, который не представлялся. За алкогольную продукцию она рассчитывалась посредством перевода на банковскую карту по абонентскому номеру сотового телефона, при переводе на которую выходили данные как ФИО10 оглы. 6 марта 2024 года она по фотографии опознала мужчину - &lt;ФИО&gt;5 &lt;ФИО&gt;20 оглы, продавшего ей ранее алкогольную продукцию (т. 10 л.д. 89-94, 100-103). Из показаний свидетеля ФИО5 следует, что она ранее подрабатывала руководителем в кафе «Пентагон» по адресу: &lt;...&gt;А, где накануне 23 февраля 2023 года у незнакомой женщины приобрела 10 бутылок водки за 1000 рублей, так как она была дешевой. После этого в кафе зашли сотрудники полиции и изъяли данную продукцию (т. 10 л.д. 122-125). Оглашенные показания свидетеля ФИО9 аналогичны оглашенным показаниям свидетеля ФИО5 по факту приобретения последней немаркированной алкогольной продукции в количестве 10 бутылок (т. 10 л.д. 118-121). Из показаний свидетеля ФИО18 №43 следует, что на протяжении последних 3-х лет он пользуется номером &lt;Номер обезличен&gt; На представленных ему фотографиях он опознал своих земляков ФИО10 &lt;ФИО&gt;19, в настоящее время у него фамилия &lt;ФИО&gt;125, и его сына ФИО11. От &lt;ФИО&gt;19 и его сына знает, что &lt;ФИО&gt;19 занимался реализацией немаркированной, контрафактной алкогольной продукции, которую изготавливали в гараже и в доме в &lt;...&gt;. У &lt;ФИО&gt;5 в пользовании было несколько автомобилей: «KIA RIO» с логотипом «Яндекс.Такси», «ЛАДА ГРАНТА». &lt;ФИО&gt;5 и ФИО6 в настоящее время находятся в Азербайджанской Республике (т. 9 л.д. 155-159). Из показаний свидетеля ФИО18 №24 следует, что он пользуется абонентским номером &lt;***&gt;, который зарегистрирован на его супругу – &lt;ФИО&gt;54 По представленным ему фотографиям он опознает &lt;ФИО&gt;5 как «Вюсала», сына последнего - &lt;ФИО&gt;131., которого встречал случайно в Чайхане, ФИО1 знает как &lt;ФИО&gt;7, тот является его земляком. &lt;ФИО&gt;5 работал в такси на автомобиле белого цвета марки «KIA RIO» с логотипом «Яндекс. Такси», он пользовался его услугами как водителя, также тот привозил незамерзайку, овощи, фрукты. У него имелись неоднократные абонентские соединения с &lt;ФИО&gt;5 О товаре в виде немаркированной алкогольной продукции, его реализации они по телефону никогда не разговаривали (т. 7 л.д. 93-103). Из показаний свидетеля ФИО18 №37 следует, что в его собственности находится гараж &lt;Номер обезличен&gt; в ГСК &lt;Номер обезличен&gt;, расположенном по адресу: &lt;...&gt;. Осенью 2022 года по рекомендации одного из охранников ГСК &lt;Номер обезличен&gt; он сдал по устной договоренности в аренду вышеуказанный гараж мужчине по имени &lt;ФИО&gt;19, азербайджанской национальности. В конце каждого месяца он звонил &lt;ФИО&gt;19 на абонентский &lt;Номер обезличен&gt;, напоминал об оплате арендной &lt;ФИО&gt;18, тот переводил деньги на его банковскую карту. Примерно раз в месяц он посещал свой гараж, где находился погреб и хранились овощи. Перед посещением он всегда звонил либо &lt;ФИО&gt;19, либо его сыну Алику, так как ключи от замка были только у них. Он видел, что в гараже стояли коробки со спиртными напитками, из разговора с &lt;ФИО&gt;19 понял, что тот с сыном Аликом занимаются реализацией спиртных напитков без маркировки. О том, что &lt;ФИО&gt;19 производил самостоятельно спиртные напитки, не знал. &lt;ФИО&gt;19 просил у него машину, предлагал вложиться в его (&lt;ФИО&gt;5) деятельность по производству и реализации немаркированной алкогольной продукции, но он не согласился. В конце февраля 2023 года его гараж опечатали сотрудники полиции. В апреле 2023 года он вскрыл свой гараж, так как ему необходимо было попасть в погреб. С февраля 2023 года он не видел &lt;ФИО&gt;19. По фотографии опознал &lt;ФИО&gt;5 &lt;ФИО&gt;20 оглы, которому он сдавал гараж &lt;Номер обезличен&gt; в период с октября 2022 года по февраль 2023 года в аренду. ФИО6 похож на сына &lt;ФИО&gt;19 (т. 7 л.д. 184-188, т. 9 л.д. 58-59). Из показаний свидетеля ФИО18 №26 следует, что у него есть родная сестра – ФИО12 к., которая состоит в браке с Алиевым Шафадаром Г.о. Примерно в 2020-2021 годах по просьбе сестры он оформил на свое имя абонентский номер оператора сотовой связи Билайн 89033641909, который был передан ФИО1, так как она подарила ему на день рождения сотовый телефон. ФИО1 характеризует положительно (т. 7 л.д. 110-112, т. 9 л.д. 179-182). Из показаний свидетеля ФИО18 №5 следует, что в период времени с 2016 года по 2022 год у нее был магазин продуктов, расположенный во дворе ее дома, где она занималась розничной торговлей продуктов питания и пива. В 2021 году в магазин несколько раз приходил мужчина, который представился Эдгаром, и предлагал ей приобрести у него ниже рыночной стоимости алкогольную продукцию: водку марок «&lt;ФИО&gt;4», «Талка», «Царская охота», «ABSOLUT» и коньяки различных марок, один раз он был с сыном. Однажды она приобрела у него немаркированную алкогольную продукцию в виде водки марок «&lt;ФИО&gt;4» и «ABSOLUT» по 6 бутылок каждого наименования, стоимость которых составляла 200 рублей за одну бутылку. По фотографии она опознала &lt;ФИО&gt;5, как мужчину, представлявшегося ей Эдгаром, и его сына ФИО6 (т. 6 л.д. 123-124, т. 10 л.д. 175-179). Из показаний свидетеля ФИО18 №6 следует, что у него в собственности находится гараж &lt;Номер обезличен&gt;А в ГСК &lt;Номер обезличен&gt;, расположенном по адресу: &lt;...&gt;. Он является членом правления в ГСК &lt;Номер обезличен&gt; с 2004 года по хозяйственной деятельности. Охрану ГСК осуществляет ООО «ЧОП «СБК». О незаконной организации изготовления немаркированной алкогольной продукции в гаражах &lt;Номер обезличен&gt; и &lt;Номер обезличен&gt; ГСК &lt;Номер обезличен&gt; ему стало известно 22 февраля 2023 года от сотрудников полиции, которые попросили представить сведения о наличии камер наблюдения и видеозаписей, но в силу того, что информация хранится 15-30 дней, они отсутствовали (т. 6 л.д. 125-127, 128-132). Из показаний свидетеля ФИО18 №7 следует, что в 25 марта 2022 года он сдал в аренду гараж &lt;Номер обезличен&gt; в ГСК &lt;Номер обезличен&gt;, расположенном по адресу: &lt;...&gt;, мужчине неславянской внешности, который представился «Игорем», использовал номер телефона &lt;***&gt;. В этот же день тот перевел аванс со счета банковской карты, оформленной на имя &lt;ФИО&gt;19 Агиль оглы X., открытого в ПАО Сбербанк, на его банковскую карту по номеру телефону. В конце февраля 2023 года ему никто в обусловленное время не прислал арендную плату, он не дозвонился на указанный номер, так как телефон был отключен. Через несколько дней обнаружил, что дверь гаража опечатана полицией, узнал, что в его гараже производилась незаконная деятельность по изготовлению, хранению немаркированной алкогольной продукции (т. 6 л.д. 133-136). ФИО18 ФИО18 №28 пояснил суду, что с 2021 по 2023 годы он работал в ГСК &lt;Номер обезличен&gt; на &lt;...&gt; в качестве охранника. &lt;ФИО&gt;5 просил присматривать за гаражом, за это иногда давал бутылку водки. Из оглашенных показаний свидетеля ФИО18 №28 следует, что с начала 2022 года по 23 февраля 2023 года он работал в охране ГСК &lt;Номер обезличен&gt; по адресу: &lt;...&gt;, совместно с ФИО18 №41 и ФИО18 №4 Примерно в конце 2022 года к нему подошел арендатор гаража &lt;Номер обезличен&gt; - мужчина кавказской внешности и попросил их приглядывать за его гаражом, чтобы его не вскрыли неизвестные лица, а также сообщать о подозрительных лицах, которые будут находиться рядом с гаражом. За это мужчина приносил им водку «Талка» и «Царская охота». Он неоднократно видел, что указанный мужчина грузил коробки с алкогольной продукцией в автомобили, сам ездил на автомобиле «KIA RIO» с логотипом «Яндекс.Такси». Сына мужчины он видел несколько раз, когда тот приезжал на данной машине. По предъявленным ему фотографиям опознал &lt;ФИО&gt;5, как арендатора гаража &lt;Номер обезличен&gt; в ГСК &lt;Номер обезличен&gt;, и ФИО1, который неоднократно приезжал вместе с последним в гаражи в ГСК &lt;Номер обезличен&gt;, и они вместе грузили коробки (т. 7 л.д. 121-126, т. 9 л.д. 64-67). ФИО18 ФИО18 №28 подтвердил оглашенные показания за исключением того, что не знал, что в коробках была алкогольная продукция. Подсудимого ранее не видел, на опознании он говорил, что ФИО1 похож на того, который был с &lt;ФИО&gt;5 ФИО18 ФИО18 №4 суду пояснил, что в период с 2018 по сентябрь 2023 года он работал охранником в ГСК &lt;Номер обезличен&gt;, расположенном по &lt;...&gt;. В гараже &lt;Номер обезличен&gt; мужчина неславянской внешности, который представлялся Игорем, и его сын Алик разливали алкоголь. Он видел коробки с водкой «Царская охота», приобретал по 100 рублей за бутылку, иногда Игорь угощал его, просил присматривать за гаражом, чтобы никто не залез. В гараже стоял бак с жидкостью – водкой, видел, как из бака с крана разливали по бутылкам. Они также дополнительно арендовали гараж &lt;Номер обезличен&gt; под склад. Игорь и Алик передвигались каждый на белых автомобилях иностранного производства с логотипом «Яндекс такси». Из оглашенных показаний свидетеля ФИО18 №4 следует, что о том, что разливают алкоголь по бутылкам из-под водки, ему стало известно примерно в ноябре 2022 года, когда он заходил в гараж &lt;Номер обезличен&gt;, где парни азербайджанской национальности занимались розливом водки, при этом он понимал, что они производят кустарным способом, путем смешивания воды и спирта. Видел в разное время в гаражах от 2 до 3 человек, при этом общался он наиболее часто с мужчиной азербайджанской национальности, который представился ему как Игорь, ездил на белом автомобиле марки «KIA RIO» «Яндекс Такси». В гараже часто был сын Игоря, который представился Аликом, и мужчина 45 лет азербайджанской национальности, который был в кепке. По договоренности с Игорем он присматривал за гаражом &lt;Номер обезличен&gt;, за что Игорь передавал ему 100 рублей, чай, угощал его произведенной ими водкой «Царская охота», «Талка». В январе 2023 года Игорь арендовал гараж &lt;Номер обезличен&gt;, в котором он никогда не был, но видел, как Игорь, Алик и третий вышеуказанный мужчина неоднократно перевозили алкогольную продукцию из гаража &lt;Номер обезличен&gt; в гараж &lt;Номер обезличен&gt;, как Игорь со вторым азербайджанцем в кепке загружали изготовленную ими алкогольную продукцию в автомобиль «KIA RIO» коробками. Во время своих смен он периодически заглядывал в гараж &lt;Номер обезличен&gt;, где видел, как те разливали кустарную алкогольную продукцию, смешивали в баке спирт с водой, после чего с кранчика в баке заполняли пустые бутылки, на которых уже были различные этикетки. Под новый 2023 год Игорь дал ему в гараже &lt;Номер обезличен&gt; из картонной коробки бутылку коньяка «HENNESSY» объемом 0,5 л, но он не видел, чтобы те изготавливали коньяк. Игорь, Алик и азербайджанец в кепке совместно разливали водку, при этом, кто разлил водку в бутылку, тот и укупоривал ее колпачком-дозатором. Периодически ему звонил Игорь и просил передать трубку в гараже кому-либо из тех лиц, кто находился на розливе, также спрашивал, передали ли ему по его указанию деньги за то, что он присматривает за их гаражом. Также Игорь просил сторожей ГСК убрать мусор из ямы в гараже &lt;Номер обезличен&gt;, за что заплатил денежные средства. Он созванивался с «Игорем», сообщал о подозрительных автомобилях, которые стояли возле и рядом с гаражами &lt;Номер обезличен&gt; и &lt;Номер обезличен&gt;. Азербайджанец в кепке разливал алкоголь, а также помогал загружать в автомобиль коробки с бутылками, что было с ноября 2022 года по февраль 2023 года. По представленным фотографиям он опознал ФИО1, как мужчину в кепке, который помогал Игорю и Алику заниматься производством алкоголя. Также опознал &lt;ФИО&gt;5, как Игоря, который был среди них главным, и ФИО6, как Алика - сына &lt;ФИО&gt;5 (т. 6 л.д. 106-109, 115-122). Из протокола предъявления для опознания по фотографии от 23 ноября 2023 года следует, что ФИО18 №4 опознал ФИО1, как мужчину, который с зимы 2022 года по февраль 2023 года участвовал совместно с &lt;ФИО&gt;5 и его сыном &lt;ФИО&gt;131. в розливе спиртосодержащей жидкости по бутылкам с этикетками различных водочных производителей «Царская охота золотая» и других марок в гараже &lt;Номер обезличен&gt; ГСК &lt;Номер обезличен&gt; по &lt;...&gt;. ФИО1 всегда был в кепке (т. 6 л.д. 110-114). ФИО18 ФИО18 №4 подтвердил оглашенные показания и опознание им ФИО1 по фотографии, пояснив свои сомнения тем, что прошло много времени и ФИО1 всегда видел в кепке. ФИО18 ФИО18 №41 пояснил суду, что работает в гаражном кооперативе в охране. ФИО1 арендовал 2 гаража, куда приезжали, уезжали машины, он видел коробки в машине, думали склады, потом узнал от сотрудников полиции, что там была водка. Из оглашенных показаний свидетеля ФИО18 №41 следует, что 22 февраля 2023 года в ГСК приехали сотрудники полиции и задержали арендатора гаража &lt;Номер обезличен&gt;, которого он знал как Игоря, пояснили, что он занимался производством и реализацией алкогольной продукции. После того, как Игорь арендовал гараж, он узнал, что Игорь хранит в нем алкогольную продукцию, продает ее. К гаражу &lt;Номер обезличен&gt; часто приезжали машины, в которые загружали коробки со спиртными напитками. Иногда у Игоря приобретали водку ФИО18 №4 и ФИО18 №28, которые работали в охране ГСК &lt;Номер обезличен&gt;. Знает, что Игорь в ГСК &lt;Номер обезличен&gt; арендовал еще один гараж &lt;Номер обезличен&gt;, в котором он неоднократно видел, как Игорь совместно с неизвестным мужчиной выгружал в данный гараж коробки, либо наоборот грузил коробки из гаража в автомобиль. Позже узнал, что Игорь хранит в гараже &lt;Номер обезличен&gt; бумажные коробки с алкогольной продукцией. По фотографиям он опознал &lt;ФИО&gt;5, как Игоря, который арендовал гаражи &lt;Номер обезличен&gt; и &lt;Номер обезличен&gt;, и ФИО1, как мужчину, который помогал Игорю загружать или выгружать коробки со спиртным (т. 9 л.д. 60-63). ФИО18 ФИО18 №41 подтвердил оглашенные показания. Из показаний свидетеля ФИО18 №8 следует, что в 2021 году его знакомый ФИО1 попросил оформить на себя автомобиль «GEELY GC6» г.р.з. &lt;Номер обезличен&gt; регион, так как у последнего были долги. Он подписал необходимые для регистрации автомобиля документы, после чего ключи и все документы передал ФИО1, который им и пользовался, он к автомобилю никакого отношения не имел (т. 6 л.д. 148-150). Из показаний свидетеля ФИО18 №10 следует, что у нее имелся магазин продуктов, расположенный по адресу ее проживания: &lt;...&gt;. Периодически она заказывала у ФИО18 №25 алкогольную продукцию - водку «Царская охота», «Родники Сибири» стоимостью 80 рублей за одну бутылку, для личного употребления. С 2022 года она начала приобретать алкоголь у &lt;ФИО&gt;5, который приехал в магазин, представился как «Игорь», предложил приобретать у него алкогольную продукцию, а именно водку «Каспийская Белуга», «Царская охота», «с Серебром», «Хортиця» по цене 75 рублей за одну бутылку. При этом &lt;ФИО&gt;5 пояснил, что она неоригинальная, немаркированная. Расплачивалась с &lt;ФИО&gt;5 наличными, так и посредством перевода денежных средств по номеру телефона &lt;***&gt;, к которому у &lt;ФИО&gt;5 был привязан мобильный банк ПАО Сбербанк. 10 февраля 2023 года она в очередной раз встретилась с &lt;ФИО&gt;5 в районе магазина «Екатерина» на трассе возле &lt;...&gt;, &lt;ФИО&gt;5 приехал на автомобиле «KIA RIO» в споровождении сына Алика, который был на автомобиле «Лада Гранта», перегрузил 6 ящиков водки в ее автомобиль ВАЗ-21101 г.р.з. &lt;Номер обезличен&gt; за что она передала &lt;ФИО&gt;5 наличными 9 000 рублей. 18 декабря 2023 года она заказала у ФИО18 №25 14 коробок водки «Царская охота». Она была занята, поэтому попросила свою сестру ФИО18 №11, чтобы ФИО18 №25 выгрузила водку у неё во дворе. Приехав к сестре по адресу: &lt;...&gt;, увидела там супругов &lt;ФИО&gt;129, свою сестру и сотрудников полиции, которые изъяли данную алкогольную продукцию, а также 6 ящиков водки «Царская охота», приобретенных у ФИО18 №25 17 декабря 2023 года (т. 6 л.д. 162-168, т. 10 л.д. 48-50).Оглашенные показания свидетеля ФИО18 №11 в части изъятия сотрудниками полиции 18 декабря 2023 года 14 коробок водки «Царская охота», которую привезли &lt;ФИО&gt;129 по просьбе её сестры ФИО18 №10, аналогичны показаниям свидетеля ФИО18 №10 (т. 6 л.д. 174-177, т. 10 л.д. 44-47). ФИО18 ФИО18 №36 пояснил суду, что ФИО1 его земляк, знает его с детства. В г. Оренбурге живут по соседству, дружат, характеризует его положительно. Раньше у ФИО1 была торговая точка с продуктами на рынке «Петровский», когда закрыл её, стал работать в такси. У ФИО1 неудовлетворительное материальное положение, ипотека, кредиты, 100 000 рублей должен за автомобиль. &lt;ФИО&gt;5 знает как Вюсала. ФИО1 рассказал, что Вюсалу нужно было в гараж за водкой, они вместе заехали туда и там их задержали. Из оглашенных показаний свидетеля ФИО18 №36 следует, что у ФИО1 много долгов, у него всегда были финансовые трудности. ФИО1 и ФИО10 познакомились в России. Он знаком с &lt;ФИО&gt;5 с 2019 года. После того, как Вюсала поймали в связи с делом по алкогольной продукции, он уехал в Республику Азербайджан. В 2022 году ФИО10 вернулся в Россию в &lt;...&gt;, работал в такси на автомобилях «Гранта», «Киа Рио», которые брал в аренду. От своих соотечественников знает, что ФИО10 продолжил заниматься водкой. У него много знакомых в &lt;...&gt;, ФИО10 просил его поговорить с женщиной из Соль-Илецка, которая не отдала ему деньги за немаркированную алкогольную продукцию. ФИО1 он всегда говорил, чтобы ничего противозаконного он не совершали, поэтому ФИО1 скрывал от него, что причастен к незаконному обороту алкогольной продукции, об этом узнал от самого ФИО1, когда его забрали в полицию. ФИО1 сказал, что он действительно брал несколько коробок у &lt;ФИО&gt;5, но водку не производил, бутылки не разливал и не закрывал (т. 7 л.д. 178-183). ФИО18 ФИО18 №36 пояснил, что запись «с его слов записано верно, им прочитано», выполнена им, подпись в протоколе его, текст ему читала следователь, возможно, некоторые моменты она неправильно поняла, а какие-то не зачитала. Он не говорил, что &lt;ФИО&gt;5 занимался алкогольной продукцией. ФИО1 сказал ему, что случайно оказался в гараже, был с &lt;ФИО&gt;5, который приехал в гараж, загрузил коробки с алкоголем в машину, а ФИО1 сидел в машине, водкой никогда не занимался. ФИО18 ФИО18 №23 суду пояснил, что два с половиной года назад он работал в ТК «Оренбург» в качестве разливщика &lt;ФИО&gt;16. Примерно через день-два &lt;ФИО&gt;5 покупал у него &lt;ФИО&gt;16 по 4-6 двадцатилитровых бутылей. Иногда приезжал с сыном на машине иностранного производства, такси. Один раз он доставлял &lt;ФИО&gt;16 &lt;ФИО&gt;5 в гараж на &lt;...&gt;. Из оглашенных показаний свидетеля ФИО18 №23 следует, что с 2021 года работает в компании по производству воды «Оренбургская Прим» по адресу: &lt;...&gt;, ТК «Оренбург». По фотографии он опознал &lt;ФИО&gt;5, ФИО6, ФИО1 С 2022 года знает &lt;ФИО&gt;5, который приобретал у них от 5 до 15 бутылей с водой, забирал на автомобиле белого цвета с логотипом «Яндекс.Такси». Иногда &lt;ФИО&gt;5 присылал за &lt;ФИО&gt;16 своего сына ФИО6 Один раз по просьбе &lt;ФИО&gt;5 он привез ему бутыли с &lt;ФИО&gt;16 к гаражу на &lt;...&gt;, где его встретил &lt;ФИО&gt;5 и выгрузил бутыли. В феврале 2023 года ему стало известно, что &lt;ФИО&gt;5, ФИО6 убежали в Р. Азербайджан. ФИО1 знает с 2021 года, так как тот часто находился в ТК «Оренбург», они здоровались, но не общались (т. 7 л.д. 83-86). ФИО18 ФИО18 №23 подтвердил оглашенные показания в полном объеме. Из показаний свидетеля ФИО18 №14 следует, что в 2021-2023 годах он занимался перепродажей стеклянной тары (бутылок и банок) с колпаками и крышками. Клиенты звонили ему на номер телефона &lt;***&gt;, который был указан для связи на сайтах «Авито», «Юла». По представленным фотоизображениям стеклянных бутылок с этикетками «Царская охота», «Родники Сибири», «Kaban», «Пшеничная особая» пояснил, что стеклянные бутылки такой формы и с такими этикетками он приобретал и в дальнейшем реализовывал клиентам со склада. По поводу обнаружения в мобильном телефоне фигуранта по данному уголовному делу его номера телефона пояснил, что, возможно, это его клиенты, которых он не помнит, в связи с давностью событий (т. 7 л.д. 8-12). Из показаний свидетеля ФИО18 №30 следует, что его жена ФИО18 №25 занимается производством алкогольной продукции кустарным способом. 18 декабря 2023 года они с женой под заказ изготовили 14 ящиков водки «Царская охота» для знакомой из &lt;...&gt; и отвезли в &lt;...&gt; во двор &lt;...&gt;, где выгрузили в недостроенное жилое помещение. После чего выехали со двора и были задержаны сотрудниками полиции, алкогольную продукцию изъяли. 17 декабря 2023 они с ФИО18 №25 также ездили в &lt;...&gt; и реализовали вышеуказанной женщине 10 коробок немаркированной алкогольной продукции - водку «Царская охота» (т. 10 л.д. 63-66). ФИО18 ФИО18 №25 пояснила суду, что ФИО10 ФИО10 и &lt;ФИО&gt;5 одно и то же лицо, знает его с 2018 года, он мог представляться именем Игорь. ФИО1 друг &lt;ФИО&gt;5, был их общим знакомым. От продавца, которая работала у неё в магазине, она узнала, что у Вюсала есть недорогая водка, он сам предлагал ей заниматься незаконным оборотом немаркированной спиртосодержащей продукции, за что в 2020 году её осудили. Сбывала алкоголь она в &lt;...&gt;, куда несколько раз ездила с &lt;ФИО&gt;5 В 2022 году он просил её ехать впереди, чтобы предупредить, будут ли стоять сотрудники ГИБДД, так как у него не все в порядке с документами. Перевозил ли он в это время алкоголь, ей неизвестно. Она его подвозила до гаражей на &lt;...&gt;, но в них не заходила. Не видела, чтобы ФИО1 находился в гаражах, продавал, изготавливал, возил немаркированную алкогольную продукцию. Сын Вюсала - Алик работал таксистом. Из оглашенных показаний свидетеля ФИО18 №25 следует, что она занимается производством алкогольной продукции кустарным способом по адресу: &lt;...&gt;. &lt;ФИО&gt;34 приобретает на &lt;...&gt; по 2500 рублей за 10 литровую канистру. Бутылки – тару она заказывала через сайт объявлений «Авито». Смешивала &lt;ФИО&gt;34 в пропорциях 2 к 1, разливала по бутылкам, горловину закручивала крышками, которые шли вместе с бутылками. У нее появились клиенты, которые систематически приобретали данную алкогольную продукцию. Так, 17 декабря 2023 года она продала знакомой из &lt;...&gt; 10 ящиков водки «Царская охота», а 18 декабря 2023 года - 14 ящиков, где её задержали сотрудники полиции и изъяли алкоголь. &lt;ФИО&gt;5 знала как ФИО10 Вюсала, знакома с 2018-2019 года, между ними сложились дружеские отношения. &lt;ФИО&gt;5 предложил ей реализовывать готовую немаркированную алкогольную продукцию, за что она и ее супруг были осуждены, а &lt;ФИО&gt;5 сбежал в Азербайджан, после чего поменял паспортные данные и в 2022 году вернулся в Россию и предложил снова заниматься незаконным оборотом немаркированной алкогольной продукции. В тот период у нее в пользовании находился автомобиль «Мазда», в пользовании &lt;ФИО&gt;5 - автомобиль «KIA RIO» с логотипом «Яндекс.Такси». &lt;ФИО&gt;5 несколько раз просил ее сопроводить в &lt;...&gt;, чтобы она ехала впереди, так как могли стоять сотрудники ГИБДД. Она предполагала, что &lt;ФИО&gt;5 вез немаркированную алкогольную продукцию в &lt;...&gt;. Когда они доезжали до &lt;...&gt;, она возвращалась в &lt;...&gt;, делами &lt;ФИО&gt;5 не занималась. ФИО6 ей знаком с лета 2022 года, он является сыном &lt;ФИО&gt;5, работал в такси на автомобиле Гранта. Впоследствии узнала, что &lt;ФИО&gt;5 и ФИО6 самостоятельно производят немаркированную алкогольную продукцию в гаражах, расположенных на &lt;...&gt;, у &lt;ФИО&gt;5 имелись свои клиенты, в том числе в &lt;...&gt;. ФИО1 ей знаком с 2018-2019 года, он является другом Вюсала, всегда находился с ним и помогал ему. &lt;ФИО&gt;5 и ФИО6 производили немаркированную алкогольную продукцию, а ФИО1 в 2022-2023 годах помогал им перевозить, осуществлять погрузку-разгрузку алкоголя, об этом ей говорил ФИО10. (т. 10 л.д. 59-62, т. 7 л.д. 104-109). ФИО18 ФИО18 №25 подтвердила оглашенные показания, пояснив, что сама лично не видела, чтобы ФИО1 что-то изготавливал, продавал, ФИО10 рассказывал, что ФИО1 был у него помощником, помогал отвезти или перегрузить алкоголь. Из показаний свидетеля ФИО18 №54 следует, что он сдает автомобили в аренду с правом выкупа. ФИО18 №25 брала в аренду с правом выкупа три автомобиля: «Лада Гранта», «ВАЗ 21144 LADA SAMARA», «MAZDA-6». В настоящее время у нее в аренде остается автомобиль «Mercedes Benz GLK 300», государственный регистрационный знак &lt;***&gt; (т. 10 л.д. 197-201). Из показаний свидетеля ФИО18 №58 следует, что в ее собственности имеется квартира по адресу: &lt;...&gt;. С весны 2022 года по конец февраля 2023 года в данной квартире проживал &lt;ФИО&gt;5 со своим сыном &lt;ФИО&gt;131., производил оплату безналичным путем на ее банковскую карту ПАО Сбербанк. В конце февраля 2023 года ФИО6 вернул ей ключи от квартиры и сказал, что больше арендовать ее не будут. В июле 2023 года &lt;ФИО&gt;5 написал ей СМС сообщение, в котором спросил, интересовался ли им кто-нибудь, на что она ответила отрицательно (т. 11 л.д. 1-4). ФИО18 ФИО18 №2 пояснила суду, что у неё есть магазин «Семерочка», расположенный в доме по &lt;...&gt;. Зимой 2023 года в магазин зашел мужчина славянской внешности и предложил алкоголь на реализацию. Она заказала 2 ящика водки по 100 рублей за бутылку. На следующий день их привезли. ФИО1 она часто видела в ТК «Оренбург», водку предлагал не он. Из оглашенных показаний свидетеля ФИО18 №2 следует, что в начале февраля 2023 года в вечернее время в магазин вошел мужчина славянской внешности, предложил приобрести либо для себя, либо на реализацию водку по 100 рублей за бутылку, она поняла, что предлагаемая цена ниже рыночной, в связи с чем данная алкогольная продукция не может быть произведена на заводе официально. Она заказала пару ящиков по 20 бутылок объемом 0,5 л, оставила продавцам 4 000 рублей и сказала, что когда привезут, то необходимо будет передать деньги, а ящики с бутылками водки поставить в помещении магазина (т. 6 л.д. 98-100). ФИО18 ФИО18 №2 подтвердила оглашенные показания. ФИО18 ФИО18 №3 пояснила суду, что 2 года назад она работала в магазине «Семерочка», расположенном на &lt;...&gt;. Ей позвонила хозяйка магазина ФИО18 №2 и сказала, что должны привезти водку, деньги оставила в кассе. Вечером ФИО1 привез 2 коробки водки, она отдала деньги, и он уехал. Из оглашенных показаний свидетеля ФИО18 №3 следует, что в один из дней февраля 2023 года позвонила ФИО18 №2 и сказала, что ей должны привезти 2 ящика водки по 20 бутылок, по 0,5 л., деньги за водку в сумме 4 000 рублей она оставила в кассе в отдельном пакете. В тот же день в магазин зашел мужчина азербайджанской национальности, плотного телосложения, который приехал на автомобиле марки «GEELY GC6» темного цвета, сказал, что привез 2 ящика водки, которые просила «хозяйка», она передала ему из кассы 4 000 рублей, и тот уехал (т. 6 л.д. 101-103). В ходе очной ставки с ФИО1 свидетель ФИО18 №3 подтвердила вышеуказанные показания (т. 6 л.д. 104-105). ФИО18 ФИО18 №3 подтвердила оглашенные показания в полном объеме. Из показаний свидетеля ФИО18 №50 следует, что ранее у него был автопарк «Прайм», он сдавал автомобили в такси. С &lt;Дата обезличена&gt; автомобиль марки «KIA RIO» г.р.з. &lt;Номер обезличен&gt; белого цвета арендовал &lt;ФИО&gt;5, который несколько раз привозил презенты в виде бутылки водки или коньяка, на котором отсутствовали какие-либо акцизы. После окончания аренды &lt;ФИО&gt;5, автомобиль стал арендовать ФИО6 (т. 10 л.д. 129-132). Из показаний свидетеля ФИО18 №51 следует, что она дважды приобретала алкогольную продукцию по цене ниже рыночной у ФИО18 №25 - коньяк «Лезгинка», водку «Пшеничная», «Абсолют», «Финская». В конце ноября или начале декабря 2023 года ФИО18 №25 сообщила, что теперь у неё приобретать нужно не менее 10 ящиков водки, она отказалась, так как для собственных нужд ей этого было много. По фотографии она опознала ФИО18 №25 (т. 10 л.д. 140-144). Из показаний свидетеля ФИО18 №29 следует, что &lt;ФИО&gt;5 рассказывал о том, что он вместе с сыном &lt;ФИО&gt;131. занимается производством и реализацией немаркированной алкогольной продукции, хранит ее в арендованных гаражах на &lt;...&gt;. Он несколько раз привозил туда ФИО6, видел в гараже бочки, коробки, бутыли с &lt;ФИО&gt;16. Один раз &lt;ФИО&gt;5 просил передать ФИО6, что товар есть, речь шла о водке. Также &lt;ФИО&gt;5 просил его сопроводить до &lt;...&gt;, чтобы он ехал впереди него, для перевозки водки, также просил найти хорошего человека для работы по водке. ФИО1 он видел несколько раз с &lt;ФИО&gt;5, но не знал, что тот занимается с &lt;ФИО&gt;5 и &lt;ФИО&gt;131. незаконным оборотом немаркированной алкогольной продукции (т. 7 л.д. 127-131). Из показаний свидетеля ФИО18 №52 следует, что ФИО18 №25 познакомила ее со своим знакомым по имени ФИО10, которого называла «шеф». Она очень часто видела их вместе, от ФИО18 №25 знает, что с Вюсалом они стали изготавливать немаркированную алкогольную продукцию и сбывать ее, в связи с чем она скоро вернет ей долг. ФИО18 №25 несколько раз привозила ей в качестве презента свою немаркированную алкогольную продукцию в виде водки. Однажды она с ФИО18 №25, Вюсалом и его сыном ездили отдыхать в &lt;...&gt; на арендованном автомобиле марки «KIA RIO». На фотографиях она опознала ФИО18 №25, &lt;ФИО&gt;5, как Вюсала, и ФИО6, как сына Вюсала (т. 10 л.д. 151-158). Из показаний свидетеля ФИО18 №21 следует, что она является индивидуальным предпринимателем с 2021 года, у нее имеется торговая точка по адресу: &lt;...&gt;, пер. Кондукторский, &lt;...&gt;. Летом 2022 года у мужчины неславянской внешности, который представился Игорем, она приобрела ящик водки «Родники Сибири», ящик водки «Белуга» по 80 рублей за бутылку, без маркировки. Игорь говорил, что работает таксистом, приезжал на автомобиле c логотипом «Яндекс.Такси». В январе-феврале 2023 года Игорь навязчиво предлагал коньяк «&lt;ФИО&gt;2 Кенигсберг». На фотографии она опознала &lt;ФИО&gt;5, как Игоря (т. 7 л.д. 67-74). Из показаний свидетеля ФИО18 №19 следует, что ФИО1 его земляк, знают друг друга с детства. У ФИО1 есть автомобиль «GEELY» cерого цвета. &lt;ФИО&gt;5 знал по имени «ФИО10», заказывал у него фрукты для продажи, он ездил на автомобиле с логотипом желтого цвета «Яндекс-Такси». ФИО1 и &lt;ФИО&gt;5 знакомы, общаются, видел их вместе на нескольких мероприятиях (т. 7 л.д. 48-55). Из показаний свидетеля ФИО14 следует, что примерно в 2019 году её знакомый ФИО10 предлагал ей алкогольную продукцию – водку, спрашивал, нет ли клиентов (т. 7 л.д. 20-24). Из показаний свидетеля ФИО18 №17 следует, что с 2018 года ей знаком &lt;ФИО&gt;5, которого знает как Вюсала, его номер увидела в сети Интернет в ходе поиска алкогольной продукции для личных нужд на мероприятия. Несколько раз заказывала у Вюсала водку марок «Люкс», «Финская», «&lt;ФИО&gt;4». В феврале 2019 года она заказала ему 10 коробок с водкой на свою свадьбу, но ФИО10 позвонил и сказал, что его задержали сотрудники полиции. В конце апреля – мая 2022 года ФИО10 в качестве подарка передал ей пакет с 3 бутылками водки (т. 7 л.д. 25-30). ФИО18 ФИО18 №55 пояснил суду, что года 2 назад у ФИО1, который представился ему Русланом, покупал ниже рыночной цены сигареты и водку. Они договаривались о встрече, ФИО1 приезжал на автомобиле «GEELY», выгружал из багажника алкоголь. В судебном заседании указал на подсудимого ФИО1 и пояснил, что именно у него приобретал водку. ФИО18 ФИО18 №18 пояснил суду, что ФИО1 знает с детства, они земляки, в России продолжили общение. О причастности ФИО1 к незаконному обороту немаркированной алкогольной продукции ему неизвестно. Из оглашенных показаний свидетеля ФИО18 №18 следует, что ФИО1 его земляк. В 2022 году ФИО1 познакомил его с &lt;ФИО&gt;5, представив его Вюсалом. &lt;ФИО&gt;5 познакомил его со своим сыном &lt;ФИО&gt;131., представив его Аликом. ФИО10 сказал, что если надо алкогольную продукцию, то у него она есть. В дальнейшем по просьбе знакомых он неоднократно приобретал у Вюсала алкогольную немаркированную продукцию, без акцизов, по дешевой цене. Рассчитывался с Вюсалом наличными. ФИО10 говорил, что у него есть гаражи, где он хранит алкогольную продукцию. ФИО6 также занимался незаконным оборотом алкогольной продукции, так как неоднократно её привозил, у него были ключи от гаражей, которые ФИО10 ему оставлял. От ФИО1 знает, что он также занимался незаконным оборотом алкогольной продукции вместе с &lt;ФИО&gt;5 и &lt;ФИО&gt;131., а именно осуществлял погрузку-разгрузку этой продукции, её перевозку, подыскивал клиентов – покупателей. У ФИО1 тяжелое материальное положение, сколько ему платил за вышеуказанные действия &lt;ФИО&gt;5, не знает. У &lt;ФИО&gt;5 также было тяжелое материальное положение, он неоднократно жаловался ему на это, а также занимал у него деньги. &lt;ФИО&gt;5 подрабатывал в такси на автомобиле «KIA RIO» с логотипом «Яндекс.Такси», также была у них «Гранта», оба автомобиля были арендованные. ФИО1 возил алкогольную продукцию вместе с &lt;ФИО&gt;5 на автомобиле «KIA RIO» с логотипом «Яндекс.Такси», который был в пользовании у &lt;ФИО&gt;5 По просьбе своих знакомых в период с ноября 2022 года по февраль 2023 года у &lt;ФИО&gt;5 он приобретал алкогольную продукцию с наименованиями «Царская охота», «Лезгинка», «Пшеничная», «Хортица», «Zero», «Нефть», «Финская», «Кенигсберг», «Александра», «Белуга», «Абсолют», «Серебро», сколько всего взял данной продукции, не помнит. За это никакое вознаграждение не получал. В ходе разговора при заказе водки у &lt;ФИО&gt;5 по телефону они с ним называли продукцию: простая – это «Царская охота», «Рыба» - это «Белуга», иногда называли вышеуказанные наименования, или первые буквы: «П» - «Пшеничная», «Х» - «&lt;ФИО&gt;4». Он не знал, что &lt;ФИО&gt;5, ФИО1, ФИО6 эту продукцию производили сами, думал, что они ее покупают у кого-то. Названия водки не называли напрямую, чтобы не было подозрений, понимал, что эта продукция незаконная, немаркированная, поэтому дешевая. ФИО10 говорил, что продает водку в &lt;...&gt; (т. 7 л.д. 43-47). ФИО18 ФИО18 №18 подтвердил оглашенные показания за исключением того, что ФИО1 сообщил, что занимается незаконным оборотом алкогольной продукции. Не помнит, чтобы давал такие показания, из-за сахарного диабета страдает забывчивостью. Из показаний свидетеля ФИО18 №27 следует, что ФИО1 знает с детства, они земляки. ФИО1 таксовал на автомобиле «GEELY», подрабатывает на Петровском рынке, ТК «Оренбург», занимается погрузкой-разгрузкой овощей и фруктов. &lt;ФИО&gt;5 знает с 2022 года как Вюсала, он таксовал на белом автомобиле «KIA RIO» с логотипом «Яндекс.Такси». Узнал, что &lt;ФИО&gt;5 занимается водкой, точно не знает, производит ее или просто реализует. Однажды &lt;ФИО&gt;5 передал ему &lt;ФИО&gt;34 для дезинфекции (т. 7 л.д. 115-118). Из показаний свидетеля ФИО18 №34 следует, что около 3-4 лет он знает ФИО1 как «Руслана», у которого приобретал овощи и фрукты. Возможно, он давал ему свой номер сотового телефона для заказа. О наличии телефонных переговоров между его абонентским номером &lt;***&gt; и абонентским номером &lt;***&gt;, который находился в пользовании &lt;ФИО&gt;5, пояснил, что ему действительно неоднократно звонили лица неславянской национальности, предлагали приобрести алкогольную продукцию и сигареты. В декабре 2022 года ему звонил мужчина, представлялся Игорем (&lt;ФИО&gt;5), предложил водку. Ему нужна была только водка «&lt;ФИО&gt;4» 10 бутылок для личного употребления, но у &lt;ФИО&gt;5 такой не было, &lt;ФИО&gt;5 предлагал другие марки «Абсолют», «Финская». Думал, что водка, которую ему предлагал &lt;ФИО&gt;5, является конфискатом, не знал, что они производят ее самостоятельно (т. 7 л.д. 156-162). Из показаний свидетеля ФИО15 следует, что в 2016 году она познакомилась с ФИО18 №25, а в начале 2022 года на рынке «Петровский» с мужчиной кавказской внешности – Вюсалом (&lt;ФИО&gt;5), который предложил ей коньяк по низкой цене, как контрафакт, который выявили на таможне и конфисковали, но он его забрал. Они обменялись номерами телефонов, и через некоторое время он прислал в мессенджере «WhatsApp» образец коньяка «&lt;ФИО&gt;2 Кенингсберг» по 150 рублей и водки «Царская» по 75 или 80 рублей. Она заказала у него ящик коньяка (в коробке 12 бутылок объемом 0,5 литра) и ящик водки (в коробке 20 бутылок объемом 0,5 литра), забирала водку и коньяк на Петровском рынке из автомобиля «KIA RIO» белого цвета с надписью «Яндекс». Рассчитывалась всегда наличными, несколько раз он просил перевести деньги на банковскую карту, где высвечивались данные X. &lt;ФИО&gt;19 Агиль, что ее удивило, так как он представлялся ей Вюсалом. Один или два раза переводила деньги за алкогольную продукцию, заказанную у Вюсала, на реквизиты ФИО18 №25 Алкогольную продукцию ФИО10 и ФИО18 №25 привозили в заранее обусловленное время на автомобиле «Мерседес» или «KIA RIO». Всего она приобретала у Вюсала немаркированную алкогольную продукцию раз 20, от 1 ящика до 3 ящиков за один заказ (т. 10 л.д. 163-168). Из показаний свидетеля ФИО18 №56 следует, что в феврале 2023 года по просьбе ФИО18 №25 она перевыпустила новую карту ПАО Сбербанк &lt;Номер обезличен&gt; и передала в пользование последней. Какие были переводы на ее карту, не знает (т. 10 л.д. 228-231). ФИО18 ФИО18 №22 пояснил суду, что работает в ТЦ « Новый Мир», торгует молочной продукцией. &lt;ФИО&gt;5, который представлялся Игорем был его покупателем. Они обменялись телефонами, чтобы тот мог делать заказы. Игорь постоянно предлагал спиртосодержащую продукцию - водку, но он не покупал её. Из оглашенных показаний свидетеля ФИО18 №22 следует, что он реализует мясную и молочную продукцию на ярмарках в г. Оренбурге, на рынке Южном, ТЦ «Новый мир». С 2022 года он знаком с &lt;ФИО&gt;5, который покупал у него продукты, заказывал их по телефону. Иногда &lt;ФИО&gt;5 предлагал ему алкогольную продукцию различных наименований, в том числе «Хортиця», «Талка», а также коньяк, или просил обменять их на продукты, но он не соглашался. Один раз &lt;ФИО&gt;5 приезжал к ТЦ «КИТ» на автомобиле «МАЗДА» серого цвета с женщиной (т.7 л.д. 75-82). ФИО18 ФИО18 №22 подтвердил оглашенные показания. Из показаний свидетеля ФИО16 следует, что ФИО1 его земляк. В пользовании ФИО1 находится автомобиль серого цвета марки «GEELY». С &lt;ФИО&gt;55 познакомился в 2020 году на Петровском рынке, ранее его звали ФИО10, несколько раз он видел сына &lt;ФИО&gt;5 - Алика. В 2022-2023 годах &lt;ФИО&gt;5 на его банковскую карту ПАО Сбербанк осуществлял переводы денежных средств в разных суммах в счет возврата ему долга. С &lt;ФИО&gt;5 они созванивались, в том числе по поводу возврата денег и по поводу овощей и фруктов. От ребят на Петровском рынке узнал, что у &lt;ФИО&gt;5 проблемы с правоохранительными органами из-за незаконного оборота алкогольной продукции, и поэтому он уехал из России (т. 7 л.д. 57-66). Из показаний свидетеля ФИО3 следует, что &lt;ФИО&gt;131 брал у него в аренду автомобиль «LADA 219010 LADA GRANTA» г.р.з. &lt;данные изъяты&gt; с 28 января 2023 года по февраль 2023 года по устной договоренности. ФИО6 производил оплату на его банковскую карту ПАО Сбербанк. &lt;ФИО&gt;5 лично не знает, но видел его с &lt;ФИО&gt;131. и на мероприятиях. ФИО1 его земляк. О том, что &lt;ФИО&gt;5 и ФИО6 перевозили на его машине немаркированную алкогольную продукцию, не знал (т. 6 л.д. 216-225). ФИО18 ФИО18 №46 пояснил суду, что с ФИО1 познакомился в 2022 году на Петровском рынке, он представился Русланом, 2-3 раза покупал у него водку ниже рыночной цены, покупал по 1-2 коробки. Предлагал водку в основном &lt;ФИО&gt;19, подвозил на рынок, пару раз подвозил ФИО1 Он опознал ФИО1 как Руслана. Из оглашенных показаний свидетеля &lt;ФИО&gt;58 в части следует, что Руслан приезжал и привозил ему водку на своем автомобиле «GEELY», когда Руслан не мог приехать сам, то приезжал и привозил ему водку &lt;ФИО&gt;19 на автомобиле марки «KIA RIO». Как он понял, &lt;ФИО&gt;19 ездил на автомобилях такси, которые брал в аренду. Иногда &lt;ФИО&gt;19 и Руслан приезжали вместе и продавали ему водку вдвоем, в связи с чем он подумал, что они работают вдвоем (т. 9 л.д. 238-242). ФИО18 ФИО18 №46 подтвердил оглашенные показания. ФИО18 ФИО12 пояснила суду, что ФИО1 является её супругом, у них двое детей 18 и 14 лет. В 2008 году они переехали из Азербайджана в Россию, получили гражданство. Муж торгует овощами и фруктами на рынке «Петровский», она работает в парикмахерской. Стабильного заработка у мужа не было, дополнительных доходов он не имел. С 2022 года у них трудное финансовое положение, ипотека за квартиру, кредиты. &lt;ФИО&gt;5, ФИО11, ФИО18 №25, ФИО18 №30 ей не знакомы. Характеризует ФИО1 как хорошего мужа, заботливого отца. Судом исследовались письменные доказательства по делу. Из акта обследования помещений, зданий, сооружений, участков местности и транспортных средств от 22 февраля 2023 года, иллюстрационной таблицы к нему следует, что с участием &lt;ФИО&gt;5, ФИО1 проведено обследование помещения - гаража &lt;Номер обезличен&gt; ГСК &lt;Номер обезличен&gt;, расположенного по адресу: &lt;...&gt;, где были обнаружены, протоколом изъятия от 22 февраля 2023 года изъяты: 3 картонные коробки с бутылками стеклянными емкостью 0,5 л. с жидкостью, по 20 бутылок в каждой коробке, в общем количестве 60 шт., с этикеткой «КАСПИЙСКАЯ BELUGA PREMIUM QUALITY EXPORT NOBLE RUSSIAN PRODUCT»; 7 картонных коробок с бутылками стеклянными емкостью 0,5 л. с жидкостью по 20 бутылок в каждой коробке, в общем количестве 140 шт., с этикеткой «GOLD ЦАРСКАЯ ОХОТА ЗОЛОТАЯ FINEST GRAIN PREMIUM RUSSIAN QUALITY»; 1 картонная коробка с бутылками стеклянными емкостью 0,5 л. с жидкостью в количестве 20 шт. с этикеткой «РОДНИКИ Сибири»; 18 картонных коробок с бутылками стеклянными емкостью 0,5 л. с жидкостью по 20 бутылок в каждой коробке, в общем количестве 360 шт., с этикеткой «ПШЕНИЧНАЯ особая»; 40 картонных коробок с пустыми бутылками стеклянными емкостью 0,5 л., по 20 бутылок в каждой коробке, в общем количестве 480 шт., с этикеткой «СТАРЫЙ КЕНИГСБЕРГ OLD KENIGSBERG Produce of France VSOP FRENCH BRANDY ПРОИЗВЕДЕНО ВО ФРАНЦИИ SAS «Distillerie Tessendier &amp; Fils» 50cl 40%Alc.Vol. Tessendier &amp; Fils°1892 ALLIANCE°»; 3 картонные коробки белого цвета с пустыми металлическими банками емкостью 0,7 л., по 12 банок в каждой коробке, в общем количестве 36 шт., с этикеткой «Нефть NEFT»; 3 картонные коробки черного цвета с пустыми металлическими банками емкостью 0,7 л., по 12 банок в каждой коробке, в общем количестве 36 шт., с этикеткой «Нефть NEFT»; 5 картонных коробок с бутылками стеклянными емкостью 0,5 л. с жидкостью, по 20 бутылок в каждой коробке, в общем количестве 60 шт., с этикеткой «СТАРЫЙ КЕНИГСБЕРГ OLD KENIGSBERG Produce of France VSOP FRENCH BRANDY ПРОИЗВЕДЕНО ВО ФРАНЦИИ SAS «Distillerie Tessendier &amp; Fils» 50cl 40%Alc.Vol. Tessendier &amp; Fils°1892 ALLIANCE°»; 10 картонных коробок с бутылками стеклянными емкостью 0,5 л. с жидкостью, по 12 бутылок в каждой коробке, в общем количестве 120 шт., с этикеткой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4 картонные коробки с бутылками стеклянными емкостью 0,5 л. с жидкостью, по 12 бутылок в трех коробках, 11 бутылок в одной коробке, в общем количестве 47 шт., с этикеткой «с Серебром премиум»; 4 картонные коробки с бутылками стеклянными емкостью 1,0 л. с жидкостью, по 12 бутылок в каждой коробке, в общем количестве 48 шт., с этикеткой «ABSOLUT STANDART PRODUCT OF RUSSIA VODKA, One source. One community. One superb vodka. Crafted in the village of IMPORTED 40%ALC./VOL. (80PROFF) 1000ML Produced and bottled in Russia»; 5 картонных коробок с пустыми бутылками стеклянными емкостью 1,0 л., по 12 бутылок в каждой коробке, в общем количестве 60 шт., с этикеткой «ABSOLUT STANDART PRODUCT OF RUSSIA VODKA, One source. One community. One superb vodka. Crafted in the village of IMPORTED 40%ALC./VOL. (80PROFF) 1000ML Produced and bottled in Russia»; 5 картонных коробок с бутылками стеклянными емкостью 0,5 л. с жидкостью, по 12 бутылок в каждой коробке, в общем количестве 60 шт., с этикеткой «ABSOLUT VODKA One source. One community. One superb vodka. Crafted in the village of Ahus, Sweden. Absolut Since 1879 IMPORTED 40%ALC./VOL. (80PROFF) 500ML Produced and bottled in Ahus, Sweden»; 3 картонные коробки с бутылками стеклянными емкостью 0,5 л. с жидкостью, по 20 бутылок в каждой коробке, в общем количестве 60 шт. с этикеткой «Хортиця ПЛАТИНУМ Премиум качество»; бутылки стеклянные в количестве 3 шт. емкостью 0,5 л. с жидкостью с этикеткой «PRODUCT OF FRANCE COGNAC Hennessy 40% vol - e 50cl JAS HENNESSY &amp; CO - COGNAC – FRANCE Коньяк ФИО4»; 9 пустых стеклянных бутылок емкостью 0,5 л. с этикеткой «PRODUCT OF FRANCE COGNAC Hennessy 40% vol - e 50cl JAS HENNESSY &amp; CO - COGNAC – FRANCE Коньяк ФИО4»; 3 бутылки стеклянные емкостью 0,5 л. с жидкостью с этикеткой «Лезгинка»; 1 картонная коробка с 15 пустыми стеклянными бутылками емкостью 0,5 л. с этикеткой «Лезгинка»; 12 бутылок стеклянных емкостью 0,5 л. с жидкостью с этикеткой «KABAN vodka Premium»; канистры пластиковые белого цвета в количестве 25 штук с этикеткой «Вита-септ» емкостью 10 л. с жидкостью; бочка пластиковая серого цвета с черной крышкой объемом 250 литров; бочка пластиковая темно-синего цвета с черной крышкой объемом 220 литров; три картонных коробки с пластиковыми пробками шести видов: желтой без надписи; синей с надписью «FINSKY ICE» «VODKA LUX»; черной с надписью «VODKA»; белой с надписью «Русский Север»; черные и серые пробки для бутылок; черной с надписью «ZERO», а также термоусадочные пленки; мобильный телефон &lt;ФИО&gt;5 «Honor Model: DIG-L21HN» IMEI &lt;Номер обезличен&gt;, IMEI &lt;Номер обезличен&gt; с sim-картой ПАО «МТС»; мобильный телефон &lt;ФИО&gt;5 «Samsung» модель SM-A105F/DS IMEI &lt;Номер обезличен&gt;, IMEI &lt;Номер обезличен&gt; в чехле с sim-картой ПАО «Мегафон»; мобильный телефон ФИО1 «Samsung Model: SM-A115F/DSN IMEI1:&lt;Номер обезличен&gt;, IMEI2:&lt;Номер обезличен&gt;» с sim-картой ПАО «МТС», sim-картой ПАО «Вымпелком»; строительный фен оранжевого цвета; ключи от указанного нежилого помещения (т. 1 л.д. 174-188, 189-196). Постановлением заместителя начальника УМВД России по &lt;...&gt; полковника полиции &lt;ФИО&gt;56 от 15 августа 2023 года и сопроводительным письмом следователю представлены результаты оперативно-розыскной деятельности: «Обследование помещений, зданий, сооружений, участков местности и транспортных средств», «Опрос», «Исследование предметов и документов» в отношении &lt;ФИО&gt;5, ФИО1, ФИО6 (т. 1 л.д. 157-171, 142-156). Из акта обследования помещений, зданий, сооружений, участков местности и транспортных средств от 22 февраля 2023 года, иллюстрационной таблицы к нему следует, что обследован автомобиль «KIA RIO» г.р.з. &lt;Номер обезличен&gt;, припаркованный на территории ГСК &lt;Номер обезличен&gt; по адресу: &lt;...&gt;, с участием &lt;ФИО&gt;5, ФИО1, где были обнаружены, протоколом изъятия от 22 февраля 2023 года изъяты немаркированная спиртосодержащая продукция под видом алкогольной: 5 картонных коробок с бутылками стеклянными с жидкостью емкостью 0,5 л., по 20 бутылок в каждой коробке, в общем количестве 100 шт., с этикеткой «ПШЕНИЧНАЯ особая»; банковская карта ПАО Сбербанк &lt;Номер обезличен&gt; на имя «ILKHAM KHASANOV», которые осмотрены протоколом осмотра предметов (документов) от &lt;Дата обезличена&gt;, признаны вещественными доказательствами и приобщены к уголовному делу (т. 1 л.д. 199-203, 204-207, т. 17 л.д. 68-80, 81-85). Из акта обследования помещений, зданий, сооружений, участков местности и транспортных средств от 22 февраля 2023 года, иллюстрационной таблицей к нему следует, что проведено обследование гаража &lt;Номер обезличен&gt; ГСК &lt;Номер обезличен&gt;, расположенного по адресу: &lt;...&gt;, с участием &lt;ФИО&gt;5, ФИО1, где были обнаружены, протоколом изъятия от 22 февраля 2023 года изъяты немаркированная спиртосодержащая продукция под видом алкогольной продукции: 54 картонных коробки с бутылками стеклянными с жидкостью емкостью 0,5 л., по 12 бутылок в 53 коробках, 10 бутылок в 2 коробках, в общем количестве 646 шт., с этикеткой «СТАРЫЙ КЕНИГСБЕРГ OLD KENIGSBERG Produce of France VSOP FRENCH BRANDY ПРОИЗВЕДЕНО ВО ФРАНЦИИ SAS «Distillerie Tessendier &amp; Fils» 50cl 40%Alc.Vol. Tessendier &amp; Fils°1892 ALLIANCE°»; 64 картонных коробки с бутылками стеклянными с жидкостью емкостью 0,5 л., по 12 бутылок в каждой коробке, в общем количестве 768 шт., с этикеткой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которые осмотрены протоколом осмотра предметов (документов) от 7 ноября 2023 года, признаны вещественными доказательствами и приобщены к уголовному делу (т. 1 л.д. 210-215, 216-220, т. 17 л.д. 68-80, 81-85). Из акта обследования помещений, зданий, сооружений, участков местности и транспортных средств от 22 февраля 2023 года, иллюстрационной таблицей к нему следует, что проведено обследование магазина «Семерочка» по адресу: &lt;...&gt;, с участием ФИО18 №2, где обнаружена и протоколом изъятия от 22 февраля 2023 года изъята немаркированная алкогольная продукция и спиртосодержащая продукция под видом алкогольной продукции: бутылка стеклянная в количестве 1 шт. с этикеткой «КАСПИЙСКАЯ BELUGA PREMIUM QUALITY EXPORT NOBLE RUSSIAN PRODUCT» емкостью 0,5 л. с жидкостью; 2 картонные коробки с бутылками стеклянными емкостью 0,5 л. с жидкостью, по 20 бутылок в каждой коробке, в общем количестве 40 шт., с этикеткой «РОДНИКИ Сибири», которые осмотрены протоколом осмотра предметов (документов) от 7 ноября 2023 года, признаны вещественными доказательствами и приобщены к уголовному делу (т. 1 л.д. 223-228, 229-233, т. 17 л.д. 68-80, 81-85). Из акта обследования помещений, зданий, сооружений, участков местности и транспортных средств от 22 февраля 2023 года, иллюстрационной таблицы к нему следует, что проведено обследование столовой «Халяль» по адресу: &lt;...&gt;А, где была обнаружена и протоколом изъятия от 22 февраля 2023 года изъята немаркированная алкогольная продукция: 1 картонная коробка с 11 бутылками стеклянными емкостью 0,5 л. с жидкостью с этикеткой «с Серебром премиум», которые осмотрены протоколом осмотра предметов (документов) от 7 ноября 2023 года, признаны вещественными доказательствами и приобщены к уголовному делу (т. 1 л.д. 236-240, 241-244, т. 17 л.д. 68-80, 81-85). Из акта обследования помещений, зданий, сооружений, участков местности и транспортных средств от 22 февраля 2023 года, иллюстрационной таблицы к нему следует, что проведено обследование гаража &lt;Номер обезличен&gt; ГК &lt;Номер обезличен&gt; по адресу: &lt;...&gt;, где была обнаружена и протоколом изъятия от 22 февраля 2023 года изъята немаркированная спиртосодержащая продукция под видом алкогольной продукции: 10 картонных коробок со стеклянными бутылками емкостью 0,5 л. с жидкостью, по 15 бутылок в 9 коробках, 5 бутылок в 1 коробке, в общем количестве 145 бутылок, с этикеткой «PRODUCT OF FRANCE COGNAC Hennessy 40% vol - e 50cl JAS HENNESSY &amp; CO - COGNAC – FRANCE Коньяк ФИО4», которые осмотрены протоколом осмотра предметов (документов) от 7 ноября 2023 года, признаны вещественными доказательствами и приобщены к уголовному делу (т. 2 л.д. 4-8, 9-11, т. 17 л.д. 68-80, 81-85). Из акта обследования помещений, зданий, сооружений, участков местности и транспортных средств от 22 февраля 2023 года следует, что проведено обследование административного помещения по адресу: &lt;...&gt;, ГСК &lt;Номер обезличен&gt;, с участием &lt;ФИО&gt;57, где обнаружен и протоколом изъятия от 22 февраля 2023 года изъят системный блок «FOX», который подключен к системе видеонаблюдения, имеется архивное хранение видеозаписей (т. 2 л.д. 14-16, 17-20). Из справки об исследовании №И/5-5 от 31 марта 2023 года следует, что в памяти и сим – картах мобильных телефонов &lt;ФИО&gt;5: «Honor Model: DIG-L21HN» IMEI &lt;Номер обезличен&gt;, IMEI &lt;Номер обезличен&gt; с sim-картой ПАО «МТС», «Samsung» модель SM-A105F/DS IMEI &lt;Номер обезличен&gt;, IMEI &lt;Номер обезличен&gt; в чехле с sim-картой ПАО «Мегафон»; мобильном телефоне ФИО1 «Samsung Model: SM-A115F/DSN IMEI1:&lt;Номер обезличен&gt;, IMEI2:&lt;Номер обезличен&gt;» с sim-картой ПАО «МТС», sim-картой ПАО «Вымпелком», изъятых в ходе обследования и изъятых 22 февраля 2023 года в гараже &lt;Номер обезличен&gt; ГСК &lt;Номер обезличен&gt; по адресу: &lt;...&gt;, обнаружена информация в виде файлов, которая записана на пять оптических дисков (т. 2 л.д. 24-29). Из справки об исследовании №И/5-6 от 22 марта 2023 года следует, что в системном блоке «FOX», изъятом 22 февраля 2023 года в административном помещении по адресу: &lt;...&gt;, ГСК &lt;Номер обезличен&gt;, имеется архив записей видеонаблюдения за период с 13 по 22 февраля 2023 года. Обнаруженная информация записана на накопитель «WD My Passport Ultra», S/N: WX31A96DT368 (т. 2 л.д. 30-31). Из справок об исследовании №№И/2-143, И/2-144, И/2-145, И/2-146, И/2-147, И/2-148 от 1 мая 2023 года, заключений экспертиз №№Э/2-798, Э/2-799, Э/2-800, Э/2-801, Э/2-802 от 15 декабря 2023 года, №Э/61-38 от 16 февраля 2024 года следует, что жидкости, представленные в стеклянных бутылках, изъятых по адресам: &lt;...&gt;, гараж &lt;Номер обезличен&gt; ГСК &lt;Номер обезличен&gt;; &lt;...&gt;, ГСК &lt;Номер обезличен&gt;, гараж &lt;Номер обезличен&gt;; &lt;...&gt;, магазин «Семерочка»; &lt;...&gt;, гараж &lt;Номер обезличен&gt; ГСК &lt;Номер обезличен&gt;; &lt;...&gt;, ГСК &lt;Номер обезличен&gt;, в автомобиле «KIA RIO» г.р.з. &lt;Номер обезличен&gt;; &lt;...&gt;А, столовая «Халяль»; &lt;...&gt;; &lt;...&gt;; &lt;...&gt;, - с этикетками «KABAN vodka Premium»; «КАСПИЙСКАЯ BELUGA PREMIUM QUALITY EXPORT NOBLE RUSSIAN PRODUCT»; «Хортиця ПЛАТИНУМ Премиум качество»; «РОДНИКИ Сибири»; «с Серебром премиум»; «ABSOLUT VODKA One source. One community. One superb vodka. Crafted in the village of Ahus, Sweden. Absolut Since 1879 IMPORTED 40%ALC./VOL. (80PROFF) 500ML Produced and bottled in Ahus, Sweden»;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«ABSOLUT STANDART PRODUCT OF RUSSIA VODKA, One source. One community. One superb vodka. Crafted in the village of IMPORTED 40%ALC./VOL. (80PROFF) 1000ML Produced and bottled in Russia»; «GOLD ЦАРСКАЯ ОХОТА ЗОЛОТАЯ FINEST GRAIN PREMIUM RUSSIAN QUALITY»; «ПШЕНИЧНАЯ особая»; «СТАРЫЙ КЕНИГСБЕРГ OLD KENIGSBERG Produce of France VSOP FRENCH BRANDY ПРОИЗВЕДЕНО ВО ФРАНЦИИ SAS «Distillerie Tessendier &amp; Fils» 50cl 40%Alc.Vol. Tessendier &amp; Fils°1892 ALLIANCE°»; «PRODUCT OF FRANCE COGNAC Hennessy 40% vol - e 50cl JAS HENNESSY &amp; CO - COGNAC – FRANCE Коньяк ФИО4»; «Лезгинка»; «PRODUCT OF FRANCE COGNAC Hennessy 40% vol - e 50cl JAS HENNESSY &amp; CO - COGNAC – FRANCE Коньяк ФИО4» - являются спиртосодержащими жидкостями, с объемной долей этилового спирта от 35% до 40%; жидкость в канистре с этикеткой «Вита-Септ» является спиртосодержащей жидкостью, с объемной долей этилового спирта 97%. В жидкостях денатурирующих добавок (кротоновый альдегид, битрекс, бензин, керосин), микропримеси – диэтилфталат не выявлено. Заключением специалиста №152 от 25 марта 2024 года установлено, что исследуемые жидкости являются спиртосодержащими, в них присутствуют микрокомпоненты (этилацетат, 1-пропанол, этилбутират, изоамилол), характерные только для этанола, изготовленного из пищевого сырья, что свидетельствует о том, что представленные жидкости являются спиртосодержащими, изготовленными из пищевого сырья (т. 2 л.д. 32-37, 38-40, 41-44, 45-48, 49-51, 52-54, т. 7 л.д. 216-220, 227-231, 240-246, т. 8 л.д. 5-8, 15-19, 175-185, т. 9 л.д. 2-17). Протоколом осмотра и прослушивания фонограммы от 4 июня 2024 года установлено, что с 26 ноября 2022 года по 23 января 2023года между ФИО1 и &lt;ФИО&gt;5 осуществлялись телефонные соединения, в которых шла речь: про денежные средства; нуждаемости ФИО1 в товаре, на что &lt;ФИО&gt;5 советует позвонить Алику; &lt;ФИО&gt;5 сообщает, что 5 штук «молоко» положит в машину для Одесской, ФИО17 спрашивает, что имеется из дорогих, на что &lt;ФИО&gt;125 отвечает, сколько нужно и что можно сделать (т. 12 л.д. 92-104). Протоколом обыска от 14 ноября 2023 года в жилище ФИО1 по адресу: &lt;...&gt;, изъят мобильный телефон «Tecno Model: K15M IMEI1:&lt;Номер обезличен&gt;, IMEI2:&lt;Номер обезличен&gt;» с sim-картой ПАО «Вымпелком» в чехле (т. 9 л.д. 183-189). Протоколом осмотра места происшествия от 14 ноября 2023 года осмотрен автомобиль «GEELY GC6», государственный регистрационный знак &lt;Номер обезличен&gt;. В ходе осмотра установлено, что данным автомобилем управляет ФИО1, оформлен автомобиль на ФИО18 №8 (т. 9 л.д. 200-202) Протоколом осмотра от 20 марта 2024 года, иллюстрационной таблицей к нему осмотрен автомобиль «GEELY GC6» г.р.з. &lt;Номер обезличен&gt; серого цвета идентификационный номер (VIN) &lt;Номер обезличен&gt;, принадлежащий ФИО1 В ходе осмотра обнаружено свидетельство о регистрации транспортного средства «GEELY GC6» (т. 19 л.д. 225-233). Заключением эксперта №628/4-1-19.2 от 27 апреля 2024 года установлено, что по состоянию на 22 февраля 2023 года стоимость составляла: - спиртосодержащей жидкости с наименованием «КАСПИЙСКАЯ BELUGA PREMIUM QUALITY EXPORT NOBLE RUSSIAN PRODUCT») объемом 0,5 литра, с учетом акциза и НДС за одну бутылку 159,36 рублей, за 61 бутылку 9720,66 рублей; - спиртосодержащей жидкости с наименованием «с Серебром премиум» объемом 0,5 литра с учетом акциза и НДС за одну бутылку 159,36 рублей, за 58 бутылок 9242,59 рублей; - спиртосодержащей жидкости с наименованием «GOLD ЦАРСКАЯ ОХОТА ЗОЛОТАЯ FINEST GRAIN PREMIUM RUSSIAN QUALITY») объемом 0,5 литра с учетом акциза и НДС за одну бутылку 143,02 рублей, за 140 бутылок 20021,40 рублей; - спиртосодержащей жидкости с наименованием «ABSOLUT STANDART PRODUCT OF RUSSIA VODKA. One source. One community. One superb vodka. Crafted in the village of IMPORTED 40%ALC./VOL. (80PROFF) 1000ML Produced and bottled in Russia» объемом 1 литр с учетом акциза и НДС за одну бутылку 286,02 рублей, за 48 бутылок 13728,96 рублей; - спиртосодержащей жидкости «Хортиця ПЛАТИНУМ Премиум качество» объемом 0,5 литра с учетом акциза и НДС за одну бутылку 143,02 рублей, за 60 бутылок 8580,60 рублей; - спиртосодержащей жидкости с наименованием «РОДНИКИ Сибири» объемом 0,5 литра с учетом акциза и НДС за одну бутылку 138,92 рублей, за 60 бутылок 8335,50 рублей; - спиртосодержащей жидкости «водка ТАЛКА водка ПРОИЗВЕДЕНА в Сибири ЗЕРНОВОЙ СПИРТ «ЛЮКС» НАСТОЙ ПШЕНИЦЫ НА ТАЛОЙ ВОДЕ КРЕПОСТЬ 40% ИЗ ПРИРОДНЫХ НАТУРАЛЬНЫХ КОМПОНЕНТОВ 0.5 Л ОБЪЕМ FROM PURE ECOLOGICAL MATERIALS» объемом 0,5 литра с учетом акциза и НДС за одну бутылку 138,92 рублей, за 888 бутылок 123365,40 рублей; - спиртосодержащей жидкости с наименованием «ПШЕНИЧНАЯ особая» объемом 0,5 литра с учетом акциза и НДС за одну бутылку 155,27 рублей, за 460 бутылок 71424,20 рублей; - спиртосодержащей жидкости с наименованием «СТАРЫЙ КЕНИГСБЕРГ OLD KENIGSBERG Produce of France VSOP FRENCH BRANDY ПРОИЗВЕДЕНО ВО ФРАНЦИИ SAS «Distillerie Tessendier &amp; Fils» 50cl 40%Alc.Vol. Tessendier &amp; Fils°1892 ALLIANCE0» объемом 0,5 литра с учетом акциза и НДС за одну бутылку 134,84 рублей, за 706 бутылок 95200,57 рублей; - спиртосодержащей жидкости с наименованием «ABSOLUT VODKA One source. One community. One superb vodka. Crafted in the village of Ahus, Sweden. Absolut Since 1879 IMPORTED 40%ALC./VOL. (8OPROFF) 500ML Produced and bottled in Ahus, Sweden» объемом 0,5 литра с учетом акциза и НДС за одну бутылку 147,10 рублей, за 60 бутылок 8825,70 рублей; - спиртосодержащей жидкости с наименованием «Лезгинка» объемом 0,5 литра с учетом акциза и НДС за одну бутылку 147,10 рублей, за 3 бутылки 441,29 рублей; - спиртосодержащей жидкости с наименованием «PRODUCT OF FRANCE COGNAC Hennessy 40% vol - e 50cl JAS HENNESSY &amp; CO - COGNAC - FRANCE Коньяк ФИО4» объемом 0,5 литра с учетом акциза и НДС за одну бутылку 151,19 рублей, за 153 бутылки 23130,54 рублей; - спиртосодержащей жидкости с наименованием «KABAN vodka Premium» объемом 0,5 литра с учетом акциза и НДС за одну бутылку 151,19 рублей, за 12 бутылок 1814,16 рублей. Общая стоимость вышеуказанной спиртосодержащей жидкости в количестве 2709 бутылок составляла с учетом акциза и НДС 393831,57 рублей (т. 9 л.д. 29-51). Из протокола предъявления лица для опознания от 12 декабря 2023 года следует, что свидетель ФИО18 №46 опознал ФИО1 как мужчину, у которого в 2022 году приобретал алкогольную продукцию на рынке «Петровский» в &lt;...&gt;. Данный мужчина представлялся Русланом, приезжал на автомобиле «GEELY» седан (т. 9 л.д. 230-233). Из протокола предъявления лица для опознания от 12 декабря 2023 года следует, что свидетель ФИО18 №46 опознал &lt;ФИО&gt;5 как мужчину по имени «&lt;ФИО&gt;19», у которого приобретал алкогольную продукцию - водку на рынке «Петровский» в &lt;...&gt; (т. 9 л.д. 234-237). Согласно протоколу предъявления лица для опознания от 20 сентября 2023 года, свидетель ФИО18 №1 опознал ФИО1 как лицо, продавшее ему немаркированный алкоголь 22 февраля 2023 года (т. 6 л.д. 88-91). Согласно протоколу предъявления для опознания по фотографии от 23 ноября 2023 года, свидетель ФИО18 №4 опознал ФИО1, который в период с зимы 2022 года по февраль 2023 года с парнем азербайджанской национальности, представлявшимся Игорем (&lt;ФИО&gt;5), и его сыном Аликом (ФИО6), занимался розливом спиртосодержащей жидкости по бутылкам с этикетками различных водочных производителей «Царская охота золотая» и других марок в гараже &lt;Номер обезличен&gt; ГСК &lt;Номер обезличен&gt; по &lt;...&gt;. ФИО1 был в кепке (т. 6 л.д. 110-114). Согласно протоколу предъявления для опознания по фотографии от 6 марта 2024 года, свидетель ФИО18 №47 опознала &lt;ФИО&gt;5 как мужчину, который в январе 2019 года продал ей 3 коробки водки «&lt;ФИО&gt;4», в мае 2019 года - 4 коробки водки «Финская» (т. 10 л.д. 95-99). Протоколом осмотра места происшествия от 19 декабря 2023 года с участием ФИО18 №30, ФИО18 №25, в ходе которого осмотрен автомобиль «Mercedes-Benz GLK» г.р.з. А037ВС/156 регион, изъяты принадлежащий ФИО18 №25 мобильный телефон «iPhone 11 Pro Max» IMEI &lt;Номер обезличен&gt;, IMEI &lt;Номер обезличен&gt; с sim-картой ПАО «МТС»; принадлежащий ФИО18 №30 мобильный телефон «iPhone 7» IMEI &lt;Номер обезличен&gt; с sim-картой ПАО «Мегафон» (т. 10 л.д. 22-26). Предоставленные свидетелем ФИО18 №50 копии документов: фотоизображения &lt;ФИО&gt;5 в солнечных очках, водительского удостоверения на азербайджанском языке АС 658906, удостоверения подлинности подписи переводчика, перевода водительского удостоверения &lt;ФИО&gt;5 на русский язык (т. 10 л.д. 133-139). Предоставленные свидетелями ФИО18 №51, ФИО18 №52, ФИО15 копии документов: скриншотов экрана их мобильных телефонов с номером телефона ФИО18 №25 (т. 10 л.д. 145-150, 159-162, 169-174). Протоколоми осмотра предметов (документов) от 30 ноября 2023 года, иллюстрационной таблицей осмотрены, признаны вещественными доказательствами и приобщены к материалам дела результаты оперативно-розыскной деятельности на CD-R дисках, полученные в ходе проведения оперативно-розыскных мероприятий «Прослушивание телефонных переговоров» и «Снятие информации с технических каналов связи» по абонентскому номеру &lt;***&gt;, находящемуся в пользовании &lt;ФИО&gt;5 (т. 11 л.д. 57-77, 78-79). Протоколом осмотра и прослушивания фонограммы от 31 января 2024 года, иллюстрационной таблицей произведены осмотр и прослушивание результатов оперативно-розыскной деятельности на бумажном носителе и CD-R дисках, полученных в ходе проведения оперативно-розыскных мероприятий «Прослушивание телефонных переговоров» и «Снятие информации с технических каналов связи» по абонентскому номеру &lt;***&gt;, находящемуся в пользовании &lt;ФИО&gt;5, признанных вещественным доказательством и приобщенных к уголовному делу. Осмотром установлено, что в период с 26 ноября 2022 года по 22 февраля 2023 года осуществлялись телефонные соединения &lt;ФИО&gt;5 с ФИО18 №4 (охранник ГСК), который предупреждает &lt;ФИО&gt;5 о посторонней машине рядом с гаражом &lt;Номер обезличен&gt; и просит подождать, когда тот уедет, на что &lt;ФИО&gt;5, спрашивает «не мент ли он»; с ФИО18 №46, ФИО18 №10, ФИО18 №47 и неустановленными лицами - покупателями немаркированной алкогольной продукции; с ФИО18 №37 по арендной &lt;ФИО&gt;18 за гараж и с предложением ему вести с ним бизнес, связанный с алкоголем (т. 11 л.д. 80-138, 139). Протоколами осмотра и прослушивания фонограмм от 16, 27 апреля 2024 года, 15 мая 2024 года и иллюстрационных таблиц к ним, с участием переводчика &lt;ФИО&gt;66, осмотрены и прослушаны результаты оперативно-розыскной деятельности на CD-R дисках, полученные в ходе проведения оперативно-розыскных мероприятий «Прослушивание телефонных переговоров» и «Снятие информации с технических каналов связи» по абонентскому номеру &lt;***&gt;, находящемуся в пользовании &lt;ФИО&gt;5, которые признаны вещественными доказательствами и приобщены к уголовному делу. Установлено, что в период с 26 ноября 2022 года по 25 декабря 2022 года, с 26 декабря 2022 года по 24 января 2023 года осуществлялись телефонные соединения &lt;ФИО&gt;5 с ФИО1 по поводу изготовления и реализации немаркированной алкогольной продукции; соединения &lt;ФИО&gt;5 с &lt;ФИО&gt;131. по поводу изготовления, перевозки, продажи немаркированной алкогольной продукции (т. 11 л.д. 140-168, 169-201, 202-239). Из протокола осмотра и прослушивания фонограммы от 12 мая 2024 года, иллюстрационной таблицей к нему следует, что свидетель ФИО18 №21 после прослушивания пояснила, что она разговаривает с мужчиной по имени «Игорь», который предлагает ей приобрести алкогольную продукцию, но она отказывается. В ходе следствия установлено, что «Игорь» - это &lt;ФИО&gt;5 (т. 11 л.д. 240-246). Протоколом осмотра и прослушивания фонограммы от 16 мая 2024 года, иллюстрационной таблицей к нему установлено, что свидетель ФИО18 №22 после прослушивания пояснил, что на ней содержится разговор между ним и &lt;ФИО&gt;5, который предлагает ему приобрести алкогольную продукцию или обменять ее на мясную и молочную продукцию, но он отказался (т. 12 л.д. 1-7). Протоколом осмотра и прослушивания фонограммы от 16 мая 2024 года, иллюстрационной таблицей к нему установлено, что свидетель ФИО18 №23 после прослушивания пояснил, что на ней содержится разговор между ним и &lt;ФИО&gt;5, который приобретал у него бутыли с &lt;ФИО&gt;16 в компании «Оренбургская Прим» на &lt;...&gt; (т. 12 л.д. 8-12). Протоколом осмотра и прослушивания фонограммы от 17 мая 2024 года, иллюстрационной таблицей к нему установлено, что свидетель ФИО18 №27 после прослушивания пояснил, что на ней содержится разговор между ним и &lt;ФИО&gt;5, который занимается водкой. В ходе разговора он (ФИО18 №27) передает трубку покупателю, который хотел приобрести водку у &lt;ФИО&gt;5 Вторая аудизапись содержит сведения о том, что данный покупатель в итоге не приобрел водку у &lt;ФИО&gt;5 (т. 12 л.д. 13-16). Протоколом осмотра и прослушивания фонограммы от 18 мая 2024 года, иллюстрационной таблицей к нему установлено, что после прослушивания свидетель ФИО18 №28 поянил, что разговор происходит между ним и &lt;ФИО&gt;5, который привозил для него и его коллег водку в знак благодарности за то, что они присматривают за гаражами &lt;ФИО&gt;5, расположенными в ГСК &lt;Номер обезличен&gt;. На одной из аудиозаписей ФИО18 №28 просит &lt;ФИО&gt;5 «сегодня сделать», то есть привезти водку (т. 12 л.д. 17-22). Из протокола осмотра и прослушивания фонограммы от 24 мая 2024 года, иллюстрационной таблицей к нему следует, что с участием свидетеля ФИО18 №18, переводчика &lt;ФИО&gt;66 прослушаны фонограммы, по которым ФИО18 №18 пояснил, что все телефонные разговоры происходят между ним и &lt;ФИО&gt;5, которого он знал как Вюсала, с ним его познакомил ФИО1 Последний помогал &lt;ФИО&gt;5 заниматься водкой - грузил, перевозил, подыскивал покупателей. Он периодически по просьбе знакомых приобретал у &lt;ФИО&gt;5 подешевле водку, коньяк. Из содержания разговоров следует, что речь идет о покупке у &lt;ФИО&gt;5 алкогольных напитков, упоминается имя «Алик» – сын &lt;ФИО&gt;5, который помогал последнему заниматься водкой. Между собой использовали условные обозначения: «рыба», «молоко» - это водка, «красные кирпичи», «чай» – это коньяк, «простые» – это водка «Царская охота». Он приобретал у &lt;ФИО&gt;5 водку марки «Финская», «Пшеничная», «Хортица», «Абсолют», «Zero», «Нефть», коньяк «Лезгинка», «Кенигсберг». &lt;ФИО&gt;5 в ходе разговора сообщил ФИО18 №18, что грузил водку для продажи в &lt;...&gt; (т. 12 л.д. 28-63). Протоколом осмотра и прослушивания фонограммы от 3 июня 2024 года, иллюстрационной таблицей к нему устанволено, что свидетель ФИО18 №34 пояснил, что на записях он разговаривает с &lt;ФИО&gt;5, который в декабре 2022 года предлагал ему приобрести водку «Абсолют», «Финская», «Хортиця», сигареты «Макс», но в итоге он ничего не приобрел (т. 12 л.д. 86-91). Протоколом осмотра и прослушивания фонограммы от 20 июня 2024 года, иллюстрационной таблицей к нему установлено, что свидетель ФИО18 №37 пояснил, что на записях содержатся разговоры между ним и &lt;ФИО&gt;5 об арендной &lt;ФИО&gt;18 за гараж &lt;Номер обезличен&gt; ГСК &lt;Номер обезличен&gt;, о предложении &lt;ФИО&gt;5 вложиться в его деятельность по производству и реализации немаркированной алкогольной продукции, но он не согласился, так как знает, что это незаконная деятельность (т. 12 л.д. 109-114). Протоколом осмотра и прослушивания фонограммы от 20 июня 2024 года, иллюстрационной таблицей к нему установлено, что свидетель ФИО18 №4 по прослушанным записям пояснил, что разговаривал по телефону с &lt;ФИО&gt;5, который просил присматривать за гаражами &lt;Номер обезличен&gt; и &lt;Номер обезличен&gt; ГСК &lt;Номер обезличен&gt; по адресу: &lt;...&gt;, и сообщать ему о подозрительных машинах и лицах, находящихся возле указанных гаражей. За это &lt;ФИО&gt;5 в знак благодарности угощал алкогольной продукцией, которая была без маркировки, с наименованиями «Царская» и «Хеннесси». Он видел, что привозили пустые бутылки с различными этикетками, в которые &lt;ФИО&gt;5 со своим сыном &lt;ФИО&gt;131. и ФИО1 в гараже &lt;Номер обезличен&gt; осуществляли производство алкогольной продукции, которую хранили в гараже &lt;Номер обезличен&gt;, иногда указанные лица перевозили продукцию из гаража &lt;Номер обезличен&gt; в гараж &lt;Номер обезличен&gt; на автомобиле марки «КИА РИО» с логотипом «Яндекс.Такси». В гараже &lt;Номер обезличен&gt; часто находился ФИО6 (т. 12 л.д. 115-123). Результаты ОРМ «Наблюдение» в отношении &lt;ФИО&gt;5 на компакт диске, которые осмотрены протоколом осмотра предметов (документов) от 21 ноября 2023 года, иллюстрационной таблицей к нему, признаны вещественными доказательствами и приобщены к уголовному делу на указанном диске, подтверждают причастность &lt;ФИО&gt;5, ФИО1, ФИО6 к незаконному обороту немаркированной алкогольной продукции (т. 12 л.д. 124-164, 165-167, 168). Протоколом осмотра от 7 февраля 2024 года, иллюстрационной таблицей к нему, осмотрены, признаны вещественным доказательством и приобщены к уголовному делу результаты оперативно-розыскной деятельности на бумажном носителе и DVD-R диске, полученные в ходе проведения оперативно-розыскного мероприятия «Наблюдение» в отношении &lt;ФИО&gt;5 и ФИО1 (т. 12 л.д. 169-213, 214). Протоколом осмотра предметов (документов) от 5 апреля 2024 года, иллюстрационной таблицей к нему осмотрен оптический диск со сведениями с фиксацией транспортных средств и правонарушений в области дорожного движения с участием транспортных средств «KIA RIO» г.р.з. &lt;Номер обезличен&gt; за период с &lt;Дата обезличена&gt; по &lt;Дата обезличена&gt;; «LADA GRANTA» г.р.з. &lt;данные изъяты&gt; за период с &lt;Дата обезличена&gt; по &lt;Дата обезличена&gt;; «GEELY GC6» г.р.з. &lt;Номер обезличен&gt; за период с &lt;Дата обезличена&gt; по &lt;Дата обезличена&gt;; «ВАЗ 21101» г.р.з. С525РК56 за период с &lt;Дата обезличена&gt; по &lt;Дата обезличена&gt;, которые подтверждают местонахождение указанных автомобилей в районе ГСК &lt;Номер обезличен&gt;&lt;...&gt;. Указанный диск признан вещественным доказательством и приобщен к уголовному делу (т.12 л.д. 215 -220, 221-249, т. 13 л.д. 1-103, 104-105). Ответами ПАО «ВымпелКом» от 20 ноября 2023 года и ПАО «Мегафон» от 7 декабря 2023 года с приложениями на оптических дисках представлена информация о соединениях между абонентами и абонентскими устройствами по абонентским номерам &lt;***&gt;, &lt;***&gt; (т. 13 л.д. 106-109, 110-111, 112-116). Протоколом осмотра предметов (документов) от 24 марта 2024 года, иллюстрационной таблицей осмотрены, признаны вещественными доказательствами и приобщены к уголовному делу предоставленная ПАО «ВымпелКом» 20 ноября 2023 года и ПАО «Мегафон» от 7 декабря 2023 года на бумажном носителе с приложением на оптическом диске информация, согласно которой установлено наличие сведений о регистрации абонентского номера &lt;***&gt; на имя супруги ФИО1 – ФИО12 к., наличие абонентских соединений с абонентским номером &lt;***&gt;, находящимся в пользовании ФИО16 Обнаружены абонентские соединения абонентского номера &lt;***&gt; в месте расположения БС «Россия, &lt;...&gt;, Оренбург г., Просторная ул., &lt;...&gt;, что находится в районе расположения нежилых помещений на &lt;...&gt;, где производилась и хранилась немаркированная алкогольная продукция. Абонентский &lt;Номер обезличен&gt; использовался с абонентскими устройствами с IMEI 35028458146536, изъятом у ФИО1, и с IMEI 35562511373676. Абонентский &lt;Номер обезличен&gt; принадлежит &lt;ФИО&gt;5, данный номер работал с принадлежащим последнему устройством IMEI 35838610956360. Обнаружены абонентские соединения абонентского номера &lt;ФИО&gt;5 с абонентскими номерами, принадлежащими &lt;ФИО&gt;58, ФИО18 №28, ФИО18 №47, ФИО6, ФИО18 №4, ФИО18 №18, ФИО18 №24, ФИО18 №35, ФИО18 №23, ФИО18 №19, ФИО18 №7, ФИО18 №58, ФИО18 №44 Установлены абонентские соединения абонентского номера &lt;***&gt;, среди которых имеются звонки от ФИО1 Обнаружены абонентские соединения абонентского номера &lt;ФИО&gt;5 &lt;***&gt; с указанием адресов расположения базовых станций в районе &lt;...&gt;; в районе &lt;...&gt; и &lt;...&gt; (т. 13 л.д. 117-125, 126-127, 128-138, 139). Протоколом осмотра предметов (документов) от 26 июня 2024 года, иллюстрационной таблицей осмотрен, признан вещественным доказательством и приобщен к уголовному делу ответ ПАО «МТС» от &lt;Дата обезличена&gt; на бумажном носителе с приложением на оптическом диске. Установлено наличие абонентских соединений абонентских номеров между &lt;ФИО&gt;5 и ФИО1 и наличие абонентских соединений абонентского номера &lt;ФИО&gt;5 с указанием базовых станций, расположенных в районе &lt;...&gt;, в районе расположения нежилых помещений &lt;Номер обезличен&gt;, &lt;Номер обезличен&gt; ГСК &lt;Номер обезличен&gt;, а также с указанием базовых станций, расположенных в районе &lt;...&gt;, где находились покупатели немаркированной алкогольной продукции и спиртосодержащей продукции под видом алкогольной (т. 13 л.д. 140-141, 142-149). Протоколами выемки от 20 и 21 июня 2024 года изъяты, протоколами осмотра предметов (документов) от 20 и 21 июня 2024 года осмотрены, признаны вещественными доказательствами и приобщены в копиях свидетельство о государственной регистрации права &lt;Номер обезличен&gt;-АВ 216389 от 21 ноября 2013 года на нежилое помещение бокс 970 по &lt;...&gt; и свидетельство о государственной регистрации права &lt;Номер обезличен&gt;-АВ 214283 от &lt;Дата обезличена&gt; на нежилое помещение &lt;Номер обезличен&gt; по &lt;...&gt; (т. 13 л.д. 150-163, т. 17 л.д. 117-134). Протоколом осмотра предметов (документов) от 17 февраля 2024 года, иллюстрационной таблицей осмотрен, признан вещественным доказательством и приобщен к уголовному делу ответ ПАО Сбербанк исх. ЗНО0321410389 от &lt;Дата обезличена&gt;, который имеет сведения о движении денежных средств по карте ФИО6 за период с &lt;Дата обезличена&gt; по &lt;Дата обезличена&gt;. Установлено наличие транзакций с картой ФИО18 №56, ФИО18 №50, ФИО3, ФИО6, &lt;ФИО&gt;5 В ходе осмотра выписки ФИО18 №25 обнаружены транзакции с картой &lt;ФИО&gt;5, ФИО15 По карте &lt;ФИО&gt;5 за период с &lt;Дата обезличена&gt; по &lt;Дата обезличена&gt; имеются транзакции с картой ФИО18 №10, ФИО16, ФИО18 №25, с &lt;Дата обезличена&gt; по &lt;Дата обезличена&gt; имеются транзакции с картами ФИО18 №7, ФИО18 №17, &lt;ФИО&gt;59, ФИО12 к. (супруга ФИО1), ФИО18 №10, ФИО18 №11, ФИО18 №56, &lt;ФИО&gt;60 (отец ФИО18 №25), ФИО18 №37, ФИО16, ФИО18 №47, ФИО18 №23, ФИО18 №25, &lt;ФИО&gt;131. В ходе осмотра обнаружены транзакции с указанием места совершения в &lt;...&gt; (т. 13 л.д. 196-197, 198-216, 217). Рапортом от 18 января 2024 года к материалам уголовного дела приобщены выписки ЕГРН в отношении АО «РУСТ Россия», ООО «Виноконьячный завод «Альянс-1892», ООО «ТКМ» (т. 14 л.д.33-133). Из рапорта 4 марта 2024 года следует, что приобщена к материалам уголовного дела выписка ЕГРИП в отношении ИП ФИО18 №10 (т. 14 л.д. 134-143). Из рапорта от 22 марта 2024 года следует, что 9 октября 2022 года ФИО6 остановлен сотрудниками ГИБДД на автодороге Оренбург – Акбулак, в автомобиле обнаружено 20 ящиков с водкой «Белуга» (т. 14 л.д.144-154) Протоколом осмотра предметов (документов) от 16 июня 2024 года, иллюстрационной таблицей осмотрен, признан вещественным доказательством и приобщен к уголовному делу ответ ООО «КЕХ еКоммерц» №К-24/6903 от 2 мая 2024 года на бумажном носителе с приложением на оптическом диске. Осмотром установлено, что пользователем абонентского номера &lt;Номер обезличен&gt; является &lt;ФИО&gt;131 также имеются сведения о мобильном телефоне ФИО6 марки «iPhone» (дата регистрации 12 декабря 2022 года). Пользователь абонентского номера &lt;Номер обезличен&gt; зарегистрирован 18 марта 2022 года (&lt;ФИО&gt;5 вернулся в РФ &lt;Дата обезличена&gt;), использовал мобильный телефон «Samsung SM-A105F», изъятый в ходе оперативно-розыскных мероприятий у &lt;ФИО&gt;5 Абонентский &lt;Номер обезличен&gt; мог находиться в пользовании ФИО1, его сына и супруги. Пользователь абонентского номера &lt;Номер обезличен&gt; (ФИО1) зарегистрирован &lt;Дата обезличена&gt; (т. 14 л.д.160-162, 163-176, 177). Согласно справкам о результатах проверки в ОСК ФИО18 №25 и ФИО18 №30 привлекались к уголовной ответственности в 2019 году по ст.ст. 171.1 , 180 УК РФ (т. 14 л.д. 230, 234). Из рапорта следователя по ОВД СЧ СУ МУ МВД России «Оренбургское» &lt;ФИО&gt;61 от 9 февраля 2024 года следует, что произведено ознакомление с материалами уголовного дела №1-551-2020 по обвинению ФИО18 №25, ФИО18 №30 в Ленинском районном суде г. Оренбурга, информация перенесена на два оптических диска, которые приобщены к материалам уголовного дела (т. 15 л.д. 74-75) Протоколом осмотра предметов (документов) от 9 февраля 2024 года, иллюстрационной таблицей осмотрены, признаны вещественными доказательствами оптические диски с фотокопиями материалов уголовного дела в отношении ФИО18 №25, ФИО18 №30,согласно которым ФИО1 проходил по указанному делу свидетелем, приобретал алкогольную продукцию, также установлены лица, которые взаимодействовали с Вюсалом (&lt;ФИО&gt;5) в 2019 году по поводу приобретения у него немаркированной алкогольной продукции (т. 15 л.д. 76-93, 94) Протоколами осмотра предметов (документов) от 25 ноября 2023 года, 24 декабря 2023 года, иллюстрационными таблицами осмотрены, признаны вещественными доказательствами и приобщены к уголовному делу: мобильный телефон «Samsung Galaxy A10» IMEI &lt;Номер обезличен&gt;, IMEI &lt;Номер обезличен&gt; в чехле с sim-картой ПАО «Мегафон»; мобильный телефон «Samsung Model: SM-A115F/DSN IMEI1:&lt;Номер обезличен&gt;, IMEI2:&lt;Номер обезличен&gt;» с sim-картой ПАО «МТС», sim-картой ПАО «Вымпелком», мобильный телефон «Honor Model: DIG-L21HN» IMEI &lt;Номер обезличен&gt;, IMEI &lt;Номер обезличен&gt; с sim-картой ПАО «МТС», изъятые 22 февраля 2023 года в ходе обследования помещения гаража &lt;Номер обезличен&gt; ГСК &lt;Номер обезличен&gt; по адресу: &lt;...&gt;; пять оптических дисков – приложений к исследованию №И/5-5-2023, содержащих сведения с указанных телефонов; связка из трех ключей от гаража &lt;Номер обезличен&gt; ГСК &lt;Номер обезличен&gt;; один ключ от гаража &lt;Номер обезличен&gt; ГСК &lt;Номер обезличен&gt;; банковская карта на имя &lt;ФИО&gt;5 В ходе осмотра мобильного телефона &lt;ФИО&gt;5 «Samsung Galaxy A10» IMEI &lt;Номер обезличен&gt;, IMEI &lt;Номер обезличен&gt; в чехле с sim-картой ПАО «Мегафон» обнаружена переписка с ФИО18 №25, изображение ежедневника с рукописными записями с указанием количества, цены, стоимости немаркированной алкогольной продукции; контакты покупателей немаркированной алкогольной продукции; лиц, которым &lt;ФИО&gt;5 отправлял изображения изготовленной немаркированной алкогольной продукции; контакт «Alik 5» c абонентским номером ФИО6, чеки по переводам денежных средств между &lt;ФИО&gt;5 и &lt;ФИО&gt;131.; контакт «&lt;ФИО&gt;7» с абонентским номером ФИО1 В ходе осмотра мобильного телефона ФИО1 «Samsung Model: SM-A115F/DSN IMEI1:&lt;Номер обезличен&gt;, IMEI2:&lt;Номер обезличен&gt;» с sim-картой ПАО «МТС», sim-картой ПАО «Вымпелком» обнаружены совместные фотографии &lt;ФИО&gt;5 и ФИО6; переписка с лицами, которым ФИО1 в сообщениях указывал наименования алкогольной продукции и цены. В ходе осмотра мобильного телефона &lt;ФИО&gt;5 «Honor Model: DIG-L21HN» IMEI &lt;Номер обезличен&gt;, IMEI &lt;Номер обезличен&gt; с sim-картой ПАО «МТС» установлено наличие фотоизображений немаркированной алкогольной продукции, контакты покупателей немаркированной алкогольной продукции. В ходе осмотра оптических дисков обнаружены неоднократные абонентские соединения мобильного телефона &lt;ФИО&gt;5 с ФИО1, ФИО18 №18, ФИО18 №47, ФИО18 №37 (охранник ГСК &lt;Номер обезличен&gt;, записан как «&lt;ФИО&gt;29 Офис»), ФИО18 №25, ФИО18 №23 (поставщик питьевой &lt;ФИО&gt;16 в бутылях); фотоизображения немаркированной алкогольной продукции и бутылок («Царская охота», «Старый Кенигсберг», «KABAN», «HENNESSY», «с Серебром»), канистр с этиловым &lt;ФИО&gt;34, бутилированной &lt;ФИО&gt;16, коробок с продукцией, коробок с крышками. В ходе осмотра оптических дисков обнаружены сведения об использовании ФИО1 абонентского номера &lt;***&gt;, фотоизображения с указанием долгов ФИО1, свидетельства о регистрации транспортного средства, фотоизображения ФИО1 и &lt;ФИО&gt;5, фотоизображение свидетельства о регистрации транспортного средства на автомобиль ФИО1, размещенного на коробках с немаркированной алкогольной продукцией (т. 15 л.д. 95-99, 100-101, 102-124). Протоколами осмотров предметов (документов) от 26 ноября 2023 года, 10 апреля 2024 года, иллюстрационными таблицами осмотрены, признаны вещественными доказательствами и приобщены к уголовному делу мобильный телефон «Tecno Model: K15M IMEI1:&lt;Номер обезличен&gt;, IMEI2:&lt;Номер обезличен&gt;» с sim-картой ПАО «Вымпелком» в чехле, изъятый в ходе обыска в жилище ФИО1 14 ноября 2023 года по адресу: &lt;...&gt;; приложения к заключению эксперта №Э/5-34 от 25 марта 2024 года на оптических носителях – двух дисках DVD-R. В ходе осмотра файлов с телефона ФИО1 установлена информация о контакте «&lt;ФИО&gt;23» (супруга ФИО1), информация о сообщениях с абонентом «&lt;ФИО&gt;20» (ФИО6), информация о сообщениях и звонках с абонентом «Vusal» (&lt;ФИО&gt;5), с абонентом ФИО10 (ранее имел данные &lt;ФИО&gt;131) (т. 15 л.д. 125-126, 127, 145-171, 172). Протоколом осмотра предметов (документов) от 24 апреля 2024 года, иллюстрационной таблицей к нему осмотрены, признаны вещественными доказательствами и приобщены к уголовному делу: мобильный телефон «Honor Model: DIG-L21HN» IMEI &lt;Номер обезличен&gt;, IMEI &lt;Номер обезличен&gt; с sim-картой ПАО «МТС» (&lt;ФИО&gt;5), изъятый 22 февраля 2023 года в ходе обследования помещения гаража &lt;Номер обезличен&gt; ГСК &lt;Номер обезличен&gt; по адресу: &lt;...&gt;; приложение к заключению эксперта №Э/5-32 от 11 марта 2024 года на оптическом носителе – диске DVD-R, согланос которому установлено наличие учетной записи vusalveliev6756@gmail.ru, что подтверждает использование данного мобильного телефона &lt;ФИО&gt;5 В ходе осмотра обнаружены фотоизображения &lt;ФИО&gt;5, накладной с указанием наименования табачных изделий, бутылок с жидкостью с этикеткой «Царская охота» (изображение от 5 мая 2022 года), «&lt;ФИО&gt;2 Кенигсберг» (изображение от 27 июля 2022 года), пустых бутылок с этикетками и различными наименованиями, листа бумаги с указанием маркером красного цвета первых букв наименований алкогольной продукции и количества (изображение от 12 декабря 2022 года), картонных коробок и пластиковых канистр с крышками красного цвета (изображение от 19 декабря 2022 года), листа бумаги с указанием долга, «молоко» (изображение от 3 января 2023 года), картонных коробок, пластиковых бутылок из-под &lt;ФИО&gt;16 (изображение от 8 января 2023 года), автомобиля «KIA RIO» (изображение от 5 февраля 2023 года), сына &lt;ФИО&gt;5 – ФИО6 (изображение от 2019 года), скан-копии страхового полиса на автомобиль «KIA RIO» с указанием &lt;ФИО&gt;5 как лица, допущенного к управлению транспортным средством, файл «2_5&lt;Номер обезличен&gt;», на котором имеется голос ФИО18 №25, которая обращается к &lt;ФИО&gt;5 «Шеф»; абонентские соединения с абонентами &lt;Номер обезличен&gt; (в пользовании ФИО1) – 445 соединений; &lt;Номер обезличен&gt; (в пользовании ФИО19 ФИО18 №18) – 23 соединения; +&lt;Номер обезличен&gt; пользовании &lt;ФИО&gt;62 – &lt;...&gt;) – 53 соединения; &lt;Номер обезличен&gt; (в пользовании ФИО18 №47 – &lt;...&gt;) – 94 соединения; &lt;Номер обезличен&gt; (в пользовании ФИО18 №10 – &lt;...&gt;) – 38 соединений; &lt;Номер обезличен&gt; (в пользовании сына &lt;ФИО&gt;5 – &lt;ФИО&gt;131 – 36 соединений; &lt;Номер обезличен&gt; (в пользовании ФИО18 №25) – 45 соединений; &lt;Номер обезличен&gt; (в пользовании ФИО14) – 14 соединений (т. 15 л.д. 180-255, т. 16 л.д. 1-250, т. 17 л.д.1-55). Протоколом осмотра предметов (документов) от 24 апреля 2024 года, иллюстрационной таблицей к нему осмотрены, признаны вещественными доказательствами и приобщены к уголовному делу: мобильный телефон «Samsung Model: SM-A115F/DSN IMEI1:&lt;Номер обезличен&gt;, IMEI2:&lt;Номер обезличен&gt;» с sim-картой ПАО «МТС», sim-картой ПАО «Вымпелком» (ФИО1), изъятый 22 февраля 2023 года в гараже &lt;Номер обезличен&gt; ГСК &lt;Номер обезличен&gt;; приложение к заключению эксперта №Э/5-38 в виде оптических дисков в количестве трех дисков. В ходе осмотра обнаружены фотоизображения ФИО1 и его супруги, что свидетельствует об использовании данного телефона ФИО1; среди контактов: Елшан, «Алик &lt;Номер обезличен&gt; - &lt;ФИО&gt;131., «ФИО18 №55» (т. 17 л.д. 56-65, 66-67). Протоколом осмотра от 17 января 2024 года, иллюстрационной таблицей к нему осмотрена, признана вещественным доказательством изъятая 22 февраля 2023 года немаркированная алкогольная продукция, для проведения экспертизы изъяты образцы по 5 бутылок каждого наименования, а также две канистры (т. 17 л.д. 86-107, 108). Протоколом осмотра от 26 июня 2024 года, иллюстрационной таблицей к нему осмотрена изъятая 22 февраля 2023 года немаркированная алкогольная продукция, стеклянные бутылки с этикетками «Лезгинка» в количестве 15 штук, бочка пластиковая серого цвета, бочка пластиковая темно-синего цвета, 3 коробки с пластиковыми пробками, термоусадочной пленкой, строительный фен оранжевого цвета, которые постановлением от 26 июня 2024 года признаны вещественными доказательствами и приобщены к уголовному делу (т. 17 л.д. 109-115, 116). Рапортом следователя по ОВД СЧ СУ МУ МВД России «Оренбургское» ФИО20 от 15 января 2024 года приобщены к материалам уголовного дела карточки учета транспортных средств (т. 17 л.д. 148-151). Протоколом выемки от 23 марта 2024 года, иллюстрационной таблицей к нему у свидетеля &lt;ФИО&gt;164 изъяты, протоколом осмотра от 23 марта 2024 года осмотрены, признаны вещественными доказательствами автомобиль «LADA 219010 LADA GRANTA», г.р.з. &lt;данные изъяты&gt;, идентификационный номер (VIN) &lt;Номер обезличен&gt;, свидетельство о регистрации транспортного средства (т. 17 л.д. 165-173, 174-182, 183-187). Протоколом выемки от 23 марта 2024 года, иллюстрационной таблицей к нему у свидетеля ФИО18 №12 изъяты, протоколом осмотра от 23 марта 2024 года осмотрены, признаны вещественными доказательствами автомобиль «KIA RIO», г.р.з. &lt;Номер обезличен&gt;, идентификационный номер (VIN) &lt;Номер обезличен&gt;, свидетельство о регистрации транспортного средства (т. 17 л.д. 188-194, 195-201, 202-205). Протоколом осмотра от 20 марта 2024 года осмотрены, признаны вещественными доказательствами автомобиль марки «GEELY GC6», г.р.з. &lt;Номер обезличен&gt; регион, свидетельство о регистрации серии 99 36 &lt;Номер обезличен&gt; на указанный автомобиль (т. 19 л.д. 234-237). Протоколом осмотра предметов (документов) от 3 января 2024 года, иллюстрационной таблицей к нему осмотрен жесткий диск «WD My Passport Ultra» серийный номер WX31A96DT368 c приложениями к справке об исследовании №И/5-6 от 22 марта 2023 года системного блока «Fox», изъятого в ГСК &lt;Номер обезличен&gt;. В ходе осмотра установлено наличие видеозаписей за 13, 14, 15, 16, 21, 22 февраля 2023 года, содержащих фиксацию проезда автомобиля &lt;ФИО&gt;5 «KIA RIO», г.р.з. &lt;Номер обезличен&gt; с логотипом «Яндекс» к гаражам №&lt;Номер обезличен&gt;, 970 указанного ГСК и нахождения указанного автомобиля в районе данных гаражей. В ходе осмотра произведено копирование посредством записи интересующих следствие файлов на два DVD-R диска и один CD-R диск, которые приобщаются к протоколу осмотра. В ходе осмотра файлов за 15, 16, 21, 22 февраля 2023 года установлены факты въезда-выезда &lt;ФИО&gt;5 на указанном автомобиле, проезда к вышеуказанным гаражам, нахождение в данных гаражах. При осмотре видеозаписей за 22 февраля 2023 года установлено время прибытия сотрудников полиции и пресечения незаконной деятельности &lt;ФИО&gt;5, ФИО1 и ФИО6 Системный блок «Fox», два оптических диска DVD-R и один диск CD-R признаны вещественными доказательствами и приобщены к материалам дела (т. 17 л.д. 206-221, 222-223). Согласно ответу ПАО АКБ «Авангард» от 1 апреля 2024 года, на бумажном носителе на 1 листе с приложением на оптическом носителе – диске предоставлена информация о движении денежных средств по счетам, открытым на имя ФИО1, ФИО18 №25, которая осмотрена протоколом осмотра предметов (документов) от 2 мая 2024 года, признана вещественным доказательством и приобщена на диске и бумажном носителе к уголовному делу (т. 18 л.д. 46-47, 52-70, 71-72). Протоколом осмотра от 27 июня 2024 года установлен адрес ГСК &lt;Номер обезличен&gt;: &lt;...&gt; (т. 18 л.д. 73-78). Из ответа №5/1846 от 26 июня 2024 года УВМ УМВД России по &lt;...&gt; следует, что &lt;ФИО&gt;5 осуществил въезд на территорию РФ 5 марта 2023 года (т. 19 л.д. 38-63). Из ответа №650 от 27 февраля 2024 года ОГИБДД ОМВД России по Соль-Илецкому городскому округу следует, что &lt;ФИО&gt;5 совершил административное правонарушение 7 июня 2022 года на автомобиле «Мазда-6» на территории Соль-Илецкого городского округа (т. 19 л.д. 81-82). Протоколом выемки изъято свидетельство о государственной регистрации права &lt;Номер обезличен&gt;-АВ 214283 от 3 октября 2013 года на нежилое помещение &lt;Номер обезличен&gt; по адресу: &lt;...&gt;, которое осмотрено протоколом осмотра предметов (документов), признано вещественным доказательством и приобщено к уголовному делу (т. 17 л.д. 117-123, 124-127, 128-134). Из заявления представителя АО «Руст Россия» и компании «Влактор Трейдинг Лимитед» &lt;ФИО&gt;48, ответа АО «Руст Россия» исх. №5/2024 от 19 января 2024 года следует, что АО «Руст Россия» (прежнее наименование – ЗАО «Русский Алкоголь») является компанией, объединяющей под своим управлением группу организаций и предприятий, в т.ч. заводы, производящие водку под вышеуказанным наименованием, с согласия и под контролем правообладателей соответствующих товарных знаков. Оригинальная продукция водка «Талка» емкостью 0,5 л. изготавливается АО «ЛВЗ «Топаз» (ИНН &lt;***&gt;, прежнее наименование – ЗАО «ЛВЗ «Топаз»; адрес: &lt;...&gt;), и АО «Сибирский ЛВЗ» (ИНН &lt;***&gt;, прежнее наименование – ЗАО «Сибирский ЛВЗ»; адрес: Новосибирская область, Новосибирский р-н, пос. Кольцово, промзона Сибирского ЛВЗ, стр.1). Правообладателями товарных знаков, размещаемых на водке «Талка», являются АО «Руст Россия» (ИНН &lt;***&gt;, адрес регистрации: &lt;...&gt;) и компания VLAKTOR TRADING Ltd. (TIN 12161134S, адрес регистрации: Зинонос Китиеос, 8, Като Лакатамия, 2322, Никосия, Республика Кипр). На одной бутылке водки «Талка» размещено до 11 товарных знаков: 432926, 380146, 673633, 454989, 456824, 456822, 466266, 466562, 458682, 456821, 456823. Товарный знак под номером 432926 зарегистрирован на имя АО «Руст Россия», остальные – на имя компании VLAKTOR TRADING Ltd. Все вышеперечисленные товарные знаки зарегистрированы в установленном законом порядке в Федеральной службе по интеллектуальной собственности, патентам и товарным знакам Российской федерации и относятся к 33 классу МКТУ (международный классификатор товаров и услуг) – алкогольные напитки (за исключением пива); продукты алкогольные для приготовления напитков. В адрес АО «Руст Россия» по вышеуказанному запросу были направлены цветные фотоизображения образцов выявленной продукции под наименованием водка «Талка» емк. 0,5л. – 5 бутылок, снабженных этикеткой «водка Талка», на которых отсутствовала маркировка федеральной специальной маркой (далее по тексту – ФСМ). В ходе визуального осмотра изображений было установлено, что запечатленная на них продукция не производилась на заводах-изготовителях оригинальной продукции и является контрафактной фальсифицированной продукцией. Выводы о контрафактности и фальсифицированности выявленной продукции сделаны на основе сравнения ее фотоизображений с образцами оригинальной продукции на предмет соответствия (несоответствия) исследуемой продукции внешнему виду оригинальной продукции под одноименным наименованием и требованиям, предъявляемым внутренними стандартами компании к оформлению готовой оригинальной продукции. Внешнее оформление выявленной продукции под наименованием водка «Талка» емк. 0,5л. отличается от внешнего оформления оригинальной водки «Талка» емк. 0,5л., а именно: стеклобутылки не соответствует оригинальным (на донной части выявленной продукции отсутствует клеймо завода-изготовителя стеклобутылки и присутствуют посторонние символы – «штрихи» в каждом из углов донной части; на теле стеклобутылки отсутствует эмбоссинг надписи «Талка»); укупорочный колпак не соответствует оригинальному (укупорочный колпак на оригинальной продукции выполнен из металлопластика, тогда как на изъятой – из пластика; конструктивно укупорочный колпак на изъятой продукции представляет собой единое целое, на оригинальной продукции он состоит из двух частей (нижней – основного тела колпака, закрепленного неподвижно, и верхней – винтовой); изобразительные обозначения елей не соответствуют оригинальным – они выполнены схематично, также отсутствуют надписи «Талка» в верхней части колпака, изображение 4-х оленей в нижней части колпака выполнены без эмбоссирования, кроме того, на колпаке присутствуют излишние изображения – горы); этикетка не соответствует оригинальной по дизайну (на этикетке изъятой продукции отсутствует фольгированность («зеркальность») элемента, выполненного в виде полосы серебристого цвета переменной ширины в месте перехода от изобразительной части зимнего леса к словесным элементам и надписям, кроме того, сами этикетки нанесены неровно, небрежно – этикетки смещены влево относительно вертикальной оси бутылки); в нарушение внутренних стандартов оформления готовой оригинальной продукции, на этикетках на изъятой продукции отсутствует маркировка даты ее розлива. Ни АО «Сибирский ЛВЗ», ни АО «ЛВЗ «Топаз» при выпуске оригинальной продукции не допускают ее отгрузку без соответствующей маркировки ФСМ. Кроме того, вся выпускаемая заводами оригинальная алкогольная продукция в обязательном порядке маркируется только полученными в строгом соответствии с законом федеральными специальными марками, выпущенными ФГУП Гознак и прошедшими регистрацию в ЕГАИС. Таким образом, изъятая продукция под наименованием водка «Талка» не является оригинальной (стеклобутылка, укупорочный колпак, этикетка на изъятой продукции не соответствуют оригинальным по конструктивным особенностям, дизайну, цветовому оформлению либо качеству исполнения отдельных элементов), при этом, для обычного, «рядового» покупателя она будет сходна до степени смешения с одноименной оригинальной продукцией. На этикетке изъятой продукции под наименованием водка «Талка» незаконно использовались товарные знаки «Талка», тождественные либо сходные до степени смешения с принадлежащими АО «Руст Россия» и компании VLAKTOR TRADING Ltd., зарегистрированными в Федеральной службе по интеллектуальной собственности, патентам и товарным знакам, охраняемыми на территории РФ, и удостоверенными в свидетельствах к ним за номерами 432926, 380146, 456821, 456822, 456823, 456824, 458682, 466562. Кроме того, была использована форма и внешний вид стеклобутылки, в которую разливается алкогольная продукция под наименованием водка «Талка», и укупорочного колпака, применяемого на оригинальной продукции, принадлежащие компании VLAKTOR TRADING Ltd. и зарегистрированные в Федеральной службе по интеллектуальной собственности, патентам и товарным знакам, охраняемые на территории РФ, удостоверенные в свидетельствах за номерами 454989 и 673633 соответственно, а также товарный знак за номером 466266, принадлежащий компании VLAKTOR TRADING Ltd. и представляющий собой бутылку «в сборе» (т.е. стеклобутылку с нанесенной на нее этикеткой и укупорочным колпаком). Товарные знаки и их описание: №432926 – словесный товарный знак «ТАЛКА». Семантика: фантазийное слово (талая вода). Фонетика: соотв. написанию, ударение на первый слог; №380146 – словесный товарный знак «Страна хрустальных ручьев», написан буквами кириллического алфавита; №673633 – комбинированный товарный знак (укупорочный колпак). В круге (верх колпака) размещен силуэт головы и торса оленя. Нижняя фигура (боковая поверхность) разделена на 2 части: верхнюю, где размещено слово «ТАЛКА», и нижнюю, где размещено изображение леса и силуэта оленя. Словесное обозначение «ТАЛКА» является фантазийным, в т.ч. в отношении заявленных товаров; №456821 – изобразительное обозначение, представляющее собой помещенные в центральной части стилизованные изображения шишки и веточки, обрамляемые последовательно двумя незамкнутыми окружностями, причем внешняя выполнена в виде полосы переменной толщины; №456822 – изобразительное обозначение, в центральной части помещены стилизованные изображения снежинки и капли, которые обрамляются тремя последовательно увеличивающимися шестиугольниками; №456823 – изобразительное обозначение, представляющее собой стилизованное изображение капли на фоне круга, помещенное в незамкнутую сверху окружность; №458682 – изобразительное обозначение, в центре помещена суживающаяся полоса S-образной формы, темная в центре и со светлым обрамлением по бокам. По обе стороны от полосы размещены соединяющиеся волнистые линии, наружные края линий образуют окружность. Все вышеуказанные элементы помещены в окружность; №466562 – комбинированный товарный знак, словесно-изобразительное обозначение, состоит из стилизованного изображения фантазийного пейзажа из деревьев, неба, камней и снега, заключенное в две окружности, между которыми помещен словесный элемент «страна хрустальных ручьев»; №454989 – комбинированный товарный знак, представляющий собой бутылку оригинальной формы с декоративными элементами и словесным элементом – словом «Талка» – на плече бутылки; №456824 – комбинированный товарный знак (этикетка). Включает словесные элементы «Талка» и «Страна хрустальных ручьев» и изобразительные: заснеженный лес, изображённый в синей цветовой гамме, три оленя, четыре оригинальных вертикально расположенных эмблемы, включающие символы «снежинка с каплей», «ручей», «шишка», «капля» и оригинальную эмблему со словами «страна хрустальных ручьев», расположенную по центру в нижней части товарного знака. Цветовое сочетание: белый, синий, голубой, серый; &lt;Номер обезличен&gt; – комбинированный товарный знак, представляющий собой бутылку оригинальной формы с декоративными элементами и словесным элементом – словом «Талка» – на плече бутылки, а также оригинальным укупорочным колпаком и этикеткой. Цветовое сочетание: белый, серый, голубой, синий. Ни &lt;ФИО&gt;5, ни &lt;ФИО&gt;131 ни ФИО1, за исключением заводов-изготовителей оригинальной продукции, право на использование товарных знаков «Талка» их правообладателями – АО «Руст Россия» и компанией VLAKTOR TRADING Ltd. – не предоставлялось. Договоров поставки алкогольной продукции под наименованием водка «Талка» ни АО «Руст Россия», ни заводами-изготовителями оригинальной продукции с указанными лицами не заключалось. Договоры отчуждения исключительного права на товарный знак, а также лицензионные договоры на право использования товарного знака с перечисленными выше лицами не заключались. В случае, когда выявленная продукция под наименованием водка «Талка» произведена не заводами – изготовителями оригинальной продукции и без согласия правообладателей соответствующих товарных знаков – АО «Руст Россия» и компании VLAKTOR TRADING Ltd. (ВЛАКТОР ТРЕЙДИНГ ЛИМИТЕД), ее хранение или перевозка с целью продажи, либо предложение к продаже, либо продажа данной продукции являются незаконными, а сама продукция – контрафактной. Сумма ущерба правообладателя рассчитывается исходя из того, что одна единица фальсифицированной (контрафактной) продукции вытесняет с рынка одну единицу легального товара, сумму нанесенного ущерба правообладатель оценивает исходя из стоимости легальной продукции. По состоянию на 22 февраля 2023 года минимальная отпускная стоимость одной оригинальной бутылки водки «Талка» емкостью 0,5л составляла 292 рубля 75 копеек. Учитывая, что всего было выявлено и изъято 888 бутылок продукции под наименованием водка «Талка» емк. 0,5 л. каждая, размер ущерба правообладателей товарных знаков «Талка» - АО «Руст Россия» и компании VLAKTOR TRADING Ltd. составляет 259 962 рубля 00 копеек (292,75 руб. х 888 бут.). При этом, один из правообладателей товарных знаков, расположенных на водке «Талка» – компания VLAKTOR TRADING Ltd. считает, что ей был причинен вред деловой репутации, который она в денежном эквиваленте не оценивает, а другой правообладатель товарных знаков «Талка» – АО «Руст Россия» полагает, что ему был причинен имущественный вред в размере 259 962 рубля 00 копеек. К ответу приложены: заявление о незаконном использовании товарных знаков, копии доверенностей (от АО «Руст Россия» и компании ВЛАКТОР ТРЕЙДИНГ ЛИМИТЕД) на лицо, имеющее право представлять интересы правообладателей в правоохранительных органах и судах, сведения о регистрации и принадлежности товарных знаков «Талка» на территории Российской Федерации (т. 3 л.д. 5-6, 146-178). Из рапорта об обнаружении признаков преступления от 29 января 2024 года следует, что на изъятой 22 февраля 2023 года из незаконного оборота продукции в количестве 706 бутылок с этикетками «СТАРЫЙ КЕНИГСБЕРГ OLD KENIGSBERG Produce of France VSOP FRENCH BRANDY ПРОИЗВЕДЕНО ВО ФРАНЦИИ SAS «Distillerie Tessendier &amp; Fils» 50cl 40%Alc.Vol. Tessendier &amp; Fils°1892 ALLIANCE°» незаконно размещены изображения, сходные до степени смешения с комбинированными товарными знаками, правообладателем которых является ООО «Виноконьячный завод «Альянс-1892», в связи с чем усматриваются признаки состава преступления, предусмотренного ч. 3 ст. 180 УК РФ (т. 3 л.д. 9). Из заявления представителя ООО «Виноконьячный завод «Альянс-1892» и ответа ООО «Виноконьячный завод «Альянс-1892» исх. №38 от 19 января 2024 года следует, что ООО «Виноконьячный завод «Альянс-1892» (далее – Общество, Предприятие) - российское предприятие, специализирующееся в области производства крепких алкогольных напитков, в том числе, коньяков линейки «Старый Кенигсберг». Производство продукции осуществляется предприятием по адресу: 238150, &lt;...&gt;, фотоизображения выпускаемой предприятием продукции размещены на официальном сайте Общества в телекоммуникационной сети «Интернет» - https://www.alliancel892.ru/, а также на официальном сайте Росалкогольрегулирования. Изготавливаемая предприятием алкогольная продукция в обязательном порядке в автоматическом режиме: оклеивается федеральными специальными марками, продукция упаковывается в гофрокоробы с наименованием упакованной продукции и изображением товарных знаков и патентов, правообладателем и патентообладателем которых является Общество, на стеклянную тару и на упаковку наносится дата разлива. Обществом произведен визуальный сравнительный осмотр изъятой 22 февраля 2023 года продукции и оригинальной продукции Brendy «Old Kenigsberg» VSOP» (Бренди «Старый Кенигсберг» ВСОП) по имеющимся фотоизображениям. Установлено, что на изъятой из незаконного оборота продукции в количестве 706 бутылок, вместимостью 0,5 л. каждая, оклеенных этикетками и контрэтикетками с наименованием продукции бренди «Старый Кенигсберг «VSOP», отсутствует федеральная специальная марка, внешний вид горловой кольеретки, этикетки и контрэтикетки не соответствуют оригинальным для данного вида официальной продукции (Brendy «Old Kenigsberg» VSOP» (Бренди «Старый Кенигсберг» ВСОП)), продукция разлита в не оригинальную потребительскую тару. Производство продукции Brendy «Old Kenigsberg» VSOP «Бренди «Старый Кенигсберг» ВСОП» («Old Kenigsberg VSOP»), вместимостью 0,5 л., осуществлялось по заказу Общества иностранным предприятием SAS Distillerie Tessendier &amp; Fils («Дистиллери Тессендье и Фис» САС), 94, rue Robert Daugas, BP 215, 16111 Cognac Cedex, France (94 улица Робер Дога, БП 215, 16111, г. Коньяк, Седекс, Франция). Импортером продукции с 2012 г. по 2013 г. являлось ООО «Ай-Эл-Эс Глобалвин», адрес местонахождения: 143345, Россия, Московская область, Наро-Фоминский район, поселок Селятино; адрес местонахождения обособленного подразделения (склада): Россия, 119619, &lt;...&gt; этаж, помещение VI, комната 5Г. Импортером продукции с 2014 г. по 2016 г. являлось ООО «ВИОЛА», адрес местонахождения: 141273, Россия, Московская область, Пушкинский район, ФИО21 с.о., д. Могильцы; адрес местонахождения обособленного подразделения (склада): Россия, 119619, &lt;...&gt; этаж, помещение VI, комната 5Г. После 2016 года производство продукции Brendy «Old Kenigsberg» VSOP (Бренди «Старый Кенигсберг» ВСОП), вместимостью 0,5 л, прекращено. На изъятой 22 февраля 2023 года из незаконного оборота продукции в количестве 706 бутылок, вместимостью 0,5 л. каждая, оклеенных этикетками и контрэтикетками с наименованием продукции бренди «Старый Кенигсберг ВСОП», незаконно размещены изображения, сходные до степени смешения со следующими комбинированными товарными знаками (знаками обслуживания), правообладателем которых является Общество, и патентом на промышленный образец, патентообладателем которого является Общество: - на основании свидетельства на товарный знак (знак обслуживания) №321238, срок действия исключительного права Общества на товарный знак №321238 продлен до 28 июля 2025 года; - на основании свидетельства на товарный знак (знак обслуживания) №404347, срок действия исключительного права Общества на товарный знак №404347 продлен до 23 апреля 2029 года; - на основании свидетельства на товарный знак (знак обслуживания) №753808, срок действия исключительного права Общества на товарный знак №753808 до 6 сентября 2029 года; - на основании свидетельства на товарный знак (знак обслуживания) №234198, срок действия исключительного права Общества на товарный знак №234198 продлен до 20 февраля 2032 года; - на основании патента на промышленный образец №75556 НАКЛЕЙКА, срок действия патента до 8 июля 2024 года. В связи с тем, что алкогольная продукция Brendy «Old Kenigsberg» VSOP (Бренди «Старый Кенигсберг» ВСОП) емкостью 0,5 л. после 2016 года на территорию Российской Федерации не поставлялась, при определении размера ущерба Обществом использовалась оптовая цена за единицу данного вида продукции, по которой товар реализовывался последний раз на территории Российской Федерации в 2016 году. Поскольку базовая цена реализации одной единицы продукции «Бренди «Старый Кенигсберг» VSOP», емкостью 0,5 л., оптовым покупателям при реализации в 2016 году составляла 460 рублей 64 копейки за единицу продукции (без учета НДС), соответственно размер причиненного Обществу ущерба незаконным использованием товарных знаков «Старый Кенигсберг» №№321238, 404347, 753808, 234198, правообладателем которых является Общество на изъятой из незаконного оборота контрафактной продукции (706 бутылок) составляет 325 211 рублей 84 копейки (706*460,64). Сумма компенсации за незаконное использование товарных знаков «Старый Кенигсберг» №№321238, 404347, 753808, 234198, правообладателем которых является Общество, размещенных на изъятой контрафактной алкогольной продукции в количестве 706 шт., рассчитана Обществом в двукратном размере стоимости товаров, на которых незаконно размещен товарный знак (ст. 1515 ГК РФ ) и составляет 650 423 рубля 68 копеек (325 211,84*2). Поскольку базовая цена реализации одной единицы продукции «Бренди «Старый Кенигсберг» VSOP», емкостью 0,5 л., оптовым покупателям при реализации в 2016 году составляла 460 рублей 64 копейки за единицу продукции (без учета НДС), соответственно размер причиненного Обществу ущерба незаконным использованием патента на промышленный образец №75556 НАКЛЕЙКА, патентообладателем которого является Общество, на изъятой из незаконного оборота контрафактной продукции (706 бутылок) составляет 325 211 рублей 84 копейки (706*460,64). Сумма компенсации за незаконное использование патента на промышленный образец №75556 НАКЛЕЙКА, патентообладателем которого является Общество, размещенного на изъятой контрафактной алкогольной продукции в количестве 706 шт. рассчитана Обществом в двукратном размере стоимости ущерба за данный вид продукции и составляет 650 423 рубля 68 копеек (325 211,84*2). ООО «Виноконьячный завод «Альянс-1892» не заключало договоров с какими-либо индивидуальными предпринимателями, а также физическими лицами, в т. ч. с ФИО22 а.о., ФИО6, ФИО1 об использовании указанных выше товарных знаков (знаков обслуживания) и патента, не представляло на территории России разрешения на реализацию алкогольной продукции под указанными выше товарными знаками (знаками обслуживания) и патентом. К ответу приложены копии документов: свидетельство на товарные знаки №№321238, 404347, 753808, 234198 и патент №75556, копии учредительных документов (устав, свидетельство о внесении в ЕГРЮЛ, свидетельство о постановке на учет в налоговом органе, выписка из ЕГРЮЛ), подтверждающих наименование, местонахождение, ИНН, ОГРН ООО «Виноконьячный завод «Альянс-1892», протокол визуального осмотра от 19 января 2024 года, согласно которому установлено расхождение параметров образца (подделки) и оригинальной продукции, справка о стоимости от 19 января 2024 года, согласно которой размер причиненного ущерба ООО «Виноконьячный завод «Альянс-1892» незаконным использованием товарных знаков составляет 325 211 рублей, копия доверенности представителя от 14 августа 2023 г. №29 (т. 4 л.д. 4-6, л.д. 1-41). Из заявления представителя компании «Сосьете Жас Хеннесси энд Ко» и ответа ООО «ТКМ» исх. №52 от 19 января 2024 года следует, что ООО «ТКМ» в соответствии с выданными доверенностями представляет интересы компании «Сосьете Жас Хеннесси энд Ко» по защите объектов интеллектуальной собственности на территории Российской Федерации. Среди изъятой 22 февраля 2023 года на территории г. Оренбурга алкогольной продукции была обнаружена продукция, маркированная товарным знаком «Hennessy Х.О.», объемом 0.5 л. каждая в общем количестве 153 бутылки, с признаками контрафактной продукции. Незаконное использование товарных знаков осуществлялось путём хранения и перевозки контрафактной алкогольной продукции («Hennessy Х.О.»), содержащей товарные знаки: словесный товарный знак «HENNESSY» (зарегистрирован в Международном бюро Всемирной организации интеллектуальной собственности (ВОИС), свидетельство №554084) и объёмный товарный знак «HENNESSY»: (зарегистрирован в Международном бюро Всемирной организации интеллектуальной собственности (ВОИС), свидетельство №1117587. правообладателем которых является компания «Сосьете Жас Хеннесси энд Ко». Обладателем исключительных прав на товарные знаки, содержащиеся на представленном образце, на территории РФ является компания «Сосьете Жас Хеннесси энд Ко», и продукция под данными товарными знаками на территории РФ распространяется только через её полномочных дистрибьюторов. Между компанией-правообладателем и физическими и юридическими лицами договорные отношения на использование товарных знаков не заключались, право на использование товарного знака не предоставлялось и не передавалось. В результате незаконного использования товарных знаков правообладателю причинены убытки, выражающиеся в виде упущенной выгоды. Распространением данной продукции (изъято 148 бутылок) правообладателю причинён ущерб на сумму 1 633 180 рублей. С учетом количества изъятых бутылок (148 ед.) и количеством реализованных ФИО23 бутылок (153 ед.) причинён ущерб на сумму 1 688 355 рублей. К ответу приложены копии документов: доверенности на право представления интересов компании «Сосьете Жас Хеннесси энд Ко», свидетельства на товарные знаки №554084, №1117587, подтверждающие регистрацию в Международной системе регистрации товарных знаков; заявление о привлечении к ответственности, справка о причиненном ущербе «Сосьете Жас Хеннесси энд Ко», справка об исследовании с фотоиллюстрациями, согласно которой изъятая 22 февраля 2023 года алкогольная продукция, маркированная товарными знаками «Hennessy» (№554084, №1117587) является контрафактной (т. 3 л.д. 12-13, 55-99). Из заявления ответа ООО «СТАНДАРТЪ» исх. №050 от 15 февраля 2024 года следует, что ООО «СТАНДАРТЪ» является правообладателем товарного знака Водка «С Серебром» на территории Российской Федерации. Товарный знак, знак обслуживания, наименование места происхождения товара или сходных с ним обозначений для однородных товаров – принадлежит ООО «СТАНДАРТЪ». Оригинальный вид продукции ООО «СТАНДАРТЪ» водка «С Серебром» официально зарегистрирован на портале Росалкогольтабакконтроля – «Уведомления о начале оборота» – https://fsrar.gov.ru/frap/frap (регистрационный номер уведомления: Водка «С серебром Премиум» (черная) 03-00141095; Водка «С серебром Премиум» (белая) 03-00141096, и представлен на сайте: https://standart.vodka/. Прямой действительный ущерб ООО «СТАНДАРТЪ» составил: 400 рублей (средняя розничная цена Водки «С Серебром» 0,5 л. 1 бутылка – 400 рублей) х 58 бутылок нелегальной продукции = 23 200 рублей. Сумма компенсации за причиненные убытки в двукратном размере составила: 46 400 рублей. Таким образом, убытки, причиненные ООО «СТАНДАРТЪ» незаконными действиями лиц по использованию чужого товарного знака, а также компенсация в двукратном размере на момент изъятия составляют в сумме 69 600 рублей. ООО «СТАНДАРТЪ» не заключал никаких договоров на использование товарного знака «С Серебром» ни с физическими, ни с юридическими лицами. Права на использование товарных знаков и введение какой-либо продукции в гражданский оборот на передавались. К заявлению приложены копии документов: свидетельства на товарные знаки (знаки обслуживания) №580946, №580947, №580948 от 15 июля 2016 года, согласно которым зарегистрирован товарный знак на алкогольные напитки, правообладатель – ООО «СТАНДАРТЪ», срок действия регистрации до 22 мая 2024 года, приказа №09 от 10 января 2023 года, приказа №01 от 09 января 2024 года, подтверждающие полномочия представителя; свидетельства о постановке на учет в налоговом органе, содержащая сведения об ИНН, ОГРН ООО «СТАНДАРТЪ», устава, паспорта &lt;ФИО&gt;50 (т. 3 л.д. 18-19, т. 5 л.д. 19-20, 21-23, 101-119). Из заявления представителя ООО «Айсберг» &lt;ФИО&gt;51 следует, что по договору об отчуждении от 28 июня 2022 года ООО «Айсберг» является обладателем исключительных прав на товарный знак «Царская охота» по свидетельству &lt;Номер обезличен&gt;. Право на использование товарного знака «Царская охота», &lt;ФИО&gt;5, ФИО1, ФИО6, не предоставлялось, лицензионные договоры с ними не заключались. Таким образом, продукция, выпущенная в оборот без специального разрешения правообладателя, является контрафактной. На момент изъятия контрафактной алкогольной продукции 22 февраля 2023 года стоимость одной оригинальной бутылки водки «Царская охота» емкостью 0,5 л. 281 рубль, изъято 140 бутылок продукции под наименованием водка «Царская охота» емк. 0,5 л. (281 руб. х количество контрафактных бутылок 140 бут.), размер ущерба правообладателя товарных знаков «Царская охота» – компании ООО «Айсберг» составляет 39 340 рублей. К заявлению приложены копии документов: свидетельства на товарный знак (знак обслуживания) №331262 от 30 декабря 1997 года, доверенности от 1 июня 2022 года, от 9 января 2024 года от ООО «Айсберг», от 3 июля 2023 года от ООО «РТД Боттлерс» на ФИО24, выписки ЕГРЮЛ в отношении ООО «Айсберг», свидетельства о постановке на учет в налоговом органе ООО «Айсберг» (т. 3 л.д. 22-25, т. 5 л.д. 133-136, 137-152, 220-223, 224-228). Рапортом следователя по ОВД СЧ СУ МУ МВД России «Оренбургское» ФИО20 приобщены сведения по товарному знаку &lt;Номер обезличен&gt;, содержащие подтверждение продления срока действия исключительного права до 23 января 2027 года, а также статус правообладателя ООО «Айсберг» (т. 5 л.д. 153-169). Из заявления представителя ООО «НоваБев Брендс» следует, что изъятая алкогольная продукция маркирована схожим до степени смешения обозначением. Товарные знаки «BELUGA»/«БЕЛУГА» зарегистрированы в Государственном Реестре товарных знаков и знаков обслуживания Российской Федерации под номерами 207986, 257988, 302113, 302114, 430307, 435067, 439139, 460694 и другие. Серия товарных знаков «BELUGA»/«БЕЛУГА» охраняется в соответствии с действующим законодательством Российской Федерации, в том числе в отношении товаров 33 класса МКТУ, а именно – водка. В настоящее время правообладателем серии товарных знаков «BELUGA»/«БЕЛУГА», охраняемых в соответствии с действующим законодательством Российской Федерации, в том числе в отношении товаров 33 класса МКТУ, а именно – водка, является компания «БЕЛУГА ГЛОБАЛ ЛТД» (BELUGA GLOBAL LTD), номер государственной регистрации РД 0410454 от 6 октября 2022 года, зарегистрированная по адресу: Кипр, &lt;...&gt;, ул. Арх. Макариу III, 206, КРИСАЛИЯ КОРТ, 5й этаж (Arch. Makariou III, 206, CHRYSALIA COURT, 5th floor, 3030, Limassol, Cyprus). Между правообладателем и заявителем – ООО «НоваБев Брендс» (до смены наименования 3 ноября 2023 года – ООО «Белуга Брендс») заключен лицензионный договор на использование товарных знаков «Белуга/Beluga» от 19 января 2021 года. В соответствии с данным договором ООО «НоваБев Брендс» предоставлена исключительная лицензия на право использования серии словесных и комбинированных товарных знаков «BELUGA»/«БЕЛУГА» на территории Российской Федерации на весь срок действия исключительных прав, включая право на их размещение на товарах, этикетках, упаковках товаров, которые производятся, предлагаются к продаже, продаются, при выполнении работ, оказании услуг, в рекламе и пр. Также ООО «НоваБев Брендс» наделено правом осуществлять защиту прав на товарные знаки на территории Российской Федерации от любого их незаконного использования третьими лицами, включая, право обращаться в правоохранительные органы, предъявлять иски в суды, требовать по своему выбору от нарушителя возмещения убытков, выплаты компенсации, а также осуществлять любые иные действия, в соответствии с законодательством Российской Федерации, необходимые для защиты его исключительных прав как лицензиата. По указанному лицензионному договору также заключен сублицензионный договор между ООО «НоваБев Брендс» и АО «Мариинский ликеро-водочный завод» на использование серии товарных знаков «BELUGA»/«БЕЛУГА» на весь срок действия лицензионного договора. Серия товарных знаков со словесным элементом «БЕЛУГА / BELUGA» зарегистрирована в качестве товарных знаков и охраняется как:</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словесные – слово «БЕЛУГА» на русском языке (св-ва №№257988, 520837) и слово «BELUGA» на латинице (св-ва №№207986, 483854, 484337, 577080, 554366, 573016), II. изобразительные – изображение рыбки (св-во №435067), изображение рыбки на фоне круга с волнами (св-во №439657), изображение рыбки с короной на фоне круга (св-во №430307), III. комбинированные – сочетание словесных и изобразительных элементов: - Слово «BELUGA» с изображением рыбки на фоне круга (св-во №302113); - Слово «БЕЛУГА» с изображением рыбки и короны на фоне круга (св-во №302114).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Образцы изъятой продукции водки «Каспийская BELUGA», емкостью 0,5 литра, являются контрафактными, так как ООО «НоваБев Брендс» какие-либо договорные отношения (лицензионные соглашения и т.д.) между правообладателем товарного знака и с физическими, юридическими лицами, в том числе с гражданами &lt;ФИО&gt;5, &lt;ФИО&gt;131., ФИО1 не заключало, а также не давало согласия кому-либо на использование обозначения, схожего с товарными знаками «BELUGA»/«БЕЛУГА». В данном случае имеет место быть факт одновременного использования двух и более товарных знаков на одной единице товара, зарегистрированных в установленном законом порядке на территории РФ, т.е. на этикетке, на колпачке и на бутылке. Стеклянная бутылка является брендированной и защищена ООО «НоваБев Брендс», на донышке оригинальной бутылки выдавлено изображение «рыбки». Бутылка производится только одной формы. Таким образом, изъятая продукция была имитирована под настоящий товар, т.е. неоднократно незаконно размещены товарные знаки и сходные с ними до степени смешения обозначения, которые являются контрафактными.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Оригинальная продукция водки, маркированная товарным знаком «BELUGA»/«БЕЛУГА» оформляется следующим образом: В соответствии с требованиями п. 5.2.1 ГОСТ Р 32131-2013 «Бутылки стеклянные для алкогольной и безалкогольной пищевой продукции», все используемые стеклобутылки содержат в составе маркировки обозначение стеклозавода-производителя – ГОСТ 32131-2013. С 2013 г. оловянный колпак с серебряным выдавленным вверх узором, до 2013 г. с золотым узором. Термоусадочный колпак (не оловянный) встречается только у продукции с датой розлива не позднее сентября 2012 года. Обязательно наличие даты розлива. Существует два варианта: - наносится краской на бутылку в два ряда – дата через точку, время с точностью до секунды через двоеточие; - наносится лазером на нижнюю часть колпака или на бутылку в два ряда – дата через точку, время с точностью до секунды через двоеточие. На оригинальной продукции горловая и основная этикетки приклеены ровно без вздутий и морщин, без следов клея на месте крепления «Рыбки». При нажатии пальцем на этикетку не остается следов отпечатков пальцев (оригинальная этикетка покрыта специальным защитным слоем). Золотая окантовка – равномерного золотистого цвета и не отливает в красноту даже при наклоне бутылки. Буквы «BELUGA» наклеены по отдельности, ровно на равном расстоянии друг от друга и от круговой эмблемы. Штрих-код, наносимый на федеральные специальные марки, должен считываться на протяжении всего оборота алкогольной продукции, вплоть до поступления ее к конечному потребителю. Ущерб, причиненный ООО «НоваБев Брендс» незаконным оборотом алкогольной продукции с использованием чужого товарного знака без согласия правообладателя, выразившемся в нанесении на нее надписи водка «Каспийская BELUGA», рассчитывается путем умножения количества изъятой контрафактной продукции (61 бутылка) на базовую отпускную цену одной бутылки водки «BELUGA NОBLE», емкостью 0,5 л. (532,32 руб.), на дату изъятия (в феврале 2023 года) и составляет 32 471,52 рубль (61 бутылка* 532,32 рубля) К заявлению приложены копии документов: доверенности от 1 января 2024 года на &lt;ФИО&gt;46, выписки из лицензионного договора от 19 января 2021 года, решения Единственного участника ООО «Белуга Брендс» от 26 октября 2023 года об изменении наименования организации на «ООО «НоваБев Брендс»», ЕГРЮЛ в отношении ООО «НоваБев Брендс», справки о стоимости от 26 декабря 2023 года отпускной цены одной бутылки водки «Белуга Нобл 0,5л.» (т. 3 л.д. 28-33, т. 4 л.д. 93-101). Рапортом от 27 апреля 2024 года приобщены копии: свидетельства на товарный знак (знак обслуживания) №207986 от 11 января 2002 года, согласно которому зарегистрирован товарный знак на алкогольные напитки, с изменениями от 26 марта 2018 года – правообладатель – ООО «Белуга Брендс»; свидетельства на товарный знак (знак обслуживания) №257988 от 30 октября 2003 года, согласно которому зарегистрирован товарный знак на алкогольные напитки, с изменениями от 30 марта 2022 года, согласно которым дата, до которой продлен срок действия исключительного права 03 октября 2032 года, с изменениями от 26 марта 2018 года правообладатель – ООО «Белуга Брендс»; свидетельства на товарный знак (знак обслуживания) №302113 от 3 марта 2006 года, согласно которому зарегистрирован товарный знак на алкогольные напитки, с изменениями от 22 ноября 2023 года, согласно которым дата, до которой продлен срок действия исключительного права – 30 сентября 2024 г., с изменениями от 26 марта 2018 года – правообладатель – ООО «Белуга Брендс»; копия свидетельства на товарный знак (знак обслуживания) №439657 от 21 июня 2011 года, согласно которому зарегистрирован товарный знак на алкогольные напитки, с изменениями от 18 сентября 2019 года, согласно которым дата, до которой продлен срок действия исключительного права – 23 декабря 2029 года,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копия свидетельства на товарный знак (знак обслуживания) №483854 от 1 апреля 2013 года, согласно которому зарегистрирован товарный знак на алкогольные напитки, с изменениями от 17 ноября 2021 года, согласно которым дата, до которой продлен срок действия исключительного права – 01 марта 2032 года,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копия свидетельства на товарный знак (знак обслуживания) №484337 от 04 апреля 2013 года, согласно которому зарегистрирован товарный знак на алкогольные напитки,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свидетельства на товарный знак (знак обслуживания) №520837 от 20 августа 2014 года, согласно которому зарегистрирован товарный знак на алкогольные напитки,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свидетельства на товарный знак (знак обслуживания) №554366 от 12 октября 2015 года, согласно которому зарегистрирован товарный знак на алкогольные напитки,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свидетельства на товарный знак (знак обслуживания) №577080 от 07 июня 2016 года, согласно которому зарегистрирован товарный знак на алкогольные напитки,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свидетельства на товарный знак (знак обслуживания) №573016 от 29 апреля 2016 года, согласно которому зарегистрирован товарный знак на алкогольные напитки,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свидетельства на товарный знак (знак обслуживания) №302114 от 03 марта 2006 года, согласно которому зарегистрирован товарный знак на алкогольные напитки, с изменениями от 22 ноября 2013 г., согласно которым срок продлен до 30 сентября 2024 г.,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копия свидетельства на товарный знак (знак обслуживания) №435067 от 13 апреля 2011 года, согласно которому зарегистрирован товарный знак на алкогольные напитки, с изменениями от 18 сентября 2019 г., согласно которым срок продлен до 21 декабря 2029 г., с изменениями от 26 марта 2018 года – правообладатель – ООО «Белуга Брендс», с изменениями от 19.01.2021 года – правообладатель – РОЙЯЛ-ВОСТОК ИНВЕСТМЕНТС ЛИМИТЕД; копия свидетельства на товарный знак (знак обслуживания) №430307 от 16 февраля 2011 года, согласно которому зарегистрирован товарный знак на алкогольные напитки, с изменениями от 18 сентября 2019 г., согласно которым срок продлен до 23 декабря 2029 г., с изменениями от 26 марта 2018 года – правообладатель – ООО «Белуга Брендс», с изменениями от 19 января 2021 года – правообладатель – РОЙЯЛ-ВОСТОК ИНВЕСТМЕНТС ЛИМИТЕД (т. 4 л.д. 102-225). Результаты оперативно-розыскной деятельности, представленные следователю на бумажном носителе и CD-R дисках, полученные в ходе проведения оперативно-розыскных мероприятий «Прослушивание телефонных переговоров» и «Снятие информации с технических каналов связи» по абонентскому номеру &lt;Номер обезличен&gt; находящемуся в пользовании &lt;ФИО&gt;5 (т. 11 л.д. 9-56). Протоколом осмотра предметов (документов) от 30 ноября 2023 года, иллюстрационной таблицей к нему осмотрены результаты оперативно-розыскной деятельности на CD-R дисках, полученные в ходе проведения оперативно-розыскных мероприятий «Прослушивание телефонных переговоров» и «Снятие информации с технических каналов связи» по абонентскому номеру &lt;***&gt;, находящемуся в пользовании &lt;ФИО&gt;5, отраженные на физических носителях: CD-R №2/7906с инв. №275с/23 от 15.03.2023, CD-R №2/7905с инв. №276с/23 от 15.03.2023, CD-R №2/7907с инв. №277с/23 от 15.03.2023, которые признаны вещественными доказательствами и приобщены к материалам уголовного (т. 11 л.д. 57-77, 78-79. Согласно заключению судебно-психиатрической комиссии экспертов №240 от 9 февраля 2024 года, ФИО1 хроническим психическим расстройством, слабоумием или иным расстройством психической деятельности не страдает в настоящее время. Инкриминируемые ему действия, как следует из представленных материалов уголовного дела, ФИО1 совершил вне какого-либо временного психического расстройства, при этом не находился в помраченном сознании, не отмечалось психотических расстройств, сохранял ориентировку в окружающем, действовал целенаправленно, сохраняет воспоминания о случившемся, а потому в исследуемой ситуации и в настоящее время ФИО1 не лишен возможности осознавать фактический характер и общественную опасность своих действий и руководить ими. Может лично осуществлять свои процессуальные права (т. 8 л.д. 157-159). Проверив и оценив в судебном заседании в соответствии с требованиями ст. 88 УПК РФ совокупность исследованных доказательств, суд приходит к выводу о виновности ФИО1 в инкриминированных преступлениях. Подсудимый ФИО1 виновным себя в совершении преступлений, предусмотренных п. «а» ч. 6 ст. 171.1 , ч. 2 ст. 180 УК РФ , не признал, вместе с тем не оспаривал знакомства с &lt;ФИО&gt;5 и &lt;ФИО&gt;131., указал на занятие последних производством немаркированной алкогольной продукции в арендованном гараже, а также на оказание им помощи в перевозке и сбыте изготовленной немаркированной алкогольной продукции. Судом принимаются показания ФИО1 в той части, в которой они подтверждают установленные судом обстоятельства дела, поскольку они получены в соответствии с требованиями закона, согласуются с другими доказательствами, положенными в основу приговора. Позицию подсудимого, связанную с непризнанием вины, суд расценивает как избранный им способ защиты и желание избежать ответственности за совершенные преступления. Несмотря на позицию подсудимого ФИО1, его вина в инкриминированных ему преступлениях полностью доказана исследованными доказательствами: принятыми в части показаниями самого подсудимого, показаниями представителей потерпевших &lt;ФИО&gt;46, &lt;ФИО&gt;47, &lt;ФИО&gt;48, &lt;ФИО&gt;49, &lt;ФИО&gt;50, &lt;ФИО&gt;51, свидетелей &lt;ФИО&gt;63, ФИО18 №40, ФИО18 №39, ФИО18 №38, ФИО18 №2, ФИО18 №3, ФИО18 №1, ФИО5, ФИО18 №10, ФИО18 №11, ФИО18 №4, ФИО18 №28, ФИО18 №41, ФИО18 №23, ФИО18 №30, ФИО18 №25, ФИО18 №37, ФИО18 №51, ФИО18 №29, ФИО18 №52, ФИО18 №21, ФИО18 №12, ФИО18 №47, ФИО5, ФИО9, ФИО18 №43, ФИО18 №5, ФИО18 №6, ФИО18 №7, ФИО18 №8, ФИО14, ФИО18 №17, ФИО18 №55, ФИО18 №18, ФИО18 №14, ФИО18 №27, ФИО18 №34, ФИО15, ФИО18 №22, ФИО18 №54, &lt;ФИО&gt;58, ФИО12 к., ФИО18 №58, ФИО18 №50, ФИО18 №56, ФИО18 №19, ФИО18 №36, ФИО18 №24, ФИО18 №26, ФИО3, которые сомнений у суда не вызывают, поскольку дополняют друг друга, являются в целом непротиворечивыми, последовательными, подтверждают фактические обстоятельства дела. Некоторые возникшие противоречия в показаниях свидетелей были устранены судом в соответствии с требованиями уголовно-процессуального закона, объясняются достаточным временем, прошедшим со дня совершения преступлений. Представители потерпевших и свидетели предупреждались об ответственности за дачу заведомо ложных показаний, оснований для оговора ими подсудимого судом не установлено. Предоставленные представителями потерпевших и свидетелями сведения подтверждают совершение ФИО1 преступлений группой лиц по предварительному сговору с лицами №&lt;Номер обезличен&gt; и 2, в отношении которых уголовное дело выделено в отдельное производство. Свидетели ФИО18 №32, ФИО18 №45, ФИО18 №42, ФИО18 №44, ФИО18 №59, ФИО18 №15, ФИО18 №60, ФИО18 №57, ФИО18 №31 пояснили об обстоятельствах, не относимых к рассматриваемому делу. Принятые судом показания подсудимого ФИО1, представителей потерпевших и свидетелей объективно согласуются с письменными материалами дела, в которых содержатся протоколы следственных действий, заключения судебных экспертиз и иные документы. Следственные действия, их содержание, ход и результаты, зафиксированные в соответствующих протоколах, проведены в соответствии с требованиями уголовно-процессуального закона. Заключения экспертов отвечают требованиям ст. 204 УПК РФ , содержат полные ответы на все поставленные вопросы, ссылки на примененные методики и другие необходимые данные, в том числе заверенные подписями экспертов записи, удостоверяющие то, что им разъяснены права и обязанности, предусмотренные ст. 57 УПК РФ , и они предупреждены об уголовной ответственности за дачу заведомо ложных заключений. Выводы экспертов являются обоснованными и мотивированными, оснований не доверять им у суда не имеется. Результаты оперативно - розыскной деятельности отвечают требованиям, предъявляемым к доказательствам Уголовно-процессуальным кодексом Российской Федерации. Оперативно-розыскные мероприятия проведены в соответствии с требованиями закона, при наличии достаточных к тому оснований. Действия оперативных сотрудников были направлены на проверку имеющихся сведений о противоправных действиях ФИО1 и лиц, в отношении которых уголовное дело выделено в отдельное производство. В ходе проведения ОРМ была получена информация, свидетельствующая о причастности ФИО1 к производству, хранению, перевозке в целях сбыта и продаже немаркированной алкогольной продукции, подлежащей обязательной маркировке федеральными специальными марками, и к незаконному использованию чужого товарного знака. Сведения, полученные в ходе оперативно-розыскных мероприятий, проверены следователем путем проведения соответствующих следственных действий. Документы, отражающие проведение оперативно-розыскного мероприятия, составлены в соответствии с требованиями закона. При использовании результатов оперативно-розыскных действий для формирования доказательств на стадии предварительного расследования нарушений уголовно-процессуального законодательства допущено не было. Суд приходит к выводу о том, что представленные и исследованные в ходе судебного следствия доказательства получены надлежащими должностными лицами, в пределах предоставленных им полномочий и процессуальных сроков расследования дела. По результатам проведенных следственных действий, в соответствии с требованиями ст. 166 УПК РФ были составлены протоколы, в которых расписались все лица, принимавшие участие в следственных действиях. Предметы и вещи, имеющие значение для данного дела, в соответствии с действующим уголовно-процессуальным законодательством, в ходе досудебного производства были осмотрены, признаны вещественными доказательствами и приобщены в качестве таковых к уголовному делу. Исследованные доказательства, положенные в основу приговора, судом оцениваются как относимые, допустимые, достоверные, а в совокупности достаточные для признания ФИО1 виновным в совершении инкриминированных ему преступлений при вышеизложенных обстоятельствах. Действия подсудимого ФИО1 при совершении преступлений являлись умышленными, поскольку он осознавал общественную опасность своих действий, предвидел возможность наступления общественно-опасных последствий и желал их наступления, так как незаконно занимался деятельностью по производству, хранению, перевозке в целях сбыта и продаже немаркированной алкогольной продукции, подлежащей обязательной маркировке федеральными специальными марками, и незаконно использовал чужой товарный знак. Об этом свидетельствуют принятые судом показания ФИО1, показания представителей потерпевших, свидетелей, а также письменные доказательства, в том числе результаты оперативно-розыскной деятельности, заключения судебных экспертиз. Доводы подсудимого ФИО1 о том, что он не занимался производством алкогольной продукции, не знал о втором гараже, где хранилась изготавливаемая лицами №&lt;Номер обезличен&gt; и 2 продукция, а только иногда брал для себя под реализацию данную продукцию, суд находит несостоятельными, противоречащими исследованным доказательствам, в частности, показаниям свидетелей ФИО18 №39, ФИО18 №38, ФИО18 №40, которые подтвердили факт проведения в отношении ФИО1 оперативно-розыскных мероприятий, в результате чего было установлено, что он, не обладая статусом индивидуального предпринимателя и правом в соответствии с законодательством Российской Федерации (специальным разрешением, лицензией) на изготовление, хранение, перевозку в целях сбыта и продажу алкогольной продукции, в исследованный судом период времени занимался производством, хранением, перевозкой в целях сбыта и продажей ФИО18 №1, ФИО18 №55, ФИО18 №2, ФИО18 №3, &lt;ФИО&gt;58 и другим лицам немаркированной алкогольной и спиртосодержащей продукции в крупном размере; показаниям свидетеля ФИО18 №4, который непосредственно наблюдал, как ФИО1 совместно с &lt;ФИО&gt;5 и &lt;ФИО&gt;131. неоднократно перевозил алкогольную продукцию из гаража &lt;Номер обезличен&gt; в гараж &lt;Номер обезличен&gt;, загружал изготовленную ими алкогольную продукцию в автомобиль «KIA RIO» коробками, изготавливал алкогольную продукцию и разливал ее в бутылки, укупоривал их; протоколам опознания ФИО18 №4, ФИО18 №41 подсудимого ФИО1 и другим доказательствам. Вопреки доводам стороны защиты, совершение ФИО1 преступлений, предусмотренных п. «а» ч. 6 ст. 171.1 , ч. 2 ст. 180 УК РФ , группой лиц по предварительному сговору с лицами, в отношении которых уголовное дело выделено в отдельное прозводство, установлено судом и подтверждено исследованными доказательствами. По смыслу закона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Судом установлено, что при совершении преступлений подсудимый ФИО1 и лица &lt;Номер обезличен&gt; и &lt;Номер обезличен&gt;, уголовное дело в отношении которых выделено в отдельное производство, действовали группой лиц по предварительному сговору, поскольку они заранее, до совершения объективной стороны преступлений, договорились о совместном их совершении, распределили между собой роли. Так, лицо &lt;Номер обезличен&gt; подыскало место производства, хранения указанной продукции: гаражи №&lt;Номер обезличен&gt;, 106 ГСК &lt;Номер обезличен&gt;, подыскало для себя и лица &lt;Номер обезличен&gt; автомобили для перевозки немаркированной алкогольной и спиртосодержащей продукции под видом алкогольной продукции - автомобили «KIA RIO» г.р.з. &lt;Номер обезличен&gt;, «LADA 219010 GRANTA» г.р.з. &lt;данные изъяты&gt;, приобрело сырье для изготовления указанной продукции, а также иные предметы, необходимые для указанной деятельности: бутылки, укупорочный материал, этикетки и др., устанавливало цены на данную продукцию, вело учёт извлекаемых доходов, подыскивало покупателей. Лицо №2, согласно заранее отведенной ему роли, определяло совместно с лицом №1 ассортимент произведенной немаркированной алкогольной и спиртосодержащей продукции, вело учёт извлекаемых доходов, осуществляло погрузку-разгрузку, перевозку к месту хранения и реализации указанной продукции, сопровождало автомобиль лица №1 с указанной продукцией на другом автомобиле с целью обеспечения безопасности и оповещения о наличии в пути следования сотрудников ГИБДД, а также хранило в целях сбыта и осуществляло продажу произведенной продукции. ФИО1, согласно отведённой ему преступной роли, согласовывал с лицом №1 и определял совместно с ним ассортимент производимой продукции, ее стоимость в зависимости от спроса покупателей; вел учёт извлекаемых доходов; осуществлял погрузку-разгрузку и перевозку указанной продукции к месту хранения и реализации; подыскивал покупателей, а также хранил в целях сбыта и осуществлял продажу произведенной немаркированной алкогольной и спиртосодержащей продукции под видом алкогольной продукции. Данные обстоятельства нашли подтверждение исследованными судом доказательствами: показаниями свидетелей ФИО18 №41, ФИО18 №28, сотрудников полиции, осуществлявших оперативно-розыскные мероприятия, письменными доказательствами по делу, в том числе неоднократными абонентскими соединениями и содержанием телефонных переговоров между ФИО1 и лицами, в отношении которых уголовное дело выделено в отдельное производство. Вопреки доводам стороны защиты, ФИО1 знал о том, что лицо №1 арендовало гаражи для производства и хранения немаркированной алкогольной продукции, поскольку неоднократно подъезжал к ним за продукцией, помогал перевозить ее из гаража №970 в гараж №106, кроме того помогал разливать спиртосодержащую жидкость в бутылки, укупоривать их, впоследствии перевозил лично либо с лицами №№1 и 2 к потенциальным покупателям. При этом действия подсудимого ФИО1, лица №1 и лица №2 были целенаправленными, согласованными, взаимодополняющими и направленными на достижение совместного преступного результата, в связи с чем квалифицирующий признак «группой лиц по предварительному сговору» установлен судом. По смыслу закона, производство немаркированных товаров и продукции следует понимать как результат деятельности по их изготовлению, под хранением - действия лица, связанные с незаконным владением предметами (содержание на открытых площадках, в помещении, специальных хранилищах, тайниках и др.), под перевозкой - умышленные действия лица, которое перемещает предметы из одного места в другое, в том числе в пределах одного и того же населенного пункта, совершенные с использованием любого вида транспорта или какого-либо объекта, применяемого в виде перевозочного средства; сбытом является всякое отчуждение: продажа, дарение, оплата такими товарами услуг и т.п. Объектом преступления, предусмотренного ч. 6 ст. 171.1 УК РФ , являются общественные отношения в области маркировки алкогольной продукции, подлежащей обязательной маркировке акцизными марками либо федеральными специальными марками. Предметом такого преступления выступает алкогольная продукция, независимо от того, кем она произведена и соответствует ли она требованиям государственных стандартов для определенной марки данной продукции. Изъятая в гаражах &lt;Номер обезличен&gt;, &lt;Номер обезличен&gt;, а также у покупателей указанной продукции спиртосодержащая жидкость является немаркированной алкогольной продукцией, запрещенной к продаже в связи с несоблюдением требований к ее маркировке, предъявляемых Федеральным законом от 22 ноября 1995 года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правилами изготовления федеральных специальных марок, правилами маркировки федеральными специальными марками алкогольной продукции, требованиями к образцам федеральных специальных марок, утвержденных Постановлением Правительства Российской Федерации от 29 декабря 2020 года №2348 «О маркировке алкогольной продукции федеральными специальными марками». В соответствии со ст. 12 Федерального закона от от 22 ноября 1995 года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алкогольная продукция, производимая на территории Российской Федерации, за исключением алкогольной продукции, поставляемой на экспорт, подлежит обязательной маркировке федеральными специальными марками. Согласно п. 7 ст. 2 указанного Федерального закона, 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перечнем, установленным Правительством Российской Федерации. Алкогольная продукция подразделяется на такие виды, как спиртные напитки (в том числе водка, коньяк, виноградная водка, бренди), вино, крепленое вино, игристое вино, включая российское шампанское, виноградосодержащие напитки, плодовая алкогольная продукция, плодовые алкогольные напитки, пиво и напитки, изготавливаемые на основе пива, сидр, пуаре, медовуха. Как следует из установленных по делу фактических обстоятельств и исследованных доказательств, изъятые по делу спиртосодержащие жидкости имели объемную долю этилового спирта в пределах от 35% до 40%, в которых не выявлено денатурирующих добавок (кротоновый альдегид, битрекс, бензин, керосин), микропримеси – диэтилфталат. Изъятая продукция готовилась к продаже без акцизных марок либо федеральных специальных марок и продавалась под видом алкогольных напитков, содержащих более 0,5 процента этилового спирта от объема готовой продукции, содержалась в предусмотренной законодательством таре (стеклянных бутылках), закрытых колпачками и пробками определенного типа, на бутылках имелись этикетки с нанесением наименования продукции (водка, коньяк). При таких обстоятельствах судом установлено, что ФИО1, действуя группой лиц по предварительному сговору с лицами №№ 1 и 2, занимались производством, хранением, перевозкой в целях сбыта и сбытом немаркированной алкогольной продукиции, а также незаконно использовали чужой товарный знак. Так, из исследованных доказательств следует, что лицо №1 арендовало гаражи для производства и хранения изготавливаемой ими алкогольной продукции, приобретало тару, сырье и другие необходимые для данного производства средства, при этом ФИО1о непосредственно помогал разливать спиртосодержащую жидкость в заранее приготовленные бутылки, укупоривал их, после чего готовая к сбыту изготовленная ими продукция хранилась в гаражах, откуда по мере необходимости лица №№1 и 2 перевозили на арендованных ими автомобилях, а ФИО1 - на принадлежащем ему автомобиле «GEELY GC6» г.р.з. &lt;Номер обезличен&gt; к потенциальным покупателям готовой продукции, которым сбывали ее. При этом ФИО1, лица №№1 и 2, которые действовали группой лиц по предварительному сговору между собой, осознавали, что для использования товарных знаков, правообладателями которых являются компания «Сосьете Жас Хеннесси энд Ко»; АО «Руст Россия» и компания «Влактор Трейдинг Лимитед»; ООО «Виноконьячный Завод Альянс-1892»; компания «БЕЛУГА ГЛОБАЛ ЛТД» в лице лицензиата ООО «НоваБев Брендс» (до 03.11.2023 г. – ООО «Белуга Брендс»); ООО «СТАНДАРТЪ»; ООО «Айсберг», они не имели права, вместе с тем, в нарушение ч. 1 ст. 1229 , ч.1 ст. 1233 ГК РФ , не заключив договоры на использование вышеуказанных товарных знаков, осуществили незаконные производство, хранение, перевозку с целью сбыта и продажу вышеуказанной контрафактной немаркированной алкогольной и спиртосодержащей продукции под видом алкогольной продукции, маркированной вышеуказанными товарными знаками, не обладая правом на их использование. Об этом свидетельствуют письменные материалы дела, принятые судом показания ФИО1 о том, что он брал у &lt;ФИО&gt;52 водку и продавал розничным покупателям, показания сотрудников полиции, свидетелей ФИО18 №37, ФИО18 №7, сдавших в аренду гаражи №&lt;Номер обезличен&gt; и 970 ГСК &lt;Номер обезличен&gt;; свидетелей ФИО18 №28, ФИО18 №41, ФИО18 №4 – охранников ГСК &lt;Номер обезличен&gt;, непосредственно наблюдавших ФИО1 у гаражей №&lt;Номер обезличен&gt;и 970, а также при разливе им спиртосодержащей жидкости в бутылки, их укупоривании, загрузки в автомобили; свидетеля ФИО18 №25 о том, что от &lt;ФИО&gt;5 знает, что ему в его деятельности помогает ФИО1; свидетелей ФИО18 №1, ФИО18 №2, ФИО18 №3, &lt;ФИО&gt;58 и др., которые приобретали алкогольную продукцию у ФИО1, и другие. Согласно примечанию 2 к ст. 171.1 УК РФ крупным размером в частях пятой и шестой настоящей статьи признается стоимость немаркированной алкогольной продукции и (или) немаркированных табачных изделий, превышающая сто тысяч рублей. Квалифицирующий признак совершения преступления «в крупном размере» нашел свое подтверждение в действиях подсудимого, так как материалами дела установлено, что ФИО1 в период с 5 марта 2022 года по 22 февраля 2023 года, действуя совместно и согласованно, группой лиц по предварительному сговору с лицом №1 и лицом №2, преследуя цель незаконного обогащения путем противоправного ввода в оборот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совершил производство, хранение, перевозку в целях сбыта и продажу немаркированной алкогольной и спиртосодержащей продукции под видом алкогольной продукции, подлежащей обязательной маркировке федеральными специальными марками, общей стоимостью с учетом акциза и НДС – 393 831 рубль 57 копеек, что образует крупный размер. Данный размер фактически не оспаривается сторонами, поскольку объективно подтвержден материалами дела. Товарный знак и знак обслуживания представляют собой обозначения, служащие для индивидуализации товаров, выполняемых работ или оказываемых услуг юридических или физических лиц (ст. 1477 ГК РФ ). При этом чужим считается товарный знак, который зарегистрирован на имя иного лица и не уступлен по договору в отношении всех или части товаров либо право на использование которого не предоставлено владельцем товарного знака другому лицу по лицензионному договору. Ни ФИО1, ни лица, с которыми он действовал в группе лиц по предварительному сговору, не заключали с правообладателями на товарный знак (знак обслуживания) договоры на использование их товарных знаков, сходных с товарными знаками, вместе с тем незаконно использовали их на производимой ими спиртосодержащей продукции для последующего их сбыта. С учетом этого, бутылки со спиртосодержащей продукцией, на которых использовались чужие товарные знаки, сходные с чужими товарными знаками до степени смешения обозначения, обоснованно признаны контрафактным товаром. Признак неоднократности установлен судом, поскольку ФИО1 и лица №№1 и 2, в отношении которых уголовное дело выделено в отдельное производство, одновременно использовали несколько товарных знаков на одной единице товара и одно и то же средство индивидуализации товара, что подтверждено протоколами осмотра изъятой спиртосодержащей продукции, показаниями представителей потерпевших, свидетелей и другими исследованными доказательствами. Крупный ущерб определен судом согласно примечанию к ст. 180 УК РФ (в действующей редакции, улучшающей положение подсудимого), и нашел свое объективное подтверждение, поскольку обнаруженная и изъятая контрафактная алкогольная продукция с этикетками, содержащими данные чужих товарных знаков, без ведома и разрешения правообладателей, причинила их правообладателям крупный ущерб на общую сумму 2 368 540 рублей 36 копеек, а именно компании «Сосьете Жас Хеннесси энд Ко» крупный ущерб на общую сумму 1 688 355 рублей; АО «Руст Россия» и компании «Влактор Трейдинг Лимитед» на общую сумму 259 962 рубля; ООО «Виноконьячный Завод Альянс-1892» на общую сумму 325 211 рублей 84 копеек; компании «БЕЛУГА ГЛОБАЛ ЛТД» в лице лицензиата ООО «НоваБев Брендс» (до 3 ноября 2023 года – ООО «Белуга Брендс») на общую сумму 32 471 рубль 52 копейки; ООО «СТАНДАРТЪ» на общую сумму 23 200 рублей 00 копеек; ООО «Айсберг» на общую сумму 39 340 рублей 00 копеек, что согласно примечанию к ст. 180 УК РФ превышает 400 000 рублей и относится к крупному размеру. При таких обстоятельствах суд находит доводы стороны защиты о недоказанности вины подсудимого в совершенных преступлениях несостоятельными, поскольку виновность ФИО1 в совершении преступлений, предусмотренных п. «а» ч. 6 ст. 171.1 УК РФ , ч. 2 ст. 180 УК РФ , установлена, в связи с чем оснований для оправдания ФИО1 не имеется. Психическое состояние подсудимого проверено судом надлежащим образом, установлено, что он на учете у нарколога и психиатра не состоит, социально адаптирован, что в совокупности с поведением подсудимого в ходе предварительного следствия и в судебном заседании, а также в соответствии с заключением судебно-психиатрической комиссии экспертов №240 от 9 февраля 2024 года, позволяет суду сделать вывод о том, что по отношению к совершенным преступлениям подсудимый ФИО1 является вменяемым. Суд квалифицирует действия ФИО1: - по п. «а» ч. 6 ст. 171.1 УК РФ – как производство, хранение, перевозка в целях сбыта и продажа немаркированной алкогольной продукции, подлежащей обязательной маркировке федеральными специальными марками, совершенные в крупном размере, группой лиц по предварительному сговору; - ч. 2 ст. 180 УК РФ (в ред. Федерального закона от 06.04.2024 №79-ФЗ) – как незаконное использование чужого товарного знака, если это деяние совершено неоднократно и причинило крупный ущерб, совершенное группой лиц по предварительному сговору. Квалификация действий ФИО1о по ч. 2 ст. 180 УК РФ в редакции Федерального закона от 06.04.2024 №79-ФЗ в сравнении с редакцией, действующей на момент совершения преступления, улучшает положение подсудимого, поскольку крупным ущербом, определенным примечанием к ст. 180 УК РФ , признается ущерб в сумме, превышающей четыреста тысяч рублей, а не двести пятьдесят тысяч рублей, как в старой редакции. Решая вопрос о назначении подсудимому наказания, суд исходит из требований статей и 60 УК РФ и учитывает принцип справедливости наказания, а также характер и степень общественной опасности преступления, личность виновного, в том числе обстоятельства, влияющие на назначение наказания, а также влияние назначенного наказания на исправление осужденного и на условия жизни его семьи. Обстоятельствами, смягчающими наказание подсудимому ФИО1 по каждому преступлению, суд в соответствии с &lt;данные изъяты&gt; на момент совершения преступлений (т. 20 л.д. 93); в соответствии с ч. 2 ст. 61 УК РФ – &lt;данные изъяты&gt; (т. 20 л.д. 93). Обстоятельств, отягчающих наказание ФИО1 по каждому преступлению, судом не установлено. Судом исследовалась личность подсудимого ФИО1, который является гражданином Российской Федерации, имеет постоянное место жительства и регистрации, на учете в государственных специализированных учреждениях не состоит (т. 20 л.д. 100-105), не судим (т. 20 л.д. 90-91), по месту жительства характеризуется посредственно (л.д. 99), супругой положительно. При назначении наказания учитывается возраст подсудимого, состояние его здоровья, которое не препятствует отбыванию наказания, поскольку доказательства обратного суду не представлены, семейное положение – ФИО1 &lt;данные изъяты&gt; Суд, принимая во внимание все изложенные обстоятельства в совокупности, в том числе, характер и степень общественной опасности преступления, личность виновного, совокупность смягчающих и отсутствие отягчающих наказание обстоятельств, условия жизни семьи подсудимого, считает, что достижение целей наказания, восстановление социальной справедливости и исправление подсудимого ФИО1 возможно без изоляции его от общества, при назначении ему наказания за каждое преступление в виде штрафа. Размер штрафа определяется судом с учетом тяжести совершенных преступлений, социального и имущественного положения подсудимого, его трудоспособного возраста, отсутствия инвалидности, наличия на иждивении двоих детей. По мнению суда, данный вид наказания будет способствовать восстановлению социальной справедливости, предупреждению совершения подсудимым новых преступлений. Окончательное наказание ФИО1 назначается в соответствии с ч. 3 ст. 69 УК РФ , по совокупности преступлений, путем частичного сложения назначенных наказаний. Совершенное ФИО1 преступление по п. «а» ч. 6 ст. 171.1 УК РФ относится к тяжким преступлениям согласно ч. 4 ст. 15 УК РФ , а преступление по ч. 2 ст. 180 УК РФ - в соответствии с ч. 3 ст. 15 УК РФ к категории средней тяжести, направлены против экономической деятельности. Оснований для применения положений ч. 6 ст. 15 УК РФ и изменения категории преступлений на менее тяжкую суд, с учетом фактических обстоятельств преступлений, степени их общественной опасности, не усматривает. Правовых оснований для применения положений ч. 1 ст. 62 УК РФ не имеется. Учитывая личность подсудимого, характер и степень общественной опасности совершенных преступлений, суд не усматривает исключительных обстоятельств, связанных с целями и мотивами преступлений, поведением подсудимого ФИО1 во время и после совершенных им преступлений, а также других обстоятельств, существенно уменьшающих степень общественной опасности содеянного, в связи с чем оснований для применения к подсудимому положений ст. 64 УК РФ при назначении наказания за каждое преступление не имеется. Судом не установлено оснований для постановления приговора без назначения наказания, освобождения от наказания или применения отсрочки отбывания наказания в отношении ФИО1 В соответствии с п. «г» ч. 1 ст. 104.1 УК РФ суд считает необходимым конфисковать автомобиль «GEELY GC6», государственный регистрационный знак &lt;Номер обезличен&gt;, в доход государства, как средство совершения преступления, поскольку установлено и подтверждено исследованными доказательствами, что именно на данном автомобиле ФИО1 перевозил немаркированную алкогольную продукцию для реализации. Судом установлено, что несмотря на то, что указанный автомобиль зарегистрирован на ФИО18 №8, фактически принадлежаит подсудимому, что не оспаривал сам ФИО1 Арест на автомобиль «GEELY GC6», государственный регистрационный знак &lt;Номер обезличен&gt;, 2014 года выпуска, идентификационный номер &lt;Номер обезличен&gt;, наложенный постановлением Дзержинского районного суда г. Оренбурга от 7 марта 2024 года, суд считает необходимым сохранить для обеспечения исполнения приговора в части конфискации имущества, оставив автомобиль до его конфискации на ответственном хранении у ФИО1 Меру пресечения ФИО1 в виде подписки о невыезде и надлежащем поведении суд считает необходимым оставить без изменения до вступления приговора в законную силу. В ходе уголовного судопроизводства представителями потерпевших на предварительном следствии были заявлены гражданские иски о возмещении имущественного вреда, причиненного преступлением, предусмотренным ч. 2 ст. 180 УК РФ . В силу правил ст. 1252 ГК РФ защита исключительных прав правообладателей на средства индивидуализации может осуществляться различными способами, в том числе путем предъявления исковых требований о признании права; о пресечении действий, нарушающих право или создающих угрозу его нарушения; о возмещении убытков; об изъятии материального носителя; о публикации решения суда о допущенном нарушении с указанием действительного правообладателя; о взыскании компенсации, которая определяется судом в установленных законом пределах, в зависимости от характера нарушения и иных обстоятельств дела с учетом требований разумности и справедливости. Разрешение заявленных исковых требований о взыскании убытков, таким образом, требует установления и учета не только размера вреда, причиненного преступлением, но и всех возможных последствий допущенного нарушения исключительного права правообладателя, детального расчета убытков, включающих в себя помимо реального ущерба также и упущенную выгоду, а проведение необходимых расчетов при разрешении в уголовном деле предъявленных гражданских исков может повлечь отложение судебного разбирательства по уголовному делу. С учетом изложенного суд считает возможным при рассмотрении уголовного дела признать за гражданскими истцами: компанией «Сосьете Жас Хеннесси энд Ко», АО «Руст Россия», ООО «Виноконьячный завод Альянс-1892», ООО «НоваБев Брендс», ООО «СТАНДАРТЪ», ООО «Айсберг» - право на удовлетворение гражданских исков в части возмещения имущественного вреда, причиненного преступлением, и передать вопрос о размере возмещения гражданского иска для рассмотрения в порядке гражданского судопроизводства. Судьба вещественных доказательств по делу разрешена в соответствии с требованиями ст. 81 УПК РФ . Руководствуясь ст.ст. - , - , - , 389.1 - 389.4 УПК РФ , суд П Р И Г О В О Р И Л : ФИО1о признать виновным в совершении преступлений, предусмотренных п. «а» ч. 6 ст. 171.1 УК РФ , ч. 2 ст. 180 УК РФ (в редакции Федерального закона от 06.04.2024 №70-ФЗ), и назначить ему наказание: - по п. «а» ч. 6 ст. 171.1 УК РФ в виде штрафа в размере 450 000 рублей; - по ч. 2 ст. 180 УК РФ в виде штрафа в размере 250 000 рублей. По правилам ч. 3 ст. 69 УК РФ по совокупности преступлений путем частичного сложения назначенных наказаний, окончательно назначить ФИО1о наказание в виде штрафа в размере 500 000 рублей. Штраф необходимо оплатить по следующим реквизитам: получатель – УФК по Оренбургской области (УМВД России по Оренбургской области л/с &lt;***&gt;); ИНН &lt;***&gt;; КПП 561001001; ОКТМО 53 701 000; Р/счет - &lt;***&gt;; Банк ОТДЕЛЕНИЕ ОРЕНБУРГ БАНКА РОССИИ//УФК по Оренбургской области г. Оренбург; БИК 015354008; Счет 40102810545370000045; КБК 188 1 16 03122 01 0000 140; УИН ФИО1 18855623010040013558. Арест на автомобиль «GEELY GC6», государственный регистрационный знак &lt;Номер обезличен&gt;, 2014 года выпуска, идентификационный номер &lt;Номер обезличен&gt; стального (серого) цвета, сохранить до исполнения приговора в части его конфискации. На основании п. «г» ч. 1 ст. 104.1 УК РФ автомобиль «GEELY GC6», государственный регистрационный знак &lt;Номер обезличен&gt;, 2014 года выпуска, идентификационный номер &lt;Номер обезличен&gt; стального (серого) цвета, принадлежащий ФИО1, - конфисковать в доход государства. В соответствии с п. «а» ч. 1 ст. 104.1 , ч. 1 ст. 104.2 УК РФ взыскать с ФИО1 в доход государства 30146 рублей 27 копеек в счет конфискации денежных средств, полученных им в результате совершения преступления, предусмотренного п. «а» ч. 6 ст. 171.1 УК РФ . Признать за гражданскими истцами – компанией «Сосьете Жас Хеннесси энд Ко», АО «Руст Россия», ООО «Виноконьячный завод Альянс-1892», ООО «НоваБев Брендс», ООО «СТАНДАРТЪ», ООО «Айсберг» право на удовлетворение гражданских исков и передать вопрос о размере возмещения гражданских исков для рассмотрения в порядке гражданского судопроизводства. Вещественные доказательства по делу, по вступлении приговора в законную силу: протоколы опросов ФИО1, &lt;ФИО&gt;5, &lt;ФИО&gt;131.; стенограммы разговоров &lt;ФИО&gt;5 по абонентскому номеру &lt;Номер обезличен&gt;; результаты оперативно-розыскной деятельности исх. №2/3-1140, полученные в ходе проведения оперативно-розыскного мероприятия «Наблюдение» в отношении &lt;ФИО&gt;5, ФИО1; CD-R диски с результатами оперативно-розыскных мероприятий; ответы ПАО «ВымпелКом», ПАО «Мегафон», ПАО «МТС», ПАО Сбербанк, ООО «КЕХ еКоммерц», ПАО Банк «ФК Открытие», ПАО АКБ «Авангард» с приложенными оптическими дисками; ответ УЭБиПК УМВД России по Оренбургской области с оптическим диском со сведениями с фиксацией транспортных средств и правонарушений в области дорожного движения; фотокопии материалов уголовного дела в отношении ФИО18 №25, ФИО18 №30 на оптических дисках; 5 компакт дисков, которые содержат сведения с изъятых мобильных телефонов; 9 DVD-R с приложениями к заключению экспертов; два оптических диска DVD-R и один диск CD-R, содержащие файлы с видеозаписями с камер видеонаблюдения, установленных в ГСК &lt;Номер обезличен&gt; по адресу: &lt;...&gt;, – хранить при уголовном деле. Судьбу вещественных доказательств по делу: Банковской карты ПАО «Сбербанк» &lt;Номер обезличен&gt; на имя Ilkham Khasanov; связки из 3 ключей от гаража &lt;Номер обезличен&gt; ГСК по &lt;...&gt;, ключа от гаража &lt;Номер обезличен&gt; ГСК по &lt;...&gt;; мобильного телефона «Tecno Model: K15M IMEI1:&lt;Номер обезличен&gt;, IMEI2:&lt;Номер обезличен&gt;» с sim-картой ПАО «Вымпелком» в чехле, изъятого в ходе обыска в жилище ФИО1; мобильного телефона «iPhone 11 Pro Max» IMEI &lt;Номер обезличен&gt;, IMEI &lt;Номер обезличен&gt; с sim-картой, изъятого в ходе осмотра автомобиля «Mercedes-Benz GLK» г.р.з. &lt;Номер обезличен&gt; у ФИО18 №25; мобильного телефона «iPhone 7» IMEI &lt;Номер обезличен&gt; с sim-картой ПАО «Мегафон», изъятого у ФИО18 №30; мобильных телефонов «Honor Model: DIG-L21HN IMEI1:&lt;Номер обезличен&gt; IMEI2:35786060432475», «Samsung Model: SM-A105F/DS IMEI1:&lt;Номер обезличен&gt; IMEI2:&lt;Номер обезличен&gt;», «Samsung Model: SM-A115F/DSN IMEI1:&lt;Номер обезличен&gt; IMEI2:&lt;Номер обезличен&gt;», системного блока «Fox», находящегося на ответственном хранении в ГСК &lt;Номер обезличен&gt;; свидетельства о государственной регистрации права &lt;Номер обезличен&gt;-АВ 216389 от &lt;Дата обезличена&gt; на нежилое помещение бокс &lt;Номер обезличен&gt; по адресу: &lt;...&gt;, находящегося на ответственном хранении у ФИО18 №7; свидетельства о государственной регистрации права &lt;Номер обезличен&gt;-АВ 214283 от &lt;Дата обезличена&gt; на нежилое помещение &lt;Номер обезличен&gt; по адресу: &lt;...&gt;, находящегося на ответственном хранении у ФИО18 №37; автомобиля «LADA 219010 LADA GRANTA» &lt;Номер обезличен&gt; идентификационный номер (VIN) &lt;Номер обезличен&gt;, свидетельства о регистрации транспортного средства автомобиля «KIA RIO» г.р.з. &lt;Номер обезличен&gt; идентификационный номер (VIN) &lt;Номер обезличен&gt;, находящегося на ответственном хранении у ФИО3, свидетельства о регистрации транспортного средства, находящегося на ответственном хранении у ФИО18 №12; коробок с бутылками со спиртосодержащей жидкостью с этикетками «КАСПИЙСКАЯ BELUGA PREMIUM QUALITY EXPORT NOBLE RUSSIAN PRODUCT»; «GOLD ЦАРСКАЯ ОХОТА ЗОЛОТАЯ FINEST GRAIN PREMIUM RUSSIAN QUALITY»; «РОДНИКИ Сибири»; «ПШЕНИЧНАЯ особая»; «СТАРЫЙ КЕНИГСБЕРГ OLD KENIGSBERG»; «ТАЛКА», «с Серебром премиум»; «ABSOLUT STANDART PRODUCT OF RUSSIA VODKA»; коробки с пустыми металлическими банками, коробки с пустыми бутылками стеклянными «Хортиця ПЛАТИНУМ Премиум качество», «PRODUCT OF FRANCE COGNAC Hennessy 40% vol - e 50cl JAS HENNESSY &amp; CO - COGNAC – FRANCE Коньяк ФИО4», «Лезгинка», «KABAN vodka Premium»; 25 канистр пластиковых белого цвета с этикеткой «Вита-септ» емкостью по 10 л. с жидкостью; бочки пластиковой серого цвета с черной крышкой объемом 250 литров; бочки пластиковой темно-синего цвета с черной крышкой объемом 220 литров; коробки с пластиковыми пробками шести видов, термоусадочных пленок; строительного фена оранжевого цвета, хранящихся в гараже (порядковый номер 8 по левой стороне) УМВД России по Оренбургской области по адресу: г. Оренбург, ул. Волгоградская, д. 1 корп. 3, - разрешить при рассмотрении выделенного уголовного дела в отношении &lt;ФИО&gt;5 и &lt;ФИО&gt;131. по существу. Приговор может быть обжалован в апелляционном порядке в судебную коллегию по уголовным делам Оренбургского областного суда через Дзержинский районный суд г. Оренбурга в течение 15 суток со дня его провозглашения. В случае подачи апелляционной жалобы осуждённый вправе в течение апелляционного срока обжалования приговора, то есть в течение 15 суток, ходатайствовать о своём участии в рассмотрении уголовного дела судом апелляционной инстанции. Председательствующий судья В.Т. Турмухамбетова Суд: Дзержинский районный суд г. Оренбурга (Оренбургская область) (подробнее) Судьи дела: Турмухамбетова Вера Турумрадовна (судья) (подробнее) Последние документы по делу: Приговор от 3 июня 2025 г. по делу № 1-19/2025 Приговор от 14 апреля 2025 г. по делу № 1-19/2025 Приговор от 24 марта 2025 г. по делу № 1-19/2025 Приговор от 19 марта 2025 г. по делу № 1-19/2025 Приговор от 10 марта 2025 г. по делу № 1-19/2025 Приговор от 9 марта 2025 г. по делу № 1-19/2025 Приговор от 10 февраля 2025 г. по делу № 1-19/2025 Приговор от 3 февраля 2025 г. по делу № 1-19/2025 Приговор от 27 января 2025 г. по делу № 1-19/2025 Приговор от 22 января 2025 г. по делу № 1-19/2025 Приговор от 21 января 2025 г. по делу № 1-19/2025 Приговор от 16 января 2025 г. по делу № 1-19/2025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