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в соответствии с приказом Nк/пер от ... УФПС ... АО «Почта России» ФИО4 назначена на должность начальника отделения почтовой связи, расположенного по адресу: 460014, ... (далее по тексту – ОПС 460014, ОПС), с режимом работы с 11 час. 00 мин. до 19 час. 00 мин. и перерывом на обед с 14 час. 00 мин. до 15 час. 00 мин. Согласно трудовому договору N от ... (дополнительному соглашению N от ..., дополнительному соглашению N от ...), она приняла на себя обязанности добросовестно выполнять работу, обеспечивать сохранность вверенных ей денежных средств, в случаях и порядке, предусмотренных законодательством Российской Федерации и локальными нормативными актами работодателя; нести ответственность за ущерб, причиненный работодателю в результате его виновного противоправного поведения (действия или бездействия) в размерах и в порядке, предусмотренных действующим законодательством Российской Федерации и локальными нормативными актами работодателя. В соответствии с заключенным договором N-мо от ... о полной индивидуальной материальной ответственности, ФИО4 приняла на себя полную индивидуальную материальную ответственность за недостачу вверенного ей работодателем имущества, а также за ущерб, возникший у работодателя в результате возмещения им ущерба иным лицам, в связи с чем обязалась: бережно относиться к переданному ей для осуществления возложенных на нее функций (обязанностей) имуществу работодателя и принимать меры к предотвращению ущерба, в том числе обеспечивать сохранность вверенных ей денежных средств; осуществлять строгий контроль рационального использования денежных средств; вести учет, составлять и представлять в установленном порядке товарно-денежные и другие отчеты о движении и остатках вверенного ей имущества; в случае выявления ущерба, допущенного по ее вине, в установленные по согласованию с работодателем сроки возместить его в установленном по результатам проверки размере. Работодатель вверил, а она приняла ответственность за недостачу материальных ценностей, находящихся в фактическом наличии по результатам инвентаризации товарно-материальных ценностей, в том числе денежных средств, находящихся в операционной кассе ОПС (сейфе начальника ОПС). В соответствии с должностной инструкцией начальника отделения почтовой связи № ....11/1 от ..., ФИО4 наделена организационно-распорядительными и административно-хозяйственными функциями, во исполнение которых обязана осуществлять: руководство, организацию и контроль деятельности работников ОПС, в части выполнения требований законодательства РФ, внутренних документов АО «Почта России» в области оказания услуг почтовой связи и иных услуг; подготовку, оснащение и безопасность работников, осуществляющих доставку почтовых отправлений и денежных средств; информирование непосредственного руководителя о выявленных недостатках и проблемах в деятельности ОПС, устранение которых находится вне зоны ответственности начальника ОПС; принятие соответствующих мер и незамедлительное сообщение менеджеру и непосредственному руководителю о возникновении ситуации, представляющей угрозу сохранности имущества АО «Почта России»; ежедневный учет и контроль движения денежных средств в соответствии с требованиями АО «Почта России», открытие и закрытие основной операционной кассы отделения почтовой связи; ведение информационных программ – «Единая автоматизированная информационная система отделений почтовой связи» (ЕАС ОПС 4) и «Дневник ф.130» с целью учета всех операций и движения наличных денежных средств в основной операционной кассе отделения почтовой связи; пересчет денежной наличности в конце рабочего дня и сверку фактического остатка наличных денежных средств в кассе с расчетным остатком сводно-денежного отчета о движении денежных средств; сверку дневника ф.130 с первичной документацией; составление акта контрольной проверки в случае выявления недостачи денежной наличности и установление совместно с кассовым работником причины расхождений, своевременное согласование актов производственного контроля, составленных на наличие расхождений в дневнике ф.130; использование формируемых на контрольно-кассовой технике документов для составления различных кассовых и производственных отчетов, статистического учета оказанных услуг; сохранность денежных средств, в том числе переводных и пенсионных, а также социальных выплат; сохранность архивных производственных документов, находящихся в отделении почтовой связи. ФИО4 не позднее ..., занимая должность начальника ОПС 460014, являясь должностным лицом, выполняющим организационно-распорядительные и административно-хозяйственные функции, связанные с доступом к денежным средствам, их хранением, управлением, контролем за их движением и распоряжением, действуя умышленно, незаконно, из корыстных побуждений, сформировала преступный умысел, направленный на хищение вверенных ей и находящихся в операционной кассе ОПС (сейфе начальника ОПС) наличных денежных средств, принадлежащих АО «Почта России», в сумме 480 000 рублей, то есть в крупном размере, и разработала преступную схему, направленную на хищение указанных денежных средств из операционной кассы ОПС 460014, которая заключалась в поэтапном присвоении наличных денежных средств и внесению в учетные программы «Дневник ф.130» и «ЕАС ОПС 4» недостоверных данных об остатке денежных средств, находящихся в операционной кассе ОПС. ... в период с 11 час. 00 мин. до 14 час. 00 мин. ФИО4,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100 тыс. рублей и обратила в свою пользу, тем самым похитила их путем присвоения. После чего ФИО4 не позднее 15 час. 54 мин. ... внесла похищенные денежные средства в размере 100 000 рублей на свой банковский счет N, открытый в АО «ТБанк», которыми в последующем распорядилась по своему усмотрению.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наличных денежных средств в учетные записи программы «Дневник ф.130» и «ЕАС ОПС 4», к которым она имела доступ в силу своего служебного положения. Продолжая реализовывать свой единый преступный умысел, направленный на хищение в крупном размере вверенных ей наличных денежных средств, принадлежащих АО «Почта России», ... в период с 11 час. 00 мин. до 14 час. 00 мин. ФИО4,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80 000 рублей, и обратила в свою пользу, тем самым похитила их путем присвоения. После чего ФИО4 в 15 час. 43 мин. ... внесла похищенные денежные средства в размере 80 000 рублей на свой банковский счет N, открытый в АО «ТБанк», которыми в последующем распорядилась по своему усмотрению.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денежных средств в учетные записи программы «Дневник ф.130» и «ЕАС ОПС 4», к которым она имела доступ в силу своего служебного положения. Продолжая реализовывать свой единый преступный умысел, направленный на хищение в крупном размере вверенных ей наличных денежных средств, принадлежащих АО «Почта России», ... в период с 11 час. 00 мин. до 11 час. 30 мин. ФИО4,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50 000 рублей, и обратила в свою пользу, тем самым похитила их путем присвоения. После чего ФИО4 не позднее 12 час. 18 мин. ... внесла похищенные денежные средства в размере 50 000 рублей на свой банковский счет N, открытый в АО «ТБанк», которыми в последующем распорядилась по своему усмотрению.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денежных средств в учетные записи программы «Дневник ф.130» и «ЕАС ОПС 4», к которым она имела доступ в силу своего служебного положения. Продолжая реализовывать свой единый преступный умысел, направленный на хищение в крупном размере вверенных ей наличных денежных средств, принадлежащих АО «Почта России», ... в период с 11 час. 00 мин. до 14 час. 00 мин. ФИО4,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150 000 рублей, и обратила в свою пользу, тем самым похитила их путем присвоения. После чего ФИО4 не позднее 15 час. 24 мин. ... внесла похищенные денежные средства в размере 150 000 рублей на свой банковский счет N, открытый в АО «ТБанк», которыми в последующем распорядилась по своему усмотрению.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денежных средств в учетные записи программы «Дневник ф.130» и «ЕАС ОПС 4», к которым она имела доступ в силу своего служебного положения. Продолжая реализовывать свой единый преступный умысел, направленный на хищение в крупном размере вверенных ей наличных денежных средств, принадлежащих АО «Почта России», ... в период с 11 час. 00 мин. до 14 час. 00 мин. ФИО4,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100 000 рублей, и обратила в свою пользу, тем самым похитила их путем присвоения. После чего ФИО4 не позднее 14 час. 22 мин. ... внесла похищенные денежные средства в размере 100 000 рублей на свой банковский счет N, открытый в АО «ТБанк», которыми в последующем распорядилась по своему усмотрению.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денежных средств в учетные записи программы «Дневник ф.130» и «ЕАС ОПС 4», к которым она имела доступ в силу своего служебного положения. В период с ... по ... ФИО4, используя свое служебное положение, продолжая действовать умышленно, с целью сокрытия своих незаконных действий по хищению денежных средств АО «Почта России», регулярно вносила в учетные программы «Дневник ф.130» и «ЕАС ОПС4» недостоверные данные об остатке денежных средств, находящихся в операционной кассе ОПС, не учитывая суммы ранее похищенных денежных средств. Таким образом, ФИО4, являясь должностным лицом, в период с ... по ..., путем присвоения, с использованием своего служебного положения осуществила хищение вверенных ей денежных средств, принадлежащих АО «Почта России», в размере 480 000 рублей, что является крупным размером, тем самым причинив материальный ущерб АО «Почта России».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ФИО4, в соответствии с приказом Nк/пер от ... УФПС ... АО «Почта России» ФИО4 назначена на должность начальника отделения почтовой связи, расположенного по адресу: 460014, ... (далее по тексту – ОПС 460014, ОПС), с режимом работы с 11 час. 00 мин. до 19 час. 00 мин. и перерывом на обед с 14 час. 00 мин. до 15 час. 00 мин. Согласно трудовому договору N от ... (дополнительному соглашению N от ..., дополнительному соглашению N от ...), она приняла на себя обязанности добросовестно выполнять работу, обеспечивать сохранность вверенных ей денежных средств, в случаях и порядке, предусмотренных законодательством Российской Федерации и локальными нормативными актами работодателя; нести ответственность за ущерб, причиненный работодателю в результате его виновного противоправного поведения (действия или бездействия) в размерах и в порядке, предусмотренных действующим законодательством Российской Федерации и локальными нормативными актами работодателя. В соответствии с заключенным договором N-мо от ... о полной индивидуальной материальной ответственности, ФИО4 приняла на себя полную индивидуальную материальную ответственность за недостачу вверенного ей работодателем имущества, а также за ущерб, возникший у работодателя в результате возмещения им ущерба иным лицам, в связи с чем обязалась: бережно относиться к переданному ей для осуществления возложенных на нее функций (обязанностей) имуществу работодателя и принимать меры к предотвращению ущерба, в том числе обеспечивать сохранность вверенных ей денежных средств; осуществлять строгий контроль рационального использования денежных средств; вести учет, составлять и представлять в установленном порядке товарно-денежные и другие отчеты о движении и остатках вверенного ей имущества; в случае выявления ущерба, допущенного по ее вине, в установленные по согласованию с работодателем сроки возместить его в установленном по результатам проверки размере. Работодатель вверил, а она приняла ответственность за недостачу материальных ценностей, находящихся в фактическом наличии по результатам инвентаризации товарно-материальных ценностей, в том числе денежных средств, находящихся в операционной кассе ОПС (сейфе начальника ОПС). В соответствии с должностной инструкцией начальника отделения почтовой связи № ....11/1 от ..., ФИО4 наделена организационно-распорядительными и административно-хозяйственными функциями, во исполнение которых обязана осуществлять: руководство, организацию и контроль деятельности работников ОПС, в части выполнения требований законодательства РФ, внутренних документов АО «Почта России» в области оказания услуг почтовой связи и иных услуг; подготовку, оснащение и безопасность работников, осуществляющих доставку почтовых отправлений и денежных средств; информирование непосредственного руководителя о выявленных недостатках и проблемах в деятельности ОПС, устранение которых находится вне зоны ответственности начальника ОПС; принятие соответствующих мер и незамедлительное сообщение менеджеру и непосредственному руководителю о возникновении ситуации, представляющей угрозу сохранности имущества АО «Почта России»; ежедневный учет и контроль движения денежных средств в соответствии с требованиями АО «Почта России», открытие и закрытие основной операционной кассы отделения почтовой связи; ведение информационных программ – «Единая автоматизированная информационная система отделений почтовой связи» (ЕАС ОПС 4) и «Дневник ф.130» с целью учета всех операций и движения наличных денежных средств в основной операционной кассе отделения почтовой связи; пересчет денежной наличности в конце рабочего дня и сверку фактического остатка наличных денежных средств в кассе с расчетным остатком сводно-денежного отчета о движении денежных средств; сверку дневника ф.130 с первичной документацией; составление акта контрольной проверки в случае выявления недостачи денежной наличности и установление совместно с кассовым работником причины расхождений, своевременное согласование актов производственного контроля, составленных на наличие расхождений в дневнике ф.130; использование формируемых на контрольно-кассовой технике документов для составления различных кассовых и производственных отчетов, статистического учета оказанных услуг; сохранность денежных средств, в том числе переводных и пенсионных, а также социальных выплат; сохранность архивных производственных документов, находящихся в отделении почтовой связи. ФИО4 не позднее ..., занимая должность начальника ОПС 460014, являясь должностным лицом, выполняющим организационно-распорядительные и административно-хозяйственные функции, связанные с доступом к денежным средствам, их хранением, управлением, контролем за их движением и распоряжением, действуя умышленно, незаконно, из корыстных побуждений, сформировала преступный умысел, направленный на хищение вверенных ей и находящихся в операционной кассе ОПС (сейфе начальника ОПС) наличных денежных средств, принадлежащих АО «Почта России», в сумме 520 000 рублей, то есть в крупном размере, после чего ... в период с 13 час. 00 мин. до 15 час. 00 мин.,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520 000 рублей, которые обратила в свою пользу и распорядилась по своему усмотрению, тем самым похитила их путем присвоения.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денежных средств в учетные записи программы «Дневник ф.130» и «ЕАС ОПС 4», к которым она имела доступ в силу своего служебного положения. В период с ... по ... ФИО4, используя свое служебное положение, продолжая действовать умышленно, с целью сокрытия своих незаконных действий по хищению денежных средств АО «Почта России», регулярно вносила в учетные записи программы «Дневник ф.130» и «ЕАС ОПС4» недостоверные данные об остатке денежных средств, находящихся в операционной кассе ОПС, не учитывая сумму ранее похищенных денежных средств. Таким образом, ФИО4, являясь должностным лицом, ... путем присвоения, с использованием своего служебного положения осуществила хищение вверенных ей денежных средств, принадлежащих АО «Почта России», в размере 520 000 рублей, что является крупным размером, тем самым причинив материальный ущерб АО «Почта России».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ФИО4, в соответствии с приказом Nк/пер от ... УФПС ... АО «Почта России» ФИО4 назначена на должность начальника отделения почтовой связи, расположенного по адресу: 460014, ... (далее по тексту – ОПС 460014, ОПС), с режимом работы с 11 час. 00 мин. до 19 час. 00 мин. и перерывом на обед с 14 час. 00 мин. до 15 час. 00 мин. Согласно трудовому договору N от ... (дополнительному соглашению N от ..., дополнительному соглашению N от ...), она приняла на себя обязанности добросовестно выполнять работу, обеспечивать сохранность вверенных ей денежных средств, в случаях и порядке, предусмотренных законодательством Российской Федерации и локальными нормативными актами работодателя; нести ответственность за ущерб, причиненный работодателю в результате его виновного противоправного поведения (действия или бездействия) в размерах и в порядке, предусмотренных действующим законодательством Российской Федерации и локальными нормативными актами работодателя. В соответствии с заключенным договором N-мо от ... о полной индивидуальной материальной ответственности, ФИО4 приняла на себя полную индивидуальную материальную ответственность за недостачу вверенного ей работодателем имущества, а также за ущерб, возникший у работодателя в результате возмещения им ущерба иным лицам, в связи с чем обязалась: бережно относиться к переданному ей для осуществления возложенных на нее функций (обязанностей) имуществу работодателя и принимать меры к предотвращению ущерба, в том числе обеспечивать сохранность вверенных ей денежных средств; осуществлять строгий контроль рационального использования денежных средств; вести учет, составлять и представлять в установленном порядке товарно-денежные и другие отчеты о движении и остатках вверенного ей имущества; в случае выявления ущерба, допущенного по ее вине, в установленные по согласованию с работодателем сроки возместить его в установленном по результатам проверки размере. Работодатель вверил, а она приняла ответственность за недостачу материальных ценностей, находящихся в фактическом наличии по результатам инвентаризации товарно-материальных ценностей, в том числе денежных средств, находящихся в операционной кассе ОПС (сейфе начальника ОПС). В соответствии с должностной инструкцией начальника отделения почтовой связи № ....11/1 от ..., ФИО4 наделена организационно-распорядительными и административно-хозяйственными функциями, во исполнение которых обязана осуществлять: руководство, организацию и контроль деятельности работников ОПС, в части выполнения требований законодательства РФ, внутренних документов АО «Почта России» в области оказания услуг почтовой связи и иных услуг; подготовку, оснащение и безопасность работников, осуществляющих доставку почтовых отправлений и денежных средств; информирование непосредственного руководителя о выявленных недостатках и проблемах в деятельности ОПС, устранение которых находится вне зоны ответственности начальника ОПС; принятие соответствующих мер и незамедлительное сообщение менеджеру и непосредственному руководителю о возникновении ситуации, представляющей угрозу сохранности имущества АО «Почта России»; ежедневный учет и контроль движения денежных средств в соответствии с требованиями АО «Почта России», открытие и закрытие основной операционной кассы отделения почтовой связи; ведение информационных программ – «Единая автоматизированная информационная система отделений почтовой связи» (ЕАС ОПС 4) и «Дневник ф.130» с целью учета всех операций и движения наличных денежных средств в основной операционной кассе отделения почтовой связи; пересчет денежной наличности в конце рабочего дня и сверку фактического остатка наличных денежных средств в кассе с расчетным остатком сводно-денежного отчета о движении денежных средств; сверку дневника ф.130 с первичной документацией; составление акта контрольной проверки в случае выявления недостачи денежной наличности и установление совместно с кассовым работником причины расхождений, своевременное согласование актов производственного контроля, составленных на наличие расхождений в дневнике ф.130; использование формируемых на контрольно-кассовой технике документов для составления различных кассовых и производственных отчетов, статистического учета оказанных услуг; сохранность денежных средств, в том числе переводных и пенсионных, а также социальных выплат; сохранность архивных производственных документов, находящихся в отделении почтовой связи. ФИО4 не позднее ..., занимая должность начальника ОПС 460014, являясь должностным лицом, выполняющим организационно-распорядительные и административно-хозяйственные функции, связанные с доступом к денежным средствам, их хранением, управлением, контролем за их движением и распоряжением, действуя умышленно, незаконно, из корыстных побуждений, сформировала преступный умысел, направленный на хищение вверенных ей и находящихся в операционной кассе ОПС (сейфе начальника ОПС) наличных денежных средств, принадлежащих АО «Почта России», в сумме 605284,91 рублей, то есть в крупном размере, после чего ... в период с 13 час. 00 мин. до 15 час. 00 мин. ФИО4, находясь на рабочем месте в ОПС 460014, выполняя организационно-распорядительные и административно-хозяйственные функции, действуя умышленно, незаконно, из корыстных побуждений, изъяла из сейфа, к которому имела единоличный доступ в силу своего служебного положения, вверенные ей наличные денежные средства, принадлежащие АО «Почта России», в размере 605284,91 рублей, которые обратила в свою пользу и распорядилась по своему усмотрению, тем самым похитила их путем присвоения. В конце рабочего дня ... ФИО4, продолжая действовать умышленно, с целью сокрытия своих незаконных действий по хищению денежных средств АО «Почта России», в ходе проведения ежедневного учета и контроля движения денежных средств, пересчета денежной наличности, а также закрытия основной операционной кассы ОПС, не внесла указанную сумму похищенных денежных средств в учетные записи программы «Дневник ф.130» и «ЕАС ОПС 4», к которым она имела доступ в силу своего служебного положения. В период с ... по ..., ФИО4, находясь в ОПС, используя свое служебное положение, продолжая действовать умышленно, с целью сокрытия своих незаконных действий по хищению денежных средств АО «Почта России», регулярно вносила в учетные программы «Дневник ф.130» и «ЕАС ОПС4» недостоверные данные об остатке денежных средств, находящихся в операционной кассе ОПС, не учитывая суммы ранее похищенных денежных средств. Кроме того, ФИО4, продолжая действовать умышленно, находясь в ОПС, используя свое служебное положение, с целью сокрытия ранее совершенного хищения наличных денежных средств, в период с ... по ... вносила в учетные программы «Дневник ф.130» и «ЕАС ОПС4» недостоверные данные о произведенной самоинкассации денежных средств, которая осуществляется лично начальником ОПС, в силу служебного положения, путем внесения наличными через банкоматы ПАО «Сбербанк». Таким образом, ФИО4, являясь должностным лицом, ... путем присвоения, с использованием своего служебного положения осуществила хищение вверенных ей денежных средств, принадлежащих АО «Почта России», в размере 605284,91 рублей, что является крупным размером, тем самым причинив материальный ущерб АО «Почта России». В судебном заседании подсудимая ФИО4 вину в предъявленном обвинении по ч.4 ст. 160 УК РФ признала частично, раскаялась в содеянном, воспользовавшись правом, предусмотренным ст. 51 Конституции РФ, от дачи показаний отказалась. Фактических обстоятельств дела не оспаривала, считала, что в ее действиях имеется не одно продолжаемое преступление, предусмотренное ч.4 ст. 160 УК РФ , а совокупность из трех преступлений, предусмотренных ч.3 ст. 160 УК РФ . По ходатайству государственного обвинителя, в соответствии с п.3 ч.1 ст. 276 УПК РФ , были оглашены показания подсудимой ФИО4, данные ею в ходе предварительного следствия. Так, из оглашенных показаний подсудимой, допрошенной в ходе предварительного следствия в качестве подозреваемой и обвиняемой, следует, что с 2006 года по настоящее время она осуществляет трудовую деятельность в УФПС ... на различных должностях. В должности начальника отделения почтовой связи N состоит с ноября 2022 года. В ее должностные обязанности входит контроль, выдача корреспонденции и денежных средств. Рабочее место располагается по адресу: ... (ОПС 460014). Свою трудовую деятельность она осуществляла в кабинете начальника ОПС, в котором находился рабочий стол, а рядом стоял сейф с наличными денежными средствами. Ключ от сейфа всегда находился только у нее, так как она является должностным лицом и осуществляет приемку денег, их хранение и распоряжение ими. Операции с наличными денежными средствами она осуществляла согласно должностной инструкции и другим нормативно-правовым актам АО «Почта России». Согласно должностной инструкции, она как начальник ОПС ежедневно производила учет и контроль движения денежных средств, почтовых отправлений, материальных ценностей, ежемесячно проводила проверки остатков товарно-материальных ценностей. Кроме того, она осуществляла отдельные операции по инкассированию денежных средств в ОПС, прием страховых сумок с денежной наличностью, вскрытие указанных сумок, просчет денежной наличности, сверку с сопроводительными документами, составление актов при обнаружении расхождения; сдачу сверхлимитных остатков денежных средств в банк через устройство банковского обслуживания. Также, в части учета и контроля кассовых операций, она как начальник ОПС осуществляла ежедневный учет и контроль денежных средств, открытие и закрытие операционной кассы ОПС, выдачу денежных средств и товарно-материальных ценностей работникам ОПС для оказания услуг почтовой связи, в том числе на дому, прием от кассового работника наличных денежных средств; ведение программы - журнала учета движения денежных средств в основной операционной кассе ОПС и Книги учета денежных сумм, выдаваемых для доставки на дом; пересчет денежной наличности, в конце рабочего дня и сверку фактического остатка наличных денежных средств в кассе ОПС с расчетным остатком сводно-денежного отчета о движении денег; сверку в программе дневника Ф.130 с первичной документацией и другие обязанности, то есть являлась должностным лицом, выполняющим организационно-распорядительные функции, связанные с доступом к денежным средствам, их хранением, управлением, контролем за их движением и распоряжением. Так, у начальника ОПС находится главная ПЭВМ, на которой установлены программы – «Дневник Ф.130» (учет денежных средств), «ФИО5» (единая автоматизированная система ОПС), в которой производится учет всех операций ОПС, данные из которых в последующем перенаправляются в программу «Дневник Ф.130». В период с июля по август 2024 года она, являясь начальником ОПС N, присвоила денежные средства, принадлежащие УФПС ... АО «Почта России», на общую сумму 1 млн. 600 тыс. рублей. Хищение денежных средств она совершила при следующих обстоятельствах. Примерно в конце декабря 2023 года она в сети Интернет, в приложении «TikTok» (ТикТок) нашла ссылку на профиль, в котором предлагались услуги по предсказанию будущего, определения судьбы по картам таро. В связи с этим ей стало интересно, и она зашла в указанный профиль, название которого не помнит. В ходе изучения указанного профиля она поняла, что в нем мужчина предлагал воспользоваться своими магическими услугами по улучшению жизни. В дальнейшем с указанным пользователем она стала общаться посредством аудиозвонков в различных интернет-мессенджерах. Мужчина по имени ... использовал N, говорил с кавказским акцентом, возраст его ей неизвестен. Для проведения различных магических ритуалов ... спрашивал ее про жизнь, работу, давал различные установки по улучшению психологического состояния. За магические услуги ... она периодически, в период с января по июнь 2024 года платила ему денежные средства в размере от 50000 рублей до 200000 рублей. При этом ... говорил ей, что ему не нужна вся сумма сразу, и она отдавала деньги по частям. Общение с ... помогало ей, так как он давал различные психологические установки, которые ее успокаивали. В результате она стала ему доверять, он снимал порчу и проводил другие различные ритуалы. При этом она не знала фактического местонахождения Салима, из их общения она поняла, что ... азербайджанец и проживает в .... Примерно ... ... позвонил ей и сообщил, что его сестра попала в ДТП, находится в тяжелом состоянии, и ему требуются денежные средства на лечение в размере 480 тыс. рублей. В связи с этим ... попросил у нее денежные средства в указанной сумме. Она отказала, так как у нее не было такой суммы денег. В дальнейшем ... уговорил ее найти указанную сумму денег и перевести ему, так как знал, что она работает в ОПС, и у нее есть возможность взять деньги на непродолжительное время, а он обещал их вернуть до .... В разговоре ... был очень убедительным и внушал ей, что ему срочно нужно помочь близкому родственнику. Она ему говорила, что в ОПС сейчас такой суммы денег нет. После чего ... сказал, чтобы она взяла сколько есть и перевела их ему на указанную им карту. После этого она решила взять денежные средства, принадлежащие АО «Почта России», которые были вверены ей и хранились в ее рабочем сейфе ОПС N, так как до отчетной даты было еще две недели. ... она решила забрать из сейфа деньги в размере 480 тыс. рублей поэтапно и помочь Салиму с лечением сестры. В период с ... по ... она взяла из рабочего сейфа ОПС вверенные ей денежные средства в размере 480 тыс. рублей, которые перевела на указанные ... карты поэтапно посредством своего счета в «Т-Банке», а именно ... - 100 тыс. рублей, ... – 80 тыс. рублей, ... – 50 тыс. рублей. При этом на отчетную дату - ... в ОПС она перекрыла недостачу (сумму похищенных денег) своими денежными средствами, которые заняла у знакомых. Далее она перевела денежные средства на карты, указанные ..., а именно ... – 150 тыс. рублей, ... – 100 тыс. рублей. При этом ранее вложенные деньги она также забрала из сейфа ОПС и вернула своим знакомым. В ходе общения ... обещал ей вернуть деньги в ближайшее время, при этом говорил, что состояние сестры ухудшалось. Сам он, с его слов, находился в больнице рядом с сестрой. После чего, примерно ... - ... ей позвонил ... и сообщил, что его сестра умерла, и ему необходимо организовывать ее похороны. В связи с этим ... попросил ее перевести ему 520 тыс. рублей, так как, якобы, на похороны нужно много денег, придет большое количество людей. Салим обещал вернуть деньги к ..., когда он прилетит в .... Она сказала ... что такой суммы у нее нет, но ... убедил ее перевести ему хотя бы 150 тыс. рублей. Она согласилась и ... взяла из сейфа 150 тысяч рублей, никого из сотрудников ОПС N не было, позже она положила их на карту «Тинькофф», попробовала перевести, но операция была отклонена службой безопасности банка. Об этом она сообщила ..., который сообщил, что не будет ее обременять с переводами и найдет земляка в ..., которому она передаст всю необходимую сумму денег. ... она сняла со своей карты 150 тысяч рублей и положила обратно в сейф. ... ей позвонил ... и сказал, что от него подойдет человек, место встречи на переулке Каширина ..., где нужно передать ему наличные денежные средства в размере 520 тыс. рублей. В этот же день в период времени с 13 час до 15 час она взяла вверенные ей наличные денежные средства в размере 520 тыс. рублей из сейфа, который находился в помещении ОПС. После чего она отнесла наличные денежные средства неизвестному мужчине, встреча с которым произошла на переулке Каширина, рядом с домами, расположенными по адресам: ..., пер. Каширина, .... Неизвестный мужчина был среднего роста 165-170 см., кавказской национальности, одет в брюки черного цвета, ветровку бежевого цвета, фуражку черного цвета, на лице щетина. Она подошла к нему и спросила: «Вы от ...?». Мужчина ответил положительно, и она передала ему 520 тыс. рублей наличными. Примерно 18-... ей вновь позвонил ... и попросил помощи. ... говорил очень убедительно и сообщил ей, что его не выпускают из Азербайджана, попросил 600 тысяч рублей, которые она должна передать мужчине, как она поняла, его земляку. ... примерно с 13 час до 15 час она взяла наличные денежные средства в размере более 600 тысяч рублей из сейфа ОПС. В дальнейшем она передала 600 тыс. неизвестному мужчине в том же самом месте на переулке Каширина ..., возле мусорных баков. Возможно, она взяла чуть больше денежных средств из сейфа, но отсчитала 600 тыс., а несколько купюр и какая-то мелочь остались у нее на рабочем столе. В последующем, так как она была в подавленном состоянии, она забрала денежные средства в размере 5284,91 рублей и потратила на личные нужды. Место передачи денежных средств ... и ... она показала во время осмотра места происшествия .... В настоящее время она понимает, что стала жертвой мошенников, сожалеет о том, что вовремя не обратилась в правоохранительные органы, а продолжала выполнять указания неизвестного лица по имени ..., который оказывал на нее психологическое воздействие. В разговорах, когда она высказывала сомнения по поводу денежных средств, ... говорил, чтобы она не переживала, так как он вернет деньги, а если сейчас она не поможет, то он наведет порчу, у нее будет все плохо, она начнет болеть сама и ее дети. Доступ к сейфу, в котором хранятся вверенные ей денежные средства, принадлежащие АО «Почта России», имеется только у нее. Во время отпуска или длительной болезни начальника ОПС доступ к сейфу с денежными средствами имеет лицо – сотрудник ОПС, который назначается временно исполняющим обязанности начальника ОПС. При этом денежные средства и товарно-материальные ценности передаются после проведения инвентаризации и составления акта приема-передачи. Общий размер похищенных ею денежных средств, принадлежащих АО «Почта России», составляет 1 млн. 605 тыс. 284 рублей 91 коп. После звонка ..., который попросил у нее 480 тыс. рублей на лечение сестры, она решила похитить именно 480 тыс. рублей. При этом она боялась сразу брать такую сумму денежных средств, то решила ее похитить поэтапно, что она и сделала в период с ... по .... Соответственно, в период с ... по ... она не планировала похищать денежные средства из сейфа ОПС, и только ..., после звонка ..., она решила похитить деньги в размере 520 тыс. рублей, которые он просил на похороны сестры. В период с ... по ... она также не планировала похищать вновь денежные средства из сейфа ОПС. ... после звонка ..., который просил 600 тыс. рублей на решение вопросов, связанных с выездом из Азербайджана, она решила похитить 605 тыс. 284 рубля 91 коп., из которых 5284,91 рублей она забрала себе на личные расходы, а 600 тыс. рублей передала неизвестному мужчине. Для сокрытия похищенных сумм денежных средств, в период с ... по ... она вносила недостоверные данные об остатке денежных средств в операционной кассе ОПС в учетные программы, а именно показывала в программе произведенную ею самоинкассацию, но фактически деньги в банкомат не относила. По предъявленному ей акту инвентаризации наличных денежных средств в основной операционной кассе ОПС 460014 по форме АНФ 09/17 от ..., она пояснила, что согласна с недостачей в сумме в 1 млн. 605 тыс. 284 рубля 91 коп, которые она похитила из сейфа ОПС. Она полностью признает свою вину в совершении хищений денежных средств из сейфа ОПС, раскаивается в содеянном (том 2 л.д.145-150, л.д.158-163, л.д.172-177). Оглашенные показания ФИО4 подтвердила в полном объеме. Представитель потерпевшего ФИО в судебном заседании показала, что она на основании доверенности представляет интересы АО «Почта России». ... из отдела кассовых операций и отдела по производственным процессам в отдел безопасности УФПС ... поступила информация о том, что при сверке сверхлимитных остатков денежных средств, внесенных через банкомат, в ОПС N (.../Советская, ...) выявлено расхождение на сумму более 1,5 млн. рублей. Начальником ОПС N являлась ФИО4, которая не представила документы по указанной ситуации. ... ФИО4 открыла ОПС и покинула рабочее место без предупреждения вышестоящих должностных лиц. В дальнейшем выяснилось, что ?????????? По причине отсутствия начальника ОПС N и информации о расхождении сверхлимитных остатков организовано проведение проверки производственно-финансовой деятельности в ОПС N. ... состав указанной комиссии выявил недостачу денежных средств в основной операционной кассе ОПС на сумму 1605284,91 рублей. Доступа к сейфу должностного лица – начальника ОПС ФИО4 у членов комиссии не было, и спустя некоторое время ФИО4, через своего малолетнего сына передала ключи от сейфа. Участие в проверке ФИО4 не принимала. В последствии ФИО4 призналась, что она присвоила денежные средства, пояснив, что стала жертвой мошенников, которым перечисляла присвоенные денежные средства, называла счета и номера телефонов. На момент судебного разбирательства ФИО4 было возмещено 60 000 рублей из общего ущерба. Поддержала в судебном заседании ранее заявленный гражданский иск на сумму 1 545 284,91 рублей (с учетом того, что ФИО4 возместила 60 000 рублей из общей суммы ущерба), которые просила взыскать с ФИО4 в пользу АО «Почта России». В целом ФИО4 как работника охарактеризовала с положительной стороны, наказание просила назначить на усмотрение суда. Свидетель ФИО в судебном заседании показала, что она работает в УФПС ... АО «Почта России» в должности главного специалиста группы контроля. В ее должностные обязанности входит проведение в отделениях почтовой связи проверок и служебных расследований, связанных с недостачами. ... в отдел по производственным процессам поступило служебное письмо из отдела кассовых операций УФПС ... о выявлении расхождений по дневнику Ф.130 и бухгалтерского учета программы «АСКУ» в ОПС N (...) на сумму более 1,6 млн. рублей. Начальником указанного ОПС N была ФИО4 «Дневник Формы.130» - это главная программа любого ОПС, в котором ведется учет всех финансовых операций в отделении. ... комиссия в составе нее, ФИО. прибыла в ОПС 460014 для проведения проверки. Участие в проверке ФИО4 не принимала, так как находилась на больничном. Ключи от сейфа, к которому единоличный доступ имеет только начальник ОПС 460014, передал малолетний сын ФИО4 При подведении итогов окончательная сумма недостачи по основной операционной кассе составила 1 605 294 рубля 91 коп. Также, в ходе проведения проверки установлено, что ФИО4 внесла в учетные данные программы ОПС «Дневник ф.130» недостоверные сведения о том, что денежные средства сданы (инкассация через банкомат), но фактически денежные средства в банкомат внесены не были. По результатам проверки был составлен соответствующий акт, с ФИО4 она не виделась. Ранее в данном ОПС проводились проверки, никаких недостач выявлено не было. ФИО4 в целом характеризует положительно. Свидетели ФИО в судебном заседании дали показания, аналогичные показаниям свидетеля ФИО. по факту проведения проверки ... в ОПС 460014 и выявления по результатам проверки недостачи на сумму 1 605 294 рубля 91 коп. Также в судебном заседании были исследованы письменные доказательства. Так, из служебной записки Департамента по операционному управлению УФПС ... от ... следует, что при проверке сверхлимитных остатков, внесенных через банкомат за период с ... по ... по ОПС 460014, выявлены расхождения в сумме 1 528 000 рублей. В ОПС 460014 направлено письмо о срочном предоставлении чеков, подтверждающих внесение денежных средств через банкомат. Начальник ОПС ФИО4 ответ не предоставляет, на телефонные звонки не отвечает (т.2 л.д.3). В соответствии с приказом УФПС ... N-п от ... о проведении проверки в ОПС N, для проведения проверки производственно-финансовой деятельности в связи со сменой материально-ответственного лица в городском отделении почтовой связи N создана комиссия в составе сотрудников отделов по производственным процессам Департамента по операционному управлению ФИО. (т.2 л.д.14-15). Согласно акту инвентаризации N-п от ... наличных денежных средств в основной операционной кассе ОПС 460014, ... комиссией в составе сотрудников УФПС ... ФИО выявлена недостача на сумму 1 млн. 605 тыс. 284 руб. 91 коп. (т.2 л.д.9-10). Из акта служебного расследования УФПС ... АО «Почта России» от ... следует, что в период с ... по ... проведено служебное расследование обстоятельств образования недостачи в ОПС 460014 Оренбургского почтамта УФПС .... В результате проведения служебного расследования установлено: ... в УФПС ... поступила информация о том, что при сверке сверхлимитных остатков, внесенных через банкомат, за период с 20.08.-... в ОПС 460014 выявлено расхождение в сумме 1 528 000 рублей. На электронную почту ОПС 460014 было направлено письмо о выявленных расхождениях и о срочном предоставлении чеков, подтверждающих внесение денежных средств через банкомат. Начальник ОПС ФИО4 ответ не предоставила, на телефонные звонки не отвечала. Утром ... ФИО4 открыла отделение почтовой связи N и в последующем покинула рабочее место, не предупредив руководителей почтамта. В течение дня ... ФИО4 на рабочем месте отсутствовала, закрывать кассовый день и принимать отчет от операторов и почтальонов ОПС она не явилась. Об открытии больничного листа ... начальник ОПС никому не сообщила, на связь не выходила. Оповещение поступило через кадровую службу. В связи с этим ... прием - передача ОПС 460014 производилась без материально ответственного лица ФИО4 ... по состоянию на 08 часов 30 мин в основной операционной кассе выявлена недостача в наличных денежных средствах в сумме 2 120 910 рублей 49 коп. В 11 час 40 мин ... ключи от сейфа, к которому единоличный доступ имеет только начальник ОПС ФИО4, передал малолетний сын ФИО4 При вскрытии сейфа в 11 час 50 мин ... была найдена коробка с денежными средствами в сумме 9 338 рублей, а также обнаружены исполненные поручения на выплату пенсии и пособий, но не проведенные по программе «ЕАС 4 ОПС» (единая информационная система отделений почтовой связи) на сумму 505 953 рубля 17 коп. При подведении итогов дня окончательная сумма недостачи по основной операционной кассе составила 1 605 284 рубля 91 коп. Согласно распоряжению N-р от ... о самоинкассации в отделениях почтовой связи, денежные средства вносятся через устройства банковского самообслуживания ПАО Сбербанк (банкомат). Самоинкассация в ОПС 460014 введена с .... Проверкой установлено, что начальник ФИО4 внесла в учетные программы ОПС, в отчет о движении денежных средств и сумм реализации услуг, материальных ценностей формы 130 (дневник ф.130) в код 4.34.1.3, недостоверные сведения о том, что денежные средства сданы (инкассация через банкомат), но фактически денежные средства в банкомат внесены не были. В ходе опроса ФИО4 пояснила о причинах образования недостачи в ОПС, а именно рассказала об обстоятельствах хищений в период с ... по ... вверенных ей денежных средств, принадлежащих АО «Почта России», в общей сумме 1 млн. 605 тыс. 284 рубля 91 коп., а также обстоятельства сокрытия ею в период ... по ... ранее совершенных хищений. В результате служебного расследования установлен размер причиненного материального ущерба, который составил 1 млн. 605 тыс. 284 рубля 91 коп. (т.2 л.д.55-63). Из протокола осмотра места происшествия от ... следует, что с участием ФИО4, адвоката Гончаровой Т.В. произведен осмотр отделения почтовой связи N, расположенного по адресу: ..., в ходе установлено рабочее место начальника ОПС, металлический сейф ОПС, к которому в силу своего служебного положения имеет единоличный доступ начальник ОПС (т.1 л.д.95-102) Согласно протоколу осмотра предметов и документов от ..., с участием ФИО4, адвоката Гончаровой Т.В. произведен осмотр телефона (смартфона) Samsung модель Galaxy A30, IMEI1 – N, IMEI2 – N, s/n R58M24CQATA, который ФИО4 добровольно передала для осмотра. В результате осмотра установлено, что в смартфоне ФИО4 имеется мобильное приложение «Т-Банк», в котором отражены операции по счету. Анализ операций в приложение «Т-Банк» показал, что в период с ... по ... ФИО4 перечислила неизвестным лицам денежные средства в размере 480 тыс. рублей со своего счета N, открытого в АО «ТБанк», а именно: ... - 100 тыс. рублей; ... – 80 тыс. рублей; ... – 50000 рублей; ... – 150 тыс. рублей; ... – 100 тыс. рублей на банковские карты, указанные неустановленным следствием лицом по имени «Салим». Также согласно приложению «Т-Банк» установлено, что общий оборот денежных средств по счету, принадлежащему ФИО4, составил более 1 млн. рублей. Также в телефоне имеется приложение «ТикТок», в ходе просмотра которого установлено, что пользователь ФИО4 интересуется услугами магов и гадалок (т.1 л.д.81-88). Согласно протоколу осмотра предметов и документов от ..., осмотрено сопроводительное письмо N от ... из АО «ТБАНК» с приложением документов, содержащих данные о движении денежных средств по счету N, открытому в АО «ТБанк» и принадлежащему ФИО4, которые в последующем признаны вещественными доказательствами. В ходе осмотра и анализа данных о движении денежных средств по счету N установлено, что ФИО4: -в 15 час 54 мин ... внесла на счет денежные средства в размере 100 тыс. рублей, которыми в последующем распорядилась по своему усмотрению, а именно перевела на счет ФИО6; -в 15 час 43 мин ... внесла на счет денежные средства в размере 80 тыс. рублей, которыми в последующем распорядилась по своему усмотрению, а именно перевела на счет ФИО6; -в 12 час 18 мин ... внесла на счет денежные средства в размере 50 тыс. рублей, которыми в последующем распорядилась по своему усмотрению, а именно перевела на счет ФИО6; -в 15 час 24 мин .... внесла на счет денежные средства в размере 150 тыс. рублей которыми в последующем распорядилась по своему усмотрению, а именно перевела на счет ФИО6; -в 14 час 22 мин ... внесла на счет денежные средства в размере 100 тыс. рублей, которыми в последующем распорядилась по своему усмотрению, а именно перевела на счет ФИО7 Таким образом, установлено, что ФИО4 в период с ... по ... осуществила переводы денежных средств на сумму 480 тыс. рублей неизвестным ей лицам. Указанные документы признаны и приобщены к материалам уголовного дела в качестве вещественного доказательства (т.2 л.д.69-74). Из приказа Nк/пер от ... УФПС ... АО «Почта России» следует, что ФИО4 с ... назначена на должность начальника отделения почтовой связи, расположенного по адресу: 460014, ... (т.2 л.д.23). Согласно дополнительному соглашению N от ... к трудовому договору N от ..., ФИО4 приняла на себя обязанности добросовестно выполнять работу, обеспечивать сохранность вверенных ей денежных средств, в случаях и порядке, предусмотренных законодательством Российской Федерации и локальными нормативными актами работодателя; нести ответственность за ущерб, причиненный работодателю в результате его виновного противоправного поведения (действия или бездействия) в размерах и в порядке, предусмотренных действующим законодательством Российской Федерации и локальными нормативными актами работодателя (т.2 л.д.24-34). Из должностной инструкции начальника отделения почтовой связи № ....11/1 от ... следует, что ФИО4 наделена организационно-распорядительными и административно-хозяйственными функциями, во исполнение которых обязана осуществлять: руководство, организацию и контроль деятельности работников ОПС, в части выполнения требований законодательства РФ, внутренних документов АО «Почта России» в области оказания услуг почтовой связи и иных услуг; подготовку, оснащение и безопасность работников, осуществляющих доставку почтовых отправлений и денежных средств; информирование непосредственного руководителя о выявленных недостатках и проблемах в деятельности ОПС, устранение которых находится вне зоны ответственности начальника ОПС; принятие соответствующих мер и незамедлительное сообщение менеджеру и непосредственному руководителю о возникновении ситуации, представляющей угрозу сохранности имущества АО «Почта России»; ежедневный учет и контроль движения денежных средств в соответствии с требованиями АО «Почта России», открытие и закрытие основной операционной кассы отделения почтовой связи; ведение информационных программ – «Единая автоматизированная информационная система отделений почтовой связи» (ЕАС ОПС 4) и «Дневник ф.130» с целью учета всех операций и движения наличных денежных средств в основной операционной кассе отделения почтовой связи; пересчет денежной наличности в конце рабочего дня и сверку фактического остатка наличных денежных средств в кассе с расчетным остатком сводно-денежного отчета о движении денежных средств; сверку дневника ф.130 с первичной документацией; составление акта контрольной проверки в случае выявления недостачи денежной наличности и установление совместно с кассовым работником причины расхождений, своевременное согласование актов производственного контроля, составленных на наличие расхождений в дневнике ф.130; использование формируемых на контрольно-кассовой технике документов для составления различных кассовых и производственных отчетов, статистического учета оказанных услуг; сохранность денежных средств, в том числе переводных и пенсионных, а также социальных выплат; сохранность архивных производственных документов, находящихся в отделении почтовой связи (т.2 л.д.35-47). Согласно договору N-мо от ... о полной индивидуальной материальной ответственности, ФИО4 приняла на себя полную индивидуальную материальную ответственность за недостачу вверенного ей работодателем имущества, а также за ущерб, возникший у работодателя в результате возмещения им ущерба иным лицам, в связи с чем, обязалась: бережно относится к переданному ей для осуществления возложенных на нее функций (обязанностей) имуществу работодателя и принимать меры к предотвращению ущерба, в том числе обеспечивать сохранность вверенных ей денежных средств; осуществлять строгий контроль рационального использования денежных средств; вести учет, составлять и представлять в установленном порядке товарно-денежные и другие отчеты о движении и остатках вверенного ей имущества; в случае выявления ущерба, допущенного по ее вине, в установленные по согласованию с работодателем сроки возместить его в установленном по результатам проверки размере. Работодатель вверил, а она приняла ответственность за недостачу материальных ценностей, находящихся в фактическом наличии по результатам инвентаризации товарно-материальных ценностей, в том числе денежных средств, находящихся в операционной кассе ОПС (сейфе начальника ОПС) (т.2 л.д.48-49). Из приходного кассового ордера NГРК000914 от ... следует, что ФИО4 внесла в кассу УФПС ... 10 000 рублей в счет возмещения ущерба, причиненного преступлением (т.2 л.д.50). Также по ходатайству подсудимой к материалам уголовного дела приобщена копия заявления в отдел полиции N МУ МВД России «Оренбургское», из которой следует, что ФИО4 ... обратилась с заявлением о преступлении, в котором она просит привлечь к уголовной ответственности неизвестное ей лицо по имени «Салим», который под предлогом передачи денежных средств в долг убедил ее перевести ему денежные средства в размере около 4 млн. рублей. УПК РФ, проверил, сопоставив их между собой, и, оценивая каждое из них с точки зрения относимости, допустимости и достоверности, пришел к убеждению о том, что вышеуказанные доказательства получены с соблюдением требований уголовно-процессуального законодательства РФ, из достоверных источников, облечены в надлежащую процессуальную форму, в необходимых случаях с участием понятых, являются относимыми и допустимыми. Доказательств, подтверждающих виновность подсудимой ФИО4, по делу необходимое и достаточное количество. Показания представителя потерпевшего ФИО., данные ею в судебном заседании, суд признает допустимыми и достоверными. Каких-либо оснований сомневаться в показаниях представителя потерпевшего у суда не имеется, поскольку они подтверждаются иными, в том числе и письменными доказательствами, в связи с чем кладутся судом в основу приговора. Показания свидетелей ФИО допрошенных в судебном заседании, суд также признает допустимыми и достоверными. Каких-либо оснований сомневаться в показаниях свидетелей и признавать их недопустимыми доказательствами у суда не имеется. Показания всех свидетелей согласуются между собой, с показаниями представителя потерпевшего, иными собранными по делу доказательствами, никто из свидетелей неприязненных отношений к подсудимой не имеет. Все указанные показания свидетелей кладутся судом в основу приговора. Суд находит все перечисленные письменные доказательства допустимыми, поскольку они получены в соответствии с требованиями уголовно-процессуального закона, процессуальные документы оформлены надлежащим образом, подтверждаются иными доказательствами. Суд принимает показания подсудимой ФИО4, данные ею на предварительном следствии, в качестве достоверных и допустимых, поскольку она давала показания в присутствии защитника, её допросы производились с соблюдением норм УПК РФ, регламентирующих производство данных следственных действий, в судебном заседании подсудимая оглашенные показания полностью подтвердила. Переходя к правовой оценке действий подсудимой, суд приходит к следующему. Действия подсудимой ФИО4 по хищению вверенных ей денежных средств в размере 1605284,91 рублей в период с ... по ... органом следствия и государственным обвинителем квалифицированы как единое продолжаемое преступление по ч.4 ст. 160 УК РФ как присвоение, то есть хищение чужого имущества, вверенного виновному, совершенное с использованием своего служебного положения, в особо крупном размере. Однако с данной квалификацией действий ФИО4 суд не соглашается на основании следующего. Согласно п.4 постановления Пленума Верховного Суда РФ N от ... «О некоторых вопросах судебной практики по уголовным делам о длящихся и продолжаемых преступлениях», продолжаемым является преступление, состоящее из двух или более тождественных противоправных деяний, охватываемых единым умыслом. При этом продолжаемое преступление может быть образовано как деяниями, каждое из которых в отдельности содержит все признаки состава преступления (в частности, при получении или даче взятки в несколько приемов; легализации имущества, добытого преступным путем, посредством нескольких финансовых операций или сделок с таким имуществом), так и деяниями, каждое или часть из которых не содержат всех признаков состава преступления, но в своей совокупности составляют одно преступление (например, при хищениях путем кражи, мошенничества, присвоения или растраты с противоправным изъятием чужого имущества по частям, когда отдельные деяния с учетом стоимости похищенного имущества не являются уголовно наказуемыми). О единстве умысла виновного в указанных случаях могут свидетельствовать, в частности, такие обстоятельства, как совершение тождественных деяний с незначительным разрывом во времени, аналогичным способом, в отношении одного и того же объекта преступного посягательства и (или) предмета преступления, направленность деяний на достижение общей цели. Однако данное единое преступление необходимо отличать от совокупности преступлений (статья 17 УК РФ ), заключающейся в совершении лицом двух или более самостоятельных преступлений, за каждое из которых оно несет уголовную ответственность по соответствующей статье или части статьи Особенной части Уголовного кодекса Российской Федерации. При этом одним из основных критериев отличия продолжаемого преступления от совокупности преступлений является направленность умысла виновного лица при совершении преступных действий, направленных на достижение конечного результата. Так, в рассматриваемом случае из показаний ФИО4 следует, что ... у нее возник умысел, направленный на хищение вверенных ей денежных средств в размере 480 тыс. рублей, которые ей необходимо было передать неизвестному лицу по имени ... на лечение его сестры, находящейся в тяжелом состоянии. После этого в период с ... по ... она в несколько приемов присвоила денежные средства в общей сумме 480 тыс. рублей, которые перевела на указанные ... счета, после чего похищать денежные средства не планировала. Далее в ходе телефонного разговора ... убедил ее передать ему денежные средства в сумме 520 тыс. рублей на похороны умершей сестры, после чего ... она присвоила вверенные ей денежные средства в указанной сумме, которые передала неизвестному мужчине, указанному ..., после чего также не намеревалась совершать хищение. Однако 18-... ... вновь убедил ее передать ему денежные средства в сумме около 600 тыс. рублей, для того, чтобы выехать из Азербайджана в Россию. После этого ... она снова взяла наличные денежные средства в размере более 600 тысяч рублей из сейфа ОПС и 600 тыс. передала неизвестному мужчине. Таким образом, из обстоятельств, установленных на основании показаний ФИО4, и данные показания стороной обвинения не опровергнуты, следует, что у ФИО4 трижды возникал самостоятельный умысел, направленный на хищение вверенных ей денежных средств, который в каждый раз она реализовывала своими действиями до конца. При этом действия подсудимой по хищению денежных средств, совершенные в период с ... по ..., охватываемые единым умыслом, направленным на изъятие денежных средств в общей сумме 480 тыс. рублей, были совершены ею в несколько приемов, и в своей совокупности образуют единое продолжаемое преступление. Действия ФИО4 по хищению денежных средств, совершенные ... (на сумму 520 тыс. рублей) и ... (на сумму 605284,91 рублей), исходя из направленности ее умысла, образуют самостоятельные преступления. Таким образом, суд находит вину ФИО4 в совершении установленных судом преступлений доказанной и квалифицирует ее действия по совокупности преступлений: -по хищению денежных средств в размере 480 000 рублей в период с ... по ... – по ч.3 ст. 160 УК РФ как присвоение, то есть хищение чужого имущества, вверенного виновному, совершенное лицом с использованием своего служебного положения, в крупном размере; -по хищению денежных средств ... в размере 520 000 рублей – по ч.3 ст. 160 УК РФ как присвоение, то есть хищение чужого имущества, вверенного виновному, совершенное лицом с использованием своего служебного положения, в крупном размере; -по хищению денежных средств ... в размере 605284,91 рублей – по ч.3 ст. 160 УК РФ как присвоение, то есть хищение чужого имущества, вверенного виновному, совершенное лицом с использованием своего служебного положения, в крупном размере. Квалификация действий ФИО4 по трем преступлениям, предусмотренным ч.3 ст. 160 УК РФ , улучшает положение последней, поскольку не влечет за собой изменение фактических обстоятельств дела, установленных в суде, и не увеличивает фактический объем предъявленного обвинения, не нарушает ее право на защиту и положения ст. 252 УПК РФ . Согласно разъяснениям, содержащимся в постановлении Пленума Верховного Суда РФ от ... N «О судебном приговоре», суд вправе изменить обвинение и квалифицировать действия подсудимого по другой статье уголовного закона, по которой подсудимому не было предъявлено обвинение, лишь при условии, если действия подсудимого, квалифицируемые по новой статье закона, вменялись ему в вину, не содержат признаков более тяжкого преступления и существенно не отличаются по фактическим обстоятельствам от поддержанного государственным обвинителем обвинения, а изменение обвинения не ухудшает положения подсудимого и не нарушает его права на защиту, что и имеет место по данному уголовному делу. В каждом случае хищение совершено ФИО4 путем присвоения, так как в каждом случае имело место противоправное, безвозмездное обращение имущества, вверенного подсудимой, в свою пользу, причинившее ущерб собственнику – АО «Почта России», при этом похищенные денежные средства находились в правомерном владении подсудимой, которая в силу своего должностного положения осуществляла полномочия по распоряжению, управлению, пользованию и хранению в отношении указанных денежных средств. Данные действия были совершены подсудимой в каждом случае с корыстной целью и носили умышленный характер, подсудимая осознавала, что присваивает денежные средства, находящиеся у нее в правомерном владении, против воли собственника, и тем самым ему причиняется материальный ущерб. Такие действия носили оконченный характер. В каждом случае квалифицирующий признак преступления – «лицом с использованием своего служебного положения» подтвержден в судебном заседании, поскольку похищенные денежные средства были вверены ФИО4 именно в связи с занимаемой ею должностью начальника отделения почтовой связи и для реализации имевшихся у нее организационно-распорядительных и административно-хозяйственных полномочий, и именно в связи с занимаемой должностью она имела к ним свободный доступ. Кроме того, свое служебное положение ФИО4 использовала для сокрытия совершенных ею преступлений, внося в учетные данные программных средств ОПС недостоверные сведения относительно инкассации похищенных ею денежных средств. В каждом случае совершения преступления квалифицирующий признак «в крупном размере» также подтвержден в судебном заседании, поскольку каждый раз сумма похищенного превышала размер, установленный примечанием 4 к ст. 158 УК РФ , в 250 тыс. рублей. Судом исследовался вопрос о вменяемости подсудимой как в момент совершения преступлений, так и после них. Как следует из материалов дела, ФИО4 на учетах у психиатра, нарколога не состоит, характеризуется положительно, психических заболеваний не имеет. Таким образом, с учетом поведения ФИО4 во время совершения преступлений и после них, как на стадии предварительного следствия, так и в судебном заседании, суд признает ФИО4 вменяемой, подлежащей уголовной ответственности и наказанию. При решении вопроса о виде и размере наказания подсудимой, в соответствии с требованиями ст.ст. , 60 УК РФ , суд учитывает тяжесть и мотивы каждого из совершенных преступлений, данные о личности подсудимой, обстоятельства, смягчающие наказание, а также влияние назначенного наказания на исправление подсудимой и на условия жизни её семьи. ФИО4 не судима, впервые совершила три тяжких преступления, вину признала в полном объеме, в содеянном раскаялась, активно способствовала раскрытию и расследованию преступления, участвуя в следственных действиях и давая стабильные показания, имеющие значение для уголовного дела. На учете у врачей нарколога и психиатра не состоит, имеет место работы, на иждивении имеет одного малолетнего ребенка. Обстоятельствами, смягчающими наказание подсудимой ФИО4, в соответствии с пп. «г, и» ч.1 ст. 61 УК РФ , по каждому из совершенных преступлений суд учитывает: наличие у нее малолетнего ребенка; активное способствование раскрытию и расследованию преступления, выразившееся в том, что она давала стабильные подробные признательные показания на стадии предварительного следствия по обстоятельствам совершенных преступлений, положенные в основу обвинения, в том числе сообщила ранее не известные органу следствия обстоятельства распоряжения похищенными денежными средствами; в соответствии с ч.2 ст. 61 УК РФ по каждому из совершенных преступлений – признание вины, раскаяние в содеянном, совокупность данных, положительно характеризующих подсудимую, состояние здоровья подсудимой, частичное возмещения материального ущерба. Суд не находит оснований для признания в качестве смягчающего наказание обстоятельства подсудимой явку с повинной, предусмотренную п. «и» ч.1 ст. 61 УК РФ , исходя из следующего. По смыслу закона, под явкой с повинной следует понимать добровольное сообщение лица о совершенном им или с его участием преступлении, сделанное в письменном или устном виде. Не может признаваться добровольным заявление о преступлении, сделанное лицом в связи с его задержанием по подозрению в совершении этого преступления. Как следует из материалов дела, преступление, совершенное ФИО4, было выявлено в ходе служебного расследования сотрудниками отдела безопасности УФПС ..., после чего было сделано сообщение в правоохранительные органы о возбуждении уголовного дела. После этого подсудимая была вызвана для проведения следственных и процессуальных действий в УФСБ России по ..., где подала явку с повинной. При таких обстоятельствах явка с повинной подсудимой ФИО4 о совершенных ею преступлениях не может считаться добровольной, а является вынужденной. Обстоятельств, отягчающих наказание подсудимой, предусмотренных ст. 63 УК РФ , по каждому из совершенных преступлений судом не установлено. Согласно ч.2 ст. 43 УК РФ , наказание имеет цель исправления осужденного и предупреждение совершения им новых преступлений. С учетом характера и степени общественной опасности совершенных преступлений против собственности, личности виновной, в том числе всех смягчающих наказание обстоятельств, отсутствие отягчающих обстоятельств, влияния назначенного наказания на исправление осужденной, условия жизни ее семьи, в целях восстановления социальной справедливости и предупреждения возможности совершения новых преступлений, суд пришел к выводу о том, что наказание подсудимой ФИО4 по каждому преступлению должно быть назначено в виде лишения свободы. Именно указанное наказание является справедливым, соответствует характеру и степени общественной опасности совершенного преступления, личности виновной, соразмерно содеянному и отвечает требованиям ст. 43 УК РФ . С учетом конкретных обстоятельств дела, личности подсудимой, ее материального и имущественного положения, суд пришел к выводу об отсутствии необходимости назначения ФИО4 по каждому из преступлений дополнительных наказаний в виде штрафа и ограничения свободы. Обсуждая возможность применения в отношении ФИО4 правил, предусмотренных ст. 73 УК РФ , суд не нашел таких оснований, с учетом обстоятельств дела и личности подсудимой, поскольку пришел к выводу о необходимости реального отбывания наказания. С учетом конкретных обстоятельств преступлений, представляющих повышенную общественную опасность, суд не нашел возможности применения в отношении ФИО4 правил, предусмотренных ч.6 ст. 15 УК РФ , то есть для изменения категории совершенных преступлений на менее тяжкую. Каких-либо исключительных обстоятельств, связанных с целями и мотивами преступлений, ролью подсудимой, ее поведением во время или после совершения преступлений и других обстоятельств, существенно уменьшающих степень их общественной опасности, дающих основание для применения положений ст. 64 УК РФ , в каждом случае судом не установлено. С учетом фактических обстоятельств преступлений, предусмотренных ч.3 ст. 160 УК РФ , характера и степени их общественной опасности, личности виновной, суд не нашел оснований для применения в отношении ФИО4 положений ст. 53.1 УК РФ , то есть для замены осужденной по каждому из совершенных преступлений наказания в виде лишения свободы принудительными работами, поскольку пришел к выводу о том, что исправление осужденной без реального отбывания наказания в местах лишения свободы невозможно. Назначая наказание за каждое преступление, суд руководствуется положениями ч.1 ст. 62 УК РФ . По совокупности преступлений суд назначает наказание ФИО4 по правилам, предусмотренным ч.3 ст. 69 УК РФ , путем частичного сложения назначенных наказаний. Местом отбывания наказания следует определить в соответствии с п. «б» ч.1 ст. 58 УК РФ исправительную колонию общего режима, поскольку ФИО4 осуждается к лишению свободы за совершение тяжких преступлений. В Постановлении от ... N-П Конституционный Суд РФ подчеркнул, что особая роль семьи в развитии личности, удовлетворении ее духовных потребностей и обусловленная этим конституционная ценность института семьи предопределяют необходимость уважения и защиты со стороны государства семейных отношений, одним из принципов регулирования которых является приоритет семейного воспитания детей. Как усматривается из материалов уголовного дела, ФИО4 является единственным родителем малолетнего ребенка ФИО, ... года рождения, отец которого умер. Положениями ч.1 ст. 82 УК РФ предусмотрена возможность суда отсрочить реальное отбывание наказания до достижения ребенком четырнадцатилетнего возраста, за исключением случаев наличия у осужденных ограничений, предусмотренных указанными положениями, которых в отношении подсудимой по делу не установлено. Основанием предоставления отсрочки отбывания наказания до достижения ребенком четырнадцатилетнего возраста является убеждение суда в правомерном поведении осужденной в период отсрочки и в возможности исправиться без изоляции от общества в условиях занятости воспитанием своего ребенка. Из материалов дела усматривается, что ФИО4 впервые привлекается к уголовной ответственности, вину признала, искренне раскаялась, активно способствовала раскрытию и расследованию преступлений, на учетах в наркологическом и психоневрологическом диспансерах не состоит, осуществляет трудовую деятельность, проживает с ребенком, который находится у нее на иждивении, отец ребенка умер. Каких-либо данных о том, что ФИО4 ненадлежащим образом исполняла свои обязанности как родителя по воспитанию ребенка, не заботилась о его здоровье, физическом, психическом, духовном и нравственном развитии, в материалах уголовного дела не имеется. Принимая во внимание, что все предусмотренные законом условия для предоставления отсрочки реального отбывания наказания ФИО4 соблюдены, она осуждена к реальному лишению свободы, положительно характеризуется, интересам малолетнего ребенка соответствует участие осужденной в его жизни и воспитании, суд приходит к убеждению о возможности применения положений ст. 82 УК РФ , предоставив осужденной отсрочку отбывания наказания до достижения ее сыном ФИО, ... года рождения, 14-летнего возраста. Обсудив вопрос о мере пресечения в отношении ФИО4, суд считает необходимым оставить ее без изменения в виде подписки о невыезде и надлежащем поведении. Переходя к разрешению гражданского иска, суд приходит к следующему. В ходе расследования уголовного дела представителем потерпевшего АО «Почта России» ФИО заявлен гражданский иск к подсудимой ФИО4 о взыскании с последней суммы причиненного ущерба, которая с учетом уточнения в связи с частичным возмещением ущерба составляет 1 545 284,91 рублей. Подсудимая ФИО4 гражданский иск признала полностью. Согласно ст. 1064 ГК РФ вред, причинённый имуществу юридического лица, подлежит возмещению в полном объёме лицом, причинившим вред. С учетом установленных судом обстоятельств совершенных преступлений, действиями ФИО4 АО «Почта России» причинен имущественный ущерб. Таким образом, с подсудимой ФИО4 в пользу АО «Почта России» подлежит взысканию сумма причиненного и невозмещенного ущерба в размере 1 545 284,91 рублей. Вопрос о вещественных доказательствах следует разрешить в соответствии со ст. 81 УПК РФ . Разрешая вопрос взыскания с подсудимой процессуальных издержек, суд приходит к следующему. Согласно п.1 ч.2 ст. 131 УПК РФ , сумма, выплачиваемая адвокату, участвующему в уголовном деле по назначению дознавателя, следователя или суда, относится к процессуальным издержкам и в соответствии с ч.2 ст. 132 УПК РФ может быть взыскана с осужденного, за исключением случаев, предусмотренных чч.4-5 ст. 132 УПК РФ , а также ч.10 ст. 316 УПК РФ . По делу имеются процессуальные издержки в виде сумм, выплаченных за оказание юридической помощи в ходе предварительного следствия адвокату по назначению Гончаровой Т.В. в размере 16645,10 рублей, что подтверждается постановлением следователя, а также в ходе судебного разбирательства этому же адвокату в размере 7958 рублей, о чем судом выносится отдельное постановление. В ходе предварительного расследования и в ходе судебного рассмотрения дела подсудимой указанный защитник был назначен в порядке ст. 50 УПК РФ , от которого подсудимая не отказывалась. Уголовное дело рассмотрено в общем порядке судебного разбирательства. Однако, учитывая имущественное и материальное положение подсудимой, наличие у нее на иждивении малолетнего ребенка, суд приходит к выводу о возможности освобождения подсудимой от уплаты процессуальных издержек, которые суд постановляет отнести за счет средств федерального бюджета. На основании изложенного и руководствуясь ст.ст. - , - , - 309 УПК РФ , суд ПРИГОВОРИЛ: признать ФИО4 виновной в совершении преступлений, предусмотренных ч.3 ст. ; ч.3 ст. ; ч.3 ст. 160 УК РФ , и назначить ей наказание: -по ч.3 ст. 160 УК РФ (хищение денежных средств в размере 480 000 рублей в период с ... по ...) – в виде лишения свободы на срок 1 год 6 месяцев; -по ч.3 ст. 160 УК РФ (хищение денежных средств ... в размере 520 000 рублей) – в виде лишения свободы на срок 1 год 6 месяцев; -по ч.3 ст. 160 УК РФ (хищение денежных средств ... в размере 605284,91 рублей) – в виде лишения свободы на срок 1 год 6 месяцев. На основании ч.3 ст. 69 УК РФ , по совокупности преступлений путем частичного сложения назначенных наказаний, окончательно ФИО4 назначить наказание в виде лишения свободы на срок 2 (два) года с отбыванием наказания в исправительной колонии общего режима. Отсрочить ФИО4 на основании ч.1 ст. 82 УК РФ реальное отбывание наказания в виде лишения свободы до достижения ее ребенком ФИО, ... года рождения, 14-летнего возраста, то есть до .... Меру пресечения ФИО4 до вступления приговора в законную силу оставить прежнюю – подписку о невыезде и надлежащем поведении. Гражданский иск АО «Почта России» о возмещении материального ущерба, причиненного преступлениями, удовлетворить. Взыскать с ФИО4 в пользу Акционерного общества «Почта России» в счет возмещения вреда, причиненного преступлениями, 1 545 284,91 рублей (один миллион пятьсот сорок пять тысяч двести восемьдесят четыре рубля 91 копейку). Освободить ФИО4 от выплаты процессуальных издержек. В соответствии с ч.6 ст. 132 УПК РФ , процессуальные издержки в виде сумм, выплаченных адвокату за участие в деле, возместить за счет средств федерального бюджета. Вещественные доказательства по уголовному делу по вступлении приговора в законную силу: сопроводительное письмо N от ... из АО «ТБАНК» с приложением документов на 7 листах (движение денежных средств счету 40N, принадлежащему ФИО4), хранящиеся в материалах уголовного дела – хранить там же на всем протяжении срока его хранения. Приговор может быть обжалован в апелляционном порядке в Оренбургский областной суд через Ленинский районный суд ... в течение 15 суток со дня его провозглашения. В случае подачи апелляционной жалобы осужденная вправе ходатайствовать о своем участии в рассмотрении дела судом апелляционной инстанции. В случае подачи апелляционной жалобы или апелляционного представления иными участниками процесса, затрагивающих интересы осужденной, последняя также вправе подать свои возражения в письменном виде и иметь возможность довести до суда апелляционной инстанции свою позицию непосредственно. Судья ... Залошков А.В. ... ... ... ... Суд: Ленинский районный суд г. Оренбурга (Оренбургская область) (подробнее) Судьи дела: Залошков Андрей Вячеславович (судья) (подробнее) Последние документы по делу: Приговор от 8 сентября 2025 г. по делу № 1-165/2025 Приговор от 17 августа 2025 г. по делу № 1-165/2025 Приговор от 24 марта 2025 г. по делу № 1-165/2025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