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в</w:t>
      </w:r>
    </w:p>
    <w:p>
      <w:pPr>
        <w:spacing w:after="200"/>
        <w:jc w:val="center"/>
      </w:pPr>
      <w:r>
        <w:rPr>
          <w:rFonts w:ascii="Times New Roman" w:hAnsi="Times New Roman" w:eastAsia="Times New Roman" w:cs="Times New Roman"/>
          <w:b w:val="0"/>
          <w:i w:val="0"/>
          <w:sz w:val="22"/>
        </w:rPr>
        <w:t>26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Фиктивная постановка на учет иностранного гражданина ЧЧ*ММ*ГГ*. В судебном заседании подсудимый ФИО2 вину в предъявленном обвинении признал в полном объеме, отказался от дачи показаний, воспользовавшись ст. 51 Конституции РФ. Из оглашенных на основании п.3 ч.1 ст. 276 УПК РФ показаний подсудимого ФИО2, данных в ходе предварительного следствия (л.д.78-86), следует, что ЧЧ*ММ*ГГ*, в дневное время, точное время не помнит, он проходил мимо здания отделения ГБУ НО «Уполномоченный МФЦ» *** г.Н.Новгорода, расположенном по адресу: *** А по ***, шел пешком домой по моему месту жительства. В это же время навстречу ему проходила ранее не знакомая ему гражданка неславянской внешности, никаких ее контактных/установочных данных у него не имеется, как ее зовут, он не знает, фоторобот составить не сможет. Данная гражданка подошла к нему, поздоровалась и задала ему вопрос, имеется ли у него прописка в ***. Он ответил, что зарегистрирован в *** и спросил у иностранной гражданки, зачем она интересуется его пропиской. Далее они некоторое время беседовали с иностранной гражданкой, после чего, в ходе беседы, иностранная гражданка предложила ему временно зарегистрировать ее по адресу его регистрации. На что он ответил, что может временно зарегистрировать данную гражданку по адресу своей регистрации, без предоставления ей жилого помещения для проживания. За оказание услуг регистрации она предложила денежные средства в размере 5000 рублей. Он согласился поставить на миграционный учет данную иностранную гражданку в *** по вышеуказанному адресу, изначально зная, что эта иностранная гражданка проживать в квартире по месту его регистрации никогда не будет. Хочет пояснить, что на тот момент у него было плохое материальное положение, и он не знал, что совершает противозаконные действия. После этого они с иностранной гражданкой прошли к зданию отделения ГБУ НО «Уполномоченный МФЦ» *** г.Н.Новгорода, расположенном по адресу: *** А по ***. Затем он передал иностранной гражданке данные своего паспорта, и они договорились с ним встретиться примерно через 15-20 минут. В назначенное время иностранная гражданка принесла заполненный бланк уведомления о прибытии иностранного гражданина или лица без гражданства в место пребывания на себя. Вышеуказанная иностранная гражданка была гражданином ***. Ее данные он, конечно же, не запомнил. В качестве принимающей стороны в бланках уведомлений был указан он - &lt;данные изъяты&gt; ЧЧ*ММ*ГГ* года рождения, и адрес его регистрации: ***. Далее он зашел в здание отделения &lt;данные изъяты&gt;» *** г.Н.Новгорода, расположенном по адресу: *** А по ***, где подошел к одному из работающих окон отделения ГБУ НО «Уполномоченный МФЦ» *** г.Н.Новгорода, и передал сотруднику отделения ГБУ НО «Уполномоченный МФЦ» *** г.Н.Новгорода, копию паспорта на иностранного гражданина, копию миграционной карты и заполненный бланк уведомления о прибытии иностранного гражданина или лица без гражданства в место пребывания на данного гражданина, а так же свой паспорт гражданина РФ. Сотрудник отделения ГБУ НО «Уполномоченный МФЦ» *** г.Н.Новгорода, проверил правильность заполнения бланка уведомления о прибытии иностранного гражданина или лица без гражданства в место пребывания, сравнил их с паспортом иностранного гражданина, посмотрел его паспорт гражданина РФ, после чего отдал ему бланк уведомления, где он поставил свою подпись в необходимой графе, чем подтвердил правильность заполнения данных. После чего сотрудник отделения ГБУ НО «Уполномоченный МФЦ» *** г.Н.Новгорода, поставил печать на бланке о принятии и постановки на миграционный учет данного иностранного гражданина. После этого сотрудник отделения ГБУ НО «Уполномоченный МФЦ» *** г.Н.Новгорода, отдал ему отрывной корешок с бланка уведомления о прибытии иностранного гражданина или лица без гражданства в место пребывания, его паспорт. После чего он вышел из здания отделения ГБУ НО «Уполномоченный МФЦ» *** г.Н.Новгорода, и отдал иностранной гражданке отрывной корешок в количестве 1 штуки. Иностранная гражданка, в свою очередь, передала ему денежные средства в размере 5000 рублей, забрала у него данный корешок и они разошлись. После этого, иностранную гражданку, поставленную на учет, он больше никогда не видел, в *** она никогда не проживала. Предоставлять ей *** для проживания он не собирался. О том, что он поставил на миграционный учет иностранного гражданина в ***, никто из его родственников не знал. Осуществив ЧЧ*ММ*ГГ* фиктивную постановку на учет иностранного гражданина, он в *** по адресу: ***, никогда не проживал. Внешность иностранного гражданина он не запомнил, описать не сможет, при встрече его не узнает, фоторобот не составит. Он осознает, что ЧЧ*ММ*ГГ*, осуществил фиктивную постановку на учет иностранного гражданина по месту пребывания, осознает и понимает, что это противозаконно, но на тот момент он не знал, что совершает правонарушение. Свою вину признает полностью, в содеянном раскаивается. Вина подсудимого ФИО2 в совершении указанного выше деяния помимо признательных показаний подтверждается совокупностью следующих доказательств. В судебном заседании с согласия сторон в порядке ч.1 ст. 281 УПК РФ были оглашены показания следующих свидетелей: -протокол допроса свидетеля &lt;данные изъяты&gt; от ЧЧ*ММ*ГГ*, которая показала, что она работает в должности врио начальника ОВМ ОП * Управления МВД России по г.Н.Новгороду, расположенного по адресу: ***. В ее служебные обязанности входит: контрольно-надзорные функции по соблюдению миграционного законодательства Российской Федерации. В соответствии с положением Федерального Закона от 18.07.2006г. * «О миграционном учете иностранных граждан и лиц без гражданства в РФ», принимающая сторона, гражданин РФ, с соблюдением сроков, предусмотренных ч.3 ст.20 ФЗ, обязан предоставить в органы ОВМ ОП * УМВД России по г.Н.Новгороду уведомление о прибытии иностранного гражданина в место пребывания. Для постановки иностранного гражданина на учет по месту пребывания принимающая сторона предоставляет пакет документов: паспорт иностранного гражданина, миграционную карту, копию миграционной карты, заполненный бланк уведомления о прибытии иностранного гражданина в место пребывания, кроме этого, принимающая сторона, гражданин РФ, предъявляет свой паспорт гражданина РФ с отметкой о регистрации, присутствие иностранных граждан не требуется. Законом предусмотрены альтернативные формы подачи вышеуказанных документов путем обращения во многофункциональный центр по предоставлению государственных и муниципальных услуг. В этом случае гражданин РФ, в квартире которого будет зарегистрирован иностранный гражданин приходит в МФЦ в своем городе и предоставляет работнику МФЦ пакет вышеуказанных документов. Сотрудник МФЦ проверяет предоставленные документы, и затем ставит штамп на бланке уведомления о прибытии иностранного гражданина или лица без гражданства в место пребывания о принятии документов, после чего уведомления о прибытии иностранного гражданина по месту пребывания и копии документов отправляются в ОВМ, соответствующего регистрации гражданина РФ (принимающей стороны) района. Датой постановки иностранного гражданина на учет по месту пребывания считается дата, проставленная в штампе. Заполнение бланков уведомлений о постановке на учет по месту пребывания иностранного гражданина или лица без гражданства допускается как рукописным способом, так и с помощью технических средств. Исправления в бланке уведомления о прибытии иностранного гражданина или лица без гражданства в место пребывания не допускаются. Иностранный гражданин обязан проживать по месту своей регистрации, которое указано в отрывной части бланка уведомления о прибытии иностранного гражданина в место пребывания. ЧЧ*ММ*ГГ* с целью профилактики нарушений миграционного законодательства и выявления адресов, по которым осуществлялась массовая постановка на миграционный учет иностранных граждан, проводился мониторинг. В ходе проверки было выявлено, что по адресу: *** г.Н.Новгорода ЧЧ*ММ*ГГ*.принимающей стороной: &lt;данные изъяты&gt; ЧЧ*ММ*ГГ* г.р. на учет по месту пребывания был поставлен иностранный гражданин: &lt;данные изъяты&gt; ЧЧ*ММ*ГГ* г.р. Уведомление о прибытии иностранного гражданина или лица без гражданства в место пребывания на данных иностранных граждан принято в ОВМ ОП * УМВД России по г.Н.Новгороду, на основании, которых вышеуказанный иностранный гражданин был поставлен на учет по месту пребывания по адресу: г.Н.Новгород, ***. Факт одновременного проживания в ***.12 по *** г.Н.Новгорода большого количества иностранных граждан вызвал подозрение в нарушении законодательства, поэтому было принято решение о направлении в ОП * УМВД России по г.Н.Новгороду сообщение, о проведении проверки режима пребывания иностранных граждан по указанному адресу, так как в действиях гр. ФИО2 усматривались признаки преступления, предусмотренного ст. 322.3 УК РФ . РФ. /л.д.43-45/ - протокол допроса свидетеля &lt;данные изъяты&gt; ЧЧ*ММ*ГГ*, которая показала, что она работает в отделении &lt;данные изъяты&gt;, приносит с собой оригиналы документов (паспорт, миграционную карту) иностранного гражданина, при этом присутствие самого иностранного гражданина которого гражданин РФ желает поставить на временный миграционный учет, по месту своей регистрации не требуется. Хочу уточнить, что обязательным условием для приема документов у принимающей стороны - гражданина РФ является наличие регистрации на территории г.Н.Новгорода. Гражданин РФ собственноручно заполняет бланк уведомления о прибытии иностранного гражданина или лица без гражданства в место пребывания. Также бланк уведомление о прибытии иностранного гражданина или лица без гражданства в место пребывания можно заполнить и на компьютере. Также гражданин РФ приносит с собой свой паспорт, в котором проставлен оттиск штампа о месте регистрации, либо документ подтверждающий право собственности на помещение, в которое он желает поставить на учет иностранного гражданина. На каждого иностранного гражданина заполняется два бланка уведомления, в дальнейшем один бланк уведомления вместе с ксерокопиями всех представленных документов через курьерскую службу отделения ГБУ НО «Уполномоченный МФЦ» *** г Нижнего Новгорода направляются в отдел по вопросам миграции соответствующего регистрации района, а второй экземпляр бланка уведомления остается в отделении ГБУ НО «Уполномоченный МФЦ» ***. ЧЧ*ММ*ГГ* г.она находилась на рабочем месте в отделении ГБУ НО «Уполномоченный МФЦ» *** г Нижнего Новгорода в дневное время к ней обратился мужчина, который предъявил паспорт гражданина РФ на имя: &lt;данные изъяты&gt; ЧЧ*ММ*ГГ* г.р., как принимающей стороны, о постановке на временный регистрационный учет по месту пребывания в ***.12 по *** г.Н.Новгорода, вышеуказанного гражданина. Бланки уведомления были заполнены печатным текстом. После того как она сверила все документы, и правильность заполнения бланков уведомлений о прибытии иностранного гражданина &lt;данные изъяты&gt; ЧЧ*ММ*ГГ* г.р., ФИО2, поставил в вышеуказанных бланках свои подписи, а она проставила в бланках уведомления соответствующие оттиски штампа о том, что «уведомление принято», указав дату ЧЧ*ММ*ГГ*. Эта дата считается датой постановки на временный регистрационный учет иностранного гражданина в место пребывания, т.е. с ЧЧ*ММ*ГГ* гражданин ФИО3 ЧЧ*ММ*ГГ* г.р., считается поставленным на временный регистрационный учет в место пребывания по адресу: *** г.Н.Новгорода. Затем отрывную часть бланка уведомления о прибытии иностранного гражданина или лица без гражданства в место пребывания, миграционную карту, паспорт &lt;данные изъяты&gt; В этот же день бланк уведомления через курьерскую службу отделения ГБУ НО «Уполномоченный МФЦ» *** по предоставлению государственных и муниципальных услуг ***» был отправлен в отдел по вопросам миграции отдела полиции * Управления МВД России по г.Н.Новгороду расположенного по адресу г.Н.Новгород, ***. /л.д.63-65/ - протокол допроса свидетеля &lt;данные изъяты&gt;&lt;данные изъяты&gt; по 1/2 собственности. О том, что ее сын осуществил фиктивную постановку иностранных граждан по месту своей регистрации, по адресу: ***, г.Н.Новгорода, она узнала от сотрудников полиции в ноябре 2024 *** граждане по адресу: ***, г.Н.Новгорода ранее никогда не проживали и в настоящее время не проживают. /л.д.72,73/ Вину ФИО2 помимо показаний вышеуказанных лиц также подтверждают письменные материалы дела, исследованные в судебном заседании, а именно: - рапорт УУП ОП * Управления МВД России по г.Н.Новгороду ФИО4 от ЧЧ*ММ*ГГ*, согласно которого по рапорту врио начальника &lt;данные изъяты&gt; России по г.Н.Новгороду, расположенном по адресу: г.Н.Новгород, ***. /л.д.24/ - рапорт врио начальника отдела по вопросам миграции &lt;данные изъяты&gt;&lt;данные изъяты&gt;.12.ДД.ММ.ГГГГ г.р., могут содержаться признаки состава преступления, предусмотренного ст. 322.3 УК РФ . /л.д.26/ - протокол осмотра места происшествия от ЧЧ*ММ*ГГ*, согласно которого с участием &lt;данные изъяты&gt; - выписка из домовой книги от ЧЧ*ММ*ГГ*.согласно которой в ***.12 по *** г.Н.Новгорода зарегистрирован: ФИО2 ЧЧ*ММ*ГГ* г.р. /л.д.41-42/ - протокол выемки от ЧЧ*ММ*ГГ*, согласно которого у врио начальника отдела по вопросам миграции отдела полиции * Управления МВД России по г.Н.Новгороду - свидетеля &lt;данные изъяты&gt; изъято: уведомление о прибытии иностранного гражданина или лица без гражданства в место пребывания * на имя &lt;данные изъяты&gt; Отделение ГБУ НО «Уполномоченный МФЦ»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Московскийрайон, ***, на основании которых иностранный гражданин поставлен на учет отделом по вопросам миграции ОП * Управления МВД России по г.Н.Новгороду, расположенном по адресу: г.Н.Новгород, ***. /л.д.48-49/ - протокол осмотра документов от 02.12.2024г., согласно которого осмотрено: уведомление о прибытии иностранного гражданина или лица без гражданства в место пребывания * на имя &lt;данные изъяты&gt; ЧЧ*ММ*ГГ* г.р., предоставленный ФИО2 ЧЧ*ММ*ГГ*.в Отделение ГБУ НО «Уполномоченный МФЦ»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 на основании которого иностранный гражданин был поставлен на учет в отдел по вопросам миграции ОП * Управления МВД России по г.Н.Новгороду, расположенном по адресу: г.Н.Новгород, ***. /л.д.50-60/ - уведомление о прибытии иностранного гражданина или лица без гражданства в место пребывания * на имя &lt;данные изъяты&gt; кизи ЧЧ*ММ*ГГ* г.р.фиктивно поставленного ФИО2 ЧЧ*ММ*ГГ*.на учет по месту пребывания в жилое помещение по адресу: г.Н.Новгород, ***. /л.д.53,54/ Исследованные судом доказательства получены без нарушений требований уголовно-процессуального законодательства, признаются судом относимыми, допустимыми и достаточными для выводов суда о виновности подсудимого ФИО2 в совершении преступления при обстоятельствах, изложенных в описательной части. Исследованные судом письменные доказательства по делу получены в ходе предварительного следствия без нарушений требований уголовно-процессуального законодательства. Признательные показания подсудимого ФИО2, показания свидетелей &lt;данные изъяты&gt; С.Г. последовательны, соотносятся как друг с другом, так и с письменными доказательствами по делу. Оснований для оговора свидетелями, а также для самооговора подсудимого судом не установлено. Подсудимый ФИО2 не оспаривает установленного судом деяния, вину в совершении фиктивной постановки на учет и обстоятельства ее совершения. Судом из совокупности исследованных доказательств достоверно установлено, что ФИО2 осуществлена постановка иностранного гражданина на учет по месту пребывания в Российской Федерации в помещении без его намерения фактически проживать (пребывать) в этом помещении и без намерения принимающей стороны предоставить ему это помещение для фактического проживания (пребывания). Оценив в совокупности имеющиеся доказательства, суд приходит к выводу о виновности ФИО2 в совершении вышеописанного преступления, и квалифицирует его действия по ст. 322.3 УК РФ - фиктивная постановка на учет иностранного гражданина по месту пребывания в Российской Федерации (в редакции Федерального закона от ЧЧ*ММ*ГГ* №420-ФЗ).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Фиктивная постановка на учет иностранного гражданина ЧЧ*ММ*ГГ*. В судебном заседании подсудимый ФИО2 вину в предъявленном обвинении признал в полном объеме, отказался от дачи показаний, воспользовавшись ст. 51 Конституции РФ. Из оглашенных на основании п.3 ч.1 ст. 276 УПК РФ показаний подсудимого ФИО2, данных в ходе предварительного следствия (л.д.78-86), следует, что ЧЧ*ММ*ГГ*, в дневное время, точное время не помнит, он проходил мимо здания отделения ГБУ НО «Уполномоченный МФЦ» *** г.Н.Новгорода, расположенном по адресу: *** А по ***, шел пешком домой по моему месту жительства. В это же время навстречу ему проходил ранее не знакомый ему гражданин неславянской внешности, никаких его контактных/установочных данных у него не имеется, как его зовут, он не знает, фоторобот составить не сможет. Данный гражданин подошел к нему, поздоровался и задал ему вопрос, имеется ли у него прописка в ***. Он ответил, что зарегистрирован в *** и спросил у иностранного гражданина, зачем он интересуется его пропиской. Далее они некоторое время беседовали с иностранным гражданином, после чего, в ходе беседы, иностранный гражданин предложил ему временно зарегистрировать его по адресу его регистрации. На что он ответил, что может временно зарегистрировать данного гражданина по адресу своей регистрации, без предоставления ему жилого помещения для проживания. За оказание услуг регистрации он предложил денежные средства в размере 5000 рублей. Он согласился поставить на миграционный учет данного иностранного гражданина в *** по вышеуказанному адресу, изначально зная, что этот иностранный гражданин проживать в квартире по месту его регистрации никогда не будет. Хочет пояснить, что на тот момент у него было плохое материальное положение, ион не знал, что совершает противозаконные действия. После этого они с иностранным гражданином прошли к зданию отделения ГБУ НО «Уполномоченный МФЦ» *** г.Н.Новгорода, расположенном по адресу: *** А по ***. Затем он передал иностранному гражданину данные своего паспорта, и они договорились с ним встретиться примерно через 15-20 минут. В назначенное время иностранный гражданин принес заполненный бланк уведомления о прибытии иностранного гражданина или лица без гражданства в место пребывания на себя. Вышеуказанный иностранный гражданин был гражданином ***. Его данные он, конечно же, не запомнил. В качестве принимающей стороны в бланках уведомлений был указан он - &lt;данные изъяты&gt;: *** А по ***, где подошел к одному из работающих окон отделения ГБУ НО «Уполномоченный МФЦ» *** г.Н.Новгорода, и передал сотруднику отделения ГБУ НО «Уполномоченный МФЦ» *** г.Н.Новгорода, копию паспорта на иностранного гражданина, копию миграционной карты и заполненный бланк уведомления о прибытии иностранного гражданина или лица без гражданства в место пребывания на данного гражданина, а так же свой паспорт гражданина РФ. Сотрудник отделения ГБУ НО «Уполномоченный МФЦ» *** г.Н.Новгорода, проверил правильность заполнения бланка уведомления о прибытии иностранного гражданина или лица без гражданства в место пребывания, сравнил их с паспортом иностранного гражданина, посмотрел его паспорт гражданина РФ, после чего отдал ему бланк уведомления, где он поставил свою подпись в необходимой графе, чем подтвердил правильность заполнения данных. После чего сотрудник отделения ГБУ НО «Уполномоченный МФЦ» *** г.Н.Новгорода, поставил печать на бланке о принятии и постановки на миграционный учет данного иностранного гражданина. После этого сотрудник отделения ГБУ НО «Уполномоченный МФЦ» *** г.Н.Новгорода, отдал ему отрывной корешок с бланка уведомления о прибытии иностранного гражданина или лица без гражданства в место пребывания, его паспорт. После чего он вышел из здания отделения ГБУ НО «Уполномоченный МФЦ» *** г.Н.Новгорода, и отдал иностранному гражданину отрывной корешок в количестве 1 штуки. Иностранный гражданин, в свою очередь, передал ему денежные средства в размере 5000 рублей, забрал у него данный корешок и они разошлись. После этого, иностранного гражданина, поставленного на учет, он больше никогда не видел, в *** он никогда не проживал. Предоставлять ему *** для проживания он не собирался. О том, что он поставил на миграционный учет иностранного гражданина в ***, никто из его родственников не знал. Осуществив ЧЧ*ММ*ГГ* фиктивную постановку на учет иностранного гражданина, он в *** по адресу: ***, никогда не проживал. Внешность иностранного гражданина он не запомнил, описать не сможет, при встрече его не узнает, фоторобот не составит. Он осознает, что ЧЧ*ММ*ГГ*, осуществил фиктивную постановку на учет иностранного гражданина по месту пребывания, осознает и понимает, что это противозаконно, но на тот момент он не знал, что совершает правонарушение. Свою вину признает полностью, в содеянном раскаивается. Вина подсудимого ФИО2 в совершении указанного выше деяния помимо признательных показаний подтверждается совокупностью следующих доказательств. В судебном заседании с согласия сторон в порядке ч.1 ст. 281 УПК РФ были оглашены показания следующих свидетелей: -протокол допроса свидетеля &lt;данные изъяты&gt; ЧЧ*ММ*ГГ*, которая показала, что она работает в должности врио начальника ОВМ ОП * Управления МВД России по г.Н.Новгороду, расположенного по адресу: ***. В ее служебные обязанности входит: контрольно-надзорные функции по соблюдению миграционного законодательства Российской Федерации. В соответствии с положением Федерального Закона от 18.07.2006г. * «О миграционном учете иностранных граждан и лиц без гражданства в РФ», принимающая сторона, гражданин РФ, с соблюдением сроков, предусмотренных ч.3 ст.20 ФЗ, обязан предоставить в органы ОВМ ОП * УМВД России по г.Н.Новгороду уведомление о прибытии иностранного гражданина в место пребывания. Для постановки иностранного гражданина на учет по месту пребывания принимающая сторона предоставляет пакет документов: паспорт иностранного гражданина, миграционную карту, копию миграционной карты, заполненный бланк уведомления о прибытии иностранного гражданина в место пребывания, кроме этого, принимающая сторона, гражданин РФ, предъявляет свой паспорт гражданина РФ с отметкой о регистрации, присутствие иностранных граждан не требуется. Законом предусмотрены альтернативные формы подачи вышеуказанных документов путем обращения во многофункциональный центр по предоставлению государственных и муниципальных услуг. В этом случае гражданин РФ, в квартире которого будет зарегистрирован иностранный гражданин приходит в МФЦ в своем городе и предоставляет работнику МФЦ пакет вышеуказанных документов. Сотрудник МФЦ проверяет предоставленные документы, и затем ставит штамп на бланке уведомления о прибытии иностранного гражданина или лица без гражданства в место пребывания о принятии документов, после чего уведомления о прибытии иностранного гражданина по месту пребывания и копии документов отправляются в ОВМ, соответствующего регистрации гражданина РФ (принимающей стороны) района. Датой постановки иностранного гражданина на учет по месту пребывания считается дата, проставленная в штампе. Заполнение бланков уведомлений о постановке на учет по месту пребывания иностранного гражданина или лица без гражданства допускается как рукописным способом, так и с помощью технических средств. Исправления в бланке уведомления о прибытии иностранного гражданина или лица без гражданства в место пребывания не допускаются. Иностранный гражданин обязан проживать по месту своей регистрации, которое указано в отрывной части бланка уведомления о прибытии иностранного гражданина в место пребывания. ЧЧ*ММ*ГГ* с целью профилактики нарушений миграционного законодательства и выявления адресов, по которым осуществлялась массовая постановка на миграционный учет иностранных граждан, проводился мониторинг. В ходе проверки было выявлено, что по адресу: *** г.Н.Новгорода ЧЧ*ММ*ГГ*.принимающей стороной: &lt;данные изъяты&gt; ЧЧ*ММ*ГГ* г.р. на учет по месту пребывания был поставлен иностранный гражданин: &lt;данные изъяты&gt; угли ЧЧ*ММ*ГГ* г.р., Уведомление о прибытии иностранного гражданина или лица без гражданства в место пребывания на данных иностранных граждан принято в ОВМ ОП * УМВД России по г.Н.Новгороду, на основании, которых вышеуказанный иностранный гражданин был поставлен на учет по месту пребывания по адресу: г.Н.Новгород, ***. Факт одновременного проживания в ***.12 по *** г.Н.Новгорода большого количества иностранных граждан вызвал подозрение в нарушении законодательства, поэтому было принято решение о направлении в ОП * УМВД России по г.Н.Новгороду сообщение, о проведении проверки режима пребывания иностранных граждан по указанному адресу, так как в действиях гр. ФИО2 усматривались признаки преступления, предусмотренного ст. 322.3 УК РФ . РФ. /л.д.43-45/ - протокол допроса свидетеля &lt;данные изъяты&gt; ЧЧ*ММ*ГГ*, которая показала, что она ранее работала в отделении ГБУ НО «Уполномоченный МФЦ» *** г Нижнего Новгорода в должности аналитика 1 категории. Отделение ГБУ НО «Уполномоченный МФЦ» *** расположен по адресу *** А, г.Н.Новгорода. Одной из услуг которую оказывает МФЦ, является постановка на учет иностранных граждан или лиц без гражданства в место пребывания. Осуществляется это следующим образом, принимающая сторона - гражданин Российской Федерации, приходит в любой ФИО5 Новгорода, приносит с собой оригиналы документов (паспорт, миграционную карту) иностранного гражданина, при этом присутствие самого иностранного гражданина которого гражданин РФ желает поставить на временный миграционный учет, по месту своей регистрации не требуется. Хочу уточнить, что обязательным условием для приема документов у принимающей стороны - гражданина РФ является наличие регистрации на территории г.Н.Новгорода. Гражданин РФ собственноручно заполняет бланк уведомления о прибытии иностранного гражданина или лица без гражданства в место пребывания. Также бланк уведомление о прибытии иностранного гражданина или лица без гражданства в место пребывания можно заполнить и на компьютере. Также гражданин РФ приносит с собой свой паспорт, в котором проставлен оттиск штампа о месте регистрации, либо документ подтверждающий право собственности на помещение, в которое он желает поставить на учет иностранного гражданина. На каждого иностранного гражданина заполняется два бланка уведомления, в дальнейшем один бланк уведомления вместе с ксерокопиями всех представленных документов через курьерскую службу отделения ГБУ НО «Уполномоченный МФЦ» *** г Нижнего Новгорода направляются в отдел по вопросам миграции соответствующего регистрации района, а второй экземпляр бланка уведомления остается в отделении ГБУ НО «Уполномоченный МФЦ» ***. ЧЧ*ММ*ГГ* г.она находилась на рабочем месте в отделении ГБУ НО «Уполномоченный МФЦ» *** г Нижнего Новгорода в дневное время к ней обратился мужчина, который предъявил паспорт гражданина РФ на имя: &lt;данные изъяты&gt; ЧЧ*ММ*ГГ* г.р., как принимающей стороны, о постановке на временный регистрационный учет по месту пребывания в ***.12 по *** г.Н.Новгорода, вышеуказанного гражданина. Бланки уведомления были заполнены печатным текстом. После того как она сверила все документы, и правильность заполнения бланков уведомлений о прибытии иностранного гражданина &lt;данные изъяты&gt; угли ЧЧ*ММ*ГГ* г.р., &lt;данные изъяты&gt; В этот же день бланк уведомления через курьерскую службу отделения ГБУ НО «Уполномоченный МФЦ» *** по предоставлению государственных и муниципальных услуг ***» был отправлен в отдел по вопросам миграции отдела полиции * Управления МВД России по г.Н.Новгороду расположенного по адресу г.Н.Новгород, ***. /л.д.66-68/ - протокол допроса свидетеля &lt;данные изъяты&gt;&lt;данные изъяты&gt; по 1/2 собственности. О том, что ее сын осуществил фиктивную постановку иностранных граждан по месту своей регистрации, по адресу: ***, г.Н.Новгорода, она узнала от сотрудников полиции в ноябре 2024 *** граждане по адресу: ***, г.Н.Новгорода ранее никогда не проживали и в настоящее время не проживают. /л.д.72,73/ Вину ФИО2 помимо показаний вышеуказанных лиц также подтверждают письменные материалы дела, исследованные в судебном заседании, а именно: - рапорт УУП ОП * Управления МВД России по г.Н.Новгороду &lt;данные изъяты&gt; от ЧЧ*ММ*ГГ*, согласно которого по рапорту врио начальника &lt;данные изъяты&gt;Е. проводилась проверка жилого помещения по адресу: г.Н.Новгород, ***, в ходе, которой подтвердился факт фиктивной постановки на учет по месту пребывания в вышеуказанном жилом помещении на территории РФ иностранных граждан, которую осуществил ФИО2 ЧЧ*ММ*ГГ* г.р., путем подачи соответствующих документов, на основании которых иностранный гражданин был поставлен на учет по месту пребывания в ОВМ ОП * УМВД России по г.Н.Новгороду, расположенном по адресу: г.Н.Новгород, ***. /л.д.24/ - рапорт врио начальника отдела по вопросам миграции ОП * УМВД России по г.Н.Новгороду &lt;данные изъяты&gt;&lt;данные изъяты&gt;. ЧЧ*ММ*ГГ* г.р., могут содержаться признаки состава преступления, предусмотренного ст. 322.3 УК РФ . /л.д.26/ - протокол осмотра места происшествия от ЧЧ*ММ*ГГ*, согласно которого с участием ФИО2 осмотрено жилое помещение по адресу: г.Н.Новгород, ***, в котором ФИО2 фиктивно поставил на учет по месту пребывания иностранных граждан, путем подачи соответствующих документов в Отделение ГБУ НО «Уполномоченный МФЦ» ***, расположенного по адресу: г.Н.Новгород, *** А, на основании которых иностранные граждане были поставлены на миграционный учет по месту пребывания в ОВМ ОП * УМВД России по г.Н.Новгороду, расположенном по адресу: г.Н.Новгород, ***. В ходе осмотра места происшествия следов пребывания иностранных граждан выявлено не было. С места происшествии ничего не изъято. /л.д.29-30/ - выписка из домовой книги от ЧЧ*ММ*ГГ*.согласно которой в ***.12 по *** г.Н.Новгорода зарегистрирован: &lt;данные изъяты&gt; ЧЧ*ММ*ГГ* г.р. /л.д.41-42/ - протокол выемки от ЧЧ*ММ*ГГ*, согласно которого у врио начальника отдела по вопросам миграции отдела полиции * &lt;данные изъяты&gt;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 на основании которых иностранный гражданин поставлен на учет отделом по вопросам миграции ОП * Управления МВД России по г.Н.Новгороду, расположенном по адресу: г.Н.Новгород, ***. /л.д.48,49/ - протокол осмотра документов &lt;данные изъяты&gt;&lt;данные изъяты&gt;»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 на основании которого иностранный гражданин был поставлен на учет в отдел по вопросам миграции ОП * Управления МВД России по г.Н.Новгороду, расположенном по адресу: г.Н.Новгород, ***. /л.д.50-60/ - уведомление о прибытии иностранного гражданина или лица без гражданства * на имя &lt;данные изъяты&gt; угли ЧЧ*ММ*ГГ* г.р., фиктивно поставленного ФИО2 ЧЧ*ММ*ГГ*.на учет по месту пребывания в жилое помещение по адресу: г.Н.Новгород, ***. /л.д.55-56/ Исследованные судом доказательства получены без нарушений требований уголовно-процессуального законодательства, признаются судом относимыми, допустимыми и достаточными для выводов суда о виновности подсудимого ФИО2 в совершении преступления при обстоятельствах, изложенных в описательной части. Исследованные судом письменные доказательства по делу получены в ходе предварительного следствия без нарушений требований уголовно-процессуального законодательства. Признательные показания подсудимого ФИО2, показания свидетелей &lt;данные изъяты&gt; последовательны, соотносятся как друг с другом, так и с письменными доказательствами по делу. Оснований для оговора свидетелями, а также для самооговора подсудимого, судом не установлено. Подсудимый ФИО2 не оспаривает установленного судом деяния, вину в совершении фиктивной постановки на учет и обстоятельства ее совершения. Судом из совокупности исследованных доказательств достоверно установлено, что ФИО2 осуществлена постановка иностранного гражданина на учет по месту пребывания в Российской Федерации в помещении без его намерения фактически проживать (пребывать) в этом помещении и без намерения принимающей стороны предоставить ему это помещение для фактического проживания (пребывания). Оценив в совокупности имеющиеся доказательства, суд приходит к выводу о виновности ФИО2 в совершении вышеописанного преступления, и квалифицирует его действия по ст. 322.3 УК РФ - фиктивная постановка на учет иностранного гражданина по месту пребывания в Российской Федерации (в редакции Федерального закона от ЧЧ*ММ*ГГ* №420-ФЗ).</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Фиктивная постановка на учет иностранного гражданина ЧЧ*ММ*ГГ*. В судебном заседании подсудимый ФИО2 вину в предъявленном обвинении признал в полном объеме, отказался от дачи показаний, воспользовавшись ст. 51 Конституции РФ. Из оглашенных на основании п.3 ч.1 ст. 276 УПК РФ показаний подсудимого ФИО2, данных в ходе предварительного следствия (л.д.78-86), следует, что ЧЧ*ММ*ГГ*, в дневное время, точное время не помнит, он проходил мимо здания отделения ГБУ НО «Уполномоченный МФЦ» *** г.Н.Новгорода, расположенном по адресу: *** А по ***, шел пешком домой по моему месту жительства. В это же время навстречу ему проходил ранее не знакомый ему гражданин неславянской внешности, никаких его контактных/установочных данных у него не имеется, как его зовут, он не знает, фоторобот составить не сможет. Данный гражданин подошел к нему, поздоровался и задал ему вопрос, имеется ли у него прописка в ***. Он ответил, что зарегистрирован в *** и спросил у иностранного гражданина, зачем он интересуется его пропиской. Далее они некоторое время беседовали с иностранным гражданином, после чего, в ходе беседы, иностранный гражданин предложил ему временно зарегистрировать его по адресу его регистрации. На что он ответил, что может временно зарегистрировать данного гражданина по адресу своей регистрации, без предоставления ему жилого помещения для проживания. За оказание услуг регистрации он предложил денежные средства в размере 5000 рублей. Он согласился поставить на миграционный учет данного иностранного гражданина в *** по вышеуказанному адресу, изначально зная, что этот иностранный гражданин проживать в квартире по месту его регистрации никогда не будет. Хочет пояснить, что на тот момент у него было плохое материальное положение, ион не знал, что совершает противозаконные действия. После этого они с иностранным гражданином прошли к зданию отделения ГБУ НО «Уполномоченный МФЦ» *** г.Н.Новгорода, расположенном по адресу: *** А по ***. Затем он передал иностранному гражданину данные своего паспорта, и они договорились с ним встретиться примерно через 15-20 минут. В назначенное время иностранный гражданин принес заполненный бланк уведомления о прибытии иностранного гражданина или лица без гражданства в место пребывания на себя. Вышеуказанный иностранный гражданин был гражданином ***. Его данные он, конечно же, не запомнил. В качестве принимающей стороны в бланках уведомлений был указан он - &lt;данные изъяты&gt; ЧЧ*ММ*ГГ* года рождения, и адрес его регистрации: ***. Далее он зашел в здание отделения ГБУ НО «Уполномоченный МФЦ» *** г.Н.Новгорода, расположенном по адресу: *** А по ***, где подошел к одному из работающих окон отделения ГБУ НО «Уполномоченный МФЦ» *** г.Н.Новгорода, и передал сотруднику отделения ГБУ НО «Уполномоченный МФЦ» *** г.Н.Новгорода, копию паспорта на иностранного гражданина, копию миграционной карты и заполненный бланк уведомления о прибытии иностранного гражданина или лица без гражданства в место пребывания на данного гражданина, а так же свой паспорт гражданина РФ. Сотрудник отделения ГБУ НО «Уполномоченный МФЦ» *** г.Н.Новгорода, проверил правильность заполнения бланка уведомления о прибытии иностранного гражданина или лица без гражданства в место пребывания, сравнил их с паспортом иностранного гражданина, посмотрел его паспорт гражданина РФ, после чего отдал ему бланк уведомления, где он поставил свою подпись в необходимой графе, чем подтвердил правильность заполнения данных. После чего сотрудник отделения ГБУ НО «Уполномоченный МФЦ» *** г.Н.Новгорода, поставил печать на бланке о принятии и постановки на миграционный учет данного иностранного гражданина. После этого сотрудник отделения ГБУ НО «Уполномоченный МФЦ» *** г.Н.Новгорода, отдал ему отрывной корешок с бланка уведомления о прибытии иностранного гражданина или лица без гражданства в место пребывания, его паспорт. После чего он вышел из здания отделения ГБУ НО «Уполномоченный МФЦ» *** г.Н.Новгорода, и отдал иностранному гражданину отрывной корешок в количестве 1 штуки. Иностранный гражданин, в свою очередь, передал ему денежные средства в размере 5000 рублей, забрал у него данный корешок и они разошлись. После этого, иностранного гражданина, поставленного на учет, он больше никогда не видел, в *** он никогда не проживал. Предоставлять ему *** для проживания он не собирался. О том, что он поставил на миграционный учет иностранного гражданина в ***, никто из его родственников не знал. Осуществив ЧЧ*ММ*ГГ* фиктивную постановку на учет иностранного гражданина, он в *** по адресу: ***, никогда не проживал. Внешность иностранного гражданина он не запомнил, описать не сможет, при встрече его не узнает, фоторобот не составит. Он осознает, что ЧЧ*ММ*ГГ*, осуществил фиктивную постановку на учет иностранного гражданина по месту пребывания, осознает и понимает, что это противозаконно, но на тот момент он не знал, что совершает правонарушение. Свою вину признает полностью, в содеянном раскаивается. Вина подсудимого ФИО2 в совершении указанного выше деяния помимо признательных показаний подтверждается совокупностью следующих доказательств. В судебном заседании с согласия сторон в порядке ч.1 ст. 281 УПК РФ были оглашены показания следующих свидетелей: -протокол допроса свидетеля &lt;данные изъяты&gt;. от ЧЧ*ММ*ГГ*, которая показала, что она работает в должности врио начальника ОВМ ОП * Управления МВД России по г.Н.Новгороду, расположенного по адресу: ***. В ее служебные обязанности входит: контрольно-надзорные функции по соблюдению миграционного законодательства Российской Федерации. В соответствии с положением Федерального Закона от 18.07.2006г. * «О миграционном учете иностранных граждан и лиц без гражданства в РФ», принимающая сторона, гражданин РФ, с соблюдением сроков, предусмотренных ч.3 ст.20 ФЗ, обязан предоставить в органы ОВМ ОП * УМВД России по г.Н.Новгороду уведомление о прибытии иностранного гражданина в место пребывания. Для постановки иностранного гражданина на учет по месту пребывания принимающая сторона предоставляет пакет документов: паспорт иностранного гражданина, миграционную карту, копию миграционной карты, заполненный бланк уведомления о прибытии иностранного гражданина в место пребывания, кроме этого, принимающая сторона, гражданин РФ, предъявляет свой паспорт гражданина РФ с отметкой о регистрации, присутствие иностранных граждан не требуется. Законом предусмотрены альтернативные формы подачи вышеуказанных документов путем обращения во многофункциональный центр по предоставлению государственных и муниципальных услуг. В этом случае гражданин РФ, в квартире которого будет зарегистрирован иностранный гражданин приходит в МФЦ в своем городе и предоставляет работнику МФЦ пакет вышеуказанных документов. Сотрудник МФЦ проверяет предоставленные документы, и затем ставит штамп на бланке уведомления о прибытии иностранного гражданина или лица без гражданства в место пребывания о принятии документов, после чего уведомления о прибытии иностранного гражданина по месту пребывания и копии документов отправляются в ОВМ, соответствующего регистрации гражданина РФ (принимающей стороны) района. Датой постановки иностранного гражданина на учет по месту пребывания считается дата, проставленная в штампе. Заполнение бланков уведомлений о постановке на учет по месту пребывания иностранного гражданина или лица без гражданства допускается как рукописным способом, так и с помощью технических средств. Исправления в бланке уведомления о прибытии иностранного гражданина или лица без гражданства в место пребывания не допускаются. Иностранный гражданин обязан проживать по месту своей регистрации, которое указано в отрывной части бланка уведомления о прибытии иностранного гражданина в место пребывания. ЧЧ*ММ*ГГ* с целью профилактики нарушений миграционного законодательства и выявления адресов, по которым осуществлялась массовая постановка на миграционный учет иностранных граждан, проводился мониторинг. В ходе проверки было выявлено, что по адресу: *** г.Н.Новгорода ЧЧ*ММ*ГГ*.принимающей стороной: &lt;данные изъяты&gt; ЧЧ*ММ*ГГ* г.р. на учет по месту пребывания был поставлен иностранный гражданин: &lt;данные изъяты&gt; ЧЧ*ММ*ГГ* г.*** о прибытии иностранного гражданина или лица без гражданства в место пребывания на данных иностранных граждан принято в ОВМ ОП * УМВД России по г.Н.Новгороду, на основании, которых вышеуказанный иностранный гражданин был поставлен на учет по месту пребывания по адресу: г.Н.Новгород, ***. Факт одновременного проживания в ***.12 по *** г.Н.Новгорода большого количества иностранных граждан вызвал подозрение в нарушении законодательства, поэтому было принято решение о направлении в ОП * УМВД России по г.Н.Новгороду сообщение, о проведении проверки режима пребывания иностранных граждан по указанному адресу, так как в действиях гр. ФИО2 усматривались признаки преступления, предусмотренного ст. 322.3 УК РФ . РФ. /л.д.43-45/ - протокол допроса свидетеля &lt;данные изъяты&gt; ЧЧ*ММ*ГГ*, которая показала, что она ранее работала в отделении ГБУ НО «Уполномоченный МФЦ» *** г Нижнего Новгорода в должности аналитика 1 категории. Отделение ГБУ НО «Уполномоченный МФЦ» *** расположен по адресу *** А, г.Н.Новгорода. Одной из услуг которую оказывает МФЦ, является постановка на учет иностранных граждан или лиц без гражданства в место пребывания. Осуществляется это следующим образом, принимающая сторона - гражданин Российской Федерации, приходит в любой ФИО5 Новгорода, приносит с собой оригиналы документов (паспорт, миграционную карту) иностранного гражданина, при этом присутствие самого иностранного гражданина которого гражданин РФ желает поставить на временный миграционный учет, по месту своей регистрации не требуется. Хочу уточнить, что обязательным условием для приема документов у принимающей стороны - гражданина РФ является наличие регистрации на территории г.Н.Новгорода. Гражданин РФ собственноручно заполняет бланк уведомления о прибытии иностранного гражданина или лица без гражданства в место пребывания. Также бланк уведомление о прибытии иностранного гражданина или лица без гражданства в место пребывания можно заполнить и на компьютере. Также гражданин РФ приносит с собой свой паспорт, в котором проставлен оттиск штампа о месте регистрации, либо документ подтверждающий право собственности на помещение, в которое он желает поставить на учет иностранного гражданина. На каждого иностранного гражданина заполняется два бланка уведомления, в дальнейшем один бланк уведомления вместе с ксерокопиями всех представленных документов через курьерскую службу отделения ГБУ НО «Уполномоченный МФЦ» *** г Нижнего Новгорода направляются в отдел по вопросам миграции соответствующего регистрации района, а второй экземпляр бланка уведомления остается в отделении ГБУ НО «Уполномоченный МФЦ» ***. ЧЧ*ММ*ГГ* г.она находилась на рабочем месте в отделении ГБУ НО «Уполномоченный МФЦ» *** г Нижнего Новгорода в дневное время к ней обратился мужчина, который предъявил паспорт гражданина РФ на имя: &lt;данные изъяты&gt; ЧЧ*ММ*ГГ* г.р., как принимающей стороны, о постановке на временный регистрационный учет по месту пребывания в ***.12 по *** г.Н.Новгорода, вышеуказанного гражданина. Бланки уведомления были заполнены печатным текстом. После того как она сверила все документы, и правильность заполнения бланков уведомлений о прибытии иностранного гражданина &lt;данные изъяты&gt; ЧЧ*ММ*ГГ* г.р., ФИО2, поставил в вышеуказанных бланках свои подписи, а она проставила в бланках уведомления соответствующие оттиски штампа о том, что «уведомление принято», указав дату ЧЧ*ММ*ГГ*. Эта дата считается датой постановки на временный регистрационный учет иностранного гражданина в место пребывания, т.е. с ЧЧ*ММ*ГГ* гражданин ФИО6 ЧЧ*ММ*ГГ* г.р., считается поставленным на временный регистрационный учет в место пребывания по адресу: *** г.Н.Новгорода. Затем отрывную часть бланка уведомления о прибытии иностранного гражданина или лица без гражданства в место пребывания, миграционную карту, паспорт &lt;данные изъяты&gt; В этот же день бланк уведомления через курьерскую службу отделения ГБУ НО «Уполномоченный МФЦ» *** по предоставлению государственных и муниципальных услуг ***» был отправлен в отдел по вопросам миграции отдела полиции * Управления МВД России по г.Н.Новгороду расположенного по адресу г.Н.Новгород, ***. /л.д.66-68/ - протокол допроса свидетеля &lt;данные изъяты&gt;&lt;данные изъяты&gt; по 1/2 собственности. О том, что ее сын осуществил фиктивную постановку иностранных граждан по месту своей регистрации, по адресу: ***, г.Н.Новгорода, она узнала от сотрудников полиции в ноябре 2024 *** граждане по адресу: ***, г.Н.Новгорода ранее никогда не проживали и в настоящее время не проживают. /л.д.72,73/ Вину ФИО2 помимо показаний вышеуказанных лиц также подтверждают письменные материалы дела, исследованные в судебном заседании, а именно: - рапорт УУП ОП * Управления МВД России по г.Н.Новгороду &lt;данные изъяты&gt; от ЧЧ*ММ*ГГ*, согласно которого по рапорту врио начальника &lt;данные изъяты&gt;4 УМВД России по г.Н.Новгороду, расположенном по адресу: г.Н.Новгород, ***. /л.д.24/ - рапорт врио начальника отдела по вопросам миграции ОП * УМВД России по г.Н.Новгороду &lt;данные изъяты&gt;&lt;данные изъяты&gt;. ЧЧ*ММ*ГГ* г.р., могут содержаться признаки состава преступления, предусмотренного ст. 322.3 УК РФ . /л.д.26/ - протокол осмотра места происшествия от ЧЧ*ММ*ГГ*, согласно которого с участием &lt;данные изъяты&gt; осмотрено жилое помещение по адресу: г.Н.Новгород, ***, в котором ФИО2 фиктивно поставил на учет по месту пребывания иностранных граждан, путем подачи соответствующих документов в Отделение ГБУ НО «Уполномоченный МФЦ» ***, расположенного по адресу: г.Н.Новгород, *** А, на основании которых иностранные граждане были поставлены на миграционный учет по месту пребывания в ОВМ ОП * УМВД России по г.Н.Новгороду, расположенном по адресу: г.Н.Новгород, ***. В ходе осмотра места происшествия следов пребывания иностранных граждан выявлено не было. С места происшествии ничего не изъято. /л.д.29-30/ - выписка из домовой книги от ЧЧ*ММ*ГГ*.согласно которой в ***.12 по *** г.Н.Новгорода зарегистрирован: &lt;данные изъяты&gt; ЧЧ*ММ*ГГ* г.р. /л.д.41-42/ - протокол выемки от ЧЧ*ММ*ГГ*, согласно которого у врио начальника отдела по вопросам миграции отдела полиции * Управления МВД России по г.Н.Новгороду - свидетеля Свидетель №1. изъято: уведомление о прибытии иностранного гражданина или лица без гражданства * на имя &lt;данные изъяты&gt; г.в Отделение ГБУ НО «Уполномоченный МФЦ»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 на основании которых иностранный гражданин поставлен на учет отделом по вопросам миграции ОП * Управления МВД России по г.Н.Новгороду, расположенном по адресу: г.Н.Новгород, ***. /л.д.46-47/ - протокол осмотра документов от 02.12.2024г., согласно которого осмотрено: уведомление о прибытии иностранного гражданина или лица без гражданства * на имя ФИО6 ЧЧ*ММ*ГГ* г.р., предоставленный ФИО2 ЧЧ*ММ*ГГ*.в Отделение ГБУ НО «Уполномоченный МФЦ»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 на основании которого иностранный гражданин был поставлен на учет в отдел по вопросам миграции ОП * Управления МВД России по г.Н.Новгороду, расположенном по адресу: г.Н.Новгород, ***. /л.д.50-60/ - уведомление о прибытии иностранного гражданина или лица без гражданства * на имя &lt;данные изъяты&gt;&lt;данные изъяты&gt;. ЧЧ*ММ*ГГ*.на учет по месту пребывания в жилое помещение по адресу: г.Н.Новгород, ***. /л.д.57,58/ Исследованные судом доказательства получены без нарушений требований уголовно-процессуального законодательства, признаются судом относимыми, допустимыми и достаточными для выводов суда о виновности подсудимого ФИО2, в совершении преступления при обстоятельствах, изложенных в описательной части. Исследованные судом письменные доказательства по делу получены в ходе предварительного следствия без нарушений требований уголовно-процессуального законодательства. Признательные показания подсудимого ФИО2, показания свидетелей &lt;данные изъяты&gt;.., последовательны, соотносятся как друг с другом, так и с письменными доказательствами по делу. Оснований для оговора свидетелями, а также для самооговора подсудимого, судом не установлено. Подсудимый ФИО2 не оспаривает установленного судом деяния, вину в совершении фиктивной постановки на учет и обстоятельства ее совершения. Судом из совокупности исследованных доказательств достоверно установлено, что ФИО2 осуществлена постановка иностранного гражданина на учет по месту пребывания в Российской Федерации в помещении без его намерения фактически проживать (пребывать) в этом помещении и без намерения принимающей стороны предоставить ему это помещение для фактического проживания (пребывания). Оценив в совокупности имеющиеся доказательства, суд приходит к выводу о виновности ФИО2 в совершении вышеописанного преступления, и квалифицирует его действия по ст. 322.3 УК РФ - фиктивная постановка на учет иностранного гражданина по месту пребывания в Российской Федерации (в редакции Федерального закона от ЧЧ*ММ*ГГ* №420-ФЗ).</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Фиктивная постановка на учет иностранного гражданина ЧЧ*ММ*ГГ*. В судебном заседании подсудимый ФИО2 вину в предъявленном обвинении признал в полном объеме, отказался от дачи показаний, воспользовавшись ст. 51 Конституции РФ. Из оглашенных на основании п.3 ч.1 ст. 276 УПК РФ показаний подсудимого ФИО2, данных в ходе предварительного следствия (л.д.78-86), следует, что ЧЧ*ММ*ГГ*, в дневное время, точное время не помнит, он проходил мимо здания отделения ГБУ НО «Уполномоченный МФЦ» *** г.Н.Новгорода, расположенном по адресу: *** А по ***, шел пешком домой по моему месту жительства. В это же время навстречу ему проходил ранее не знакомый ему гражданин неславянской внешности, никаких его контактных/установочных данных у него не имеется, как его зовут, он не знает, фоторобот составить не сможет. Данный гражданин подошел к нему, поздоровался и задал ему вопрос, имеется ли у него прописка в ***. Он ответил, что зарегистрирован в *** и спросил у иностранного гражданина, зачем он интересуется его пропиской. Далее они некоторое время беседовали с иностранным гражданином, после чего, в ходе беседы, иностранный гражданин предложил ему временно зарегистрировать его по адресу его регистрации. На что он ответил, что может временно зарегистрировать данного гражданина по адресу своей регистрации, без предоставления ему жилого помещения для проживания. За оказание услуг регистрации он предложил денежные средства в размере 5000 рублей. Он согласился поставить на миграционный учет данного иностранного гражданина в *** по вышеуказанному адресу, изначально зная, что этот иностранный гражданин проживать в квартире по месту его регистрации никогда не будет. Хочет пояснить, что на тот момент у него было плохое материальное положение, ион не знал, что совершает противозаконные действия. После этого они с иностранным гражданином прошли к зданию отделения ГБУ НО «Уполномоченный МФЦ» *** г.Н.Новгорода, расположенном по адресу: *** А по ***. Затем он передал иностранному гражданину данные своего паспорта, и они договорились с ним встретиться примерно через 15-20 минут. В назначенное время иностранный гражданин принес заполненный бланк уведомления о прибытии иностранного гражданина или лица без гражданства в место пребывания на себя. Вышеуказанный иностранный гражданин был гражданином ***. Его данные он, конечно же, не запомнил. В качестве принимающей стороны в бланках уведомлений был указан он - &lt;данные изъяты&gt; ЧЧ*ММ*ГГ* года рождения, и адрес его регистрации: ***. Далее он зашел в здание отделения ГБУ НО «Уполномоченный МФЦ» *** г.Н.Новгорода, расположенном по адресу: *** А по ***, где подошел к одному из работающих окон отделения ГБУ НО «Уполномоченный МФЦ» *** г.Н.Новгорода, и передал сотруднику отделения ГБУ НО «Уполномоченный МФЦ» *** г.Н.Новгорода, копию паспорта на иностранного гражданина, копию миграционной карты и заполненный бланк уведомления о прибытии иностранного гражданина или лица без гражданства в место пребывания на данного гражданина, а так же свой паспорт гражданина РФ. Сотрудник отделения ГБУ НО «Уполномоченный МФЦ» *** г.Н.Новгорода, проверил правильность заполнения бланка уведомления о прибытии иностранного гражданина или лица без гражданства в место пребывания, сравнил их с паспортом иностранного гражданина, посмотрел его паспорт гражданина РФ, после чего отдал ему бланк уведомления, где он поставил свою подпись в необходимой графе, чем подтвердил правильность заполнения данных. После чего сотрудник отделения ГБУ НО «Уполномоченный МФЦ» *** г.Н.Новгорода, поставил печать на бланке о принятии и постановки на миграционный учет данного иностранного гражданина. После этого сотрудник отделения ГБУ НО «Уполномоченный МФЦ» *** г.Н.Новгорода, отдал ему отрывной корешок с бланка уведомления о прибытии иностранного гражданина или лица без гражданства в место пребывания, его паспорт. После чего он вышел из здания отделения ГБУ НО «Уполномоченный МФЦ» *** г.Н.Новгорода, и отдал иностранному гражданину отрывной корешок в количестве 1 штуки. Иностранный гражданин, в свою очередь, передал ему денежные средства в размере 5000 рублей, забрал у него данный корешок и они разошлись. После этого, иностранного гражданина, поставленного на учет, он больше никогда не видел, в *** он никогда не проживал. Предоставлять ему *** для проживания он не собирался. О том, что он поставил на миграционный учет иностранного гражданина в ***, никто из его родственников не знал. Осуществив ЧЧ*ММ*ГГ* фиктивную постановку на учет иностранного гражданина, он в *** по адресу: ***, никогда не проживал. Внешность иностранного гражданина он не запомнил, описать не сможет, при встрече его не узнает, фоторобот не составит. Он осознает, что ЧЧ*ММ*ГГ*, осуществил фиктивную постановку на учет иностранного гражданина по месту пребывания, осознает и понимает, что это противозаконно, но на тот момент он не знал, что совершает правонарушение. Свою вину признает полностью, в содеянном раскаивается. Вина подсудимого ФИО2 в совершении указанного выше деяния помимо признательных показаний подтверждается совокупностью следующих доказательств. В судебном заседании с согласия сторон в порядке ч.1 ст. 281 УПК РФ были оглашены показания следующих свидетелей: -протокол допроса свидетеля &lt;данные изъяты&gt; от ЧЧ*ММ*ГГ*, которая показала, что она работает в должности врио начальника ОВМ ОП * Управления МВД России по г.Н.Новгороду, расположенного по адресу: ***. В ее служебные обязанности входит: контрольно-надзорные функции по соблюдению миграционного законодательства Российской Федерации. В соответствии с положением Федерального Закона от 18.07.2006г. * «О миграционном учете иностранных граждан и лиц без гражданства в РФ», принимающая сторона, гражданин РФ, с соблюдением сроков, предусмотренных ч.3 ст.20 ФЗ, обязан предоставить в органы ОВМ ОП * УМВД России по г.Н.Новгороду уведомление о прибытии иностранного гражданина в место пребывания. Для постановки иностранного гражданина на учет по месту пребывания принимающая сторона предоставляет пакет документов: паспорт иностранного гражданина, миграционную карту, копию миграционной карты, заполненный бланк уведомления о прибытии иностранного гражданина в место пребывания, кроме этого, принимающая сторона, гражданин РФ, предъявляет свой паспорт гражданина РФ с отметкой о регистрации, присутствие иностранных граждан не требуется. Законом предусмотрены альтернативные формы подачи вышеуказанных документов путем обращения во многофункциональный центр по предоставлению государственных и муниципальных услуг. В этом случае гражданин РФ, в квартире которого будет зарегистрирован иностранный гражданин приходит в МФЦ в своем городе и предоставляет работнику МФЦ пакет вышеуказанных документов. Сотрудник МФЦ проверяет предоставленные документы, и затем ставит штамп на бланке уведомления о прибытии иностранного гражданина или лица без гражданства в место пребывания о принятии документов, после чего уведомления о прибытии иностранного гражданина по месту пребывания и копии документов отправляются в ОВМ, соответствующего регистрации гражданина РФ (принимающей стороны) района. Датой постановки иностранного гражданина на учет по месту пребывания считается дата, проставленная в штампе. Заполнение бланков уведомлений о постановке на учет по месту пребывания иностранного гражданина или лица без гражданства допускается как рукописным способом, так и с помощью технических средств. Исправления в бланке уведомления о прибытии иностранного гражданина или лица без гражданства в место пребывания не допускаются. Иностранный гражданин обязан проживать по месту своей регистрации, которое указано в отрывной части бланка уведомления о прибытии иностранного гражданина в место пребывания. ЧЧ*ММ*ГГ* с целью профилактики нарушений миграционного законодательства и выявления адресов, по которым осуществлялась массовая постановка на миграционный учет иностранных граждан, проводился мониторинг. В ходе проверки было выявлено, что по адресу: *** г.Н.Новгорода ЧЧ*ММ*ГГ*.принимающей стороной: &lt;данные изъяты&gt; ЧЧ*ММ*ГГ* г.р. на учет по месту пребывания был поставлен иностранный гражданин: &lt;данные изъяты&gt; ЧЧ*ММ*ГГ* г.*** о прибытии иностранного гражданина или лица без гражданства в место пребывания на данных иностранных граждан принято в ОВМ ОП * УМВД России по г.Н.Новгороду, на основании, которых вышеуказанный иностранный гражданин был поставлен на учет по месту пребывания по адресу: г.Н.Новгород, ***. Факт одновременного проживания в ***.12 по *** г.Н.Новгорода большого количества иностранных граждан вызвал подозрение в нарушении законодательства, поэтому было принято решение о направлении в ОП * УМВД России по г.Н.Новгороду сообщение, о проведении проверки режима пребывания иностранных граждан по указанному адресу, так как в действиях гр. ФИО2 усматривались признаки преступления, предусмотренного ст. 322.3 УК РФ . РФ. /л.д.43-45/ - протокол допроса свидетеля &lt;данные изъяты&gt; ЧЧ*ММ*ГГ*, которая показала, что она ранее работала в отделении ГБУ НО «Уполномоченный МФЦ» *** г Нижнего Новгорода в должности аналитика 1 категории. Отделение ГБУ НО «Уполномоченный МФЦ» *** расположен по адресу *** А, г.Н.Новгорода. Одной из услуг которую оказывает МФЦ, является постановка на учет иностранных граждан или лиц без гражданства в место пребывания. Осуществляется это следующим образом, принимающая сторона - гражданин Российской Федерации, приходит в любой ФИО5 Новгорода, приносит с собой оригиналы документов (паспорт, миграционную карту) иностранного гражданина, при этом присутствие самого иностранного гражданина которого гражданин РФ желает поставить на временный миграционный учет, по месту своей регистрации не требуется. Хочу уточнить, что обязательным условием для приема документов у принимающей стороны - гражданина РФ является наличие регистрации на территории г.Н.Новгорода. Гражданин РФ собственноручно заполняет бланк уведомления о прибытии иностранного гражданина или лица без гражданства в место пребывания. Также бланк уведомление о прибытии иностранного гражданина или лица без гражданства в место пребывания можно заполнить и на компьютере. Также гражданин РФ приносит с собой свой паспорт, в котором проставлен оттиск штампа о месте регистрации, либо документ подтверждающий право собственности на помещение, в которое он желает поставить на учет иностранного гражданина. На каждого иностранного гражданина заполняется два бланка уведомления, в дальнейшем один бланк уведомления вместе с ксерокопиями всех представленных документов через курьерскую службу отделения ГБУ НО «Уполномоченный МФЦ» *** г Нижнего Новгорода направляются в отдел по вопросам миграции соответствующего регистрации района, а второй экземпляр бланка уведомления остается в отделении ГБУ НО «Уполномоченный МФЦ» ***. ЧЧ*ММ*ГГ* г.она находилась на рабочем месте в отделении ГБУ НО «Уполномоченный МФЦ» *** г Нижнего Новгорода в дневное время к ней обратился мужчина, который предъявил паспорт гражданина РФ на имя&lt;данные изъяты&gt; ЧЧ*ММ*ГГ* г.р., как принимающей стороны, о постановке на временный регистрационный учет по месту пребывания в ***.12 по *** г.Н.Новгорода, вышеуказанного гражданина. Бланки уведомления были заполнены печатным текстом. После того как она сверила все документы, и правильность заполнения бланков уведомлений о прибытии иностранного гражданина &lt;данные изъяты&gt; ЧЧ*ММ*ГГ* г.р., &lt;данные изъяты&gt; поставил в вышеуказанных бланках свои подписи, а она проставила в бланках уведомления соответствующие оттиски штампа о том, что «уведомление принято», указав дату ЧЧ*ММ*ГГ*. Эта дата считается датой постановки на временный регистрационный учет иностранного гражданина в место пребывания, т.е. с ЧЧ*ММ*ГГ* гражданин ФИО7 ЧЧ*ММ*ГГ* г.р., считается поставленным на временный регистрационный учет в место пребывания по адресу: *** г.Н.Новгорода. Затем отрывную часть бланка уведомления о прибытии иностранного гражданина или лица без гражданства в место пребывания, миграционную карту, паспорт ФИО7 и паспорт ФИО2, она передала ФИО2 В этот же день бланк уведомления через курьерскую службу отделения ГБУ НО «Уполномоченный МФЦ» *** по предоставлению государственных и муниципальных услуг ***» был отправлен в отдел по вопросам миграции отдела полиции * Управления МВД России по г.Н.Новгороду расположенного по адресу г.Н.Новгород, ***. /л.д.69-71/ - протокол допроса свидетеля &lt;данные изъяты&gt;&lt;данные изъяты&gt; по 1/2 собственности. О том, что ее сын осуществил фиктивную постановку иностранных граждан по месту своей регистрации, по адресу: ***, г.Н.Новгорода, она узнала от сотрудников полиции в ноябре 2024 *** граждане по адресу: ***, г.Н.Новгорода ранее никогда не проживали и в настоящее время не проживают. /л.д.72-73/ Вину ФИО2 помимо показаний вышеуказанных лиц также подтверждают письменные материалы дела, исследованные в судебном заседании, а именно: - рапорт УУП ОП * Управления МВД России по г.Н.Новгороду ФИО4 от ЧЧ*ММ*ГГ*, согласно которого по рапорту врио начальника ОВМ ОП * УМВД России по г.Н.Новгороду Свидетель №1 проводилась проверка жилого помещения по адресу: г.Н.Новгород, ***, в ходе, которой подтвердился факт фиктивной постановки на учет по месту пребывания в вышеуказанном жилом помещении на территории РФ иностранных граждан, которую осуществил ФИО2 ЧЧ*ММ*ГГ* г.р., путем подачи соответствующих документов, на основании которых иностранный гражданин был поставлен на учет по месту пребывания в ОВМ ОП * УМВД России по г.Н.Новгороду, расположенном по адресу: г.Н.Новгород, ***. /л.д.24/ - рапорт врио начальника отдела по вопросам миграции &lt;данные изъяты&gt;&lt;данные изъяты&gt;. ЧЧ*ММ*ГГ* г.р., могут содержаться признаки состава преступления, предусмотренного ст. 322.3 УК РФ . /л.д.26/ - протокол осмотра места происшествия от ЧЧ*ММ*ГГ*, согласно которого с участием &lt;данные изъяты&gt; - выписка из домовой книги от ЧЧ*ММ*ГГ*.согласно которой в ***.12 по *** г.Н.Новгорода зарегистрирован: &lt;данные изъяты&gt; ЧЧ*ММ*ГГ* г.р. /л.д.41-42/ -протокол выемки от ЧЧ*ММ*ГГ*, согласно которого у врио начальника отдела по вопросам миграции отдела полиции * &lt;данные изъяты&gt;» ***, расположенного по адресу: г.Н.Новгород, *** А, при осуществлении им фиктивной постановки на учет вышеуказанного иностранного гражданина в жилое помещение по адресу: г.Н.Новгород, ***, на основании которых иностранный гражданин поставлен на учет отделом по вопросам миграции ОП * Управления МВД России по г.Н.Новгороду, расположенном по адресу: г.Н.Новгород, ***. /л.д.46-47/ - протокол осмотра документов от &lt;данные изъяты&gt;&lt;данные изъяты&gt;, ***, на основании которого иностранный гражданин был поставлен на учет в отдел по вопросам миграции ОП * Управления МВД России по г.Н.Новгороду, расположенном по адресу: г.Н.Новгород, ***. /л.д.50-60/ - уведомление о прибытии иностранного гражданина или лица без гражданства * на имя &lt;данные изъяты&gt; ЧЧ*ММ*ГГ* г.р., фиктивно поставленного ФИО2 ЧЧ*ММ*ГГ*.на учет по месту пребывания в жилое помещение по адресу: г.Н.Новгород, ***. /л.д.59,60/ Исследованные судом доказательства получены без нарушений требований уголовно-процессуального законодательства, признаются судом относимыми, допустимыми и достаточными для выводов суда о виновности подсудимого ФИО2 в совершении преступления при обстоятельствах, изложенных в описательной части. Исследованные судом письменные доказательства по делу получены в ходе предварительного следствия без нарушений требований уголовно-процессуального законодательства. Признательные показания подсудимого ФИО2, показания свидетелей &lt;данные изъяты&gt;., последовательны, соотносятся как друг с другом, так и с письменными доказательствами по делу. Оснований для оговора свидетелями, а также для самооговора подсудимого, судом не установлено. Подсудимый ФИО2 не оспаривает установленного судом деяния, вину в совершении фиктивной постановки на учет и обстоятельства ее совершения. Судом из совокупности исследованных доказательств достоверно установлено, что ФИО2 осуществлена постановка иностранного гражданина на учет по месту пребывания в Российской Федерации в помещении без его намерения фактически проживать (пребывать) в этом помещении и без намерения принимающей стороны предоставить ему это помещение для фактического проживания (пребывания). Оценив в совокупности имеющиеся доказательства, суд приходит к выводу о виновности ФИО2 в совершении вышеописанного преступления, и квалифицирует его действия по ст. 322.3 УК РФ - фиктивная постановка на учет иностранного гражданина по месту пребывания в Российской Федерации (в редакции Федерального закона от ЧЧ*ММ*ГГ* №420-ФЗ). Назначая наказание, суд, руководствуясь принципом справедливости, в достаточной степени и полной мере учитывает характер и степень общественной опасности совершенных преступлений, данные о личности подсудимого, обстоятельства, смягчающие и отягчающее наказание, возраст и состояние здоровья подсудимого, влияние наказания на его исправление, на условия жизни его и близких и на достижение иных целей наказания, таких, как восстановление социальной справедливости и предупреждение совершения новых преступлений. Так судом учитывается, что ФИО2 по месту жительства участковым уполномоченным охарактеризован отрицательно. На учетах у психиатра и нарколога не состоит. Согласно заключению экспертов * от ЧЧ*ММ*ГГ*: 1.ФИО2.С., ДД.ММ.ГГГГ г.р., обнаруживает клинические признаки - Синдрома зависимости от алкоголя, периодическое употребление, среднюю (вторую) стадию зависимости; Синдрома зависимости от нескольких или других психоактивных веществ, в настоящее время воздержание (ремиссия), средняя (вторая) стадия зависимости (МКБ-10 F10.262; F 19.262). Об этом свидетельствуют данные анамнеза медицинской документации о злоупотреблении алкогольными напитками с 2018 г.в форме запоев с формированием психофизической зависимости от спиртного, утратой количественного и качественного контроля выпитого, появлением абстинентного синдрома, синдрома отмены, данные анамнеза о злоупотреблении с 1997 г.наркотическими средствами из разных групп («опий», «героин», «метадон», амфетамин», «скорость») с формированием психофизической зависимости от данных веществ, абстинентного синдрома, что привело к появлению специфических изменений личности, наблюдению и лечению у нарколога, противоправному поведению. Данное заключение подтверждается и результатами настоящего психиатрического обследования, выявившего у подэкспертного замедление темпа мышления в сочетании с его обстоятельностью, детализацией, неустойчивость внимания и эмоциональных реакций с раздражительностью. Степень указанных изменений психики не столь выражена, чтобы лишать подэкспертного способности осознавать фактический характер и общественную опасность своих действий и руководить ими. 2. В момент инкриминируемых ему деяний в каком-либо временном расстройстве психической деятельности он не находился, и мог осознавать фактический характер и общественную опасность своих действий и руководить ими, что подтверждается целенаправленным характером совершаемых им действий. В его поведении отсутствовали признаки расстроенного сознания, обманов восприятия, бредовых переживаний. Он сохранил в памяти четкие воспоминания о противоправном деянии, правильно проецирует их в месте, времени и пространстве. 3. По своему психическому состоянию в настоящее время ФИО2, ДД.ММ.ГГГГ г.р. принимать участие в судебно-следственном процессе может, может правильно воспринимать обстоятельства, имеющие значение для дела и давать о них показания. 4. В применении принудительных мер медицинского характера не нуждается. 5. В связи с наличием у ФИО2 ДД.ММ.ГГГГ г.р. ремиссии наркомании, он не нуждается в лечении и медицинской реабилитации. /л.д.93-95/ При этом, подсудимый вину в совершении каждого преступления признал, в содеянном раскаялся. Помогает матери, имеющей инвалидность 2 группы, по хозяйству. Указанные обстоятельства, а также состояние здоровья подсудимого и близких ему людей, признаются судом в качестве смягчающих наказание в соответствии с ч.2 ст. 61 УК РФ . В соответствии с п.п.29-30 постановления Пленума Верховного Суда РФ от ЧЧ*ММ*ГГ* *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п.«и» ч.1 ст. 61 УК РФ , если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Не может признаваться добровольным заявление о преступлении, сделанное лицом в связи с его задержанием по подозрению в совершении этого преступления. Признание лицом своей вины в совершении преступления в таких случаях может быть учтено судом в качестве иного смягчающего обстоятельства в порядке ч.2 ст. 61 УК РФ или, при наличии к тому оснований, как активное способствование раскрытию и расследованию преступления. Согласно смыслу закона, судом не может признаваться добровольным заявление о преступлении, сделанное лицом в условиях очевидности совершенного преступления. Так из материалов дела следует, что объяснение дано ФИО2 при наличии у правоохранительных органов документально подтвержденных сведений о массовой постановке им на миграционный учет иностранных граждан. В объяснении ФИО2 конкретных обстоятельств произошедших событий не сообщил, таким образом, никакой значимой для уголовного дела информации подсудимый органам дознания не сообщил. При таких обстоятельствах сделанное ФИО2 заявление не отвечает предъявленным к явке с повинной требованиям, в связи с чем, его нельзя признать таковой. Действия подсудимого, признавшего вину, не могут быть учтены в качестве активного способствования органам предварительного расследования в раскрытии преступлений, поскольку органам предварительного расследования о факте массовой постановки подсудимым на миграционный учет иностранных граждан уже было известно. Объяснения и последующие показания ФИО2 лишь подтвердили установленные органом предварительного расследования обстоятельства, значимой информации для уголовного дела не имели. В соответствии со ст. 63 УК РФ и на основании ч.1 ст. 18 УК РФ отягчающим вину обстоятельством судом признается рецидив преступлений. Согласно п.2 примечаний к ст. 322.3 УК РФ лицо, совершившее преступление, предусмотренное данной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 Из содержащихся в п.17 постановления Пленума Верховного Суда РФ от ЧЧ*ММ*ГГ* N 18 "О судебной практике по делам о незаконном пересечении Государственной границы Российской Федерации и преступлениях, связанных с незаконной миграцией" разъяснений следует, что под способствованием раскрытию преступления в примечании к ст. 322.2 УК РФ и в п.2 примечаний к ст. 322.3 УК РФ следует понимать действия лица, совершенные как до возбуждения уголовного дела, так и после возбуждения уголовного дела в отношении конкретного лица либо по факту совершения преступления и направленные на оказание содействия в установлении органами предварительного расследования времени, места, способа и других обстоятельств совершения преступления, участия в нем самого лица, а также в изобличении соучастников преступления. Вопрос о наличии либо об отсутствии основания для освобождения лица от уголовной ответственности в соответствии с примечанием к ст. 322.2 УК РФ или п.2 примечаний к статье 322.3 УК РФ по каждому уголовному делу решается судом в зависимости от характера, содержания и объема совершенных лицом действий, а также их значения для установления обстоятельств преступления и изобличения лиц, его совершивших, с приведением в судебном решении мотивов принятого решения. Между тем, как следует из материалов уголовного дела, совершенные ФИО2 преступления, предусмотренные ст. 322.3 УК РФ , были выявлены сотрудниками полиции в ходе проведения комплекса оперативно-розыскных и профилактических мероприятий по противодействию незаконной миграции, о чем свидетельствуют соответствующие рапорта, поступившие в орган внутренних дел до получения объяснения от осужденного. Признание ФИО2 установленных органом внутренних дел без его участия фактических данных о совершенных им преступлениях, как и согласие на осмотр жилища, в котором были зарегистрированы иностранные граждане, при таких обстоятельствах с учетом приведенной нормы закона и разъяснений Верховного Суда РФ нельзя расценивать как способствование раскрытию и расследованию преступлений. Данных о том, что ФИО2 до возбуждения уголовного дела и в ходе предварительного расследования сообщил новую, ранее неизвестную информацию, относящуюся к совершенным им преступлениям, материалы уголовного дела не содержат. Таким образом, у суда не имеется оснований для освобождения ФИО2 от уголовной ответственности на основании п.2 примечаний к ст. 322.3 УК РФ . С учетом данных о личности подсудимого, наличия смягчающих и отягчающего наказание обстоятельства, тяжести преступлений суд назначает подсудимому ФИО2 по каждому из преступлений наказание в виде лишения свободы. С учетом установленных обстоятельств, данных о личности подсудимого ФИО2 наличия смягчающих и отсутствия отягчающих наказание обстоятельств, суд находит, что исправление подсудимого возможно без изоляции от общества, в связи с чем, назначает ему наказание с применением ст. 73 УК РФ условно с испытательным сроком. В связи с тем, что ФИО2 специального образования не имеет, какой-либо профессиональной деятельностью, связанной с вопросами миграции, на момент совершения преступных деяний не занимался, суд считает возможным не назначать ему дополнительное наказание в виде лишения права занимать определенные должности или заниматься определенной деятельностью за каждое из четырех преступлений, предусмотренных ст. 322.3 УК РФ . При назначении наказания судом также применяются правила ч.2 ст. 68 УК РФ . Из исследованных судом обстоятельств объективно усматривается, что имеющаяся совокупность смягчающих вину факторов в контексте конкретных обстоятельств содеянного не является достаточной для применения положений ч.3 ст. 68 УК РФ . Учитывая характер и степень общественной опасности совершенных преступлений, обстоятельства их совершения и личность подсудимого, оснований для применения к нему в соответствии со ст. 53.1 УК РФ в качестве альтернативы лишению свободы принудительных работ, суд не находит. При этом, оснований для назначения иного вида наказания, а также оснований освобождения ФИО2 от наказания суд также не находит. Исключительных обстоятельств, связанных с целями и мотивами совершенных подсудимым преступлений, поведением во время или после совершения преступлений и других обстоятельств, существенно уменьшающих степень общественной опасности преступлений, достаточных для назначения наказания подсудимому с применением правил ст. 64 УК РФ суд не находит. Суд назначает ФИО2 окончательное наказание по совокупности преступлений на основании ч.2 ст. 69 УК РФ путем частичного сложения наказаний, поскольку совершенные преступления, отнесены законом к категории преступлений небольшой тяжести. Судьбу вещественных доказательств суд разрешает в соответствии с требованиями ст. 81 УПК РФ . На основании изложенного, руководствуясь ст.ст. - 306 УПК РФ , суд П Р И Г О В О Р И Л : признать ФИО2 &lt;данные изъяты&gt; виновным в совершении четырех преступлений, предусмотренных ст. 322.3 УК РФ (в редакции Федерального закона от ЧЧ*ММ*ГГ*.№420-ФЗ), и назначить ему наказание: по ст. 322.3 УК РФ (в редакции Федерального закона от ЧЧ*ММ*ГГ*.№420-ФЗ) (преступление от ЧЧ*ММ*ГГ*) - 1 (один) год 6 (шесть) месяцев лишения свободы; по ст. 322.3 УК РФ (в редакции Федерального закона от ЧЧ*ММ*ГГ*.№420-ФЗ) (преступление от ЧЧ*ММ*ГГ*) - 1 (один) год 6 (шесть) месяцев лишения свободы; по ст. 322.3 УК РФ (в редакции Федерального закона от ЧЧ*ММ*ГГ*.№420-ФЗ) (преступление от ЧЧ*ММ*ГГ*) - 1 (один) год 6 (шесть) месяцев лишения свободы; по ст. 322.3 УК РФ (в редакции Федерального закона от ЧЧ*ММ*ГГ*.№420-ФЗ) (преступление от ЧЧ*ММ*ГГ*) - 1 (один) год 6 (шесть) месяцев лишения свободы. На основании ч.2 ст. 69 УК РФ по совокупности преступлений путем частичного сложения наказаний ФИО2 окончательно назначить 2 (два) года лишения свободы. На основании ст. 73 УК РФ назначенное ФИО2 наказание в виде лишения свободы считать условным, с испытательным сроком на 1 (один) год. Обязать ФИО2: -встать на учет и периодически являться на регистрацию в специализированный государственный орган, осуществляющий контроль за поведением условно осужденных, в установленные этим органом дни, -не менять без уведомления специализированного государственного органа, осуществляющего контроль за поведением условно осужденных место жительства. ФИО2 до вступления приговора в законную силу оставить в качестве меры процессуального принуждения - обязательство о явке. Вещественные доказательства по делу по вступлении приговора в законную силу: -копии: уведомление о прибытии иностранного гражданина или лица без гражданства в место пребывания * на имя &lt;данные изъяты&gt; ЧЧ*ММ*ГГ* г.р., от 28.12.2024г; уведомление о прибытии иностранного гражданина или лица без гражданства * на имя &lt;данные изъяты&gt; г. - хранить при уголовном деле в течение всего срока хранения последнего. Приговор может быть обжалован в апелляционном порядке, предусмотренном главой 45.1 УПК РФ, в Судебную коллегию по уголовным делам Нижегородского областного суда в течение 15 суток со дня провозглашения с подачей жалобы или представления через Московский районный суд г.Н.Новгорода. В случае подачи апелляционной жалобы осужденный в тот же срок вправе ходатайствовать о своем участии в рассмотрении уголовного дела судом апелляционной инстанции. В случае принесения апелляционного представления или апелляционной жалобы, затрагивающих интересы осужденного, последний вправе в срок подачи, указанный в извещении о принесенных жалобе или представлении, в письменном виде подать на них свои возражения и, если ранее соответствующего ходатайства не заявлено, также вправе ходатайствовать о своем участии в рассмотрении уголовного дела судом апелляционной инстанции, о чем он должен указать в своих возражениях. Судья А.С. Аладышкин Копия верна. Судья А.С. Аладышкин Секретарь Т.А. Котова Суд: Московский районный суд г. Нижний Новгород (Нижегородская область) (подробнее) Судьи дела: Аладышкин А.С. (судья) (подробнее) Последние документы по делу: Приговор от 25 марта 2025 г. по делу № 1-377/2024 Приговор от 3 марта 2025 г. по делу № 1-377/2024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