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позднее 12 час. 50 мин. 20 октября 2024 года, неустановленное лицо, уголовное дело, в отношении которого выделено в отдельное производство (далее по тексту неустановленное лицо), в ходе общения посредством сотовой связи с ранее незнакомым ФИО1 предложило последнему, осуществлять совместный незаконный сбыт наркотического средства на территории г. Саратова с использованием информационно-телекоммуникационной сети «Интернет», группой лиц по предварительному сговору, в крупном размере, в целях получения совместного дохода от данной незаконной преступной деятельности, на что ФИО1 ответил согласием. Таким образом, ФИО1 вступил с неустановленным лицом в предварительный преступный сговор, направленный на совершение незаконных сбытов наркотических средств на территории г. Саратова с использованием информационно-телекоммуникационной сети «Интернет», группой лиц по предварительному сговору, в крупном размере. При этом неустановленное лицо, распределяло преступные роли при совершении преступлений между собой и ФИО1 Согласно распределенных преступных ролей, ФИО1 должен был получать от неустановленного лица наркотические средства через тайники, осуществлять незаконное хранение наркотического средства, создавать на территории г. Саратова тайники путем «закладок», в которые помещать наркотические средства, предназначенные для дальнейшего незаконного сбыта их приобретателям и о месте нахождения тайников уведомлять неустановленное лицо в ходе общения посредством сотового телефона марки «iPhone» модель «8» с сим-картой оператора сотовой связи «Билайн», используя сеть «Интернет» и интернет-приложение «Телеграмм». Неустановленное лицо, должно было приобретать для дальнейшего незаконного сбыта наркотические средства, передавать их ФИО1 через тайники, осуществлять незаконные сбыты наркотических средств наркозависимым лицам, сообщая последним о месте «закладки» в ходе общения при помощи различных программ в информационно-телекоммуникационной сети «Интернет». При этом неустановленное лицо должно было перечислять ФИО1 в качестве оплаты за их совместные преступные действия, непосредственно, направленные на незаконные сбыты наркотических средств, путем распространения через тайники путем «закладок», вознаграждение не менее 400 рублей за закладку. Реализуя совместный с ФИО1 преступный умысел, направленный на совершение незаконных сбытов наркотических средств на территории г. Саратова, с использованием информационно-телекоммуникационной сети «Интернет», группой лиц по предварительному сговору, в крупном размере, неустановленное лицо в неустановленное время, незаконно приобрело наркотическое средство – смесь, в состав которой входит наркотическое средство PVP – производное наркотическое средство N-метилэфедрон, общей массой 45,18 грамм, что является крупным размером, с целью дальнейшей передачи ФИО1 для осуществления дальнейшего совместного незаконного сбыта, поместило в тайник, в неустановленном месте на территории Саратовской области, о чем, используя сеть «Интернет» и интернет-приложение «Телеграмм», сообщило ФИО1, указало изъять указанное наркотическое средство, после чего оборудовать на территории г. Саратова тайники путем закладок, где разместить наркотическое средство для дальнейших незаконных сбытов наркозависимым лицам. Последний не позднее 12 час. 50 мин. 20 октября 2024 г., извлек из данной «тайниковой закладки» указанное наркотическое средство, общей массой 45,18 грамм, что является крупным размером, которое стал незаконно хранить при себе до момента обнаружения и изъятия наркотического средства, то есть до 19 час. 10 мин. 20 октября 2024 г. 20 октября 2024 г. в 12 час. 50 мин. ФИО1 был задержан сотрудниками полиции у &lt;...&gt; и затем доставлен в здание ОП № 5 в составе УМВД России по г. Саратову, где в период времени с 19 час. 10 мин. до 19 час. 40 мин., в ходе личного досмотра, досмотра вещей ФИО1, у последнего в сумке было обнаружено и изъято 23 свертка из фрагментов изоляционной ленты синего цвета с наркотическим средством – смесь, в состав которой входит наркотическое средство PVP – производное наркотическое средство N-метилэфедрон, массами 1,95 грамм, 1,97 грамм, 1,99 грамм, 1,95 грамм, 1,96 грамм, 1,98 грамм, 1,95 грамм, 1,97 грамм, 1,95 грамм, 1,96 грамм, 1,97 грамм, 1,99 грамм, 1,95 грамм, 1,96 грамм, 1,95 грамм, 1,97 грамм, 1,99 грамм, 1,95 грамм, 1,97 грамм, 1,95 грамм, 1,95 грамм, 1,97 грамм, 1,98 грамм, а суммарной массой 45,18 грамм, что в соответствии с Постановлением Правительства Российской Федерации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 последующими изменениями и дополнениями), является крупным размером, которое ФИО1, действуя группой лиц по предварительному сговору с неустановленным лицом, с использованием информационно-телекоммуникационной сети «Интернет», намеревались незаконно сбыть наркозависимым лицам на территории г. Саратова, однако довести совместный преступный умысел до конца не смогли по независящим от них обстоятельствам, поскольку преступная деятельность ФИО1 была пресечена сотрудниками полиции, а указанное наркотическое средство изъято из незаконного оборота.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не позднее 12 час. 50 мин. 20 октября 2024 г. неустановленное лицо, реализуя совместный преступный умысел на совершение незаконных сбытов наркотических средств на территории г. Саратова, с использованием информационно-телекоммуникационной сети «Интернет», группой лиц по предварительному сговору с ФИО1, в крупном размере, приобрело с целью сбыта наркотическое средство - смесь, в состав которой входит наркотическое средство PVP – производное наркотическое средство N-метилэфедрон массой 1,87 грамм, организовало оборудование тайника с данным наркотическим средством, в неустановленном месте на территории Саратовской области, о чем сообщило ФИО1 путем отправки сообщений в интернет-приложении «Телеграмм». Не позднее 12 час. 50 мин. 20 октября 2024 г. ФИО1 с целью реализации преступного умысла извлек из указанного тайника наркотическое средство - смесь, в состав которой входит наркотическое средство PVP – производное наркотическое средство N-метилэфедрон массой 1,87 грамм, что согласно Постановлению Правительства РФ от 01 октября 2012 г. № 1002 является крупным размером, которое стал незаконно хранить при себе. Не позднее 12 час. 50 мин. 20 октября 2024 г. ФИО1, продолжая реализовывать преступный умысел, приготовил на участке местности, расположенном в 1,5 м. от металлического забора у &lt;...&gt; тайник, в который поместил вышеуказанное наркотическое средство общей массой 1,87 грамм. 20 октября 2024 г. в 12 час. 50 мин. ФИО1 был задержан сотрудниками полиции, а указанное наркотическое средство в ходе осмотра места происшествия было обнаружено и изъято, в связи с чем, ФИО1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не позднее 12 час. 50 мин. 20 октября 2024 г. неустановленное лицо, реализуя совместный преступный умысел на совершение незаконных сбытов наркотических средств на территории г. Саратова, с использованием информационно-телекоммуникационной сети «Интернет», группой лиц по предварительному сговору с ФИО1, в крупном размере, приобрело с целью сбыта наркотическое средство - смесь, в состав которой входит наркотическое средство PVP – производное наркотическое средство N-метилэфедрон массой 1,92 грамм, организовало оборудование тайника с данным наркотическим средством в неустановленном месте на территории Саратовской области, о чем сообщило ФИО1 путем отправки сообщений в интернет-приложении «Телеграмм». Не позднее 12 час. 50 мин. 20 октября 2024 г. ФИО1 с целью реализации преступного умысла извлек из указанного тайника наркотическое средство - смесь, в состав которой входит наркотическое средство PVP – производное наркотическое средство N-метилэфедрон массой 1,92 грамм, что согласно Постановлению Правительства РФ от 01 октября 2012 г. № 1002 является крупным размером, которое стал незаконно хранить при себе. Не позднее 12 час. 50 мин. 20 октября 2024 г. ФИО1, продолжая реализовывать преступный умысел, приготовил на участке местности, расположенном у &lt;...&gt; тайник, в который поместил вышеуказанное наркотическое средство общей массой 1,92 грамм. 20 октября 2024 г. в 12 час. 50 мин. ФИО1 был задержана сотрудниками полиции, а указанное наркотическое средство в ходе осмотра места происшествия было обнаружено и изъято, в связи с чем, ФИО1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не позднее 12 час. 50 мин. 20 октября 2024 г. неустановленное лицо, реализуя совместный преступный умысел на совершение незаконных сбытов наркотических средств на территории г. Саратова, с использованием информационно-телекоммуникационной сети «Интернет», группой лиц по предварительному сговору с ФИО1, в крупном размере, приобрело с целью сбыта наркотическое средство - смесь, в состав которой входит наркотическое средство PVP – производное наркотическое средство N-метилэфедрон массой 1,84 грамм, организовало оборудование тайника с данным наркотическим средством в неустановленном месте на территории Саратовской области, о чем сообщило ФИО1 путем отправки сообщений в интернет-приложении «Телеграмм». Не позднее 12 час. 50 мин. 20 октября 2024 г. ФИО1 с целью реализации преступного умысла извлек из указанного тайника наркотическое средство - смесь, в состав которой входит наркотическое средство PVP – производное наркотическое средство N-метилэфедрон массой 1,84 грамм, что согласно Постановлению Правительства РФ от 01 октября 2012 г. № 1002 является крупным размером, которое стал незаконно хранить при себе. Не позднее 12 час. 50 мин. 20 октября 2024 г. ФИО1, продолжая реализовывать преступный умысел, приготовил на участке местности, расположенном у &lt;...&gt; тайник, в который поместил вышеуказанное наркотическое средство общей массой 1,84 грамм. 20 октября 2024 г. в 12 час. 50 мин. ФИО1 был задержана сотрудниками полиции, а указанное наркотическое средство в ходе осмотра места происшествия было обнаружено и изъято, в связи с чем, ФИО1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Кроме того, не позднее 12 час. 50 мин. 20 октября 2024 г. неустановленное лицо, реализуя совместный преступный умысел на совершение незаконных сбытов наркотических средств на территории г. Саратова, с использованием информационно-телекоммуникационной сети «Интернет», группой лиц по предварительному сговору с ФИО1, в крупном размере, приобрело с целью сбыта наркотическое средство - смесь, в состав которой входит наркотическое средство PVP – производное наркотическое средство N-метилэфедрон массой 2,02 грамма, организовало оборудование тайника с данным наркотическим средством в неустановленном месте на территории Саратовской области, о чем сообщило ФИО1 путем отправки сообщений в интернет-приложении «Телеграмм». Не позднее 12 час. 50 мин. 20 октября 2024 г. ФИО1 с целью реализации преступного умысла извлек из указанного тайника наркотическое средство - смесь, в состав которой входит наркотическое средство PVP – производное наркотическое средство N-метилэфедрон массой 2,02 грамма, что согласно Постановлению Правительства РФ от 01 октября 2012 г. № 1002 является крупным размером, которое стал незаконно хранить при себе. Не позднее 12 час. 50 мин. 20 октября 2024 г. ФИО1, продолжая реализовывать преступный умысел, приготовил на участке местности, расположенном у &lt;...&gt; тайник, в который поместил вышеуказанное наркотическое средство общей массой 2,02 грамма. 20 октября 2024 г. в 12 час. 50 мин. ФИО1 был задержана сотрудниками полиции, а указанное наркотическое средство в ходе осмотра места происшествия было обнаружено и изъято, в связи с чем, ФИО1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Кроме того, не позднее 12 час. 50 мин. 20 октября 2024 г. неустановленное лицо, реализуя совместный преступный умысел на совершение незаконных сбытов наркотических средств на территории г. Саратова, с использованием информационно-телекоммуникационной сети «Интернет», группой лиц по предварительному сговору с ФИО1, в крупном размере, приобрело с целью сбыта наркотическое средство - смесь, в состав которой входит наркотическое средство PVP – производное наркотическое средство N-метилэфедрон массой 2,02 грамма, организовало оборудование тайника с данным наркотическим средством в неустановленном месте на территории Саратовской области, о чем сообщило ФИО1 путем отправки сообщений в интернет-приложении «Телеграмм». Не позднее 12 час. 50 мин. 20 октября 2024 г. ФИО1 с целью реализации преступного умысла извлек из указанного тайника наркотическое средство - смесь, в состав которой входит наркотическое средство PVP – производное наркотическое средство N-метилэфедрон массой 2,02 грамма, что согласно Постановлению Правительства РФ от 01 октября 2012 г. № 1002 является крупным размером, которое стал незаконно хранить при себе. Не позднее 12 час. 50 мин. 20 октября 2024 г. ФИО1, продолжая реализовывать преступный умысел, приготовил на участке местности, расположенном в 110 м. от &lt;...&gt; тайник, в который поместил вышеуказанное наркотическое средство общей массой 2,02 грамма. 20 октября 2024 г. в 12 час. 50 мин. ФИО1 был задержана сотрудниками полиции, а указанное наркотическое средство в ходе осмотра места происшествия было обнаружено и изъято, в связи с чем, ФИО1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Кроме того, не позднее 12 час. 50 мин. 20 октября 2024 г. неустановленное лицо, реализуя совместный преступный умысел на совершение незаконных сбытов наркотических средств на территории г. Саратова, с использованием информационно-телекоммуникационной сети «Интернет», группой лиц по предварительному сговору с ФИО1, в крупном размере, приобрело с целью сбыта наркотическое средство - смесь, в состав которой входит наркотическое средство PVP – производное наркотическое средство N-метилэфедрон массой 1,89 грамм, организовало оборудование тайника с данным наркотическим средством в неустановленном месте на территории Саратовской области, о чем сообщило ФИО1 путем отправки сообщений в интернет-приложении «Телеграмм». Не позднее 12 час. 50 мин. 20 октября 2024 г. ФИО1 с целью реализации преступного умысла извлек из указанного тайника наркотическое средство - смесь, в состав которой входит наркотическое средство PVP – производное наркотическое средство N-метилэфедрон массой 1,89 грамм, что согласно Постановлению Правительства РФ от 01 октября 2012 г. № 1002 является крупным размером, которое стал незаконно хранить при себе. Не позднее 12 час. 50 мин. 20 октября 2024 г. ФИО1, продолжая реализовывать преступный умысел, приготовил на участке местности, расположенном в 3 м. от д. 180 «Б» по ул. Новоузенская г. Саратова, тайник, в который поместил вышеуказанное наркотическое средство общей массой 1,89 грамм. 20 октября 2024 г. в 12 час. 50 мин. ФИО1 был задержана сотрудниками полиции, а указанное наркотическое средство в ходе осмотра места происшествия было обнаружено и изъято, в связи с чем, ФИО1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Кроме того, не позднее 12 час. 50 мин. 20 октября 2024 г. неустановленное лицо, реализуя совместный преступный умысел на совершение незаконных сбытов наркотических средств на территории г. Саратова, с использованием информационно-телекоммуникационной сети «Интернет», группой лиц по предварительному сговору с ФИО1, в крупном размере, приобрело с целью сбыта наркотическое средство - смесь, в состав которой входит наркотическое средство PVP – производное наркотическое средство N-метилэфедрон массой 1,85 грамм, организовало оборудование тайника с данным наркотическим средством в неустановленном месте на территории Саратовской области, о чем сообщило ФИО1 путем отправки сообщений в интернет-приложении «Телеграмм». Не позднее 12 час. 50 мин. 20 октября 2024 г. ФИО1 с целью реализации преступного умысла извлек из указанного тайника наркотическое средство - смесь, в состав которой входит наркотическое средство PVP – производное наркотическое средство N-метилэфедрон массой 1,85 грамм, что согласно Постановлению Правительства РФ от 01 октября 2012 г. № 1002 является крупным размером, которое стал незаконно хранить при себе. Не позднее 12 час. 50 мин. 20 октября 2024 г. ФИО1, продолжая реализовывать преступный умысел, приготовил на участке местности, расположенном в 4 м. от &lt;...&gt; тайник, в который поместил вышеуказанное наркотическое средство общей массой 1,85 грамм. 20 октября 2024 г. в 12 час. 50 мин. ФИО1 был задержана сотрудниками полиции, а указанное наркотическое средство в ходе осмотра места происшествия было обнаружено и изъято, в связи с чем, ФИО1 и неустановленное лицо не смогли довести совместный преступный умысел до конца по независящим от них обстоятельствам. В судебном заседании подсудимый ФИО1 свою вину в совершении указанных преступлений признал в полном объеме, подтвердил свои показания, данные в ходе предварительного следствия, оглашенные на основании ст. 276 УПК РФ , из которых следует, что вину в совершенных преступлениях по факту покушения на сбыт наркотических средств с использованием информационно-телекоммуникационной сети «Интернет» совместно с неустановленным лицом, с которым он действовал группой лиц по предварительному сговору, в крупном размере, он признает полностью. В конце сентября 2024 г., в связи с материальными трудностями он нашел подработку наркокурьером через «ТелеграммБот», в его обязанности входило поднятие оптовых расфасованных закладок, дальнейшее оборудование тайниковых закладок. Сумма заработка составляла 400 рублей за одну оборудованную тайниковую закладку. За первую партию товара, который он должен был распространить, он внес залог в размере 5 000 рублей, после чего его добавили в группу с неким «Виктором», который был его куратором по стажировке, впоследствии он перевел его на «Егора» в приложении «Телеграмм». 08 октября 2024 г. «Егор» прислал координаты с оптовой закладкой, в которой находилось 30 свертков по 2 грамма наркотического средства, расположенную в г. Энгельсе Саратовской области, которую он забрал и доставил в место своего проживания. По указанию куратора 20 октября 2024 г. он успел оборудовать 7 тайниковых закладок с 7 свертками наркотического вещества на территории Октябрьского района г. Саратова, остальные 23 свертка находились у него в сумке. Сведения о расположении тайниковых закладок в виде фотоизображения и описания к ним он намеревался передать куратору, однако не успел, так как в этот же день примерно в 12 час. 50 мин. он был задержан сотрудниками полиции. После чего, были проведены осмотры места происшествия на участках местности, на которых он оборудовал тайники с наркотиками, где были изъяты 7 тайниковых закладок с наркотическим средством «Соль». Далее его доставили в ОП № 5 в составе УМВД России по г. Саратову, где в ходе проведения его личного досмотра у него в сумке были обнаружены и изъяты мобильный телефон марки «iPhone 8» и 23 свертка в изоляционной лентой синего цвета с наркотическим средством «Соль» (т. 1 л.д. 60-66, 72-73, т. 3 л.д. 157-159). Аналогичные показания об указанных обстоятельствах ФИО1 последовательно давал в ходе проверки его показаний на месте (т. 1 л.д. 107-113).</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Вина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общей массой 45,18 грамм, подтверждена, помимо его показаний, следующими доказательствами. Из показаний свидетеля - сотрудника полиции Свидетель №2, данных им при производстве предварительного следствия, оглашенных на основании ст. 281 УПК РФ следует, что 20 октября 2024 г. в обеденное время от сотрудника ППСп УМВД России г. Саратова поступило сообщение, что в 12 час. 50 мин. ими задержан ФИО1 по подозрению в незаконном обороте наркотических средств. Ему было поручено провести личный досмотр ФИО1, в ходе которого у последнего в черной сумке было обнаружено и изъято, кроме прочего 23 свертка с содержимым внутри в изоляционной ленте синего цвета, сотовый телефон марки «Айфон 8», в ходе досмотра ФИО1 сообщил пароль от указанного телефона. (т. 3 л.д. 1-4). Согласно показаниям свидетелей – сотрудников ППСп УМВД России по г. Саратову Свидетель №3 и Свидетель №4, оглашенных на основании ст. 281 УПК РФ , 20 октября 2024 г. в 12 час. 48 мин., находясь по маршруту патрулирования у &lt;...&gt; они увидели ранее незнакомого ФИО1, который своим поведением вызвал подозрение. На вопрос о наличии запрещенных веществ при себе, ФИО1 пояснил, что у него в сумке находится наркотическое средство, и часть наркотического средства им была уже разложена путем тайниковых закладок. В связи с изложенным ФИО1 был задержан и вызвана следственно-оперативная группа. После проведения осмотра места происшествия ФИО1 был доставлен в ОП № 5 в составе УМВД России по г. Саратову для дальнейшего разбирательства (т. 3 л.д. 33-39, 40-46). Согласно показаниям свидетелей Свидетель №8, оглашенных на основании ст. 281 УПК РФ (т. 3 л.д. 113-115) и Свидетель №7 данных им в ходе судебного заседания, 20 октября 2024 г. они участвовали в качестве понятых при личном досмотре ФИО1, в ходе которого у последнего были обнаружены и изъяты 23 свертка в изоляционной ленте синего цвета с содержимым внутри, сотовой телефон марки «Айфон 8», банковская карта ПАО «ВТБ». Вину подсудимого также подтверждают следующие доказательства: - рапорт инспектора 5 роты полка ППСп УМВД России по г. Саратову от 20 октября 2024 г., согласно которому 20 октября 2024 г. в 12 час. 50 мин. у &lt;...&gt; задержан ФИО1 по подозрению в незаконном обороте наркотических средств (т. 1 л.д. 8); - протокол личного досмотра, досмотра вещей от 20 октября 2024 г., согласно которому у ФИО1 в принадлежащей ему сумке черного цвета обнаружены и изъяты 23 свертка в изоляционной ленте синего цвета с содержимым внутри, мобильный телефон марки «Айфон 8», банковская карта ПАО «ВТБ» (т. 1 л.д. 12-13); - справка об исследовании № 3109 от 21 октября 2024 г., согласно которой представленное на исследование вещество массой 45,18 грамм, является наркотическим средством – смесью, в состав которой входит наркотическое средство PVP – производное наркотическое средство N-метилэфедрон (т. 1 л.д. 17-18); - протокол осмотра предметов от 21 октября 2024 г., согласно которому осмотрено: наркотическое средство – смесь, в состав которой входит наркотическое средство PVP – производное наркотическое средство N-метилэфедрон; 23 фрагмента изоляционной ленты синего цвета; 23 металлических плоскоцилиндрических магнита серого цвета; 46 пакетов из прозрачного бесцветного полимерного материала с клапан-застежкой, являющихся первоначальными упаковками (т. 1 л.д. 24-28); - заключение эксперта № 3435 от 12 ноября 2024 г., согласно которому, представленное на экспертизу вещество массой 44,95 грамм является наркотическим средством – смесью, в состав которой входит наркотическое средство PVP – производное наркотическое средство N-метилэфедрон (т. 1 л.д. 90-94); - протокол осмотра предметов от 13 февраля 2025 года, согласно которому осмотрен сотовый телефон марки «iPhone 8» IMEI: №, с сим-картой оператора сотовой связи «Билайн» с абонентским номером №, принадлежащий ФИО1, содержащий сведения по факту незаконного оборота наркотических средств ФИО1, в группе с неустановленным лицом (т. 3 л.д. 64-84);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1,87 грамм в 1,5 м. от металлического забора &lt;...&gt; помимо его вышеизложенных показаний, подтверждают следующие доказательства. - показания свидетеля Свидетель №1, данные им при производстве предварительного следствия, оглашенные на основании ст. 281 УПК РФ , из которых следует, что он состоит в должности следователя. 20 октября 2024 г. в связи с поступившим сообщением, о задержании ФИО1 по подозрению в незаконном обороте наркотических средств, им с участием последнего были проведены осмотры мест происшествия, в ходе которых было обнаружено и изъято 7 свертков в изоляционной ленте синего цвета с содержимым (т. 2 л.д. 120-126); - показания свидетелей Свидетель №5 и Свидетель №6, оглашенных на основании ст. 281 УПК РФ , согласно которым 20 октября 2024 г. они участвовали в качестве понятых при осмотре мест происшествия, в ходе которых были обнаружены и изъяты в различных местах, на которые указывал участвующий ФИО1 7 свертков в изоляционной ленте синего цвета с содержимым внутри (т. 3 л.д. 47-52, 55-60); Вышеизложенные показания свидетелей Свидетель №2, Свидетель №3, Свидетель №4, Свидетель №7 и Свидетель №8 (т. 3 л.д. 1-4, 33-39, 40-46, 113-115); - рапорт оперативного дежурного ДЧ ОП № 5 в составе УМВД России по г. Саратову от 20 октября 2024 г., согласно которому 20 октября 2024 г. у &lt;...&gt; на нижней металлической опоре столба линии электропередач изъята закладка в изоляционной ленте синего цвета с содержимым (т. 1 л.д. 150); - протокол осмотра места происшествия от 20 октября 2024 г., согласно которому в ходе осмотра участка местности, расположенного в 1,5 м. от металлического забора &lt;...&gt; на опоре столба линии электропередач обнаружен и изъят сверток в изоляционной ленте синего цвета с содержимым (т. 1 л.д. 151-158); - справка об исследовании № 3108 от 21 октября 2024 г., согласно которой представленное на исследование вещество массой 1,87 грамм, является наркотическим средством – смесью, в состав которой входит наркотическое средство PVP – производное наркотическое средство N-метилэфедрон (т. 1 л.д. 162); - протокол осмотра предметов от 31 октября 2024 г., согласно которому осмотрено: наркотического средства - смесь, в состав которой входит наркотическое средство PVP – производное наркотическое средство N-метилэфедрон массой 1,87 грамм; 7 фрагментов изоляционной ленты синего цвета; 7 металлических плоскоцилиндрических магнита серого цвета; 14 пакетов из прозрачного бесцветного полимерного материала с клапан-застежкой, являющихся первоначальными упаковками (т. 2 л.д. 53-72); - заключение эксперта № 3434 от 15 ноября 2024 г., согласно которому представленное на экспертизу вещество массой 1,86 грамм, является наркотическим средством – смесью, в состав которой входит наркотическое средство PVP – производное наркотическое средство N-метилэфедрон (т. 2 л.д. 84-92). - вышеуказанный рапорт инспектора 5 роты полка ППСп УМВД России по г. Саратову от 20 октября 2024 г., о задержании ФИО1 по подозрению в незаконном обороте наркотических средств (т. 1 л.д. 8); - вышеуказанный протокол личного досмотра, досмотра вещей ФИО1 от 20 октября 2024 г. (т. 1 л.д. 12-13); - вышеуказанный протокол осмотра предметов от 13 февраля 2025 года (т. 3 л.д. 64-84);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1,92 грамм у &lt;...&gt; помимо его вышеизложенных показаний, подтверждают следующие доказательства. Вышеизложенные показания свидетелей Свидетель №1, Свидетель №2, Свидетель №3, Свидетель №4, Свидетель №5, Свидетель №6, Свидетель №7 и Свидетель №8 (т. 2 л.д. 120-126, т. 3 л.д. 1-4, 33-39, 40-46, 47-52, 55-60, 113-115); - рапорт оперативного дежурного ДЧ ОП № 5 в составе УМВД России по г. Саратову от 20 октября 2024 г., согласно которому 20 октября 2024 г. на заборе у &lt;...&gt; со столба линии электропередач изъята закладка в изоляционной ленте синего цвета с содержимым (т. 1 л.д. 171); - протокол осмотра места происшествия от 20 октября 2024 г., согласно которому в ходе осмотра участка местности, расположенного у &lt;...&gt; на металлическом заборе обнаружен и изъят сверток в изоляционной ленте синего цвета с содержимым (т. 1 л.д. 172-179); - справка об исследовании № 3105 от 21 октября 2024 г., согласно которой представленное на исследование вещество массой 1,92 грамм, является наркотическим средством – смесью, в состав которой входит наркотическое средство PVP – производное наркотическое средство N-метилэфедрон (т. 1 л.д. 183); - вышеизложенный протокол осмотра предметов от 31 октября 2024 г., согласно которому помимо прочего осмотрено наркотического средства - смесь, в состав которой входит наркотическое средство PVP – производное наркотическое средство N-метилэфедрон массой 1,92 грамм (т. 2 л.д. 53-72); - вышеизложенное заключение эксперта № 3434 от 15 ноября 2024 г., согласно которому представленное на экспертизу вещество массой 1,91 грамм, является наркотическим средством – смесью, в состав которой входит наркотическое средство PVP – производное наркотическое средство N-метилэфедрон (т. 2 л.д. 84-92). - вышеуказанный рапорт инспектора 5 роты полка ППСп УМВД России по г. Саратову от 20 октября 2024 г., о задержании ФИО1 по подозрению в незаконном обороте наркотических средств (т. 1 л.д. 8); - вышеуказанный протокол личного досмотра, досмотра вещей ФИО1 от 20 октября 2024 г. (т. 1 л.д. 12-13); - вышеуказанный протокол осмотра предметов от 13 февраля 2025 года (т. 3 л.д. 64-84);</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1,84 грамм у &lt;...&gt; помимо его вышеизложенных показаний, подтверждают следующие доказательства. Вышеизложенные показания свидетелей Свидетель №1, Свидетель №2, Свидетель №3, Свидетель №4, Свидетель №5, Свидетель №6, Свидетель №7 и Свидетель №8 (т. 2 л.д. 120-126, т. 3 л.д. 1-4, 33-39, 40-46, 47-52, 55-60, 113-115); - рапорт оперативного дежурного ДЧ ОП № 5 в составе УМВД России по г. Саратову от 20 октября 2024 г., согласно которому 20 октября 2024 г. на заборе у &lt;...&gt; изъята закладка в изоляционной ленте синего цвета с содержимым (т. 1 л.д. 192); - протокол осмотра места происшествия от 20 октября 2024 г., согласно которому в ходе осмотра участка местности, расположенного у &lt;...&gt; на заборе обнаружен и изъят сверток в изоляционной ленте синего цвета с содержимым (т. 1 л.д. 193-200); - справка об исследовании № 3098 от 21 октября 2024 г., согласно которой представленное на исследование вещество массой 1,84 грамм, является наркотическим средством – смесью, в состав которой входит наркотическое средство PVP – производное наркотическое средство N-метилэфедрон (т. 1 л.д. 204); - вышеизложенный протокол осмотра предметов от 31 октября 2024 г., согласно которому помимо прочего осмотрено наркотического средства - смесь, в состав которой входит наркотическое средство PVP – производное наркотическое средство N-метилэфедрон массой 1,84 грамм (т. 2 л.д. 53-72); - вышеизложенное заключение эксперта № 3434 от 15 ноября 2024 г., согласно которому представленное на экспертизу вещество массой 1,83 грамм, является наркотическим средством – смесью, в состав которой входит наркотическое средство PVP – производное наркотическое средство N-метилэфедрон (т. 2 л.д. 84-92). - вышеуказанный рапорт инспектора 5 роты полка ППСп УМВД России по г. Саратову от 20 октября 2024 г., о задержании ФИО1 по подозрению в незаконном обороте наркотических средств (т. 1 л.д. 8); - вышеуказанный протокол личного досмотра, досмотра вещей ФИО1 от 20 октября 2024 г. (т. 1 л.д. 12-13); - вышеуказанный протокол осмотра предметов от 13 февраля 2025 года (т. 3 л.д. 64-84);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2,02 грамм у &lt;...&gt; помимо его вышеизложенных показаний, подтверждают следующие доказательства. Вышеизложенные показания свидетелей Свидетель №1, Свидетель №2, Свидетель №3, Свидетель №4, Свидетель №5, Свидетель №6, Свидетель №7 и Свидетель №8 (т. 2 л.д. 120-126, т. 3 л.д. 1-4, 33-39, 40-46, 47-52, 55-60, 113-115); - рапорт оперативного дежурного ДЧ ОП № 5 в составе УМВД России по г. Саратову от 20 октября 2024 г., согласно которому 20 октября 2024 г. на заборе у &lt;...&gt; изъята закладка в изоляционной ленте синего цвета с содержимым (т. 1 л.д. 213); - протокол осмотра места происшествия от 20 октября 2024 г., согласно которому в ходе осмотра участка местности, расположенного у &lt;...&gt; на заборе обнаружен и изъят сверток в изоляционной ленте синего цвета с содержимым (т. 1 л.д. 193-200); - справка об исследовании № 3099 от 21 октября 2024 г., согласно которой представленное на исследование вещество массой 2,02 грамм, является наркотическим средством – смесью, в состав которой входит наркотическое средство PVP – производное наркотическое средство N-метилэфедрон (т. 1 л.д. 204); - вышеизложенный протокол осмотра предметов от 31 октября 2024 г., согласно которому помимо прочего осмотрено наркотическое средство - смесь, в состав которой входит наркотическое средство PVP – производное наркотическое средство N-метилэфедрон массой 2,02 грамм (т. 2 л.д. 53-72); - вышеизложенное заключение эксперта № 3434 от 15 ноября 2024 г., согласно которому представленное на экспертизу вещество массой 2,01 грамм, является наркотическим средством – смесью, в состав которой входит наркотическое средство PVP – производное наркотическое средство N-метилэфедрон (т. 2 л.д. 84-92). - вышеуказанный рапорт инспектора 5 роты полка ППСп УМВД России по г. Саратову от 20 октября 2024 г., о задержании ФИО1 по подозрению в незаконном обороте наркотических средств (т. 1 л.д. 8); - вышеуказанный протокол личного досмотра, досмотра вещей ФИО1 от 20 октября 2024 г. (т. 1 л.д. 12-13); - вышеуказанный протокол осмотра предметов от 13 февраля 2025 года (т. 3 л.д. 64-84);</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2,02 грамм в 110 м. от &lt;...&gt; помимо его вышеизложенных показаний, подтверждают следующие доказательства. Вышеизложенные показания свидетелей Свидетель №1, Свидетель №2, Свидетель №3, Свидетель №4, Свидетель №5, Свидетель №6, Свидетель №7 и Свидетель №8 (т. 2 л.д. 120-126, т. 3 л.д. 1-4, 33-39, 40-46, 47-52, 55-60, 113-115); - рапорт оперативного дежурного ДЧ ОП № 5 в составе УМВД России по г. Саратову от 20 октября 2024 г., согласно которому 20 октября 2024 г. на заборе в 110 м. от &lt;...&gt; изъята закладка в изоляционной ленте синего цвета с содержимым (т. 1 л.д. 234); - протокол осмотра места происшествия от 20 октября 2024 г., согласно которому в ходе осмотра участка местности, расположенного в 110 м. от &lt;...&gt; на заборе обнаружен и изъят сверток в изоляционной ленте синего цвета с содержимым (т. 1 л.д. 235-241); - справка об исследовании № 3103 от 21 октября 2024 г., согласно которой представленное на исследование вещество массой 2,02 грамм, является наркотическим средством – смесью, в состав которой входит наркотическое средство PVP – производное наркотическое средство N-метилэфедрон (т. 1 л.д. 245); - вышеизложенный протокол осмотра предметов от 31 октября 2024 г., согласно которому помимо прочего осмотрено наркотического средства - смесь, в состав которой входит наркотическое средство PVP – производное наркотическое средство N-метилэфедрон массой 2,02 грамм (т. 2 л.д. 53-72); - вышеизложенное заключение эксперта № 3434 от 15 ноября 2024 г., согласно которому представленное на экспертизу вещество массой 2,01 грамм, является наркотическим средством – смесью, в состав которой входит наркотическое средство PVP – производное наркотическое средство N-метилэфедрон (т. 2 л.д. 84-92). - вышеуказанный рапорт инспектора 5 роты полка ППСп УМВД России по г. Саратову от 20 октября 2024 г., о задержании ФИО1 по подозрению в незаконном обороте наркотических средств (т. 1 л.д. 8); - вышеуказанный протокол личного досмотра, досмотра вещей ФИО1 от 20 октября 2024 г. (т. 1 л.д. 12-13); - вышеуказанный протокол осмотра предметов от 13 февраля 2025 года (т. 3 л.д. 64-84);</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1,89 грамм в 3 м. от д. 180 «Б» по ул. Новоузенская г. Саратова, помимо его вышеизложенных показаний, подтверждают следующие доказательства. Вышеизложенные показания свидетелей Свидетель №1, Свидетель №2, Свидетель №3, Свидетель №4, Свидетель №5, Свидетель №6, Свидетель №7 и Свидетель №8 (т. 2 л.д. 120-126, т. 3 л.д. 1-4, 33-39, 40-46, 47-52, 55-60, 113-115); - рапорт оперативного дежурного ДЧ ОП № 5 в составе УМВД России по г. Саратову от 20 октября 2024 г., согласно которому 20 октября 2024 г. на заборе в 3 м. от д. 180 «Б» по ул. Новоузенская г. Саратова изъята закладка в изоляционной ленте синего цвета с содержимым (т. 2 л.д. 8); - протокол осмотра места происшествия от 20 октября 2024 г., согласно которому в ходе осмотра участка местности, расположенного в 3 м. от д. 180 «Б» по ул. Новоузенская г. Саратова на заборе обнаружен и изъят сверток в изоляционной ленте синего цвета с содержимым (т. 2 л.д. 9-15); - справка об исследовании № 3107 от 21 октября 2024 г., согласно которой представленное на исследование вещество массой 1,89 грамм, является наркотическим средством – смесью, в состав которой входит наркотическое средство PVP – производное наркотическое средство N-метилэфедрон (т. 2 л.д. 19); - вышеизложенный протокол осмотра предметов от 31 октября 2024 г., согласно которому помимо прочего осмотрено наркотического средства - смесь, в состав которой входит наркотическое средство PVP – производное наркотическое средство N-метилэфедрон массой 1,89 грамм (т. 2 л.д. 53-72); - вышеизложенное заключение эксперта № 3434 от 15 ноября 2024 г., согласно которому представленное на экспертизу вещество массой 1,88 грамм, является наркотическим средством – смесью, в состав которой входит наркотическое средство PVP – производное наркотическое средство N-метилэфедрон (т. 2 л.д. 84-92). - вышеуказанный рапорт инспектора 5 роты полка ППСп УМВД России по г. Саратову от 20 октября 2024 г., о задержании ФИО1 по подозрению в незаконном обороте наркотических средств (т. 1 л.д. 8); - вышеуказанный протокол личного досмотра, досмотра вещей ФИО1 от 20 октября 2024 г. (т. 1 л.д. 12-13); - вышеуказанный протокол осмотра предметов от 13 февраля 2025 года (т. 3 л.д. 64-84);</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1,85 грамм в 4 м. от &lt;...&gt; помимо его вышеизложенных показаний, подтверждают следующие доказательства. Вышеизложенные показания свидетелей Свидетель №1, Свидетель №2, Свидетель №3, Свидетель №4, Свидетель №5, Свидетель №6, Свидетель №7 и Свидетель №8 (т. 2 л.д. 120-126, т. 3 л.д. 1-4, 33-39, 40-46, 47-52, 55-60, 113-115); - рапорт оперативного дежурного ДЧ ОП № 5 в составе УМВД России по г. Саратову от 20 октября 2024 г., согласно которому 20 октября 2024 г. на металлической трубе забора в 4 м. от &lt;...&gt; изъята закладка в изоляционной ленте синего цвета с содержимым (т. 2 л.д. 28); - протокол осмотра места происшествия от 20 октября 2024 г., согласно которому в ходе осмотра участка местности, расположенного в 4 м. от &lt;...&gt; на металлической трубе забора обнаружен и изъят сверток в изоляционной ленте синего цвета с содержимым (т. 2 л.д. 29-36); - справка об исследовании № 3106 от 21 октября 2024 г., согласно которой представленное на исследование вещество массой 1,85 грамм, является наркотическим средством – смесью, в состав которой входит наркотическое средство PVP – производное наркотическое средство N-метилэфедрон (т. 2 л.д. 40); - вышеизложенный протокол осмотра предметов от 31 октября 2024 г., согласно которому помимо прочего осмотрено наркотического средства - смесь, в состав которой входит наркотическое средство PVP – производное наркотическое средство N-метилэфедрон массой 1,85 грамм (т. 2 л.д. 53-72); - вышеизложенное заключение эксперта № 3434 от 15 ноября 2024 г., согласно которому представленное на экспертизу вещество массой 1,84 грамм, является наркотическим средством – смесью, в состав которой входит наркотическое средство PVP – производное наркотическое средство N-метилэфедрон (т. 2 л.д. 84-92). - вышеуказанный рапорт инспектора 5 роты полка ППСп УМВД России по г. Саратову от 20 октября 2024 г., о задержании ФИО1 по подозрению в незаконном обороте наркотических средств (т. 1 л.д. 8); - вышеуказанный протокол личного досмотра, досмотра вещей ФИО1 от 20 октября 2024 г. (т. 1 л.д. 12-13); - вышеуказанный протокол осмотра предметов от 13 февраля 2025 года (т. 3 л.д. 64-84); Психическое состояние подсудимого судом проверено. В соответствии со справками медицинского учреждения ФИО1 на учете у врача-психиатра не состоит, состоит на «Д» учете у врача-нарколога с диагнозом пагубное употребление алкоголя (т. 3 л.д. 196). Согласно заключению врача-судебно-психиатрического эксперта (комиссии экспертов) № 1313 от 28 ноября 2024 г. ФИО1 каким-либо хроническим психическим расстройством, временным болезненным расстройством психической деятельности, слабоумием или расстройством психики не страдает и не страдал ими во время совершения инкриминируемых ему деяний, мог в полной мере осознавать фактический характер и общественную опасность своих действий либо руководить ими; в настоящее время по своему психическому состоянию не представляет собой опасности для себя и других лиц либо возможности причинения им иного существенного вреда, в применении принудительных мер медицинского характера не нуждается, может лично осуществлять принадлежащие и предусмотренные ст.ст. , 47 УПК РФ процессуальные права. ФИО1 наркоманией не страдает, в лечении от наркомании не нуждается, а обнаруживает пагубное употребление алкоголя, в связи с чем, ему рекомендовано наблюдение у нарколога на основании приказа МЗ РФ от 30 декабря 2015 г. № 1034 Н «Об утверждении порядка оказания медицинской помощи по профилю «психиатрия-наркология» и Порядка диспансерного наблюдения за лицами с психическими расстройствами поведения, связанными с употреблением психоактивных веществ» (т. 2 л.д. 177-181). Выводы экспертов суд находит обоснованными, а подсудимого ФИО1 вменяемым и подлежащим уголовной ответственности. Оценив исследованные доказательства в совокупности, суд пришел к выводу о доказанности вины ФИО1 в совершении 8 преступлений, предусмотренных ч. 3 ст. , п. «г» ч. 4 ст. 228.1 УК РФ , то есть в покушениях на незаконный сбыт наркотических средств с использованием информационно-телекоммуникационной сети «Интернет», группой лиц по предварительному сговору, в крупном размере. Действия ФИО1 по каждому вышеуказанному эпизоду суд квалифицирует как самостоятельное преступление, поскольку, как установлено в судебном заседании, он имел умысел на сбыт наркотических средств нескольким лицам при отсутствии с ними предварительной договоренности на реализацию всего объема этих наркотических средств, однако не смог окончить преступления по независящим от него причинам, в связи с его задержанием и изъятием наркотических средств. Квалифицирующий признак совершения преступления с использованием информационно-телекоммуникационных сетей (включая сеть «Интернет») подтвержден данными о том, что ФИО1 при совершении всех вышеуказанных преступлений использовал мобильный телефон марки «Айфон 8», с сим-картой оператора сотовой связи «Билайн», установленное в нем интернет-приложение «Телеграмм». А именно, с помощью указанного телефона через приложения он вел переписку с неустановленным соучастником о незаконном сбыте наркотиков, в том числе согласовывал условия совершения преступлений и свою роль; получал от соучастника информацию о местах нахождения закладок с наркотиками, откуда их извлекал; с помощью указанного телефона фотографировал места нахождения оборудованных им закладок с наркотиками и с целью их сбыта через приложение «Телеграмм» намеревался передать фотографии с координатами закладок соучастнику с помощью сети «Интернет». Квалифицирующий признак совершения преступления группой лиц по предварительному сговору подтвержден показаниями ФИО1, а также данными о том, что ФИО1 и его неустановленный соучастник совместно совершили все вышеописанные преступления в соответствии с их ролями, заранее договорившись об их совместном совершении, что подтверждено их перепиской в приложении «Телеграмм». Квалифицирующие признаки незаконного сбыта наркотических средств в крупном размере подтверждены данными о том, что в соответствии с Постановлением Правительства № 1002 от 01 октября 2012 г. наркотическое средство - смесь, в состав которой входит наркотическое средство PVP – производное наркотическое средство N-метилэфедрон, массой свыше 1 грамма является крупным размером. Совершение покушения на незаконный сбыт наркотических средств подтвержден тем, что умысел, направленный на незаконный сбыт наркотических средств ФИО1, действовавшим группой лиц по предварительному сговору, не был доведен до конца по независящим от этих лиц обстоятельствам, так как ФИО1 был задержан, а наркотические средства были изъяты из незаконного оборота. Также, при квалификации действий подсудимого суд учитывает, что, по смыслу уголовного Закона, сбыт наркотического средства считается оконченным преступлением с момента выполнения лицом всех необходимых действий по передаче приобретателю указанного наркотического средства, независимо от их фактического получения приобретателем. Однако, если лицо в целях осуществления умысла на незаконный сбыт наркотических средств, незаконно хранит эти средства, и тем самым совершает действия, направленные на их последующую реализацию и составляющие часть объективной стороны сбыта, однако по не зависящим от него обстоятельствам не передает указанные средства приобретателю, то такое лицо несет уголовную ответственность за покушение на незаконный сбыт этих средств. ФИО1 не судим, впервые привлекается к уголовной ответственности, по месту регистрации и месту жительства характеризуется положительно, по месту учебы, соседями - исключительно положительно, является студентом 1 курса ФГБОУ СГЮА, принимал активное участие в жизнедеятельности школы, на учете у врача-психиатра не состоит, состоит на учете «Д» у врача-нарколога с диагнозом пагубное употребление алкоголя, вину признал полностью, в содеянном раскаялся. Обстоятельствами, смягчающими наказание ФИО1 (по 8 преступлениям, предусмотренным ч. 3 ст. и п. «г» ч. 4 ст. 228.1 УК РФ ), суд в соответствии с п. «и» ч. 1 ст. 61 УК РФ признает активное способствование раскрытию и расследованию преступлений, выразившееся в даче подробных показаний, выдаче сотового телефона, самостоятельное указание пароля от телефона, указание на места, где им были оборудованы закладки неопределенному кругу лиц. В соответствии с ч. 2 ст. 61 УК РФ суд также признает признание вины, раскаяние в содеянном, состояние его здоровья и его родственников, добровольное пожертвование в благотворительный фонд. Вместе с тем, вопреки доводам защиты, суд не находит оснований для признания в качестве смягчающего обстоятельства тяжелого материального положения подсудимого, поскольку ФИО1, являясь здоровым, трудоспособным, обеспеченным жильем, не был лишен возможности работать и получать заработок, наличие финансовых трудностей не могут являться поводом к совершению преступления. Обстоятельств, отягчающих наказание, не имеется, в связи с чем, суд учитывает положения ч. 1 ст. 62 УК РФ . В судебном заседании по ходатайству стороны защиты была допрошена бабушка ФИО1 – ФИО5, которая охарактеризовала своего внука исключительно с положительной стороны. Решая вопрос о виде и мере наказания подсудимого ФИО1, суд, руководствуясь принципом справедливости, учитывает характер и степень общественной опасности совершенных ФИО1 преступлений, принимает во внимание: обстоятельства данного конкретного дела, личность подсудимого, его характеристики, обстоятельства, смягчающие наказание, и отсутствие отягчающих обстоятельств, влияние наказания на исправление подсудимого, на условия жизни его семьи и на достижение иных целей наказания, таких как восстановление социальной справедливости и предупреждение совершения новых преступлений. С учетом изложенного, характера и степени общественной опасности, совершенных преступлений, личности подсудимого и других вышеуказанных обстоятельств, суд приходит к выводу, что наказание ФИО1 должно быть назначено в виде лишения свободы и считает, что исправление и перевоспитание подсудимого возможно лишь в условиях изоляции от общества. При этом вопреки доводам защиты, с учетом характера совершенного деяния и личности подсудимого, суд не усматривает основания для применения положений ст. 96 УК РФ . Также, вопреки доводам защиты, в отношении ФИО1, родившегося ДД.ММ.ГГГГ г., не могут быть применены нормы раздела 5 главы 14 УК РФ, регламентирующих уголовную ответственность несовершеннолетних, поскольку на момент совершения преступления, а именно 20 октября 2024 г. ФИО1 было полных 18 лет. Правовых оснований для назначения наказания ФИО1 с применением ст. 73 УК РФ , или ч. 6 ст. 15 УК РФ с целью изменения подсудимому, категории преступления на менее тяжкую, суд не усматривает. Поскольку судом в отношении подсудимого ФИО1 установлены смягчающие наказание обстоятельства, предусмотренные п. «и» ч. 1 ст. 61 УК РФ , а обстоятельств, отягчающих наказание не имеется, суд при назначении наказания подсудимому ФИО1 применяет правила ч. 1 ст. 62 УК РФ . С учетом вида назначаемого подсудимому ФИО1 наказания, суд считает возможным не применять в качестве дополнительного наказания штраф и лишение права занимать определенные должности или заниматься определенной деятельностью, полагая, что цели наказания будут достигнуты применением основного наказания. Суд учитывает, что согласно ч. 1 ст. 62 УК РФ при наличии смягчающих обстоятельств, предусмотренных п. «и» ч. 1 ст. 61 УК РФ ,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УК РФ. В соответствии с ч. 3 ст. 66 УК РФ срок или размер наказания за покушение на преступление не может превышать трех четвертей максимального срока или размера наиболее строгого вида наказания, предусмотренного соответствующей статьей Особенной части настоящего Кодекса за оконченное преступление. Назначая подсудимому ФИО1 наказание по преступлениям, предусмотренным ч. 3 ст. и п. «г» ч. 4 ст. 228.1 УК РФ суд учитывает, что санкция указанной уголовно-правовой нормы с учетом положений ч. 3 ст. 66 УК РФ (3/4 от 20 – 15 лет) и ч. 1 ст. (2/3 от 15 – 10 лет) УК РФ; При этом, по смыслу уголовного Закона, несмотря на то, что наказание является менее строгим, чем нижний предел санкции, ссылка на статью 64 УК РФ при назначении наказания не требуется. В соответствии с п. «в» ч. 1 ст. 58 УК РФ ФИО1 как мужчине, осужденному к лишению свободы за совершение особо тяжких преступлений, ранее не отбывавшему лишение свободы, отбывание наказания следует назначить в исправительной колонии строгого режима. В соответствии с ч. 2 ст. , п. 17 ч. 1 ст. 299 УПК РФ меру пресечения ФИО1 в целях обеспечения исполнения приговора следует изменить с подписки о невыезде и надлежащем поведении на заключение под стражу на срок до вступления приговора в законную силу и зачесть в срок отбывания наказание время нахождения под домашним арестом, время задержания и время содержания под стражей до вступления приговора в законную силу в соответствии с ч. 3.2, ч. 3.4 ст. 72 УК РФ . Разрешая вопрос о зачете в срок отбывания наказания времени задержания и содержания подсудимого ФИО1 под домашним арестом, суд полагает, что фактически ФИО1 был задержан 20 октября 2024 г., что следует из показаний самого подсудимого ФИО1, а также из рапорта инспектора 5 роты полка ППСп УМВД России по г. Саратову от 20 октября 2024 г. (т. 1 л.д. 8), а согласно протоколу задержания подозреваемого в порядке ст.ст. , 92 УПК РФ – 21 октября 2024 г. То есть в порядке ст.ст. , 92 УПК РФ ФИО1 был задержан с 20 октября 2024 г. по 23 октября 2024 г. включительно. С 24 октября 2024 г. по 20 января 2025 г. включительно ФИО1 содержался под домашним арестом. Мобильный телефон, принадлежащий ФИО1, на основании п. 1 ч. 3 ст. 81 УПК РФ следует конфисковать, обратив в собственность государства, как иное средство совершения преступлений, при помощи которого виновный получал от соучастника и передавал ему необходимую информацию, связанную подготовкой и совершением преступлений. Судьбу вещественных доказательств следует решить в соответствии со ст. 81 УПК РФ . Руководствуясь статьями ст.ст. , и 309 УПК РФ , суд приговорил: ФИО1 признать виновным в совершении 8 преступлений, предусмотренных ч. 3 ст. , п. «г» ч. 4 ст. 228.1 УК РФ , и назначить ему наказание: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ч. 3 ст. и п. «г» ч. 4 ст. 228.1 УК РФ , по факту покушения на незаконный сбыт наркотических средств, группой лиц по предварительному сговору, в крупном размере (массой 45,18 грамм) в виде 6 (шести) лет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ч. 3 ст. и п. «г» ч. 4 ст. 228.1 УК РФ , по факту покушения на незаконный сбыт наркотических средств, группой лиц по предварительному сговору, в крупном размере (массой 1,87 грамм) в виде 5 (пяти) лет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ч. 3 ст. и п. «г» ч. 4 ст. 228.1 УК РФ , по факту покушения на незаконный сбыт наркотических средств, группой лиц по предварительному сговору, в крупном размере (массой 1,92 грамм), в виде 5 (пяти) лет лишения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ч. 3 ст. и п. «г» ч. 4 ст. 228.1 УК РФ , по факту покушения на незаконный сбыт наркотических средств, группой лиц по предварительному сговору, в крупном размере (массой 1,84 грамм), в виде 5 (пяти) лет лишения свободы;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ч. 3 ст. и п. «г» ч. 4 ст. 228.1 УК РФ , по факту покушения на незаконный сбыт наркотических средств, группой лиц по предварительному сговору, в крупном размере (массой 2,02 грамма) у &lt;...&gt; в виде 5 (пяти) лет лишения свободы;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ч. 3 ст. и п. «г» ч. 4 ст. 228.1 УК РФ , по факту покушения на незаконный сбыт наркотических средств, группой лиц по предварительному сговору, в крупном размере (массой 2,02 грамма) у &lt;...&gt; в виде 5 (пяти) лет лишения свободы;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ч. 3 ст. и п. «г» ч. 4 ст. 228.1 УК РФ , по факту покушения на незаконный сбыт наркотических средств, группой лиц по предварительному сговору, в крупном размере (массой 1,89 грамм), в виде 5 (пяти) лет лишения свободы;</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ч. 3 ст. и п. «г» ч. 4 ст. 228.1 УК РФ , по факту покушения на незаконный сбыт наркотических средств, группой лиц по предварительному сговору, в крупном размере (массой 1,85 грамм), в виде 5 (пяти) лет лишения свободы; На основании ч. 2 ст. 69 УК РФ по совокупности преступлений путем частичного сложения назначенных наказаний определить ФИО1 окончательное наказание виде 6 (шести) лет 6 (шести) месяцев лишения свободы с отбыванием наказания в исправительной колонии строгого режима. Меру пресечения ФИО1 изменить с подписки о невыезде и надлежащем поведении на заключение под стражу на срок до вступления приговора в законную силу, с содержанием в ФКУ СИЗО-1 УФСИН России по Саратовской области, взяв его под стражу в зале суда. Срок отбывания наказания ФИО1 исчислять со дня вступления приговора в законную силу, зачесть ему в срок отбывания наказания время содержания под стражей за период с 08 апреля 2025 г. до вступления настоящего приговора в законную силу из расчета один день содержания под стражей за один день отбывания наказания в исправительной колонии строгого режима, время его фактического задержания с 20 по 23 октября 2024 г. включительно из расчета один день содержания под стражей за один день отбывания наказания в исправительной колонии строгого режима, срок нахождения под домашним арестом с 24 октября 2024 г. по 20 января 2025 г. включительно, из расчета два дня нахождения под домашним арестом за один день отбывания наказания в исправительной колонии строгого режима. Вещественные доказательства: - наркотические средства – смеси, в состав которой входит наркотическое средство PVP – производное наркотическое средство N-метилэфедрон, остаточной массы 44,92 грамм, 1,85 грамм, 1,90 грамм, 1,82 грамм, 2 грамма, 2 грамма, 1,87 грамм, 1,83 грамм, хранящиеся в камере хранения вещественных доказательств наркотических средств ОП № 5 в составе УМВД России по г. Саратову по квитанции № 847, - хранить до принятия итогового решения по уголовному делу, выделенному в отношении неустановленного соучастника ФИО1 (т. 2 л.д. 183-197, 198-211, 212-213); - 30 фрагментов изоляционной ленты синего цвета, 30 металлических плоскоцилиндрических магнита серого цвета, 60 пакетов из прозрачного бесцветного полимерного материала с клапан-застежкой, хранящиеся в камере хранения вещественных доказательств наркотических средств ОП № 5 в составе УМВД России по г. Саратову по квитанции № 847, - уничтожить (т. 2 л.д. 183-197, 198-211, 212-213); - сотовый телефон марки «iPhone 8» с сим-картой оператора сотовой связи «Билайн», принадлежащий ФИО1, хранящийся в камере хранения вещественных доказательств ОП № 5 в составе УМВД России по г. Саратову по квитанции № 649, - конфисковать, обратив в собственность государства (т. 3 л.д. 87-96, 97-106, 107). Приговор может быть обжалован в апелляционном порядке в судебную коллегию по уголовным делам Саратовского областного суда через Октябрьский районный суд г. Саратова в течение 15 суток со дня его провозглашения, а осужденным, содержащимся под стражей, - в тот же срок со дня вручения копии приговора. Осужденный вправе ходатайствовать о своем участии в рассмотрении уголовного дела судом апелляционной инстанции, о чем указывается в своей апелляционной жалобе или в возражениях на жалобы, представления, принесенные другими участниками уголовного процесса. Председательствующий С.В. Калашников Суд: Октябрьский районный суд г. Саратова (Саратовская область) (подробнее) Судьи дела: Калашников Сергей Владимирович (судья) (подробнее) Последние документы по делу: Приговор от 15 октября 2025 г. по делу № 1-64/2025 Приговор от 13 октября 2025 г. по делу № 1-64/2025 Апелляционное постановление от 21 сентября 2025 г. по делу № 1-64/2025 Приговор от 12 августа 2025 г. по делу № 1-64/2025 Приговор от 7 апреля 2025 г. по делу № 1-64/2025 Приговор от 17 февраля 2025 г. по делу № 1-64/2025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