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 ФИО2; 2. Изменял(а) ли фамилию, имя, отчество нет 3. Паспорт №"Данные изъяты" №"Данные изъяты" Выдан "Данные изъяты" Отделом УФМС России по "Данные изъяты" "Данные изъяты" 4. Другие документы Справка об освобождении 5. Дата и место рождения "Данные изъяты" "Данные изъяты" 6. Гражданство РФ 7. Образование, специальность: 9 классов 8. Место (постоянной, временной) регистрации: "Данные изъяты". 9. Место жительства (пребывания): "Данные изъяты". 10. Контактные телефоны: №"Данные изъяты". Сведения о судимостях: прилагается. Наличие особых примет: на левом плече татуировка «Скорпион», на левой руке на безымянном пальце татуировка «Перстень». 12.Отношение к воинской обязанности: не военнообязанный 13. Место учебы не учится 14. Место работы: официально не трудоустроен 15. Источник ежемесячного дохода: не имеет 16. Имеется ли задолженность по исполнительным листам: задолженности нет.</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Наличие водительского удостоверения: нет 18. Наличие автотранспорта (средств передвижений) нет 19. Сведения о состоянии здоровья: инвалид 2 группы, алкогольную и наркотическую зависимость отрицает. 20. Семейное положение не женат 21. Дети: нет Родители (опекуны): нет 22. Сведения о других родственных (близких), и иных связях поднадзорного лица, в том числе с соучастниками преступления: нет 23. Другие сведения, необходимые для осуществления административного надзора и проведения профилактической работы: Рост 159, цвет глаз голубы, волосы русые, телосложение сутулое, среднее. Ниже подпись от имени инспектора НОАН ОУУП и ПДН Отделения МВД России по Чебулинскому МО капитана полиции Ш.Е.А.. Ниже имеется подпись от имени ФИО2, дата 23.01.2025. Лист дела №"Данные изъяты" – ФИО2 23.01.2025 разъяснен Федеральный закон от 6 апреля 2011 г. N 64-ФЗ"Об административном надзоре за лицами, освобожденными из мест лишения свободы» «Статья 10. Права поднадзорного лица Поднадзорное лицо имеет право: 1) обращаться в суд с заявлением о досрочном прекращении административного надзора, а также о частичной отмене установленных судом административных ограничений; 2) обжаловать решения суда об установлении или о продлении административного надзора либо об установлении связанных с ним административных ограничений; 3) обращаться в орган внутренних дел с заявлением о получении разрешения на пребывание вне жилого или иного помещения, являющегося местом жительства либо пребывания, и (или) на краткосрочный выезд за установленные судом пределы территории в связи с исключительными личными обстоятельствами, предусмотренными частью 3 статьи 12 настоящего Федерального закона; 4) обжаловать действия (бездействие) органа внутренних дел при осуществлении административного надзора. Статья 11. Обязанности поднадзорного лица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Поднадзорное лицо обязано: 1) прибыть в определенный администрацией исправительного учреждения срок к избранному им месту жительства или пребывания после освобождения из мест лишения свободы; 2) явиться для постановки на учет в орган внутренних дел в течение трех рабочих дней со дня прибытия к избранному им месту жительства или пребывания после освобождения из мест лишения свободы, а также после перемены места жительства или пребывания; 3) явиться для постановки на учет в орган внутренних дел по месту временного пребывания в течение трех дней в случае получения по исключительным личным обстоятельствам, предусмотренным частью 3 статьи 12 настоящего Федерального закона, разрешения органа внутренних дел на пребывание вне жилого или иного помещения, являющегося местом жительства либо пребывания, и (или) на краткосрочный выезд за установленные судом пределы территории; 4) уведомить орган внутренних дел по месту временного пребывания о выезде к месту жительства, пребывания или фактического нахождения, если поднадзорное лицо находилось по месту временного пребывания по исключительным личным обстоятельствам, предусмотренным частью 3 статьи 12 настоящего Федерального закона; 5) уведомить орган внутренних дел по месту жительства, пребывания или фактического нахождения о перемене места жительства, пребывания или фактического нахождения не позднее чем за три рабочих дня до его перемены, а также в течение трех рабочих дней - о возвращении к месту жительства, пребывания или фактического нахождения, если поднадзорное лицо отсутствовало по исключительным личным обстоятельствам, предусмотренным частью 3 статьи 12 настоящего Федерального закона; 6) уведомить орган внутренних дел, осуществляющий административный надзор в отношении указанного лица, в течение трех рабочих дней о трудоустройстве, перемене места работы или об увольнении с работы; 7) допускать сотрудников органов внутренних дел в жилое или иное помещение, являющееся местом жительства либо пребывания, в определенное время суток, в течение которого этому лицу запрещено пребывание вне указанного помещения.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Поднадзорное лицо обязано также являться по вызову в орган внутренних дел по месту жительства, пребывания или фактического нахождения в определенный этим органом срок, давать объяснения в устной и (или) письменной форме по вопросам, связанным с соблюдением им установленных судом административных ограничений и выполнением обязанностей, предусмотренных настоящим Федеральным законом.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несоблюдения установленных судом административных ограничений или невыполнения обязанностей, предусмотренных настоящим Федеральным законом, поднадзорное лицо несет ответственность в соответствии с законодательством Российской Федерации.» Лист дела №"Данные изъяты" – рапорт составленный на имя начальника Отделения МВД России по Чебулинскому муниципальному округу подполковника полиции А.С.В.. Согласно которого, просит разрешения продолжить ведение дела административного надзора №"Данные изъяты" от 15.01.2025 года в отношении ФИО1, "Данные изъяты" года рождения, проживающего по адресу: "Данные изъяты" в связи с тем, что 23.01.2025 года местонахождение ФИО2 установлено. Ниже имеется подпись от имени инспектора НОАН ОУУП и ПДН Отделения МВД России по Чебулинскому муниципальному округу капитана полиции Ш.Е.А., дата 23.01.2025. Листы дела №№"Данные изъяты" – копия рапорта об обнаружении признаков преступления, составленный на имя заместителя начальника Отделения МВД России по Чебулинскому муниципальному округу подполковника юстиции Я., согласно которого на основании ст. 143 УПК РФ в отношении ФИО1, "Данные изъяты" года рождения, установлен административный надзор при освобождении из мест лишения свободы, выявлен факт неприбытия им без уважительных причин к избранному месту жительства или пребывания в определенный срок. Решением Мариинского городского суда Кемеровской области - Кузбассу от 15.08.2024 по иску ФКУ ИК-1 ГУФСИН России по Кемеровской области-Кузбассу в отношении ФИО2 установлен административный надзор сроком на 3 (три) года, за вычетом срока, истекшего после отбытия наказания, с возложением административными ограничений в виде: обязательной явки два раза в месяц в орган внутренних дел по месту жительства, запрещения пребывания в местах общественного питания, в которых осуществляется продажа спиртных напитков. В судебном заседании ФИО2 административные исковые требования признал в полном объеме. Решение Мариинского городского суда Кемеровской области - Кузбассу от 15.08.2024 не было обжаловано и вступило в законную силу 30.08.2024. 28.12.2024 ФИО2 освободился из ФКУ ИК-1 ГУФСИН России по Кемеровской области-Кузбассу по отбытии срока наказания. При освобождении ФИО2 были разъяснены обязанности поднадзорного лица, предусмотренные статьей 11 Федерального закона РФ от 06.04.2011 №64-ФЗ «Об административном надзоре за лицами, освобожденными из мест лишения свободы» и ответственность за уклонение от административного надзора по статье 314.1 УК РФ . Согласно предписания, после освобождения по отбытии срока наказания 28.12.2024 ФИО2 необходимо прибыть с учетом времени, необходимого для проезда, но не позднее 28.12.2024 к месту жительства или пребывания "Данные изъяты", в течении трех рабочих дней со дня прибытия к избранному месту жительства или пребывания, но не позднее 10.01.2025 явиться для постановки на учет в ОМВД пгт. Верх-Чебула, ул. Советская 105. До 15.01.2025 г. поднадзорный для постановки на профилактический учет в Отделение МВД России по Чебулинскому муниципальному округу не явился. Местонахождение ФИО2 установлено не было. 15.01.2025 в отношении ФИО2 заведено дело административного надзора, этим же числом течение срока административного надзора приостановлено. 15.01.2025 года в отношении ФИО2 заведено контрольно-наблюдательное дело по розыску лица, в отношении которого установлен административный надзор, не прибывшего к месту его осуществления. 23.01.2025 местонахождение ФИО2 установлено в пгт. Верх-Чебула Чебулинского муниципального округа Кемеровской области –Кузбасса. При опросе ФИО2 было установлено, что последнему известно об установлении в отношении него административного надзора решением Мариинского городского суда Кемеровской области - Кузбассу от 15.08.2024. На учет в ОМВД не встал, так как распивал спиртные напитки и на тот момент не хотел, что бы сотрудники полиции осуществляли за ним надзор, хотя знал и понимал, что должен находиться под контролем сотрудников полиции. Лечение в медицинских учреждениях не проходил, тяжело больных родственников не имеет. Согласно правовой позиции Верховного Суда РФ, изложенной в Постановлении Пленума Верховного Суда РФ от 24.05.2016г. №21 «О судебной практике по делам о преступлениях, предусмотренных статьей 314.1 Уголовного кодекса Российской Федерации» уклонением от административного надзора являются действия (бездействия) лица, препятствующие осуществлению контроля либо направленные на избежание контроля со стороны органов внутренних дел за соблюдением и выполнением требований административного надзора. ФИО2 достоверно зная, что в отношении него установлен административный надзор, зная последствия уклонения от административного надзора, то есть осознавая общественную опасность нарушения требований административного надзора и понимая при этом, что эти требования установлены по решению суда и обязательны для исполнения, предписание о явке в Отделение МВД России по Чебулинскому муниципальному округу, осознанно и по своей воле не прибыл к месту осуществления административного надзора и не встал на учет по фактическому месту жительства. Какие-либо сведения и уважительные причины, реально препятствующие выполнению предписания, ФИО2 не названы. Выяснение контактов полиции сложностей не представляет, поскольку эта информация секретной не является, находится в открытом доступе. Адрес Отделения МВД России по Чебулинскому муниципальному округу ФИО2 известен. В действиях ФИО1, "Данные изъяты" года рождения, проживающего по адресу: "Данные изъяты", усматриваются признаки состава преступления, предусмотренного ч. 1 ст. 314.1 УК РФ – неприбытие без уважительных причин лица, в отношении которого установлен административный надзор при освобождении из мест лишения свободы, к избранному им месту жительства или пребывания в определенный администрацией исправительного учреждения срок. В связи с этим просит зарегистрировать данный рапорт в КУСП Отделения МВД России по Чебулинскому муниципальному округу для принятия законного решения в порядке ст. - 145 УПК РФ . Рапорт составлен от имени инспектора НОАН ОУУП и ПДН Отделения МВД России по Чебулинскому муниципальному округу капитана полиции Ш.Е.А., 24.01.2025. Имеется штамп о регистрации рапорта в КУСП Отделения МВД России по Чебулинскому муниципальному округу №"Данные изъяты" от 24.01.2025. (л.д. 51-60) - Протоколом осмотра документов от 03 февраля 2025 года, в ходе которого осмотрено контрольно – наблюдательное дело №"Данные изъяты" по розыску лица, в отношении которого установлен административный надзор, не прибывшего к месту его осуществления в отношении ФИО1, "Данные изъяты" года рождения, уроженца "Данные изъяты", зарегистрированного по адресу: "Данные изъяты", проживающего по адресу: "Данные изъяты". Объявлен в розыск 15 января 2025 года. Начато: 15 января 2025 г.; прекращено: 23.01.2025, на 39 листах, которое включает в себя следующие документы: Лист дела №"Данные изъяты" - копия запроса от имени заместителя начальника подполковника внутренней службы ФКУ ИК - 1 ГУФСИН России по Кемеровской области-Кузбассу от 12.09.2024 №"Данные изъяты", на имя начальника ОМВД России по Чебулинскому муниципальному округу, выполненный на листе формата А 4. В запросе указано, что 03.01.2025г. из ФКУ ИК-1 г. Мариинска Кемеровской области-Кузбасса освобождается по отбытии наказания осужденный ФИО2, "Данные изъяты" года рождения. После освобождения имеет намерения выехать на жительство: "Данные изъяты". Данный осужденный подпадает под установление административного надзора. Просят проверить возможность проживания ФИО2 по указанному адресу. Листы дела №№"Данные изъяты" – копия решения Мариинского городского суда Кемеровской области от 15.08.2024, согласно которого в отношении ФИО1, "Данные изъяты" года рождения, уроженца "Данные изъяты" установлен административный надзор по приговору Ленинского районного суда г. Кемерово Кемеровской области от 23.05.2024 сроком на 3 (три) года, за вычетом срока, истекшего после отбытия наказания, исчисляя срок административного надзора со дня постановки на учет в органах внутренних дел по избранному месту жительства, пребывания или фактического нахождения. В отношении ФИО2 установлены административные ограничения в виде: обязательная явка два раза в месяц в орган внутренних дел по месту жительства, пребывания или фактического нахождения для регистрации; запрещение пребывания в местах общественного питания, в которых осуществляется продажа спиртных напитков. Решение вступило в законную силу 15.08.2024. Лист дела №"Данные изъяты" – сопроводительная и предписание, выполнены на листе формата А4, с использованием компьютерной техники, текст напечатанный. Сопроводительная составлена от имени заместителя начальника подполковника внутренней службы ФКУ ИК-1 ГУФСИН России по Кемеровской области-Кузбассу Ш.А.В. от 28.12.2024 №"Данные изъяты", согласно которой направляют на имя начальника ОМВД России по Чебулинскому муниципальному округу предписание в отношении ФИО2 "Данные изъяты" года рождения. В предписании указан следующий текст: «Осужденный ФИО2, "Данные изъяты" года рождения, освобожден по отбытии срока наказания 28.12.2024, которому необходимо прибыть к месту жительства или пребывания "Данные изъяты", в течении трех рабочих дней, но не позднее 10.01.2025 явиться для постановки на учет в ОМВД пгт. Верх-Чебула, ул. Советская, 105. Ниже имеется подпись от имени ФИО2 о том, что он предупрежден об уголовной ответственности по ст. 314.1 УК РФ (уклонение от административного надзора) в случае неприбытия без уважительных причин избранному месту жительства (пребывания) в установленный срок. Ниже указана дата 28.12.2024 и имеется подпись от имени ФИО2 о получении предписания. Лист дела №"Данные изъяты" – копия справки об освобождении №"Данные изъяты" от 28.12.2024 из ФКУ ИК-1 ГУФСИН России по Кемеровской области-Кузбассу освобожден ФИО2, "Данные изъяты" года рождения. Осужденный Ленинским районным судом г. Кемерово по ст. 314.1 ч.1, ст. ч. 1 УК РФ срок 1 год 1 мес. л/св и ИК строгого режима. Зачет 23.05.2024 до 14.06.2024; 06.12.2023 до 29.02.2024, 29.02.2024 до 23.05.2024. Имеющий судимости в прошлом: 1) 18.05.2017-161 ч. 2 п. В УК РФ, 3 л/св., 2) 25.12.2023-158 ч. 1 УК РФ срок 1 год л/св. Содержался в местах лишения свободы с 14.06.2024 по 28.12.2024, освобожден по отбытию срока наказания. Следует к месту жительства по адресу "Данные изъяты". Листы дела №№"Данные изъяты" – копия паспорта серия 3214 №"Данные изъяты" на ФИО1, "Данные изъяты" года рождения, уроженца р."Данные изъяты". Паспорт выдан Отделом УФМС России по "Данные изъяты" в "Данные изъяты", выдан "Данные изъяты", код подразделения 420-004. Место жительства, зарегистрирован по адресу "Данные изъяты", пгт. Верх-"Данные изъяты", "Данные изъяты". Воинская обязанность, семейное положение и графа дети в паспорте не заполнены. Лист дела №"Данные изъяты" – задание на проверку поднадзорного лица, зарегистрированное исх. №"Данные изъяты" от "Данные изъяты", согласно которого участковому уполномоченному полиции отделения УУП и ПДН Отделения МВД России по Чебулинскому муниципальному округу лейтенанту полиции В., поручено проверить ФИО2, "Данные изъяты" года рождения по месту жительства "Данные изъяты". Также имеется информация о том, что ФИО2 не явился 10.01.2025 г. в Отделение МВД России по Чебулинскому муниципальному округу для постановки на учет. Лист дела №"Данные изъяты" – копия рапорта от 15.01.2025 г., составленного на имя начальника Отделения МВД России по Чебулинскому муниципальному округу подполковника полиции А.С.В. от имени инспектора НОАН ОУУП и ПДН Отделения МВД России по Чебулинскому муниципальному округу капитана полиции Ш.Е.А., на 1 листе формата А4, согласно которого он доложил о том, что им в ходе проверки поднадзорного лица ФИО2, "Данные изъяты" года рождения по адресу "Данные изъяты" никто не находился, дверь была заперта. При поквартирном обходе установлено, что ФИО2 временно проживал у гр. Л. по адресу "Данные изъяты", в новогодние праздники гр. ФИО2 находился у Л. и распивал спиртные напитки, причину своей неявки в ОМВД России по Чебулинскому МО не пояснял, с 14.01.2025 г. ФИО2 ушел из дома Л. и по настоящее время дома не находится. На данный момент местонахождение гр. ФИО2 неизвестно. Лист дела №"Данные изъяты" – рапорт от 15.01.2025, составленный на имя начальника Отделения МВД России по Чебулинскому муниципальному округу подполковника полиции А.С.В. от имени инспектора НОАН ОУУП и ПДН Отделения МВД России по Чебулинскому муниципальному округу капитана полиции Ш.Е.А., на 1 листе формата А4, согласно которого она доложила о том, что 28.12.2024 из ФКУ ИК-1 ГУФСИН России по Кемеровской области-Кузбассу освободился ФИО2, "Данные изъяты" года рождения, в отношении которого решением Мариинского городского суда Кемеровской области от 15.08.2024 установлен административный надзор сроком на 3 года. Согласно копии предписания, после освобождения 28.12.2024 ФИО2 необходимо прибыть с учетом времени необходимого для проезда, но не позднее 28.12.2024 к месту жительства или пребывания "Данные изъяты", в течении трех рабочих дней со дня прибытия к избранному месту жительства или пребывания, но не позднее 10.01.2025 явиться для постановки на учет в ОМВД пгт. Верх-Чебула, ул. Советская, 105. До настоящего времени поднадзорный для постановки на профилактический учет в ОМВД России по Чебулинскому муниципальному округу не явился, местонахождение его не установлено. В связи с чем, просит разрешить начать розыск поднадзорного с заведением контрольно-наблюдательного дела №"Данные изъяты". Ниже имеется подпись от имени инспектора НОАН ОУУП и ПДН ОМВД России по Чебулинскому муниципальному округу капитана полиции Ш.Е.А., дата 15.01.2025 Листы дела №№"Данные изъяты" – постановление о заведении контрольно-наблюдательного дела по розыску не прибывшего без уважительных причин лица, в отношении которого установлен административный надзор при освобождении из мест лишения свободы, к избранному им месту жительства или пребывания в определенный администрацией исправительного учреждения срок от 15.01.2025, составленное инспектором направления по осуществлению административного надзора ОУУП и ПДН Отделения МВД России по Чебулинскому муниципальному округу капитаном полиции Ш.Е.А., на 1 листе бумаги формата А 4, текст печатный, в котором указано, ФИО2 осужден 23.05.2024 года Ленинским районным судом г. Кемерово Кемеровской области по ч. 1 ст. 314.1 УК РФ к 1 году 1 месяцу лишения свободы в исправительной колонии строго режима. 28.12.2024г. ФИО2 освобожден из ФКУ ИК-1 ГУФСИН России по Кемеровской области-Кузбассу, в отношении него решением Мариинского городского суда Кемеровской области от 15.08.2024 года установлен административный надзор сроком на 3 (три) года со следующими ограничениями: обязательная явка два раза в месяц в ОВД по месту жительства, пребывания или фактического нахождения для регистрации; запрещение пребывания в местах общественного питания, в которых осуществляется продажа спиртных напитков. Согласно копии предписания, после освобождения по отбытии срока наказания 28.12.2024 ФИО2 необходимо прибыть с учетом времени необходимого для проезда, но не позднее 28.12.2024 к месту жительства или пребывания "Данные изъяты", в течении трех рабочих дней со дня прибытия к избранному месту жительства или пребывания, но не позднее 10.01.2025 явиться для постановки на учет в ОМВД пгт. Верх-Чебула, ул. Советская, 105. В связи с тем, что ФИО2 для постановки на профилактический учет в ОМВД России по Чебулинскому муниципальному округу не явился и местонахождение его не установлено. В связи с чем в отношении ФИО2 заведено контрольно-наблюдательное дело по розыску лица, в отношении которого установлен административный надзор, самовольно оставившего место осуществления административного надзора и принять меры к его розыску. Ниже имеется подпись от имени инспектора НОАН ОУУП и ПДН ОМВД России по Чебулинскому муниципальному округу капитана полиции Ш.Е.А., дата 15.01.2025. Листы дела №№"Данные изъяты" – задание на проверку поднадзорного лица исх. №"Данные изъяты" от 17.01.2025, направленное в Управления, отделы, отделения МВД России по Кемеровской области-Кузбассу, для принятия мер к установлению места нахождения гр. ФИО2 Лист дела №"Данные изъяты" – ответ Управления МВД России по г. Новокузнецку исх №"Данные изъяты" от 28.01.2025 о том, что ОП «Орджоникидзевский» Управления МВД России по г. Новокузнецку ориентирован на розыск подзорного лица, ФИО2 В случае установления его местонахождения будет незамедлительно сообщено по указанному адресу. Лист дела №"Данные изъяты" – задание на проверку поднадзорного лица исх. №"Данные изъяты" от 17.01.2025, составленное на имя начальника ОМВД России по Чебулинскому муниципальному округу майора полиции З., для принятия мер к установлению места нахождения гр. ФИО2 Лист дела №"Данные изъяты" – задание на проверку поднадзорного лица исх. №"Данные изъяты" от 17.01.2025, составленное на имя старшего УУП ОУУП и ПДН ОМВД России по Чебулинскому муниципальному округу старшего лейтенанта полиции Б., для принятия мер к установлению места нахождения гр. ФИО1 Лист дела №"Данные изъяты" – рапорт от 17.01.2025г., составленный на имя начальника Отделения МВД России по Чебулинскому муниципальному округу подполковника полиции А.С.В. от имени инспектора НОАН ОУУП и ПДН Отделения МВД России по Чебулинскому муниципальному округу капитана полиции Ш.Е.А., на 1 листе формата А4, согласно которого она доложила о том, что 28.12.2024 из ФКУ ИК-1 ГУФСИН России по Кемеровской области-Кузбассу освободился ФИО2, "Данные изъяты" года рождения, в отношении которого решением Мариинского городского суда Кемеровской области от 15.08.2024 установлен административный надзор сроком на 3 года. Согласно копии предписания, после освобождения 28.12.2024 ФИО2 необходимо прибыть с учетом времени необходимого для проезда, но не позднее 28.12.2024 г. к месту жительства или пребывания "Данные изъяты", в течении трех рабочих дней со дня прибытия к избранному месту жительства или пребывания, но не позднее 10.01.2025 явиться для постановки на учет в ОМВД пгт. Верх-Чебула, ул. Советская, 105. До настоящего времени поднадзорный для постановки на профилактический учет в ОМВД России по Чебулинскому муниципальному округу не явился, местонахождение его не установлено. В связи с чем, просит выставить поднадзорного ФИО2 в оперативный розыск. Ниже имеется подпись от имени инспектора НОАН ОУУП и ПДН ОМВД России по Чебулинскому муниципальному округу капитана полиции Ш.Е.А., дата 17.01.2025. Лист дела №"Данные изъяты" – рапорт от 18.01.2025 г., составленный на имя начальника Отделения МВД России по Чебулинскому муниципальному округу подполковника полиции А.С.В. от имени УУП ОУУП и ПДН Отделения МВД России по Чебулинскому муниципальному округу лейтенанта полиции В., на 1 листе формата А4, согласно которого он доложил о том, что при проверке адреса "Данные изъяты" никто не находился, дверь была заперта, местонахождение ФИО2 не установлено. Лист дела №"Данные изъяты" – рапорт от 19.01.2025 г., составленный на имя начальника Отделения МВД России по Чебулинскому муниципальному округу подполковника полиции А.С.В. от имени УУП ОУУП и ПДН Отделения МВД России по Чебулинскому муниципальному округу лейтенанта полиции Г., на 1 листе формата А4, согласно которого он доложил о том, что при проверке адреса "Данные изъяты" никто не находился, дверь была заперта. Лист дела №"Данные изъяты" – копия рапорта от 20.01.2025, составленного на имя начальника Отделения МВД России по Чебулинскому муниципальному округу подполковника полиции А.С.В. от имени УУП ОУУП и ПДН Отделения МВД России по Чебулинскому муниципальному округу лейтенанта полиции В., на 1 листе формата А4, согласно которого он доложил о том, что им в ходе проверки поднадзорного лица ФИО2, "Данные изъяты" года рождения по адресу ул. "Данные изъяты" никто не находился, дверь была заперта. При поквартирном обходе установлено, что ФИО2 приходил в гости к гр. Л.., который проживает по адресу "Данные изъяты", они совместно распивал спиртное, после шр. ФИО2 кто-то позвонил на мобильный телефон и он ушел в неизвестном направлении. На данный момент местонахождение гр. ФИО2 неизвестно. Ниже имеется подпись от имени УУП ОУУП и ПДН ОМВД России по Чебулинскому муниципальному округу лейтенанта полиции В., дата 20.01.2025. Лист дела №"Данные изъяты" – рапорт от 21.01.2025 г., составленный на имя начальника Отделения МВД России по Чебулинскому муниципальному округу подполковника полиции А.С.В. УУП ОУУП и ПДН Отделения МВД России по Чебулинскому муниципальному округу лейтенантом полиции Г., на 1 листе формата А4, согласно которого он доложил о том, что при проверке адреса "Данные изъяты" никто не находился, дверь была заперта. Ниже имеется подпись от имени УУП ОУУП и ПДН ОМВД России по Чебулинскому муниципальному округу лейтенанта полиции Г., дата 21.01.2025 Лист дела №"Данные изъяты" – копия рапорта от 22.01.2025 г., составленного на имя начальника Отделения МВД России по Чебулинскому муниципальному округу подполковника полиции А.С.В. УУП ОУУП и ПДН Отделения МВД России по Чебулинскому муниципальному округу лейтенантом полиции В., на 1 листе формата А4, согласно которого он доложил о том, что им в ходе проверки поднадзорного лица ФИО2, "Данные изъяты" года рождения по адресу "Данные изъяты" никто не находился, дверь была заперта. Провести беседы с соседями не представилось возможным. Установить местонахождение ФИО2 не представилось возможным. Ниже имеется подпись от имени УУП ОУУП и ПДН ОМВД России по Чебулинскому муниципальному округу лейтенанта полиции В., дата 22.01.2025 Лист дела №"Данные изъяты" – рапорт от 23.01.2025 г., составленный на имя начальника Отделения МВД России по Чебулинскому муниципальному округу подполковника полиции А.С.В. от имени УУП ОУУП и ПДН Отделения МВД России по Чебулинскому муниципальному округу лейтенанта полиции Г., на 1 листе формата А4, согласно которого он доложил о том, что местонахождение поднадзорного ФИО2 было установлено, он находился напротив "Данные изъяты" после чего разыскиваемый был доставлен в ОМВД России по Чебулинскому муниципальному округу. Ниже имеется подпись от имени УУП ОУУП и ПДН ОМВД России по Чебулинскому муниципальному округу лейтенанта полиции Г., дата 23.01.2025 Листы дела №№"Данные изъяты" – объяснение составленное в пгт. Верх-Чебула от 23.01.2025 г. согласно которого ФИО2 пояснил, что с 06.12.2023 года он отбывал наказание в местах лишения свободы за совершение преступления предусмотренного ст. 314.1 ч. 1 УК РФ, ст. ч.1 УК РФ. Сначала он содержался в СИЗО, а с 14.06.2024 в ИК -1 ГУФСИН России по Кемеровской области. В отношении него был установлен административный надзор на основании решения Мариинского городского суда Кемеровской области от 15.08.2024 года сроком на 3 года. Решение не обжаловал, был согласен с ним. Данным решением ему были установлены следующие ограничения: - являться два раза в месяц на регистрацию в ОВД по месту жительства или пребывания. - запрещение пребывания в местах общественного питания, в которых осуществляется продажа спиртных напитков. 28.12.2024 г. он освободился из ИК-1 ГУФСИН России по Кемеровской области-Кузбассу. При освобождении ему на руки были выданы документы, на основании которых он должен был встать на учет в отделение полиции как поднадзорное лицо. Сотрудниками колонии ему было разъяснено все о надзоре и о том куда ему следует приехать для места моего проживания, так же было выдано на руки предписание согласно которого не позднее 10.01.2025 он должен был явиться для постановки на учет в ОМВД пгт. Верх-Чебула, ул. Советская 105, так же согласно предписания, избранным местом моего проживания был указан адрес: пгт. Верх-Чебула "Данные изъяты". В этот же день на рейсовом автобусе он приехал в пгт. Верх-Чебула по вышеуказанному адресу. Данное жилье ему было выдано в октябре 2023 года администрацией Чебулинского муниципального округа как сироте. В этот день на учет в отделении полиции он не встал, так как сроки постановки согласно предписания ему позволяли, кроме того там были выходные и праздничные новогодние дни. Так после освобождения он стал проживать по вышеуказанному адресу. Из знакомых общался только с Л., около пяти раз приходил к нему в гости домой, он проживает с ним по соседству, в этом же доме в квартире №"Данные изъяты". Так же и сам Л. бывал у него в гостях. Кажется о том, что он освободился с надзором, Л. он не говорил. Начиная с 28.12.2024 он стал употреблять спиртные напитки. Когда пришло время вставать на учет, он этого не сделал так как продолжал пить и на тот момент не хотел, что бы сотрудники полиции осуществляли за ним надзор, хотя он знал и понимал, что он должен находиться под контролем сотрудников полиции. Двери он кроме Л. никому не открывал, по договоренности если он хотел к нему прийти, то он должен был постучаться четыре раза. Кроме того в двери у него имеется глазок. В основном Л. приходил к нему вечером. В дневное время он мог дома не находится, так как бывал в магазинах. 21.01.2025 года около 10 или 11 утра он уехал в Мариинск, чтобы купить музыкальную колонку. Когда находился в г. Мариинск, мне позвонил Л. и сказал, что сотрудники полиции стоят у него дома, и разыскивают его. Затем Л. передал трубку, с ним стал разговаривать мужчина, который представился участковым, он задал ему вопрос почему он не является в отдел полиции на постановку на учет, он ответил, что ему было некогда. После чего сотрудник полиции ему сказал, что ему нужно прибыть в отделение полиции на постановку на учет как поднадзорное лицо. Он сказал, что придет в четверг, то есть 23.01.2025. Сегодня, около 11 часов, когда он находился около дома, чтобы пойти в полицию, к нему подъехали участковые и доставили в Отделение МВД. Таким образом, он осознает и понимает, что своими действиями допустил нарушение в том, что несвоевременно встал на учет в полицию. Больше по данному факту ему пояснить нечего. Ниже имеется подпись от имени ФИО2 и инспектора направления по осуществлению административного надзора ОУУП и ПДН Отделения МВД России по Чебулинскому муниципальному округу капитана полиции Ш.Е.А. Листы дела №№"Данные изъяты" – объяснение составленное в пгт. Верх-Чебула от 23.01.2025 г. согласно которого Л. пояснил, что он проживает по адресу: "Данные изъяты" совместно со своей сожительницей С. ФИО2, ему знаком так как является его другом. Ему известно, что он освободился из мест лишения свободы перед новым годом, а именно в конце декабря 2024 года. Ему известно, о том, что с момента освобождения он стал проживать по адресу: "Данные изъяты". Так они стали общаться, ходить к другу в гости, вместе они распивали спиртные напитки. О том, что он освободился с надзором, он этим не интересовался. 21.01.2025 года к нему приехали сотрудники полиции, а именно участковый Г. и В. и поинтересовались, не знает ли он о месте нахождения ФИО2, который своевременно не встал на учет в полицию как поднадзорное лицо. Он сразу же позвонил ФИО2 и сказал, что сотрудники полиции стоят у него дома, и разыскивают его (ФИО2). Затем он передал трубку сотруднику полиции Г., который сообщил ФИО2, что ему нужно приехать в отделение полиции на постановку на учет. Больше по данному факту ему пояснить нечего. Ниже имеется подпись от имени Л. и инспектора направления по осуществлению административного надзора ОУУП и ПДН Отделения МВД России по Чебулинскому муниципальному округу капитана полиции Ш.Е.А. Листы дела №№"Данные изъяты" – объяснение составленное в пгт. Верх-Чебула от 23.01.2025 г. согласно которого С. пояснила, что она проживает по адресу: "Данные изъяты" совместно со своим сожителем Л. ФИО2, ей знаком около двух лет. С ним общается ее сожитель Л. Ей известно, что ФИО2 освободился из мест лишения свободы перед новым годом, а именно в конце декабря 2024 года. Об этом она узнала, когда встретила его случайно на улице. ФИО2 с момента освобождения стал проживать по адресу: "Данные изъяты". ФИО2 и Л. стали общаться. Чаще всего к ним в гости приходил ФИО2, Л. к нему ходил реже. В основном они распивали спиртные напитки. Когда ФИО2 освободился, сразу перед новым годом, находясь у них в гостях, показал ему справку об освобождении и сказал, что ему нужно 09.01.2025 года после праздников встать на учет в полицию, по какой причине не сказал. 21.01.2025 года им домой приехали сотрудники полиции, а именно участковый Г. и В. и поинтересовались, не знаем ли они о месте нахождения ФИО2, который своевременно не встал на учет в полицию как поднадзорное лицо. Л. сразу же позвонил ФИО2 и сказал, что сотрудники полиции разыскивают его. Затем он передал трубку сотруднику полиции Г., который сообщил ФИО2, что ему нужно приехать в отделение полиции на постановку на учет. Больше по данному факту ей пояснить нечего. Листы дела №№"Данные изъяты" – постановление о прекращении розыска лица, в отношении которого установлен административный надзор, не прибывшего к месту его осуществления от 23.01.2025 составленное инспектором направления по осуществлению административного надзора ОУУП и ПДН Отделения МВД России по Чебулинскому муниципальному округу капитаном полиции Ш.Е.А., рассмотрев материалы контрольно-наблюдательного дела №"Данные изъяты" в отношении ФИО1 объявленного в розыск в связи с тем, что в установленные сроки не прибыл в Отделение МВД России по Чебулинскому муниципальному округу для постановки на учет под административный надзор, УСТАНОВИЛ: ФИО2, "Данные изъяты" года рождения, осужден 23.05.2024 г. Ленинским районным судом по ст. 314.1 ч. 1, ст. ч. 1 УК РФ сроком на 1 год 1 месяц лишения свободы в ИК строго режима. 28.12.2024 г. ФИО2 освобожден из ФКУ ИК – 1 ГУФСИН России по Кемеровской области-Кузбассу, в отношении него решением Мариинского городского суда Кемеровской области от 15.08.2024 года установлен административный надзор сроком на 3 года со следующими ограничениями:- обязательная явка два раза в месяц в ОВД по месту жительства, пребывания или фактического нахождения для регистрации; запрещение пребывания в местах общественного питания, в которых осуществляется продажа спиртных напитков. Согласно копии предписания, после освобождения по отбытии срока наказания 28.12.2024 ФИО2 необходимо прибыть с учетом времени, необходимого для проезда, но не позднее 28.12.2024 к месту жительства или пребывания "Данные изъяты", в течении трех рабочих дней со дня прибытия к избранному месту жительства или пребывания, но не позднее 10.01.2025 явиться для постановки на учет в ОМВД пгт. Верх-Чебула, ул. Советская 105. До 15.01.2025 г. поднадзорный для постановки на профилактический учет в Отделение МВД России по Чебулинскому муниципальному округу не явился. Местонахождение ФИО2 установлено не было. 15.01.2025 в отношении ФИО2 заведено дело административного надзора, этим же числом течение срока административного надзора приостановлено. 15.01.2025 года в отношении ФИО2 заведено контрольно-наблюдательное дело по розыску лица, в отношении которого установлен административный надзор, не прибывшего к месту его осуществления. 23.01.2025 местонахождение ФИО2 установлено в пгт. Верх-Чебула Чебулинского муниципального округа Кемеровской области –Кузбасса. С учетом вышеизложенного, на основании Инструкции по организации и осуществлению розыска лиц, в отношении которых установлен административный надзор, не прибывших к месту его осуществления либо самовольно оставивших его ПОСТАНОВИЛ: Розыск в отношении ФИО1, "Данные изъяты" года рождения прекратить, контрольно-наблюдательное дело сдать в архив. Ниже имеется подпись от инспектора направления по осуществлению административного надзора ОУУП и ПДН Отделения МВД России по Чебулинскому муниципальному округу капитана полиции Ш.Е.А., дата 23.01.2025. Лист дела №"Данные изъяты" - лист проверки контрольно-наблюдательного дела. (л.д. 62-71) Судом в качестве доказательств по делу приняты оглашенные в судебном заседании показания подсудимого ФИО2 данные им в ходе дознания, так как эти показания являются подробными, правдивыми, подтверждаются и взаимно согласуются с другими доказательствами по делу, получены с соблюдением требованием уголовно - процессуального закона. Оценивая показания свидетелей: Ш.Е.А., В., Г., С. и Л., суд не находит в них противоречий, показания свидетелей последовательны, подробны, взаимно дополняются между собой, подтверждаются письменными материалами дела, получены с соблюдением требований уголовно-процессуального закона, и поэтому суд признаёт их относимыми, допустимыми и достоверными доказательствами. Судом не установлено оснований со стороны свидетелей, оговаривать подсудимого ФИО2 Суд оценивая, протокол выемки, протоколы осмотра документов, приходит к выводу, что они составлены в соответствии с требованиями уголовно - процессуального закона, в связи с чем, суд признаёт их относимыми и допустимыми доказательствами. Все исследованные в судебном заседании доказательства в их совокупности являются достаточными и позволяют сделать вывод о доказанности вины подсудимого ФИО2 в совершении преступления. Действия подсудимого ФИО2 суд квалифицирует по ч. 1 ст. 314.1 УК РФ , то есть неприбытие без уважительных причин лица, в отношении которого установлен административный надзор при освобождении из мест лишения свободы, к избранному им месту жительства или пребывания в определенный администрацией исправительного учреждения срок, совершенное в целях уклонения от административного надзора. При назначении наказания подсудимому ФИО2 в соответствии со ст. и ч. 3 ст. 60 УК РФ суд учитывает характер и степень общественной опасности содеянного, данные о личности подсудимого, который согласно материалов уголовного дела является инвалидом 2 группы (л.д. 100), согласно характеристики Территориального управления по обеспечению жизнедеятельности Чебулинского муниципального округа, ФИО2 характеризуется удовлетворительно (л.д. 111), участковым уполномоченным по месту жительства характеризуется отрицательно (л.д. 113), на учете у врача-психиатра, врача-нарколога в ГБУЗ «Чебулинская районная больница» не состоит (л.д. 114), на учете в ГБУЗ «Кузбасская клиническая психиатрическая больница» не состоит (л.д. 143), на учете в ГБУЗ «Кузбасский клинический наркологический диспансер им. профессора Н.П. Кокориной» не состоит (л.д. 145), ранее судим (л.д. 124-126, 129-131, 136-137), 15.08.2024 решением Мариинского городского суда Кемеровской области в отношении ФИО2 установлен административный надзор сроком на 3 года, с установлением ограничений в виде: обязательной явки два раза в месяц в орган внутренних дел по месту жительства, пребывания или фактического нахождения для регистрации и запрещения пребывания в местах общественного питания, в которых осуществляется продажа спиртных напитков (л.д. 140-141). Отягчающих наказание подсудимого ФИО2 обстоятельств судом не установлено. Совершение лицом имеющим непогашенную судимость по приговору Чебулинского районного суда Кемеровской области от 18.05.2017, в период нахождения под административным надзором, преступления по приговору Ленинского районного суда г. Кемерово от 23.05.2024, явилось основанием для установления осужденному административного надзора и наделила его признаками объекта преступления, предусмотренного ч. 1 ст. 314.1 УК РФ , что исключает учет рецидива как обстоятельства, отягчающего наказание. При этом, несмотря на непризнание рецидива преступлений обстоятельством, отягчающим наказание ФИО2 по ч. 1 ст. 314.1 УК РФ , его фактическое наличие в действиях осужденного влечет назначение наказания за данной преступление по правилам ст. 68 УК РФ и не исключает применение иных уголовно-правовых последствий рецидива. В качестве смягчающих наказание подсудимого ФИО2 обстоятельств суд признает наличие инвалидности, полное признание вины, раскаяние в содеянном, в соответствии с ч. 2 ст. 61 УК РФ . Разрешая вопрос о назначении наказания подсудимому ФИО2 суд не находит оснований для назначения наказания с применением правил ст. 64 УК РФ , поскольку судом не установлено исключительных обстоятельств, связанных с целями и мотивами совершения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Судом не может быть назначено наказание ФИО2 в виде обязательных или исправительных работ, предусмотренных санкцией ч. 1 ст. 314.1 УК РФ , в связи с тем, что в действиях подсудимого имеет место рецидив преступлений в соответствии с ч. 1 ст. 18 УК РФ , а учитывая установленные по делу смягчающие обстоятельства, наказание ФИО2 следует назначить в виде лишения свободы, с применением положения ч. 3 ст. 68 УК РФ . Учитывая характер и степень общественной опасности совершенного преступления, конкретные обстоятельства содеянного, данные о личности ФИО2, смягчающие наказание подсудимого обстоятельства и отсутствие отягчающих обстоятельств, суд пришел к выводу, что достижение целей назначения наказания, предусмотренных ч. 2 ст. 43 УК РФ будет способствовать назначением ему наказания в виде лишения свободы, с применением положений ст. 73 УК РФ . Оснований для освобождения подсудимого ФИО2 от наказания не установлено. Вещественные доказательства по делу следует определить в соответствии со ст. и ст. 82 УПК РФ . В соответствии со ст. ст. - 132 УПК РФ процессуальные издержки в сумме 4498 (четыре тысячи четыреста девяносто восемь) рублей 00 копеек (л.д. 191), выразившиеся в оплате вознаграждения адвоката кабинета Титова В.Н. в ходе дознания, суд считает необходимым взыскать с ФИО2 в доход Федерального бюджета РФ, так как ходатайств об отказе от защитника-адвоката в ходе дознания не заявлял. Защитник адвокат Титов В.Н. участвовал в ходе дознания по данному уголовному делу по назначению. Оснований для полного освобождения ФИО2 от уплаты процессуальных издержек не имеется. Меру процессуального принуждения обязательство о явке до вступления приговора в законную силу в отношении подсудимого ФИО2 оставить без изменения, по вступлению приговора в законную силу отменить. На основании изложенного и руководствуясь ст. ст. , , и 309 УПК РФ , суд ПРИГОВОРИЛ: Признать ФИО1 виновным в совершении преступления, предусмотренного ч. 1 ст. 314.1 УК РФ , и назначить ему наказание в виде лишения свободы на 6 (шесть) месяцев. На основании ст. 73 УК РФ наказание ФИО2 в виде лишения свободы считать условным с испытательным сроком 6 (шесть) месяцев. Срок наказания ФИО2 исчислять со дня вступления приговора в законную силу. В испытательный срок засчитать время, прошедшее со дня провозглашения приговора. В период испытательного срока на ФИО2 возложить обязанности, в трехдневный срок со дня вступления приговора в законную силу встать на учёт Уголовно-исполнительную инспекцию по месту жительства, регулярно, не менее одного раза в месяц являться на регистрацию в Уголовно-исполнительную инспекцию по месту жительства, не менять без уведомления данного органа место жительства. По вступлению приговора суда в законную силу меру процессуального принуждения ФИО2 в виде обязательства о явке, отменить. В соответствии с ч. 3 ст. 81 УПК РФ вещественные доказательства по уголовному делу: копии документов из дела административного надзора №"Данные изъяты" на лицо, освободившееся из мест лишения свободы, в отношении которого судом установлены временные ограничения и определены обязанности в отношении ФИО2; копии документов из контрольно-наблюдательного дела №"Данные изъяты" по розыску лица не прибывшего без уважительных причин, в отношении которого установлен административный надзор при освобождении из мест лишения свободы, к избранному месту жительства или пребывания в определенный администрацией исправительного учреждения срок в отношении ФИО1, по вступлению приговора в законную силу - хранить в уголовном деле. Дело административного надзора №"Данные изъяты" на лицо, освободившееся из мест лишения свободы, в отношении которого судом установлены временные ограничения и определены обязанности в отношении ФИО2; контрольно-наблюдательное дело №"Данные изъяты" по розыску лица не прибывшего без уважительных причин, в отношении которого установлен административный надзор при освобождении из мест лишения свободы, к избранному месту жительства или пребывания в определенный администрацией исправительного учреждения срок в отношении ФИО2, переданные на хранение инспектору направления по осуществлению административного надзора ОУУП и ПДН ОМВД России по Чебулинскому муниципальному округу Ш.Е.А., оставить в ОМВД России по Чебулинскому муниципальному округу, ограничения в пользовании снять. В соответствии со ст. ст. , 132 УПК РФ взыскать с ФИО1 процессуальные издержки в сумме 4 498 (четыре тысячи четыреста девяносто восемь) рублей 00 копеек, выразившиеся в оплате вознаграждения адвоката «Адвокатского кабинета Титов В.Н.» Титова В.Н. в ходе дознания по данному уголовному делу. Приговор может быть обжалован в апелляционную инстанцию в Судебную коллегию по уголовным делам Кемеровский областного суда в течение 15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осуждённый вправе обратиться с письменным ходатайством в 15-дневный срок со дня вручения копии приговора о своём участии в рассмотрении уголовного дела судом апелляционной инстанции. Кроме того, осужденный вправе поручить осуществление своей защиты в заседании суда апелляционной инстанции избранному им защитнику, либо ходатайствовать перед судом о назначении защитника. О своём желании иметь защитника в суде апелляционной инстанции, а равно о рассмотрении дела без защитника, осуждённому необходимо сообщить в суд, постановивший приговор в письменном виде, указав в апелляционной жалобе, либо в возражениях на апелляционную жалобу, представление, либо в виде отдельного заявления, которое необходимо подать в течение 15 суток со дня вручения копии постановления, либо копии апелляционного представления или апелляционной жалобы. Председательствующий: А.Е. Рыжков Суд: Чебулинский районный суд (Кемеровская область) (подробнее) Иные лица: Прокурор Чебулинского района (подробнее) Судьи дела: Рыжков А.Е. (судья) (подробнее) Последние документы по делу: Приговор от 7 апреля 2025 г. по делу № 1-17/2025 Приговор от 11 марта 2025 г. по делу № 1-17/2025 Приговор от 9 марта 2025 г. по делу № 1-17/2025 Постановление от 12 февраля 2025 г. по делу № 1-17/2025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