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ДД.ММ.ГГГГ сын ФИО7 № 2, ДД.ММ.ГГГГ.р. пришел со школы около двух часов дня. Она ушла в магазин, а когда вернулась, ребенок пожаловался, что ФИО6 ударил его ремнем по ягодицам. Количество ударов не сказал. Сын сказал, что ФИО6 его заставлял делать уроки, а сын не слушался, из-за чего ФИО6 его ударил. После она разговаривала с ФИО6, он обещал, что больше такого не будет.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следующий раз они поругались с ФИО6 в ДД.ММ.ГГГГ. К ним в гости пришла его сестра, а ФИО6 выпивал с её братом на &lt;адрес&gt; вернулся домой пьяным, и они начали ругаться, Прокопьев стал кричать, наносил удары кулаком по её голове, дергал её за волосы. Точное количество ударов не помнит. После этого ФИО6 говорил, что такого больше не будет.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Днем в ДД.ММ.ГГГГ. он ударил сына ФИО7 № 2 прутиком по ногам, она этого сама не видела, но услышала крики, выскочила на улицу, сын стоял и плакал. Она увидела красные полосы от прута у ребенка на ноге. Сын сказал, что он ходил в магазин, купил ФИО6 жвачку, но ему не понравился вкус жвачки, поэтому тот его ударил. Количество ударов не помнит Затем они переехали, стали проживать по адресу &lt;адрес&gt;, где ФИО6 продолжил применять физическую силу: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ДД.ММ.ГГГГ в дневное время она выбежала на крик из комнаты, у ФИО7 № 2 снова ноги были красные. Ребенок сказал, что ФИО6 ударил его доской по икрам около трех раз, за то, что ФИО7 № 2 дал младшей сестре шоколад. Однако Прокопьев сказал, что сын врет, он его не бил.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ДД.ММ.ГГГГ в дневное время, они поругали, ФИО6 взял чайник с кипятком, догнал её в коридоре и плеснул в неё кипятком, однако она увернулась. После чего ФИО6 ударил её один раз по челюсти слева этим электрическим чайником. Ударил, так как был пьян. 7.В ДД.ММ.ГГГГ, в обеденное время Прокопьев снова находился в состоянии опьянения, они начали ругаться, после чего Прокопьев снял металлическую дужку от кровати и «бегал» за ней по квартире, она закрылась в комнате, однако ФИО6 проломил дверь и ударил её дужкой по голове 1 раз и по спине 1 раз. 8.9. ДД.ММ.ГГГГ сын ФИО7 № 2 вернулся домой около девяти часов вечера. Прокопьев спросил у него, почему так поздно пришел и схватил сына за руку. Она подбежала в этот момент, но ФИО6 толкнул её и ударил по лицу один раз, она упала. Она встала и снова во второй раз подбежала к сыну, но ФИО6 второй раз ударил её ладошкой. На третий раз подбежала, и ФИО6 опять ударил её. Когда она встала после третьего удара, ребенок уже сидел в комнате на кресле весь в крови. После того, как он ударил её, ФИО6 «швырнул» сына в сторону двери, тот ударился лицом об дверную ручку, отчего пошла кровь из носа. Она побежала в комнату и попросила ФИО6 принести салфетки, он кинул их и сказал, чтобы сын вытерся и садился за уроки. После этого она вытерла кровь сыну, уложила в кровать. Больше Прокопьев сына в тот день не бил. Она встала перед ФИО6 на колени, просила не бить и не обижать её ребенка. На что ФИО6 еще несколько раз ударил её по лицу и по голове кулаком. Причиной на этот раз послужило алкогольное опьянение.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ДД.ММ.ГГГГ вечером они находились в гостях у ФИО8 №7, ФИО6 выпивал с братом ФИО8 № 5, затем брат уехал, а ФИО6 остался с ними. Они с Прокопьевым стали ругаться, у неё на руках была младшая дочь. Он хотел взять ребенка на руки, но она не разрешила, так как он был пьян. За что ФИО6 ударил её по лицу. Его сестра ФИО8 №7 заступилась за неё, и они начали ругаться. В ходе ссоры ФИО6 разбил стекло балконной двери. Они с его сестрой забежали в дом, Прокопьев схватил ДД.ММ.ГГГГ ребенка своей сестры и кричал, что если они не выйдут, то им "капец". Они запустили его в дом, стоя в коридоре, он нанес ей (ФИО7 № 1) еще 3 удара кулаком в область головы. Затем он успокоился, и они ушли домой. В состоянии алкогольного опьянения Прокопьев становится агрессивным. ФИО6 выпивал около 1-2 раз в месяц. Просит строго его не наказывать, так как не желает ломать ему жизнь. Отвечая на вопросы защитника, показала, что ранее до ДД.ММ.ГГГГ не обращалась в правоохранительные органы, однако рассказывала про побои матери - ФИО8 № 1, брату ФИО8 № 5 и его жене ФИО8 №7. Ей было жалко ФИО6, так как каждый раз он говорил, что больше такого не повториться, она ему верила. В медицинские учреждения до ДД.ММ.ГГГГ не обращалась, побои не фиксировала. Обратилась в больницу, потому что испугалась за здоровье сына, он сильно ударился головой. ФИО6 во всех случаях находился в состоянии алкогольного опьянения. Трезвым, он её и ребенка никогда не бил, детей не обижал. Из оглашенных на основании ч. 3 ст. 281 УПК РФ показаний потерпевшей ФИО7 № 1 от ДД.ММ.ГГГГ на л.д. 114-119 т.1 следует, что в ДД.ММ.ГГГГ она ездила в гости к брату ФИО8 № 5, который проживал в &lt;адрес&gt;, где встретила ФИО6, с которым училась в одном классе. ДД.ММ.ГГГГ они с ФИО6 приехали в &lt;адрес&gt;. До ДД.ММ.ГГГГ, конфликтов не было. В ДД.ММ.ГГГГ ФИО6 начал часто употреблять водку, в связи с чем, начались ссоры. ДД.ММ.ГГГГ, где-то ДД.ММ.ГГГГ ФИО6 впервые ударил ее сына ФИО7 № 2, а именно ударил его несколько раз ремнем по ягодицам, пока её не было, была в магазине, и когда вернулась домой, ФИО7 № 2 рассказал об этом. Дома её не было около часа, и в период с 13 до 14 часов ФИО6 применил физическую силу в отношении сына ФИО7 № 2. Когда она пришла домой на &lt;адрес&gt;, сын стоял в углу. Он выбежал к ней, в этот момент ФИО6 накричал на него. Она спросила, что случилось, на что Прокопьев сказал, что ФИО7 № 2 его не слушался, и он поставил его в угол, а также ей ФИО7 № 2 пояснил, что ФИО6 несколько раз ударил его по ягодицам, от чего он заплакал, так как ему было больно. Сын не пояснял, сколько раз ФИО6 ударил его по ягодицам ремнем. Далее, в ДД.ММ.ГГГГ где-то с ДД.ММ.ГГГГ, ФИО6 вернулся в состоянии сильного алкогольного опьянения, сильно кричал. Она попросила его успокоится, но ФИО6, около 22 часов, находясь дома схватил её за волосы и нанес ей в лицо не менее 3 ударов, отчего почувствовала сильную физическую боль и обиду. После этого, она вырвалась и отошла. Далее ФИО6 успокоился, и лег спать. В ДД.ММ.ГГГГ, где-то ДД.ММ.ГГГГ, около 19 часов пришла сестра ФИО6, ФИО8 №7. Спустя 15 минут после ФИО8 №7, вернулся ФИО6 в состоянии опьянения, хлопал дверями, кричал, от чего проснулись дети. Она сделала ему замечание, на что Прокопьев схватил правой рукой за волосы, резко дернул за волосы, от чего она упала, и когда она встала, он начал наносить удары кулаками правой и левой рук в область её лица и головы, нанеся ей при этом не менее 10 ударов. При этом 5 ударов пришлось в лицо, а пять ударов пришлось по голове. От его ударов она испытала сильную физическую боль. В этот момент, ФИО8 №7 оттащила своего брата от неё. Далее, она пришла в себя и выгнала ФИО6 из дома. Затем, в ДД.ММ.ГГГГ, более точно не помнит, она находилась у матери в огороде по соседству. Около 14 часов она услышала плачь ФИО7 № 2 и побежала к себе домой, сын стоял по середине ограды, плакал, она увидела у него синяки в виде полосок от ударов. После этого они вновь начали ругаться с ФИО6, и затем он стал еще более агрессивным и она начала его уже бояться, так как у них был разговор о том, чтобы он уезжал. Но так как ему ехать некуда, то он никуда уезжать не собирался. Далее, в ДД.ММ.ГГГГ они переехали в квартиру матери по адресу &lt;адрес&gt;, где ФИО6 почувствовал себя еще более безнаказанным и начал наносить ей побои еще чаще. Конкретные даты не помнит, при этом бил её всегда кулаком в лицо и по голове. Далее, в ДД.ММ.ГГГГ где-то ДД.ММ.ГГГГ они находились у себя дома, при этом ФИО6 был в состоянии опьянения. В ходе разговора, ФИО6, находясь в кухне, начал кричать на неё, далее около 19 часов, схватил своей правой рукой электрический чайник, который только вскипел и плеснул кипятком в её сторону, однако она успела увернуться. Затем, ФИО6 подбежал к ней и со словами «Завалю тебя!», нанес ей один удар электрическим чайником в нижнюю челюсть слева, отчего она почувствовала сильную физическую боль и также очень испугалась за свою жизнь и здоровье. Данные угрозы она восприняла реально. В связи с этим она боялась за себя и своих детей. Далее, в ДД.ММ.ГГГГ, более точно не помнит, около 14 часов она пришла домой от матери. В это время ФИО6 встретил её, и в руках была металлическая дуга от кровати, находился в состоянии алкогольного опьянения. В этот момент, она, не успев ничего сказать, получила несколько ударов металлической дугой по спине и по голове, она закричала от боли и забежала в свою спальню, закрыв дверь, однако ФИО6 не остановился и начал выламывать дверь в спальню, но у него не получилось. Через некоторое время он успокоился, она вышла из спальни. Далее, ДД.ММ.ГГГГ, находились дома, около 21 часа домой вернулся сын ФИО7 № 2, прошел в комнату. В этот момент, ФИО6 зашел к ним в комнату, и она услышала крик ФИО7 № 2. Когда она подбежала к двери, то увидела, что Прокопьев схватил ФИО7 № 2 за правую руку и поднял вверх от пола, при этом кричал на него и далее швырнул его в сторону двери, от чего ФИО7 № 2 ударился лбом и носом об дверь. Она подбежала к ФИО6 и попыталась его успокоить, но он нанес ей один удар своей ладонью по лицу, отчего она упала. Пока она пришла в себя и встала, сын ФИО7 № 2 уже был в своей комнате и плакал, из носа текла кровь. Она начала его вытирать, в это время ФИО6 подошел к ним и кинул пачку салфеток, сказав, чтобы ФИО7 № 2 вытерся. Когда у сына перестала идти кровь, ФИО6 подошел к ней, взял за руку и утащил в их комнату, где начал её бить, а именно нанес не менее 7 ударов кулаком в область головы, отчего она начала кричать и почувствовала сильную физическую боль. После нанесения побоев он сразу же ушел из дома и вернулся около 06 часов ДД.ММ.ГГГГ в состоянии опьянения и сразу лег спать. Далее, ДД.ММ.ГГГГ около 14 часов ДД.ММ.ГГГГ, она, вместе с ФИО6 и младшей дочкой, пошли в гости к брату ФИО8 № 5 по &lt;адрес&gt;, где ФИО6 нанес ей три удара кулаком по голове. В этот момент его оттянула его сестра, а она с ребенком ушла домой. Затем, около 00 часов ДД.ММ.ГГГГ к ней пришла подруга ФИО7 № 1, и сказала, что ФИО6 напился и не хочет уходить. Она вновь взяла дочь и пошла домой к брату ФИО7 № 1. Когда она пришла, в кухне был ФИО6, который ударил её по голове, отчего она упала на пол вместе с ребенком на руках. Далее, она побежала из квартиры. Она боится, что вернувшись домой, он вновь будет наносить ей побои, так как она все-таки обратилась в полицию. Сам же он в квартире не прописан, нигде не работает, деньгами их семью никак не обеспечивает. Из оглашенных на основании ч. 3 ст. 281 УПК РФ показаний потерпевшей ФИО7 № 1 от ДД.ММ.ГГГГ на л.д. 120-127 т.1 следует, что на момент первого допроса у неё было сотрясение головного мозга, была в стрессовом состоянии. Уточняет, что В период с ДД.ММ.ГГГГ, более точно не помнит, она находилась по &lt;адрес&gt;, и укладывала детей спать. Около 22 часов вернулся ФИО6 в состоянии алкогольного опьянения, ФИО6 достаточно громко разговаривал. Она попросила его успокоится, так как дети спали. Около 22 часов 05 минут, находясь дома по &lt;адрес&gt;, схватил её своей левой рукой за волосы, и, находясь в кухне дома, начал наносить ей побои, а именно бил кулаком своей левой руки в область лица, при этом нанес ей не менее 3 ударов, отчего она почувствовала сильную физическую боль и обиду на него от того, что она делала все для него, то есть готовила, убирала, стирала, а он так к ней относя. Она его опасалась, так как он был в состоянии алкогольного опьянения, он выше ростом на пол головы, крепкого телосложения, принимал участие в СВО, она же худощавого телосложения, за неё не кому заступиться, а кроме того, в соседней комнате спали её маленькие дети. Ей с ними не куда и не к кому было идти. После нанесения не менее 3 ударов, она смогла вырваться от него и отойти. ФИО6 успокоился и лег спать. Наутро ФИО6 извинился. Она его простила. Следующий раз ФИО6 применил насилие в отношении её сына ФИО7 № 2, она лично этого не видела, однако ей рассказал ФИО7 № 2, и ФИО6 подтвердил его слова, что он бил его ремнем, за то, что сын ФИО7 № 2 его не слушался и не хотел выполнять домашнее задание. Это было в один из дней с ДД.ММ.ГГГГ. В тот день сын вернулся домой со школы около 14 часов 30 минут, попросил у неё сотовый телефон и она ему дала поиграть. Спустя 10 минут, после того, она дала сотовый телефон сыну, она ушла в магазин и отсутствовала около часа, то есть домой вернулась около 15 часов 40 минут. Когда вернулась домой, то увидела, что сын ФИО7 № 2 рассказал, что ФИО6 применил физическую силу в отношении её сына ФИО7 № 2. Она спросила, что случилось, на что Прокопьев сказал, что сын ФИО7 № 2 его не слушался, и он поставил его в угол, а также сын ФИО7 № 2 пояснил, что Сергей несколько раз ударил его по ягодицам, от чего он заплакал, так как ему было больно и обидно. Сын ей не пояснял конкретно, сколько раз ФИО6 ударил его по ягодицам ремнем. В ДД.ММ.ГГГГ, она находилась дома вместе с детьми, около 19 часов пришла сестра ФИО6 - ФИО8 №7. Спустя 15 минут после ФИО8 №7, домой вернулся ФИО6 в состоянии сильного алкогольного опьянения, хлопал дверями, кричал, от чего проснулись дети. Она сделала ему замечание, он начал кричать на неё и вновь схватил её правой рукой за волосы, резко дернул за них, в сторону зальной комнаты, от чего она упала на пол, и когда она встала, он начал наносить удары кулаками правой и левой рук в область её лица и головы, нанеся мне при этом не менее 10 ударов. 5 ударов в область лица, а пять ударов по голове, то тесть по височной и теменной части головы. От его ударов она испытала сильную физическую боль, обиду и моральные страдания, т.к. удары он наносил из-за надуманных для него фактов. В этот момент, ФИО8 №7 оттащила своего брата от неё. Далее, она выгнала ФИО6 из дома. Она его опасалась. На следующее утро он пришел домой трезвый и вновь просил прощения. Она его простила. Затем, в период ДД.ММ.ГГГГ, более точно не помнит, находилась дома. Сын ФИО7 № 2 играл на улице, ФИО6 тоже на улице занимался бытовыми делами. Перед обедом около 13 часов, она отправила сына ФИО7 № 2 в Магазин за продуктами, а именно за хлебом и молоком, так как он у нас закончились. Около 30 минут ФИО7 № 2 не было дома. Когда он вернулся, он отдал мне продукты и вышел на улицу. Буквально через 5 минут, то есть в 13 часов 35 минут она услышала сильный крик и затем плачь старшего сына ФИО7 № 2. Она сразу выбежала в ограду их дома. В это же время прибежала её мама, так как она проживает через забор от них и тоже услышала крики и плачь ФИО7 № 2. Они стали у него спрашивать, что случилось, и тогда он им рассказал, что ФИО6 прутиком ивы нанес ему 6 ударов по ногам. Далее ФИО7 № 2 немного приподнял штаны, в которых он был, и они увидели покраснения характерные от удара прутиком в области левой и правой голени. Она пошла к ФИО6 разобраться, в чем дело, однако он ей ничего не пояснил. Она не стала с ним заниматься, так как он был состояние алкогольного опьянения, и с ним было бесполезно разговаривать. Далее, в ДД.ММ.ГГГГ они переехали в квартиру матери ФИО8 №7 по адресу: &lt;адрес&gt;. Кроме того, в период с ДД.ММ.ГГГГ, более точно сказать не может, до того, как детей забрали в СРЦ ДД.ММ.ГГГГ. Они находились дома по адресу: &lt;адрес&gt;. Она была в спальне, дети играли в зале. Время было около 16 часов. ФИО7 № 2 только вернулся с прогулки, у него с собой были две маленькие шоколадки. Она сказала ему одну съесть самому, а вторую отдать сестре, хотя ей сладкое нельзя. Спустя минут 10, из зала она услышала крики и плачь ФИО7 № 2. Когда она зашла в комнату, то увидела, что ФИО6 замахивается доской над ФИО7 № 2 и собирается ударить его по ногам. Она тут же начала отбирать данную доску и у них случился конфликт с ФИО6. Доска была длиной около 40 см, шириной около 16 см и толщиной около 02 см. После того, как она вернулась в комнату, ФИО7 № 2 ей рассказал, что ФИО6 не понравилось, что в комнате был бардак, а так же тот факт, что он дал шоколадку младшей, из-за чего он применил в отношении него физическую силу. В ДД.ММ.ГГГГ она с детьми и ФИО6 находились дома, при этом ФИО6 был в состоянии опьянения. Находясь на кухне около 19 часов он начал высказывать ей претензии по поводу того, что дома грязно. Претензии высказывал на протяжении 5 минут. Около 19 часов 05 минут в ходе разговора, ФИО6, находясь в кухне, схватил своей правой рукой электрический чайник, который только вскипел и плеснул кипятком в её сторону, однако она успела увернуться. Затем, ФИО6 подбежал к ней и со словами «Завалю тебя!», нанес ей один удар с размаху электрическим чайником в нижнюю челюсть слева, отчего она почувствовала сильную физическую боль, обиду от необоснованного применения физической, а также очень испугалась за свою жизнь и здоровье. Далее, она начала кричать и в этот момент в дверь постучала соседка и начала говорить, что вызовет полицию, на что ФИО6 успокоился и ушел спать. После этого у неё в течении недели болела челюсть и она не могла разговаривать, однако обратиться никуда не могла, так как Прокопьев сказал ей, что если узнает об этом, то убьет её, так как ему терять нечего. Данные угрозы она восприняла реально, так как он ранее совершал преступления, принимал участие в зоне СВО. В этой связи боялась за себя и своих детей. Далее в период с ДД.ММ.ГГГГ, более точно не помнит, около 14 часов она пришла домой от матери. В это время ФИО6 встретил её у входной двери, и у него в руках была металлическая дуга от спинки панцирной кровати, которая стоит у них в спальне. Она спросила, зачем она ему, но так как он находился в состоянии алкогольного опьянения, ФИО6 не ответил, лишь спросил, где она была. В этот момент, она, не успев ничего сказать, получила два удара металлической дугой от спинки кровати по голове, и один удар по спине, закричала от боли и забежала в свою спальню, закрыв дверь, однако ФИО6 не остановился и начал бить указанным предметом по двери спальни, пытался выламывать дверь, но не получилось. Через некоторое время он успокоился, она вышла из спальни. Далее, ДД.ММ.ГГГГ, находились дома, около 21 часа домой вернулся сын ФИО7 № 2, прошел в комнату, начал смотреть мультфильмы. В этот момент, ФИО6 вернулся домой в состоянии алкогольного опьянения зашел к ним в комнату и в этот же момент она услышала крик ФИО7 № 2 и увидела, что Прокопьев схватил его за руку и пытается поднять. В этот момент она пыталась помочь сыну, но так как ФИО6 выше её ростом, сильнее, он просто отталкивал её от них и нанес 1 удар ладонью по лицу отчего она упала. Далее ФИО6 швырнул сына в сторону двери и последний ударился лбом и носом об дверь. Сын убежал в соседнюю комнату, и она пошла за ним. Спустя 10 минут после применения физической силы в отношении сына, ФИО6 увел её вновь в зал, где ударил кулаками по голове не менее 7 раз. Она всячески старалась прикрыть голову руками, и не менее 4 раз ФИО6 нанес ей удары по верхним конечностям и не менее 1 удара по правой ноге. Удары пришлись по рукам. В результате применения в отношении неё физической силы у неё образовались синяки. Далее он успокоился, и его выгнала из дома. Домой он вернулся только в 6 часов утра ДД.ММ.ГГГГ. Далее, ДД.ММ.ГГГГ около 11 часов ДД.ММ.ГГГГ она пришла в гости к ФИО8 №7 и брату по адресу &lt;адрес&gt;, и находилась у них до обеда. Затем около 14 часов она сходила домой проведать детей и вернулась обратно в течение 30 минут. Около 19 часов к ФИО8 № 5 и ФИО8 №7 пришел ФИО6 Брат и ФИО6 выпивали спиртное. Далее брат ФИО8 № 5 ушел из дома якобы на рыбалку. Спиртные они распивали на протяжении часа, то есть с 19 до 20 часов. Она сама не выпивала. Затем они еще пару часов находились в гостях у ФИО8 №7 Около 22 часов она начала собираться домой, так как дети захотели спать. В этот момент ФИО6 резко разозлился и, находясь в кухне дома ФИО7 № 1 по вышеуказанному адресу, нанес ей три удара кулаком по голове. Она, держа дочь на руках, облокотилась на стену, так как начала терять равновесие. В этот момент ФИО8 №7 оттащила ФИО6 в коридор, и она начала выбегать на улицу. В коридоре он их прижал к стене, так как сильнее их. Она и ФИО8 №7 пытались вырваться от него. В ходе борьбы, он нанес ей еще один удар по голове в теменную область. Далее у них получилось вырваться и убежать на улицу. Выбежав из подъезда, они спрятались в кустах. ФИО6 вышел из подъезда, и, не увидев их, зашел обратно. Далее, через несколько минут ФИО6 вновь вышел из подъезда и вывел за руку сына ФИО8 №7 ФИО2, крича, чтобы они все пришли к нему. Она испугалась и подошла к нему, при этом увидела, что он держал в руках осколок стекла. После этого они все зашли обратно в квартиру и ФИО8 №7 начала звонить в полицию. Далее, ФИО6 взял с кухонного гарнитура большой нож, положил в рукав кофты, сказал, чтобы они пошли домой. Дойдя до дома, она отобрала у ФИО6 нож и спрятала его. Оглашенные показания потерпевшая ФИО7 № 1 подтвердила в полном объеме. Противоречия пояснила давностью событий. Показала, что удары в основном наносились по открытым частям тела, голове, лицу. Телесные повреждения, синяки ссадины, кровоподтеки видели все ее родственники. ФИО6 избивал её и сына со злости, т.к. был пьян. ФИО6 «швырнул», т.е. откинул сына, сын ударился об дверь, которая находилась на расстоянии около 1 метра от него. Она сама не работает, получает пособия на всех детей в размере 75тысяч рублей. Из оглашенных на основании ч. 6 ст. 281 УПК РФ показаний несовершеннолетнего потерпевшего ФИО7 № 2 на л.д. 99-104 т.1 следует,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первый раз ФИО6 (далее дядя Сережа) применил насилие в отношении него в ДД.ММ.ГГГГ, это было с ДД.ММ.ГГГГ, более точно не помнит и все происходило в деревянном доме по соседству с бабушкой, то есть по адресу: &lt;адрес&gt;. В один из дней указанного периода, он вернулся домой после школы около 14 часов 30 минут. После того, как вернулся домой, попросил сотовый телефон у мамы и играл на нем в игры. Спустя около 10 минут, дядя Сережа подошел к нему и сказал, чтобы он долго не играл в сотовый телефон. Он д. Сереже ответил, что ему разрешила мама, и он ушел, а он продолжил играть. Спустя приблизительно еще 20 минут, то есть около 15 часов мама ушла в магазин, оставив сотовый телефон ему. Сразу после ухода мамы, дядя Сережа подошел к нему и начал ругать, а далее поставил в угол в зальной комнате, взял в свою правую руку ремень и около 6 раз ударил его ремнем по попе. От чего он испытал сильную физическую боль. Он заплакал, так как было очень больно, а так же у него возникло чувство обиды на дядю Сережу, так как он в отношении него применил физическую силу просто так. Он не мог оказать д. Сереже сопротивление, так как он старше его, ростом выше на две головы, спортивного телосложения, а он же худощавого телосложения. Когда мама вернулась домой, он ей все рассказал.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ДД.ММ.ГГГГ, более точно сказать не может, они находились по адресу: &lt;адрес&gt;. Он играл на улице, мама и дядя Сережа были дома. Около 13 часов, время он запомнил, потому что незадолго до этого брал у мамы телефон и возвращал его, мама отправила его в магазин за молоком и хлебом. В этот момент дядя Сережа сказал купить ему жвачку. Он ответил, что у нет денег, однако дядя Сережа сказал, что ему хватит. Он сходил в магазин, купил молоко, хлеб и жвачку для дяди Сережи и около 13 часов 30 минут пришел обратно. Когда отдал дяде Сереже жвачку, он сказал, что купил не тот вкус, который он просил, однако он мне не говорил, какой вкус жвачки ему нужно было купить. Из-за того, что он купил не ту жевательную резинку, дядя Сережа на него сильно разозлился. После чего дядя Сережа вышел на улицу, достал из кармана нож и им срубил прутик с ивы, которая растет во дворе и буквально через пару минут подошел к нему. Когда дядя Сережа подошел к нему, то держа прутик в правой руке, нанес ему два удара в область средней трети левой голени и 4 удара в область средней трети правой голени. Прутки был длиной около 50 см, толщиной приблизительно с его мизинец. От его ударов он испытал сильную физическую боль и заплакал достаточно громко, от чего на плачь, прибежала мама и бабушка. Дядя Сережа в этот момент отходил от него. Мама и бабушка стали у него спрашивать, что случилось. На их вопрос ответил, что дядя Сережа ударил его прутиком от ивы по ногам. Он не мог оказать ему сопротивление, так как он старше, ростом выше на две головы, спортивного телосложения, а он же худощавого телосложения. 3.Следующий раз дядя Сережа применил к нему физическую силу в период с ДД.ММ.ГГГГ, более точно сказать не может, так как не помнит, но это точно было в этот период, так как были первые майские праздники, то есть выходные, а ДД.ММ.ГГГГ его и младших детей забрали в социально-реабилитационный центр. Тогда они уже переехали жить в квартиру по адресу: &lt;адрес&gt;. В один из дней указанного периода, он пошел гулять на улицу в обед около 13 часов и когда возвращался домой спустя около 3 часов, то есть около 16 часов, он купил две маленьких шоколадки. Вернувшись, домой он одной угостил сестру ФИО3, а вторую съел сам. Кроме того, в ходе игры с сестрой, они устроили небольшой беспорядок в доме. Дядя Сережа увидел дома беспорядок, а также что он угостил сестру шоколадкой. Тогда он стал на него кричать, из-за беспорядка дома, и, из-за того, что он угостил сестру шоколадкой. Вообще ей нельзя сладкое, то так как шоколадка была маленькой, мама разрешила дать ей. Около 2-3 минут он высказывал ему претензии по данному поводу, после чего, около 16 часов 05 минут вышел на балкон, взял там доску, которая лежала для топки печи, вернулся в комнатку, где он жил с мамой, то есть в зальную спальную комнату и возле дивана нанес ему 4 удара по ногам, а именно по одному удару по задней поверхности левой и правой голени, а также по одному по левому и правому бедру, от чего он испытал сильную физическую боль и начал плакать. В этот момент в комнату зашла мама, стала отбирать у него доску, пыталась его защищать, однако это не помогло, то есть он стал выражаться нецензурной бранью в отношении мамы и между ними произошел конфликт. Он не мог оказать ему сопротивление, кроме того, он его очень сильно боялся, так как ранее он применял в отношении него физическую силу. 4.Очередной раз дядя Сережа применил насилие ДД.ММ.ГГГГ он гулял на улице и немного задержался, вернулся домой (&lt;адрес&gt;), когда уже было темно. Когда вернулся домой, мама готовила кушать, а две мои младшие сестренки были дома, сидели в детской комнате. Далее он зашел в мамину комнату и стал смотреть мультфильмы по телевизору, кроме того, взял сотовый телефон мамы и играл на нем. Когда взял мамин телефон, то обратил внимание, что время было 21:00. Буквально минуты через 3 к нему подошел дядя Сережа сказал ему: «Марш делать уроки, о то «не цензурное слово» дам» и далее он своей левой рукой схватил за его правую руку, немного приподнял над полом и швырнул в сторону двери, от чего он (ФИО7 № 1) ударился лбом и носом об ручку двери. От удара он испытал сильную физическую боль и психические страдания, у него сильно потекла кровь из носа, он заплакал и убежал в свою комнату. Затем дядя Сережа зашел в нашу комнату и кинул пачку салфеток, сказал, чтобы он вытирался. В этот момент к нему подбежала мама и сказала, чтобы он его не трогал. Затем, мама помогла остановить кровь. Потом дядя Сережа снова пришел к ним, взял маму за руку, увел в их комнату и начал ее там бить, отчего мама сильно кричала, а также он слышал, как дядя Сережа выражался в мамин адрес нецензурными словами. Когда он успокоился, через некоторое время, приблизительно через час, пришла бабушка и забрала его и сестренку ФИО4 к себе домой. Он не мог оказать ему сопротивление, так как он старше, ростом выше на две головы, спортивного телосложения, а он же худощавого телосложения, кроме того. Он сильно боится дядю Сережу из-за того, что он несколько раз бил, он очень сильный, спортивного телосложения. В ДД.ММ.ГГГГ месяце удары он наносил доской. Доска длиной около 40 см, толщиной около 2 см и шириной около 16 см. Когда ФИО6 применял физическую силу в первый раз ремнем, он был трезв, все остальные разы он применял физическую силу в отношении него в состоянии алкогольного опьянения. ФИО8 ФИО8 № 6 – врач-терапевт, суду показала, что ДД.ММ.ГГГГ в 16 часов 10 минут в период её дежурства, была доставлена в приемное отделение ФИО7 № 1 с несовершеннолетним сыном. Они были в сопровождении сотрудников полиции. На момент осмотра у сына не было выявлено видимых телесных повреждений. Была сделана рентгенограмма черепа, поскольку со слов матери, подсудимый «швырнул» ее сына, и тот ударился об дверную ручку. Их консультировала врач-рентгенолог дистанционно и поставила диагноз ребенку «сотрясение головного мозга». У ФИО7 № 1 были гематомы правой кисти размером 1,5х2 см., гематомы средней трети предплечья размерами 2х2 см, нижней трети бедра справа размерами 4,5х3 см. Также была сделана рентгенограмма черепа, с подозрением на сотрясение мозга. Оба были госпитализированы в хирургическое отделение. ФИО7 № 1 поясняла, что телесные повреждения им причинил сожитель ФИО6. Из оглашённых на основании ч. 1 ст. 281 УПК РФ с согласия сторон, показаний свидетеля ФИО8 №2 – специалиста МО СП «&lt;данные изъяты&gt;» следует, что семья ФИО7 № 1 состоит на профилактическом учете ДД.ММ.ГГГГ в связи с злоупотреблением спиртных напитков, ненадлежащем исполнении родительских обязанностей. В период зимних каникул, часто ездили по данным семьям и проверяли их. Все это время ФИО7 № 1 совместно со своими детьми и сожителем ФИО6 проживали в доме матери ФИО7 № 1 – ФИО8 № 1 На период проверок в ДД.ММ.ГГГГ, ФИО7 № 1 всегда была трезвая. ФИО6 знает с ДД.ММ.ГГГГ. В трезвом состоянии он хороший человек, то есть матами не ругается, трудолюбивый, не конфликтный, но как только он выпивает, его поведение кардинально меняется, становится буйным, вспыльчивым, агрессивным, разговаривает с использованием нецензурной брани. Распивает спиртные напитки он достаточно часто. По комплекции он худощавый, ростом около 170-175 см, однако у него хорошо развита мускулатура. ФИО7 № 1 знает с детства, росла на её глазах. В трезвом состоянии она хорошая девушка, работящая, отзывчивая, но как она выпивает, ее поведение меняется не в лучшую сторону. Она становится вспыльчивой и конфликтной. Спиртное пьет не крепкие, выпивает с различной периодичностью, то есть длительное время может не пить, но затем может на протяжении недели распивать спиртные напитки каждый день. На период проверок, она проживала совместно с мужем и несовершеннолетними детьми. Она никогда не слышала, чтобы ФИО6 применял насилие в отношении ФИО7 № 1 или ее сына ФИО7 № 2 Он наоборот считал их своими и как мог, заботился о них. Она никогда не видела ФИО7 № 1 с синяками, ссадинами или гематомами. (л.д.142-148 т.1). Из оглашённых на основании ч. 1 ст. 281 УПК РФ с согласия сторон, показаний свидетеля ФИО8 №3, следует, что она проживает по соседству с ФИО7 № 1 (&lt;адрес&gt;) с ДД.ММ.ГГГГ. ФИО7 № 1 знает с детства. Та по характеру тихая, спокойная, добрая отзывчивая, спокойная, воспитывает 4 несовершеннолетних детей, спиртное употребляет редко. Далее может показать, что у них в доме очень хорошая слышимость и в ДД.ММ.ГГГГ., более точно сказать не может около 19 часов она слышала крики из квартиры ФИО7 № 1, она боялась, что её сожитель убьет ее, поднималась к ней в квартиру и стучалась в дверь, ответил мужской голос «Кто там?». Она ответила, что если он не прекратит бить ФИО7 № 1, она позвонит в полицию. (л.д.149-153 т.1) Из оглашённых на основании ч. 1 ст. 281 УПК РФ с согласия сторон, показаний свидетеля ФИО8 №4, следует, что проживает по адресу: &lt;адрес&gt;. В ДД.ММ.ГГГГ в &lt;адрес&gt; переехали жить ФИО7 № 1 со своим сожителем ФИО6, а также 4 несовершеннолетними детьми. ФИО6 она знает с ДД.ММ.ГГГГ, в трезвом состоянии казался хорошим и заботливым человеком, однако в состоянии алкогольного опьянения его поведение кардинально менялось, он был вспыльчивым, агрессивным. ФИО7 № 1 она знает с юношеских лет последней. В юношеские годы она была доброй, работящей. Затем она длительное время не проживала в &lt;адрес&gt; и когда вернулась, ее поведение изменилось. Та стала ленивой, начала злоупотреблять спиртными напитками, дома постоянно был бардак. ФИО8 ФИО8 № 1 суду показала, что является матерью и бабушкой потерпевшим ФИО7 № 1. Со слов внука ей известно, что ФИО6 ранее бил его ремнем, затем бил прутиком, после поленом. Внук также рассказывал, что ФИО6 бил его мать. Был случай, когда ФИО6 кинул в ФИО7 № 1 чайник. По дате, количеству ударов, не помнит. ФИО6 может охарактеризовать как нормального человека, но в состоянии опьянения Прокопьев становится агрессивным. Из оглашенных на основании ч.3 ст. 281 УПК РФ показаний свидетеля ФИО8 № 1 на л.д. 129-133 т.1, следует, что с ДД.ММ.ГГГГ дочь ФИО7 № 1 начала сожительствовать с ФИО6 по адресу: &lt;адрес&gt;. ДД.ММ.ГГГГ внук ФИО7 № 2 рассказал, что ФИО6 бил его. Говорил, что в один из дней ДД.ММ.ГГГГ в период с ДД.ММ.ГГГГ, внук вернулся домой после школы около 14 часов 30 минут. После того, как он вернулся домой, играл в игры на сотовом телефоне моей дочери ФИО7 № 1 Далее внук пояснил, что спустя приблизительно 10 минут после того, как он начал играть в игры на телефоне, ФИО6 сказал, чтобы долго не играл в сотовый телефон. Спустя приблизительно еще 20 минут, то есть около 15 часов дочь ФИО7 № 1 ушла в магазин, оставив сотовый телефон внуку. Далее внук ФИО7 № 2 пояснил, что после ухода мамы, дядя Сережа подошел к нему, начал ругать и поставил в угол в зал, в связи с тем, что внук не слушался его, взял в руку ремень и около 6 раз ударил ремнем по ягодицам. Она сразу пошла к Сергею поговорить о данном происшествии, однако он был в состоянии алкогольного опьянения и у них с ним произошёл конфликт. После этого она с ним не общалась. В следующий раз о том, что ФИО6 бьёт детей, ей стало известно в ДД.ММ.ГГГГ. В ДД.ММ.ГГГГ, находилась дома. Около 13 часов 30 минут со двора дочери, которые проживали буквально через забор, она услышала плачь и крики внука ФИО7 № 2. Она сразу пошла к ним ограду. Когда зашла в ограду, то возле бани стоял ФИО7 № 2 и дочь ФИО7 № 1, она успокаивала ФИО7 № 2. Когда ФИО7 № 2 немного успокоился, то они у него спросили, что произошло. ФИО7 № 2 пояснил, что буквально 5 минут назад ФИО6 нанес ему два удара в область средней трети левой голени и 4 удара в область средней трети правой голени прутиком от ивы. Далее они приподняли немного джинсы ФИО7 № 2 и увидели у него на ногах характерные полосы красного цвета при ударе прутиком. Она хотела поговорить с ФИО6, но дочь ФИО7 № 1 сказала, что сама с ним поговорит. Очередной раз ДД.ММ.ГГГГ ФИО8 №7 ей рассказала, что когда дочь ФИО7 № 1 вернулась домой в &lt;адрес&gt;, ФИО4 начала говорить, что ФИО7 № 2 не водился с сестрами, а играл в телефон, в связи с чем, Сергей схватил его за руку, поднял над полом и швырнул в сторону входной двери, в связи с чем, ФИО7 № 2 разбил себе нос и как оказалось позже, получил закрытую черепно-мозговую травму в виде сотрясения головного мозга. После того, как задержали Сергея, внук ФИО7 № 2 и дочь ФИО7 № 1 рассказали ей о том, что Сергей применял в отношении них насилие в следующие периоды: В ДД.ММ.ГГГГ ФИО6 применял насилие в отношении внука ФИО7 № 2. ФИО7 № 2 ей рассказал, что в период с ДД.ММ.ГГГГ, когда возвращался домой около 16 часов, купил две маленьких шоколадки. Вернувшись, домой угостил сестру, а вторую съел. Кроме того, в ходе игры с сестрой, они устроили небольшой беспорядок в доме. ФИО6 увидел беспорядок, а также что он угостил сестру шоколадом, стал кричать. Около 16 часов 05 минут вышел на балкон, взял там доску и возле дивана нанес 4 удара по ногам. Дочь ФИО7 № 1 рассказала ей, что ФИО6 применял в отношении нее насилие в следующие периоды: с ДД.ММ.ГГГГ, находясь по адресу: &lt;адрес&gt;, и укладывала детей спать. Около 22 часов домой вернулся ФИО6 (далее по тексту Сергей). Сергей был в состоянии алкогольного опьянения. Сергей достаточно громко разговаривал. Дочь просила успокоиться, так как дети спали, и боялась, что громкими разговорами он их разбудит. Сергей не слушал, и, за место того, чтобы успокоится, начал устраивать скандал. Около 22 часов 05 минут, находясь дома по &lt;адрес&gt;, схватил ФИО7 № 1 левой рукой за волосы, и, находясь в кухне дома по вышеуказанному адресу, начал наносить побои, бил кулаком левой руки в область лица. Так же ФИО7 № 1 рассказала, что в ДД.ММ.ГГГГ она находилась дома с детьми на &lt;адрес&gt; около 19 часов пришла сестра ФИО6 - ФИО8 №7. Спустя 15 минут после ФИО8 №7, домой вернулся Сергей в состоянии сильного алкогольного опьянения. Дома он вел себя буйно. Сделала замечание по поводу его поведения, однако он начал кричать. Прокопьев схватил дочь ФИО7 № 1 правой рукой за волосы, резко дернул за них, в сторону зальной комнаты и начал наносить удары кулаками правой и левой рук в область лица и головы. В ДД.ММ.ГГГГ она видела дочь с телесными повреждениями в области челюсти и она ей рассказала, что в ДД.ММ.ГГГГ дочь ФИО7 № 1 совместно с детьми и ФИО6 находились дома, при этом ФИО6 был в состоянии опьянения. Находясь на кухне, около 19 часов ФИО6 начал высказывать претензии по поводу того, что дома было грязно. Около 19 часов 05 минут в ходе разговора ФИО6, находясь в кухне дома, схватил правой рукой электрический чайник и плеснул кипятком в дочь. Затем ФИО6 подбежал и нанес один удар с размаху электрическим чайником в нижнюю челюсть слева. Далее она начала сильно кричать и в этот момент в дверь постучала соседка и начала говорить, что вызовет полицию, на что ФИО6 успокоился и ушел спать. Кроме того, ФИО7 № 1 рассказала, что в период с ДД.ММ.ГГГГ около 14 часов ФИО6 встретил дочь у входной двери в квартиру, и у него в руках была металлическая дуга от спинки панцирной кровати. Прокопьев спросил у дочери ФИО7 № 1, где она была и в этот момент получила один удар металлической дугой от спинки кровати по голове, отчего закричала от боли и забежала в спальню, закрыв дверь, однако ФИО6 начал бить указанным предметом по двери спальни. Далее ДД.ММ.ГГГГ около 11 часов ДД.ММ.ГГГГ около 19 часов ФИО8 № 5 и ФИО6 выпивали спиртное. Далее ФИО8 № 5 ушел из дома. Спиртные они распивали с 19 до 20 часов. Около 22 часов дочь начала собираться домой. В этот момент ФИО6 разозлился и, находясь в кухне дома ФИО8 №7, нанес три удара кулаком по голове. В ходе борьбы нанес еще один удар по голове в теменную область. ФИО6 знает на протяжении 11-12 лет. Он одноклассник дочери ФИО7 № 1. Ранее у него была фамилия ФИО5, на данный момент у него фамилия жены. В школьные годы он бродяжничал, воровал. В трезвом состоянии он относительно нормальный человек. Тихий спокойный, не разговорчивый, но как выпивал, его поведение менялось, становился вспыльчивым, агрессивным, буйным. Пил он часто по 3-4 раза в неделю. ФИО8 №7 (далее по тексту ФИО8 №7) рассказывала ей, что в один из дней ДД.ММ.ГГГГ, когда ФИО8 №7 находилась в гостях у ФИО7 № 1, домой вернулся ФИО6 в состоянии алкогольного опьянения. У ФИО7 № 1 и ФИО6 произошел конфликт, в ходе которого, ФИО6 нанес кулаками левой и правой руки удары по голове, но сколько точно было ударов, ФИО8 №7 не называла. После чего, ФИО8 №7 оттащила ФИО6 от ФИО7 № 1, а затем последняя выгнала его из дома. Оглашенные показания ФИО8 № 1 подтвердила в полном объеме. Дополнительно пояснила, что лично не видела избиений. Видела у внука только следы от прутьев. При ней ФИО6 внука не трогал. У внука память не плохая. В настоящее время внук только приехал из реабилитационного центра, с ним работали психологи. Часто видела дочь ФИО7 № 1 с синяками на лице, голова вся была в «шишках». Видела у дочери большой синяк на лице, после того как ФИО6 ударил её чайником. ФИО8 ФИО8 №7 суду показала, что подсудимый является ей братом, которого характеризует только с положительной стороны. Брат вспыльчивый только в состоянии алкогольного опьянения, в трезвом состоянии нормальный. Характеризует несовершеннолетнего потерпевшего, как непослушного ребенка, склонного ко лжи. ДД.ММ.ГГГГ она видела, как ФИО6, находящийся в состоянии опьянения, в кухне её квартиры по адресу &lt;адрес&gt; один раз ударил ФИО7 № 1 ладонью по лицу. Она никогда не видела на ФИО7 № 1, какие-либо телесные повреждения. Её сын никогда не жаловался, что ФИО6 бьет его и его мать. Синяков у мальчика также не видела. Если бы ФИО6 его бил, то мальчик сразу пожаловался бы дяде ФИО8 № 5. ФИО7 № 2 сам ей сказал, что наговорил на ФИО6 по указанию бабушки. Со слов ФИО7 № 1, она написала заявление на брата, так как на неё надавили КДН, ПДН и опека. Из оглашенных на основании ч.3 ст. 281 УПК РФ показаний свидетеля ФИО8 №7 в т. 1 л.д. 134-139 следует, что брат после СВО стал более вспыльчивым. Спиртные напитки употребляет часто. ФИО7 № 1 по характеру тихая, спокойная, скрытая, лживая, постоянно провоцирует на конфликты. ФИО7 № 1 спиртные напитки употребляет редко. Она ни разу не видела ФИО7 № 1 с телесными повреждениями. Ей известно только об одном факте применения физической силой в отношении ФИО7 № 1 в ДД.ММ.ГГГГ. ФИО7 № 1 пришла к ним в гости до обеда, затем ушла и после обеда около 14 часов вновь вернулась, была одна. Около 19 часов к ним домой прибежала дочь ФИО7 № 1 и они совместно с ФИО7 № 1, пошли к ним домой, как только они зашли за угол дома, встретили ФИО6 и они зашли к ним домой. В этот момент ФИО8 № 5 достал бутылку водки, и они с ФИО6 начали выпивать. После ФИО8 № 5 уехал на рыбалку, а Сергей остался с ФИО7 № 1 на кухне и распивали спиртные напитки. Она же находилась в зале, усыпляла детей. На протяжении полутора часов он распивал спиртные напитки. После чего, между ФИО7 № 1 и ФИО6 произошел конфликт, на почве ревности в результате которого, он нанес один удар ладошкой правой руки по левой щеке ФИО7 № 1, в этот момент она вернулась в кухню и оттащила ФИО6 от ФИО7 № 1 Далее Он разозлился и швырнул сковородку в окно, в результате чего, разбил стекло. В этот момент они успели выбежать в коридор, однако ФИО6 их догнал и сумел нанести один удар по теменной области ФИО7 № 1 Они его оттолкнули, схватили детей, и выбежали на улицу. ФИО6 выбежал следом за ними, однако они прятались в кустах, и он не заметил. Тогда он вернулся домой, взял её сына и с ним вышел на улицу. Тогда они уже подошли к нему. Он уже был спокойный, ФИО7 № 1 с Сергеем ушли к себе. Она точно не видела, сколько ударов он нанес, возможно пока она находилась в комнате, ФИО6 нанес еще 2 удара, как показывает потерпевшая ФИО7 № 1 Оглашенные показания ФИО8 №7 подтвердила частично, показала, что не оттаскивала брата от ФИО7 № 1. Брат нанес в тот день ФИО7 № 1 1 удар по лицу. ФИО8 ФИО8 № 5 суду показал, что ФИО6 и сестру ФИО7 № 1 характеризует положительно. Знает их с детства. ФИО6 употребляет спиртное в меру, в состоянии алкогольного опьянения его поведение не меняется. При нем ФИО6 с потерпевшей не ругались. Он не видел, как ФИО6 бил ребенка, такое поведение для него нехарактерно. ФИО6 не мог бить детей. Племянник ФИО7 № 2 может нафантазировать, так как ему 10 лет. У ребенка следов от побоев не видел. Мальчик ему никогда не жаловался. В медицинское учреждение сестра обратилась принудительно, так как их увезли, сказали, что если она не напишет заявление, то органы опеки лишат ее детей, так как дети находятся в социально-опасном положении. Об этом ему известно со слов матери и сестры. В синяках сестру никогда не видел. Дополнительный свидетель ФИО8 №8 суду показал, что по настоящему уголовному делу проводил допрос ФИО6 в качестве подозреваемого, затем в качестве обвиняемого в присутствии адвоката. Перед допросами предоставлял ФИО6 время для конфиденциальной беседы с адвокатом. Показания ФИО6 давал свободно, добровольно в форме свободного рассказа. Все показания были зафиксированы с его слов. ФИО6 лично прочитал протоколы допроса и подписал в присутствии защитника, о чем были проставлены соответствующие подписи, дополнений, замечаний к протоколам от ФИО6 не поступало. До допросов, во время допросов, и после допросов никто давления на него не оказывал. О незаконном воздействии на него с его стороны, со стороны сотрудников полиции ФИО6 не заявлял, на состояние здоровья не жаловался, в состоянии опьянения не находился, был трезв. Не помнит дату задержания. Замечаний к протоколам допроса и протоколу задержания от него не поступали. Он, оперативные сотрудники каких-либо угроз в адрес подозреваемого, не высказывали, физическое, психологическое насилие не применяли. Дополнительный свидетель ФИО8 №10 суду показал, что работает начальником ОУР ОП по &lt;данные изъяты&gt; району МО МВД России «&lt;данные изъяты&gt;», подсудимого знает, оперативное сопровождение по делу проводил о/у ФИО8 №9. Сам он сопровождение по делу не проводил, с ФИО6 не разговаривал. Он каких-либо угроз в адрес подозреваемого, не высказывал, психологическое насилие не применял. Дополнительный свидетель ФИО8 №9 суду показал, что является сотрудником ОУР, в ДД.ММ.ГГГГ году проводил оперативное сопровождение по делу. Он, другие сотрудники полиции, следователь каких-либо угроз в адрес подозреваемого, не высказывали, физическое и психологическое насилие не применяли. О незаконном воздействии на него с его стороны, со стороны сотрудников полиции ФИО6 не заявлял, на состояние здоровья не жаловался, в состоянии алкогольного опьянения ФИО6 не находился, был трезв. Дополнительный свидетель ФИО8 №11- сотрудник ПДН суду показала, что ФИО7 № 1 добровольно сообщила ей о преступлении в отношении её сына. ФИО7 № 1 она и никто из сотрудников ПДН и КДН угроз изъятия у неё детей и лишением её родительских прав не высказывал. Виновность ФИО6 кроме показаний несовершеннолетнего потерпевшего, потерпевшей, свидетелей, подтверждается протоколами следственных действий, заключением эксперта, письменными документами: рапортом оперативного дежурного ОП по &lt;данные изъяты&gt; району от ДД.ММ.ГГГГ согласно которому, ДД.ММ.ГГГГ в 11 часов 00 минут поступило сообщение об обращении ФИО8 № 1, о том, что дочь ФИО7 № 1 не открывает дверь, подозревает, что муж ФИО6 нанес ей побои, в доме находится ребенок ДД.ММ.ГГГГ г.р. (т.1 л.д.6); – заявлением ФИО7 № 1, согласно которому, просит принять меры в отношении ФИО6, который систематически с ДД.ММ.ГГГГ наносит ей побои, причиняя физическую боль и угрожает расправой. (т.1 л.д.7); - рапортом инспектора ПДН ОП по &lt;данные изъяты&gt; району ФИО8 №11 о том, что обратилась ФИО7 № 1 о том, что просит принять меры в отношении ФИО6, который не менее 3 раз в разное время наносил побои ее сыну ФИО7 № 2, ДД.ММ.ГГГГ г.р. (л.д. 13 т.1); - рапортом оперативного дежурного ОП по &lt;данные изъяты&gt; району от ДД.ММ.ГГГГ согласно которому, ДД.ММ.ГГГГ в 18 часов 55 минут поступило сообщение, что обратилась ФИО7 № 1 о том, что просит принять меры в отношении ФИО6 который не менее 3-х раз в разное время нанес побои её сыну ФИО7 № 2, ДД.ММ.ГГГГ г.р. (т.1 л.д.14); – заявлением ФИО7 № 1, согласно которому, просит принять меры в отношении ФИО6, который не менее трех раз в разное время наносил побои ее сыну ФИО7 № 2, ДД.ММ.ГГГГ г.р. (т.1 л.д.15); – рапортом следователя &lt;данные изъяты&gt; МСО СУ СК России по РБ об обнаружении признаков преступления от ДД.ММ.ГГГГ, согласно которому, ДД.ММ.ГГГГ в &lt;данные изъяты&gt; МСО СУ СК РФ по РБ из ОП по &lt;данные изъяты&gt; району МО МВД России «&lt;данные изъяты&gt;» поступил материал проверки по факту истязания ФИО6 сожительницы ФИО7 № 1 и ее несовершеннолетнего сына ФИО7 № 2 (т.1 л.д. 20); - протоколом осмотра места происшествия от ДД.ММ.ГГГГ, согласно которому с участием свидетеля ФИО8 №7, осмотрена &lt;адрес&gt; по адресу: &lt;адрес&gt;, в ходе которого ФИО8 №7 указала на место в кухне, где ФИО6 нанес ФИО7 № 1 3 удара по голове. Далее указала на место в коридоре, где ФИО6 нанес ФИО7 № 1 1 удар по голове. Фототаблица (т.1 л.д. 21-29); - протоколом осмотра места происшествия от ДД.ММ.ГГГГ, согласно которому с участием потерпевших ФИО7 № 1 и ФИО7 № 2, осмотрен дом и ограда дома по адресу: &lt;адрес&gt;, в ходе которого ФИО7 № 1 указала на место возле печи, где в ДД.ММ.ГГГГ, ФИО6 применил физическую силу в отношении неё. Далее ФИО7 № 2 указал на место возле левой стены противоположной входу в зал, где в ДД.ММ.ГГГГ ФИО6 применил физическую силу в отношении него. После этого ФИО7 № 1 указала на место в зале, где ФИО6 в ДД.ММ.ГГГГ применил физическую силу в отношении ФИО7 № 1 Далее ФИО7 № 2 указал на место на расстоянии 50 см от входа в баню, где в ДД.ММ.ГГГГ ФИО6 применил физическую силу в отношении ФИО7 № 2, а именно прутом от ивы бил по ногам. Кроме того, ФИО7 № 2 указал на дерево и пояснил, что с указанного дерева Прокопьев срезал прут. Фототаблица (т.1 л.д. 30-39); - протоколом осмотра места происшествия от ДД.ММ.ГГГГ, согласно которому с участием потерпевших ФИО7 № 1 и ФИО7 № 2, осмотрена &lt;адрес&gt; по адресу: &lt;адрес&gt;. В ходе которого на кухне ФИО7 № 1 указала на чайник пояснив, что указанным чайником ФИО6 нанес ей удар по лицу в ДД.ММ.ГГГГ В спальне квартиры имеется односпальная панцирная кровать. Далее ФИО7 № 2 указал на место, где ФИО6 бил его по ногам доской в ДД.ММ.ГГГГ. После чего ФИО7 № 1 указывает на место в спальне, где ФИО6 применил насилие в отношении неё металлической дугой от спинки кровати. Далее потерпевшие указывают на место у дивана в зальной комнате, где ФИО6 ДД.ММ.ГГГГ применил насилие в отношении ФИО7 № 1, а также толкнул ФИО7 № 2, отчего последний ударился о ручку двери зальной комнаты. Также ФИО7 № 1 указала на место в коридоре, где ФИО6 в ДД.ММ.ГГГГ в отношении неё дугой от кровати. В ходе осмотра изъяты: электрический чайник, металлическая дуга. Фототаблица. (т.1 л.д. 40-51); - заключением эксперта № от ДД.ММ.ГГГГ, согласно которому у ФИО7 № 2, ДД.ММ.ГГГГ г.р. согласно предоставленной медицинской карты пациента получающего медицинскую помощь в стационарных условиях №, выданной ГАУЗ «&lt;данные изъяты&gt; ЦРБ» на имя ФИО7 № 2, ДД.ММ.ГГГГ г.р. выявлены следующие телесные повреждения: Закрытая черепно-мозговая травма в виде сотрясения головного мозга, кровоподтек области носа. Повреждение: «Кровоподтек области носа» причинен в результате воздействия твердого тупого предмета или удара о таковой и по своим свойствам расценивается как не причинившие вред здоровью человека. Повреждение: «Закрытая черепно-мозговая травма в виде сотрясения головного мозга» причинено в результате воздействия твердого тупого предмета или при ударе о таковой и по своим свойствам расценивается как причинившее легкий вред здоровью по признаку кратковременного расстройства здоровья. (т. 1 л.д. 63-68); - заключением эксперта № от ДД.ММ.ГГГГ, согласно которому у ФИО7 № 1, согласно предоставленной медицинской карты пациента получающего медицинскую помощь в стационарных условиях №, выданной ГАУЗ «&lt;данные изъяты&gt; ЦРБ» на имя ФИО7 № 1 выявлены следующие телесные повреждения: Закрытая черепно-мозговая травма в виде сотрясения головного мозга. Кровоподтеки левого плеча. Кровоподтек левого предплечья. Кровоподтек правой кисти. Кровоподтёк правого бедра. Повреждения: «Кровоподтеки левого плеча; Кровоподтек левого предплечья; Кровоподтек правой кисти; Кровоподтёк правого бедра» причинены в результате воздействия твердого тупого предмета или удара о таковой и по своим свойствам расцениваются как не причинившие вред здоровью человека. Повреждение: «Закрытая черепно-мозговая травма в виде сотрясения головного мозга» причинено в результате воздействия твердого тупого предмета или при ударе о таковой и по своим свойствам расценивается как причинившее лёгкий вред здоровью, по признаку кратковременного расстройства здоровья. (т. 1 л.д. 74-79); - протоколом осмотра предметов от ДД.ММ.ГГГГ, согласно которого осмотрен электрический чайник, металлическая дуга от спинки панцирной кровати. Фототаблица (т.1 л.д.81-84) - копией свидетельства о рождении ФИО7 № 2, ДД.ММ.ГГГГ г.р. ( л.д. 105 т.1). Оценивая исследованные в судебном заседании доказательства, суд находит их добытыми без нарушения закона, относимыми и допустимыми, а все собранные доказательства в совокупности, достаточными для разрешения уголовного дела. В ходе судебных прений стороной защиты заявлено ходатайство о признании недопустимым доказательством протоколы допросов подозреваемого, протокола проверки показаний на месте от ДД.ММ.ГГГГ (л.д. 179-184, 185-188, 189-202, 209-214 том 1) в связи с оказанным на подозреваемого незаконным психическим воздействием со стороны сотрудников полиции и следователя. Вместе с тем, протоколы допросов ФИО6 на указанный листах дела соответствуют требованиям ст. , , , 190 УПК РФ , в них отражены дата и место допросов; время начала и окончания следственного действия; должность и фамилия с инициалами лица, который составил протоколы; данные о личности допрашиваемого лица, которые совпадают с данными личности подсудимого, установленными в судебном заседании. ФИО6 были разъяснены положения ст. 51 Конституции РФ, что подтверждается собственноручной подписью подсудимого в протоколах допроса. В протоколах допроса имеются собственноручно написанная фраза «с моих слов напечатано верно, мною прочитано». От подозреваемого (обвиняемого) замечаний по поводу времени, указанным в протоколе, а также по содержанию протокола допроса не поступало. Протоколы прочитаны им лично, замечания не отражены. В этой связи оснований сомневаться в законности оспариваемых стороной защиты следственных действий не имеется. При этом доводы ФИО6 о том, что в качестве подозреваемого, обвиняемого показания были даны им после применения психологического насилия со стороны оперативных сотрудников полиции, следователя, что следователь ввел его в заблуждение, опровергаются показаниями свидетелей ФИО8 №8, пояснившего суду, что допрос осуществлялся при участии защитника, с которым предварительно была предоставлена конфиденциальная беседа; заявлений о применённом насилии с его стороны не поступало; показания были зафиксированы со слов ФИО6, с которыми последний ознакомился и расписался, а также аналогичными показаниями свидетеля ФИО8 №9 Оснований не доверять протоколу задержания ФИО6 от ДД.ММ.ГГГГ у суда не имеется. В основу приговора суд берёт приведённые показания несовершеннолетнего потерпевшего ФИО7 № 2 от ДД.ММ.ГГГГ (л.д. 99-104 т.1) и показания потерпевшей ФИО7 № 1 от ДД.ММ.ГГГГ, прямо указавших на ФИО6 как на лицо, совершившее в отношении них систематическое нанесение побоев и иных насильственных действий. Противоречия, имеющиеся в показаниях потерпевшей, устранены путем оглашения её показаний на предварительном расследовании. Указанные показания потерпевших были подтверждены ими при осмотрах мест происшествия, в ходе которых потерпевшие указали на места, где в отношении них были совершены Прокопьевым систематическое нанесение побоев и иные насильственные действия, они объективно подтверждаются заключениями СМЭ, выявивших у потерпевшего ФИО7 № 2 – ЗЧМТ в виде сотрясения головного мозга, кровоподтек области носа; у потерпевшей ФИО7 № 1 – ЗЧМТ в виде сотрясения головного мозга, кровоподтеки левого плеча, кровоподтек левого предплечья, кровоподтек правой кисти, кровоподтёк правого бедра. Показания потерпевших подтверждаются также и показаниями свидетелей: - ФИО8 № 1 – матери потерпевшей ФИО7 № 1, из которых следует, что дочь сожительствовала с подсудимым с ДД.ММ.ГГГГ, со слов потерпевших ей известно, что ФИО6 избивал её дочь и внука в состоянии алкогольного опьянения; - свидетеля ФИО8 № 6 о том, что со слов потерпевшей ей известно, что телесные повреждения ей и её сыну причинены ФИО6; - оглашенными показаниями свидетеля ФИО8 № 1 о том, что ДД.ММ.ГГГГ брат нанес ФИО7 № 1 побои; а также с исследованными показаниями подсудимого ФИО6 в части, не противоречащей показаниям потерпевших о том, что ДД.ММ.ГГГГ, около 22 часов, схватил сожительницу за голову, а правой рукой стал наносить ей не менее 3 ударов по лицу. Во ДД.ММ.ГГГГ, нанес сыну сожительницы не менее двух ударов по ягодицам. В ДД.ММ.ГГГГ, схватил ФИО7 № 1 за волосы, а правой стал наносить удары по лицу и голове. Он нанес не менее 5 ударов по лицу и не менее 5 ударов по голове, а именно в теменную область. В ДД.ММ.ГГГГ нанес не менее 2 ударов по передней поверхности левого бедра и не менее 4 ударов по передней поверхности правого бедра ФИО7 № 2 срезанным прутиком. В ДД.ММ.ГГГГ нанес лучинкой не менее 4 ударов по передней поверхности левого и правого бедра ФИО7 № 2 В ДД.ММ.ГГГГ нанес сожительнице удар чайником в челюсть. В ДД.ММ.ГГГГ, нанес не менее 1 удара металлической душкой по спине и не менее 2 ударов по голове сожительницы. ДД.ММ.ГГГГ около 18 часов схватил ФИО7 № 2 за предплечье левой руки, поднял и швырнул с дивана в зальной комнате в сторону выхода. Он не удачно ударился лбом и носом об дверь, в связи с чем, у него пошла кровь и он начал плакать. ДД.ММ.ГГГГ он нанес ФИО7 № 1 кулаком не менее 3 ударов по голове в область затылка. Указанные доказательства устанавливают одни и те же обстоятельства, в деталях дополняют друг друга, у суда нет оснований не доверять показаниям потерпевших и свидетелей, поскольку они с подсудимым в неприязненных отношениях не находились, были предупреждены об уголовной ответственности за дачу заведомо ложных показаний, и не установлено данных, свидетельствующих об их заинтересованности. Каких-либо противоречий в показаниях свидетелей, потерпевших, влияющих на доказанность вины ФИО6 по факту истязания ФИО7 № 1 и её несовершеннолетнего сына, не усматривается. При этом суд принимает во внимание, что преступление носило продолжаемый характер, все акты причинения побоев и иных насильственных действий в указанный период связаны внутренним единством, представляют определенную агрессивную линию поведения ФИО6 - совершены умышленно, с целью причинить физические и психические страдания ФИО7 № 1 и её несовершеннолетнему сыну, действия совершались с промежутком во времени. Эти насильственные действия носили систематический характер, возобновляя, подкрепляя и усиливая физические и психические страдания потерпевших. Страдания, то есть физическая боль и психическая травма, которые испытали потерпевшие, носят глубокий характер, причинили им мучения и особые переживания. Они связаны не только с переживанием боли в момент совершения виновным действий, но и с возникновением чувства неуверенности и страха за свое будущее, ощущения неизбежности повторного насилия со стороны виновного. Длительность преступных действий, неоднократное нанесение побоев и совершение иных насильственных действий свидетельствуют о наличии у ФИО6 единого умысла на причинение вреда ФИО7 № 1 в виде физических и психических страданий. Таким образом, подсудимый ФИО6 действовал с прямым умыслом, осознавал, что своими действиями причиняет ФИО7 № 1 и ФИО7 № 2. физические и психические страдания, предвидит неизбежность наступления их в результате совершения указанных насильственных действий и желает их причинения. Между действиями ФИО6 и причинением физических, психических страданий потерпевшим имеется прямая причинная связь. Анализируя показания ФИО6 в суде том, что потерпевшие и свидетель ФИО8 № 1 его оговаривают, суд ставит их под сомнение, полагая, что они даны с целью уклониться от уголовной ответственности за содеянное; указанные показания опровергаются вышеприведёнными показаниями потерпевших и свидетелей, в том числе и его оглашенными показаниями данными в ходе предварительного следствия в части, не противоречащей показаниям потерпевших. Кроме того, из показаний свидетеля ФИО8 №11 следует, что на ФИО7 № 1 какое-либо психологическое давление не оказывалось, последняя добровольно и самостоятельно сообщила о применении в отношении её сына насилия со стороны ФИО6. По этим же основаниям суд критически относится к показаниям свидетелей ФИО8 № 5 и ФИО8 №7 о том, что потерпевшие оговаривают подсудимого, полагая, что таковые показания ими даны с целью помочь родственнику, избежать уголовной ответственности за содеянное. Дата, время, количество ударов и другие обстоятельства совершения всех эпизодов преступления установлены из показаний потерпевших. Более точное время установить не представляется возможным за давностью произошедших событий, что не исключает факт совершённого истязания и не нарушает права ФИО6 на защиту. При этом суд уточняет время возникновения умысла на совершение преступления - в ДД.ММ.ГГГГ, что не противоречит исследованным доказательствам и не нарушает право на защиту подсудимого. Совокупность вышеприведённых и проанализированных доказательств суд считает достаточной для установления виновности ФИО6, и квалифицирует его действия по п.п. «а,г» ч. 2 ст. 117 УК РФ , как истязание, то есть причинение физических и психических страданий путем систематического нанесения побоев и иными насильственными действиями, если это не повлекло последствий, указанных в статьях и 112 УК РФ , совершенное в отношении двух лиц, в отношении заведомо несовершеннолетнего, лица заведомо для виновного находящегося в беспомощном состоянии, и в иной зависимости от виновного. (в редакции ФЗ № 242 от 12.06.2024). Квалифицируя действия ФИО6 по п.п. «а,г» ч. 2 ст. 117 УК РФ суд принимает во внимание, что исходя из смысла закона, под истязанием понимается причинение физических и психических страданий путем систематического нанесения побоев и иными насильственными действиями. Нанесение побоев руками, а также с использованием твёрдых предметов обоим потерпевшим характеризуется систематичностью (несовершеннолетнего ФИО7 № 2 трижды: в ДД.ММ.ГГГГ., ДД.ММ.ГГГГ, в ДД.ММ.ГГГГ, ФИО7 № 1 в количестве 6-ти раз: в ДД.ММ.ГГГГ, в ДД.ММ.ГГГГ, в ДД.ММ.ГГГГ, в ДД.ММ.ГГГГ, ДД.ММ.ГГГГ, ДД.ММ.ГГГГ). Иные насильственные действия совершены (в отношении ФИО7 № 1 в ДД.ММ.ГГГГ, в ДД.ММ.ГГГГ – хватал за волосы и дергал за них, ДД.ММ.ГГГГ схватив ФИО7 № 2 за руку, поднял его и кинул в сторону двери). Истязание двух лиц характеризуется единством преступного намерения виновного, которое он реализовал в разное время с промежутком между действиями. Квалифицируя действия ФИО6, суд учитывает, что на момент совершения преступления потерпевший ФИО7 № 2 не достиг возраста 10 лет, не способен в силу малолетнего возраста защитить себя и оказать активное сопротивление, то есть находился в беспомощном состоянии, что охватывалось умыслом подсудимого, сожителем матери которого он являлся, и они проживали в одном доме. В силу названных обстоятельств (возраста, совместного проживания, физического превосходства ФИО6) мальчик находился в иной зависимости от него, что осознавал виновный, что верно изложено в обвинении. В судебных прениях государственным обвинителем заявлено об исключении квалифицирующего признака «находящегося в материальной зависимости» с чем суд соглашается исходя из установленных обстоятельств уголовного дела. Сведений о нахождении несовершеннолетнего ФИО7 № 2 «в материальной зависимости» от виновного по делу не имеется. Так, из оглашенных показаний ФИО7 № 1 следует, что ФИО6 нигде не работал, деньгами их семью никак не обеспечивал. В этой связи суд исключает указанный квалифицирующий признак. Судом, в порядке ст. 285 УПК РФ , были исследованы характеризующие данные в отношении подсудимого в томе 2: &lt;данные изъяты&gt; Из пояснений подсудимого в судебном заседании следует, что &lt;данные изъяты&gt; Исследовав представленные сторонами доказательства, характеризующие личность подсудимого, &lt;данные изъяты&gt; также учитывая его поведение в период судебного разбирательства, суд считает его вменяемым как на момент совершения преступления, так и в настоящее время. Судом обсуждался вопрос о возможности прекращения уголовного дела, освобождения подсудимого от уголовной ответственности и от наказания, однако оснований к этому не установлено, с учётом фактических обстоятельств, совершённого преступления и данных о личности подсудимого. Разрешая вопрос о назначении наказания, суд в соответствии с требованиями ст. ст. , 60 УК РФ принимает во внимание характер и степень общественной опасности совершенных преступлений, личности виновного, влияние наказания на исправление осуждённого и на условия его жизни, обстоятельства смягчающие и отягчающее наказание, требования разумности и справедливости. В качестве обстоятельств, смягчающих наказание, предусмотренных ст. 61 УК РФ , суд учитывает полное признание вины в ходе предварительного следствия, активное способствование расследованию преступления, выразившееся в даче подробных признательных показаний, в т.ч. в ходе проверки показаний на месте, &lt;данные изъяты&gt;, положительные характеристики свидетеля ФИО8 № 5, ФИО8 №2, ФИО8 №7, удовлетворительную характеристику УУП по месту регистрации, участие в боевых действиях, наличие государственных наград. При этом оснований для признания обстоятельств смягчающих наказание как отдельно, так и в совокупности исключительными, существенно уменьшающими степень общественной опасности, суд не находит. Отягчающим наказание обстоятельством в соответствии с п.«п» ч.1 ст. 61 УК РФ , у Прокопьева суд признаёт совершение преступления в отношении несовершеннолетнего лицом, проживающим совместно с несовершеннолетним. Исходя из обстоятельств совершённого преступления, данных о личности ФИО6, суд признаёт на основании ст. ч.1.1. УК РФ, отягчающим наказание обстоятельством «совершение преступления в состоянии опьянения, вызванном употреблением алкоголя», что повлияло, по мнению суда, на агрессивность его действий и явилось причиной и существенным условием совершения ФИО6 преступления, снизив его контроль за своим поведением. Так из показаний потерпевшей и свидетелей следует, что ФИО6 в состоянии алкогольного опьянения становится более агрессивным. Оснований для признания обстоятельством, отягчающим наказание, предусмотренным п. "з" ч. 1 ст. 63 УК РФ , - совершение преступления в отношении лица, находящегося в зависимости от виновного суд не усматривает. С учётом указанных обстоятельств, принимая во внимание характер и степень общественной опасности совершенного преступления, а также с учётом требований ч. 2 ст. 43 УК РФ о применении наказания в целях восстановления социальной справедливости, в целях исправления осуждённого и предупреждения совершения новых преступлений, принимая во внимание данные о личности подсудимого, суд приходит к выводу о необходимости назначения ФИО6 за совершённое преступление наказания в виде лишения свободы на определенный срок. Принимая во внимание конкретные обстоятельства уголовного дела, суд считает, что применение иного, более мягкого вида наказания, не предусмотренного санкцией статьи, не будет соответствовать цели исправления осуждённого. Оснований для применения положений ч.1 ст. 62 УК РФ суд не усматривает Совершённое ФИО6 преступление относится к категории тяжких. С учётом фактических обстоятельств его совершения и степени общественной опасности, суд считает, что отсутствуют основания для изменения категории преступления на менее тяжкое в порядке ч.6 ст. 15 УК РФ . Судом обсуждался вопрос о возможности применения в отношении подсудимого положений, предусмотренных ст. , ст. 53.1 , ст. 73 УК РФ . Оснований для этого суд не усматривает, исходя из характера и степени общественной опасности совершённого преступления, конкретных обстоятельств уголовного дела, данных о личности подсудимого. В срок наказания засчитывается время задержания подсудимого в порядке ст.ст. , 92 УПК РФ , время содержания его под стражей в соответствии со ст. 72 УК РФ . В соответствии с требованиями п. «б» ч. 1 ст. 58 УК РФ отбывание лишения свободы подлежит назначению в исправительной колонии общего режима. В соответствии с требованиями п. «б» ч.3.1 ст.72 УКРФ время содержания ФИО6 под стражей по настоящему уголовному делу с момента фактического задержания - с ДД.ММ.ГГГГ до дня вступления приговора в законную силу подлежит зачёту в срок наказания из расчёта один день содержания под стражей за полтора дня отбывания наказания в исправительной колонии общего режима. Избранная в отношении подсудимого ФИО6 мера пресечения в виде заключения под стражу в связи с назначением наказания, связанного с реальным лишением свободы, подлежит до вступления приговора в законную силу оставлению без изменения, после - отмене. Судьбу вещественных доказательств суд разрешает в соответствии со ст. , 82 УПК РФ . Гражданский иск по делу не заявлен. Процессуальные издержки, связанные с вознаграждением адвокату ФИО1 на досудебной стадии уголовного судопроизводства в сумме &lt;данные изъяты&gt; (л.д.111-112 т.2) и за участие в судебном заседании в размере &lt;данные изъяты&gt; рублей, всего в сумме &lt;данные изъяты&gt; на основании ч.2 ст. 132 УПК РФ необходимо взыскать с осужденного ФИО6 Оснований для освобождения его (полного либо частичного) от уплаты процессуальных издержек суд не усматривает, исходя из трудоспособного возраста подсудимого, отсутствия заболеваний, препятствующих труду. На основании изложенного, руководствуясь ст. ст. - , - , - , 313 УПК РФ , П Р И Г О В О Р И Л: Признать ФИО6 виновным в совершении преступления, предусмотренного п.п. «а,г» ч. 2 ст. 117 УК РФ (в редакции ФЗ № 242 от 12.06.2024) и назначить ему наказание в виде лишения свободы на срок 4 (четыре) года с отбыванием наказания в исправительной колонии общего режима. Срок наказания в виде лишения свободы исчислять со дня вступления приговора в законную силу. Зачесть ФИО6 в срок наказания время его задержания в порядке ст. ст. - 92 УПК РФ и содержания под стражей с ДД.ММ.ГГГГ до дня вступления приговора в законную силу, из расчёта один день содержания под стражей за полтора дня отбывания наказания в исправительной колонии общего режима. Меру пресечения ФИО6 - заключение под стражей – до вступления приговора в законную силу оставить без изменения, после - отменить. Вещественные доказательства по делу: электрический чайник синего цвета марки «&lt;данные изъяты&gt;» - вернуть по принадлежности, металлическую дугу от спинки панцирной кровати, хранящееся в камере хранения вещественных доказательств &lt;данные изъяты&gt; МСО СУ СК РФ по РБ - уничтожить. Процессуальные издержки в сумме &lt;данные изъяты&gt; взыскать с ФИО6 в доход Российской Федерации. Приговор может быть обжалован в апелляционном порядке в Верховный суд Республики Бурятия через Хоринский районный суд РБ в течение 15 суток со дня провозглашения, а осужденным, содержащимся под стражей, в тот же срок с момента получения копии приговора. Судья Хоринского районного суда РБ В.Б. Ширдармаева Апелляционным определением Верховного суда Республики Бурятия от ДД.ММ.ГГГГ приговор Хоринского районного суда Республики Бурятия от 10 апреля 2025 года в отношении ФИО6 изменен. Исключено из приговора при квалификации действий ФИО6 по п.п. «а, г» ч.2 ст. 117 УК РФ указание на редакцию Федерального закона № 242 от 12.06.2024. В остальном этот же приговор оставить без изменения, апелляционные жалобы осужденного ФИО6 – без удовлетворения. Суд: Хоринский районный суд (Республика Бурятия) (подробнее) Судьи дела: Ширдармаева Виктория Булытовна (судья) (подробнее) Последние документы по делу: Приговор от 9 апреля 2025 г. по делу № 1-168/2024 Приговор от 12 февраля 2024 г. по делу № 1-168/2024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