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Лесосибирск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Конструкция пола: - деревянный настил чернового пола в помещении № 5 «Кухни» и помещения № 2 «Коридор» имеет явные признаки разрушений, рассыхания тела материала по всей площади помещения, имеются местные просадки, зыбкость, значительные истирания и следы биопоражения - гнили совокупности конструкций из напольной доски.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Отделочные покрытия: - напольное отделочное покрытие «линолеум» уложен по всей площади квартиры, в том числе в помещении № 5 «Кухни» и помещении № 2 «Коридор» без выравнивающего слоя - фанеры, толщина которой должна быть минимум 7 мм. и без специального слоя - «подложки» можно использовать любой тип для деревянного пола.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Отделка кафельной плиткой как пола санузла и ванной комнаты, так и стен ванны имеет значительные дефекты в виде механических повреждений, истираний - значительный физический износ, в помещении № 4 «Ванной» частично отсутствует керамическая плитка около «изголовья» ванны.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Значительные дефекты на поверхности обоев (отслоения, множественные вздутия на полотне обоев).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Значительные дефекты на окрасочном слое потолка по всей площади жилого помещения (квартиры № №) визуально наблюдаются дефекты на поверхности окрасочного слоя, структура не однородная - имеются неровности и следы-подтеки, частичное отслоение, характер следов подтёков как от подтопления от жилого помещения, расположенного выше уровня исследуемой квартиры в помещении № «Коридор», № и №.</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Провисание полотна входной двери - материал изготовления металл, провисание полотна оценивается от 3 -х до 4-х мм. на квадратный метр. Ширина входного дверного проёма равна в открытом состоянии 0,73 м., а в закрытом 0,72. Отделочный слой дверного полотна имеет незначительные дефекты - потёртости, вмятины, ширина дверного полотна составляет 0,71 м., что является грубым нарушением обязательных требований к пожарной безопасности объектов, безопасных и благоприятных условий проживания людей, согласно Федеральному закону от 22.07.2008 N 123-ФЗ "Технический регламент о требованиях пожарной безопасности", Федеральный закон "Технический регламент о безопасности зданий и сооружений" от 30.12.2009 N 384-ФЗ и СП 112.13330.2011 Пожарная безопасность зданий и сооружений», для исключения пожарного риска, обеспечения пожарной безопасности жилых помещений и безопасной эвакуации ширина дверного проёма в свету (в открытом состоянии) должна составлять минимум 0,80 м., а значит конструктивное решение для такого дверного проема должно быть не менее 0,91-0,95 м., в зависимости от параметров устанавливаемого дверного заполнения (конструкции коробки, дверного полотна и монтажного слоя).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Провисание дверного полотна, перекос конструкции, процесс открытия/закрытия значительно затруднён в жилом помещении № «Жилая комната».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Провисание дверного полотна, процесс открытия/закрытия значительно затруднён в помещении № «Жилая комната».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Сантехнический прибор - ванна в помещении № «Ванной» установлен технически неверно, без соблюдения требований эргономики, почти в плотную к контору помещения, отсутствует полноценный доступ к данному прибору, отсутствует изоляционный шов между прибором и контуром стен, сам прибор установлен не надёжно, при механическом воздействии (поднятие прибора осуществлялось с помощью одной руки), шатается, ножки прибора подкошены, при использовании прибор травмоопасен. Расположение прибора в помещении: -выхода из ванной -16 см.;-расстояние между прибором и стеной (подход к прибору) -30 см. Отсутствует надлежаще смонтированное заземление сантехнического прибора.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Сантехнический прибор – умывальник со смесителем и сифоном, подключенный к канализации, отсутствует.</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Сантехнический прибор - унитаз установлен технически не верно - без соблюдения требования эргономики для санузлов - туалетов, отсутствует полноценный доступ к прибору, расстояние между установленным прибором и соседними стенами составляет: - от унитаза до стены (слева), с учётом расположения инженерных коммуникаций — 10 см.; - от унитаза до стены (слева), без учёта расположения инженерных коммуникаций — 28 см.; - от унитаза до стены (справа) — 56 см.; - расстояние перед унитазом составляет— 8 см.</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Ширина коридора равна 0,80 м., ширина проёма ведущего из коридора (помещение №) в прихожую (помещение №) равна 0,90 м. данные параметры не соответствуют Федеральному закону от 22.07.2008 N 123-ФЗ "Технический регламент о требованиях пожарной безопасности", Федеральному закону "Технический регламент о безопасности зданий и сооружений" от 30.12.2009 N 384-ФЗ и СП 112.13330.2011 «Пожарная безопасность зданий и сооружений» для исключения пожарного риска в отношении обеспечения пожарной безопасности жилых помещений и безопасной эвакуации ширина дверного проёма в свету (в открытом состоянии) должна составлять не менее 1,20 м.</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Электроплита или духовой шкаф с варочной панелью отсутствуют.</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Прочее: - входная группа: отсутствует пандус для обеспечения доступа для маломобильных групп населения; конструкция отмостки: -имеет значительные трещины и местами осадку.</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Имеются подтеки, частичное отслоение, характер следов подтёков как от подтопления от жилого помещения, расположенного выше уровня исследуемой квартиры в помещении № «Кухня».</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Визуально наблюдается частичное отслоение обоев, вздутия по всем поверхностям стен в следующих помещениях: № «Прихожая», № «Коридор», № «Жилая комната», № «Жилая комната».</w:t>
      </w:r>
    </w:p>
    <w:p>
      <w:pPr>
        <w:pStyle w:val="Heading3"/>
      </w:pPr>
      <w:r>
        <w:rPr>
          <w:rFonts w:ascii="Times New Roman" w:hAnsi="Times New Roman" w:eastAsia="Times New Roman" w:cs="Times New Roman"/>
          <w:b/>
          <w:i w:val="0"/>
          <w:sz w:val="22"/>
        </w:rPr>
        <w:t>Пункт 17. Выводы</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При частичном демонтаже обоев было установлено, что под обоями отсутствует подготовительные слои в виде штукатурного и грунтовочного, такая ситуация по всем помещениям жилого помещения (&lt;адрес&gt;), на данный дефект явно указывают частичное отслоение и вздутие обоев (т. 2 л.д. 86-231, т. 3, л.д. 1-137). Эксперт ФИО1 подтвердила данное ей заключение, дополнительно показала, что нормативная документация в сфере строительства имеет не рекомендательный, а обязательный характер, при этом жилое помещение должно соответствовать требованиям аукционной документации, требованиям законов, перечисленных в ней. Протоколами выемки у потерпевшей Потерпевший №1 документов от 09.04.2024: и их осмотра от 23.04.2024: свидетельства о государственной регистрации права №, выданного Управлением Федеральной службы государственной регистрации кадастра и картографии по Красноярскому краю 27 августа 2014 г. Документы-основания: договор купли-продажи квартиры от 14.08.2014: Субъект (субъекты) права: Потерпевший №1. ДД.ММ.ГГГГ, г.р., паспорт №, выдан ДД.ММ.ГГГГ Казачинским РОВД Красноярского края. Вид права: Собственность. Объект права: квартира, назначение: жилое. Общая площадь 37,8 кв. м., этаж 2, адрес (местонахождение) объекта: Красноярский край, г. Лесосибирск, &lt;адрес&gt;. Кадастровый номер: №. Существующие ограничения (обременение) права: не зарегистрировано; соглашения об изъятии недвижимого имущества для муниципальных нужд путем предоставления иного жилого помещения от 09.12.2021 г.. Согласно соглашению Муниципальное образование город Лесосибирск, в лице Комитета по управлению муниципальной собственностью г. Лесосибирска, в лице руководителя Комитета – начальника отдела по управлению муниципальной собственностью г. Лесосибирска ФИО10 и Потерпевший №1. заключили настоящее соглашение об изъятии для муниципальных нужд в целях сноса многоквартирного дома № № по ул. &lt;адрес&gt;, признанного в установленном законом порядке аварийным и подлежащим сносу. Стороны пришли к соглашению о предоставлении Гражданину взамен изымаемого жилого помещения другого жилого помещения в собственность. Гражданин принимает в собственность квартиру № №, находящуюся по адресу: г. Лесосибирск, &lt;адрес&gt;; технического паспорта жилого помещения (квартиры) по адресу: г. Лесосибирск, &lt;адрес&gt;. Паспорт составлен по состоянию на 21.12.2006; определения Лесосибирского городского суда Красноярского края от 11.03.2024. Прокурор г. Лесосибирска в интересах Потерпевший №1. к администрации г. Лесосибирска об устранении строительных недостатков в жилом помещении, предоставленном взамен аварийного; справки Бюро медико-социальной экспертизы № 31 серии МСЭ-2022 № 0893258, выданной Потерпевший №1 об установлении инвалидности второй группы по общему заболеванию бессрочно повторно 05.04.2023; соглашения о расторжении соглашения об изъятии недвижимого имущества для муниципальных нужд путем предоставления иного жилого помещения от 01.04.2024. Согласно соглашению Муниципальное образование город Лесосибирск, в лице Комитета по управлению муниципальной собственностью г. Лесосибирска, в лице руководителя Комитета – начальника отдела по управлению муниципальной собственностью г. Лесосибирска ФИО10 и Потерпевший №1 заключили настоящее соглашение о расторжении Соглашения об изъятии недвижимого имущества для муниципальных нужд путем предоставления иного жилого помещения от 09.12.2021, с 01.04.2024. В результате настоящего Соглашения в муниципальную собственность «Муниципальное образование город Лесосибирск» переходит квартира по адресу: Российская Федерация, Красноярский край, г. Лесосибирск &lt;адрес&gt; а в собственность Потерпевший №1 передана квартира по адресу: Российская Федерация, Красноярский край, г. Лесосибирск, &lt;адрес&gt;; выписки из Единого государственного реестра недвижимости на жилое помещение по адресу: г. Лесосибирск, &lt;адрес&gt; от 03.04.2024, кадастровый номер №. Получатель выписки Комитет по управлению муниципальной собственностью г. Лесосибирска Правообладатель: от имени Потерпевший №1 Протоколом Выписки из Единого государственного реестра от 03.04.2024 на объект недвижимости с кадастровым номером № Правообладатель Потерпевший №1.; соглашения об изъятии недвижимого имущества для муниципальных нужд путем предоставления иного жилого помещения от 04.04.2024. Согласно соглашению Муниципальное образование город Лесосибирск, в лице Комитета по управлению муниципальной собственностью г. Лесосибирска, в лице руководителя Комитета – начальника отдела по управлению муниципальной собственностью г. Лесосибирска ФИО10 и Потерпевший №1 (Гражданин) заключили настоящее соглашение об изъятии жилого помещения по &lt;адрес&gt; г. Лесосибирска у Потерпевший №1. и передаче ей в собственность квартиры № № по &lt;адрес&gt; г. Лесосибирска; выписки из Единого государственного реестра недвижимости на жилое помещение по адресу: г. Лесосибирск, &lt;адрес&gt; от 08.04.2024, кадастровый номер № Получатель выписки Комитет по управлению муниципальной собственностью г. Лесосибирска. Правообладатель: от имени Потерпевший №1 Выписки из Единого государственного реестра недвижимости от 08.04.2024. Правообладатель: Потерпевший №1 Собственность: №. Выписки из Единого государственного реестра недвижимости на жилое помещение по адресу: г. Лесосибирск, &lt;адрес&gt; от 03.04.2024, кадастровый номер № Получатель выписки Комитет по управлению муниципальной собственностью г. Лесосибирска Правообладатель: Муниципальное образование город Лесосибирск. Выписки из Единого государственного реестра недвижимости на объект недвижимости от 03.04.2024, кадастровый номер №. Правообладатель: Муниципальное образование город Лесосибирск, которые признаны вещественными доказательствами и приобщены к материалам уголовного дела (т. 3, л.д. 141-145, т. 4, л.д. 116-121, 122-123). Протоколами выемки у свидетеля ФИО12 №9 документов от 20.05.2024 и их осмотра от 30.05.2024, изъятых при производстве выемки у свидетеля ФИО12 №9 20.05.2024 копии: - постановления администрации города Лесосибирска Красноярского края № 958 от 11.07.2014 «Об утверждении новой редакции муниципальной программы «Реформирование и модернизация жилищно-коммунального хозяйства, повышение энергетической эффективности и создание условий для проживания населения города Лесосибирска». Согласно паспорту указанной муниципальной программы в перечень подпрограмм и отдельных мероприятий муниципальной программы включена подпрограмма «Переселение граждан из аварийного жилищного фонда в городе Лесосибирске на 2019-2025 годы. Цель муниципальной программы – создание благоприятных условий для проживания в городе Лесосибирске, обеспечение населения города Лесосибирска качественными жилищно-коммунальными услугами. Задачи муниципальной программы – обеспечение устойчивого сокращения непригодного для проживания жилищного фонда города Лесосибирска. Указом президента Российской Федерации от 07.05.2018 № 204 «О национальных целях и стратегических задачах развития Российской Федерации на период до 2024 г. Правительству Российской Федерации поручено разработать (скорректировать) совместно с органами государственной власти субъектов Российской Федерации национальные проекты (программы), в том числе национальные проект «Жилье и городская среда». С целью реализации Указа Президента РФ Правительством Российской Федерации разработан и утвержден национальный проект «Жилье и городская среда», в состав которого входит федеральный проект «Обеспечение устойчивого сокращения непригодного для проживания жилищного фонда». Федеральным законом от 28.11.2018 № 436-ФЗ «О внесении изменений в Федеральный закон «О Фонде содействия реформированию жилищно-коммунального хозяйства» внесены изменения, в соответствии с которыми предусматривается обязанность субъектов Российской Федерации обеспечить переселение граждан из всех жилых помещений в многоквартирных домах, признанных в установленном порядке до 1 января 2017 г. аварийными и подлежащими сносу или реконструкции в связи с фактическим износом в процессе их эксплуатации. Основной задачей данного федерального проекта является создание механизмов переселения граждан из непригодного для проживания жилищного фонда, обеспечивающих соблюдение их жилищных прав, установленных законодательством Российской Федерации. В целях реализации федерального проекта постановлением Правительства Красноярского края от 29.03.2019 № 144-п утверждена региональная адресная программа «Переселение граждан из аварийного жилищного фонда в Красноярском крае на 2019-2025 годы»; - муниципального контракта № 50 на приобретение недвижимого имущества в муниципальную собственность от 03.09.2021, согласно которого приобретаемое жилое помещение по адресу: г. Лесосибирск, &lt;адрес&gt; соответствует требованиям, установленным приложением № 2 к Методическим рекомендациям приказа Минстроя № 65/пр от 31.01.2019 г., подписан ФИО10 и ФИО12 №13; - акта № 1 приема-передачи Объекта от 22.09.2021; -дополнительного соглашения № 1 к муниципальному контракту № 50 на приобретение недвижимого имущества в муниципальную собственность от 22.09.2021. Решение комиссии: Принять Объект в состоянии, предусмотренном муниципальным контрактом № 50 от 03.09.2021. На момент приемки у Покупателя отсутствуют претензии к Продавцу. Недостатков в поставленном Объекте не выявлено. Приемочная комиссия: ФИО12 №6, ФИО12 №4, ФИО12 №5, ФИО12 №16, Продавец ФИО12 №13; - соглашения № 57 о предоставлении субсидии муниципальному образованию Красноярского края из краевого бюджета от 28.09.2020. Пунктом 4.3.9 указанного соглашения определено, что получатель субсидии обязуется при заключении договоров на приобретение жилых помещений в домах и государственных контрактов на строительство домов обеспечить соблюдение «Рекомендуемых требований к жилью, строящемуся или приобретаемому в рамках программы по переселению граждан из аварийного жилищного фонда, установленных приложением № 2 к Методическим рекомендациям по разработке региональной адресной программы по переселению граждан из аварийного жилищного фонда, признанного таковым до 1 января 2017 г., утвержденным приказом Министерства строительства и жилищно-коммунального хозяйства Российской Федерации от 31.01.2019 г. № 65/пр «Об утверждении методических рекомендаций по разработке региональной адресной программы по переселению граждан из аварийного жилищного фонда, признанного таковым до 1 января 2017 г.»; - дополнительного соглашения № 1 от 13.11.2020 к соглашению от 28.09.2020 № 57 о предоставлении субсидии муниципальному образованию Красноярского края из краевого бюджета; - дополнительного соглашения № 2 от 15.01.2021 к соглашению от 28.09.2020 № 57 о предоставлении субсидии муниципальному образованию Красноярского края из краевого бюджета; - дополнительного соглашения № 3 от 28.01.2021 к соглашению от 28.09.2020 № 57 о предоставлении субсидии муниципальному образованию Красноярского края из краевого бюджета; - распоряжения администрации города Лесосибирска Красноярского края от 02.05.2012 № 399-р «О признании многоквартирных домов аварийными и подлежащими сносу», согласно которому дом № № по &lt;адрес&gt; г. Лесосибирска признан аварийным и подлежащим сносу; - Устава города Лесосибирска Красноярского края; - решения Лесосибирского городского совета депутатов (в редакции решения № 69 от 25.02.2016) от 28.06.2011 № 169 «Об утверждении Положения «О Комитете по управлению муниципальной собственностью г. Лесосибирска»; - Положения о Комитете по управлению муниципальной собственностью г. Лесосибирска; - распоряжения администрации города Лесосибирска Красноярского края от 31.05.2021 № 763-р «О приемочной комиссии», которым главой города Лесосибирска ФИО12 №6 утверждено Положение о приемочной комиссии для приемки поставленных товаров, предусмотренных муниципальными контрактами, при приобретении на вторичном рынке объектов недвижимого имущества (жилых помещений) в муниципальную собственность в рамках реализации региональной адресной программы «Переселение граждан из аварийного жилищного фонда в Красноярском крае» на 2019-2025 гг. В состав комиссии входят: ФИО12 №6, ФИО12 №4, ФИО5 ФИО10, ФИО12 №9, ФИО12 №5, ФИО6, ФИО12 №18, ФИО12 №16; - акта осмотра жилого помещения по адресу: г. Лесосибирск, &lt;адрес&gt; от 10.09.2021. Подписи ФИО12 №6, ФИО12 №4, ФИО10, ФИО12 №5, ФИО12 №16 выполнены красителем синего цвета рукописным способом. В соответствии с распоряжением администрации города Лесосибирска Красноярского края от 31.05.2021 № 763-р «О приемочной комиссии» приемочная комиссия по приемке поставленных товаров, предусмотренных муниципальными контрактами, при приобретении на вторичном рынке объектов недвижимого имущества (жилых помещений) в муниципальную собственность в рамках реализации региональной адресной программы «Переселение граждан из аварийного жилищного фонда в Красноярском крае» на 2019-2025 гг. произвела осмотр жилого помещения, расположенного по адресу: г. Лесосибирск, &lt;адрес&gt;. В акте отражено наличие в квартире умывальника со смесителем и сифоном, кухонной мойки со смесителем и сифоном, межкомнатных дверей, ламинированных с остекленением, с исправными ручками, наличниками и фурнитурой. Заключение по результатам осмотра: поставляемый товар соответствует условиям и требованиям муниципального контракта, приказа Минстроя России от 31.01.2019 № 65/пр «Об утверждении методических рекомендаций по разработке региональной адресной программы по переселению граждан из аварийного жилищного фонда, признанного таковым до 1 января 2017 г.»; -соглашения об изъятии недвижимого имущества для муниципальных нужд путем предоставления иного жилого помещения от 09.12.2021 г.; - заявления на имя главы г. Лесосибирска А.В. ФИО12 №6 от Потерпевший №1, проживающей по адресу &lt;адрес&gt; от 10.12.2020; - заявления на имя главы г. Лесосибирска А.В. ФИО12 №6 от Потерпевший №1 12.12.2019, которые признаны вещественными доказательствами и приобщены к материалам уголовного дела (т. 3, л.д. 175-179, т. 4, л.д. 125-133, 134-135). Протоколом выемки у свидетеля ФИО12 №10 документов от 21.05.2024 и их осмотра от 31.05.2024 г.: - заявки на электронный аукцион исх 1295 от 28.07.2021; - обоснования начальной максимальной цены контракта сформировано из трех коммерческих предложений и определенной заказчиком в сумме 2167488 рублей 92 копейки; - проекта муниципального контракта, в котором п. 1.2. предусмотрено следующее: Жилое помещение соответствует требованиям, установленным приложением № 2 к Методическим рекомендациям, утвержденным приказом Минстроя России от 31.01.2019 № 65/пр «Об утверждении методических рекомендаций по разработке региональной адресной программы по переселению граждан из аварийного жилого фонда, признанного таковым до 1 января 2017 г.»; - спецификации на приобретение в муниципальную собственность жилого помещения; показатели товара, значения которых не могут изменяться: среди прочих – наличие умывальника со смесителем и сифоном. Квартира не должна требовать ремонта и не содержать повреждения (дефекты): потолки – следы протечек, намокания, загрязнение, отклеивание плиток, отклеивание обоев, отслоение побелочного или окрашенного слоя и т.д.; стены: следы намокания, загрязнения, ржавчины и пятен на обоях, отклеивание полотен и т.д.; полы: прогибы, проседание, разрушение основания, шаткость настила, неравномерность покрытия и т.д.; проем входной двери: деформация полотен, перекосы коробок и т.д.; проемы межкомнатных дверей: оседание дверных полотен, деформация коробок. Жилое помещение должно соответствовать ст. Жилищного кодекса РФ, СНип, СанПиН, экологическим и санитарно-гигиеническим требованиям; - справки о подтверждении финансового обеспечения заявки по муниципальному за подписью главного бухгалтера МКУ «УСС» ФИО7; - документации об аукционе в электронной форме на право заключения контракта на приобретение недвижимого имущества в муниципальную собственность утверждена руководителем Комитета – начальником отдела по управлению муниципальной собственностью г. Лесосибирска ФИО10 04.08.2021 содержит информационную карту электронного аукциона, проект муниципального контракта, обоснование начальной (максимальной) цены контракта, согласие на размещение аукционной документации в ЕИС от 04.08.2021; - протокола рассмотрения единственной заявки на участие в электронном аукционе № от 23.08.2021, согласно которому аукционная комиссия приняла решение о соответствии участника электронного аукциона – ФИО12 №13, подавшего единственную заявку на участие в электронном аукционе. Протокол подписан членами комиссии ФИО12 №10, ФИО12 №11, ФИО12 №12 (т. 4, л.д. 74-78, 136-143, 144-145) Протоколом осмотра предметов от 06.06.2024 – CD- R диска, изъятого при производстве осмотра места происшествия 05.06.2024 по адресу: г. Лесосибирск, &lt;адрес&gt;, согласно которому на диске содержатся 7 файлов, датированных 10.09.2021 с изображениями жилого помещения, который признан вещественным доказательством и приобщен к материалам уголовного дела (т. 4 л.д. 146-160, 161, 162). Показания потерпевших и свидетелей подробны, последовательны, получены в отсутствие неприязненных отношений к подсудимому, согласуются с другими доказательствами по делу и взаимно дополняют друг друга. Оснований для оговора подсудимого со стороны потерпевших и свидетелей в судебном заседании не установлено. Приведенные доказательства с точки зрения их относимости, допустимости и достоверности сомнений у суда не вызывают, протоколы следственных действий изготовлены с соблюдением норм УПК РФ, заключения экспертов обоснованы и понятны. Вопреки доводам стороны защиты заключение эксперта № 06 от 23.06.2024 является допустимым доказательством по данному делу, поскольку полностью соответствует ст. 204 УПК РФ и Федеральному закону от 31.05.2001 N 73-ФЗ "О государственной судебно-экспертной деятельности в Российской Федерации", является ясным, полным, содержит подробное описание произведенных исследований, с указанием примененных методов, инструментов, сделанные в результате него выводы и научно обоснованные ответы на поставленные вопросы, не противоречат исследовательской части заключения; в обоснование сделанных выводов эксперт привел соответствующие данные из имеющихся в их распоряжении документов, объекта исследования, основывались на исходных объективных данных, учитывая имеющуюся в совокупности документацию, а также на использованную при проведении исследования научную и методическую литературу. Экспертиза проведена и заключение составлено квалифицированным экспертом, имеющим специальное образование в исследуемой области, соответствующую квалификацию, ссылки на которую имеются в самом экспертном заключении. Перед началом проведения экспертизы эксперт предупрежден об уголовной ответственности за дачу заведомо ложного заключения по ст. Уголовного кодекса Российской Федерации. Выводы эксперта носят категоричный характер, отсутствуют основания для сомнений в данных выводах. Судебная экспертиза проведена с визуальным и инструментальным осмотром объекта экспертизы. Экспертом представлена фототаблица обследуемого жилого помещения, в полном объеме проведено исследование, ответы даны по всем поставленным вопросам. Оснований не доверять выводам заключения эксперта, имеющих подтвержденную квалификацию, у суда не имеется. Само по себе несогласие стороны с выводами судебной экспертизы не может быть отнесено к таким недостаткам данного вида доказательства. Доводы о применении экспертом ГОСТ 31937-2011, не предназначенным для проведения судебных строительно-технических экспертиз, основаны на ошибочном толковании указанного Государственного стандарта, из которого следует, что требования настоящего стандарта не распространяются на работы, связанные с судебно-строительной экспертизой. Эксперт предписания указанного ГОСТ применял не к работам, которые проводятся в процессе проведения экспертизы и связаны с ее проведением, а к конкретному объекту исследования что прямо отнесено к области применения ГОСТ 31937-2011 (раздел 1). При этом для определения соответствия спорного объекта требованиям строительно-технических, противопожарных норм, градостроительным нормам и правилам экспертом применена относящаяся к установлению данного обстоятельства нормативная база, указанная в тексте заключения. Тот факт, что на момент производства экспертизы ГОСТ 31937-2011, который указан в заключении, утратил силу, не свидетельствует о недостоверности данного заключения, поскольку положения данного документа включены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ссылка на который имеется в заключении № 06 от 23.06.2024 и Методических рекомендациях. При этом взамен утратившего силу ГОСТ 31937-2011 Приказом Росстандарта от 10 апреля 2024 г. N 433-ст введен новый ГОСТ 31937-2024 "Межгосударственный стандарт. Здания и сооружения. Правила обследования и мониторинга технического состояния", положения которого дублируют положения ГОСТ 31937-2011 и в большей части являются аналогичными по содержанию, а также содержат дополнительные развернутые уточнения. Указание стороны защиты на то, что СП 54.13330.2016 и 118.13330.2012 утратили силу на момент поведения экспертизы – с 01.09.2022 года суд не принимает, поскольку таковые действовали на дату приобретения жилого помещения и передачи его потерпевшей. Доводы защиты о том, что в экспертизе указано о несоответствии жилого помещения требованиям СП 55.13330.2016, СП 54.13330.2016, СП 112.13330.2011 «СНиП 21-01-97», в то время как данные своды правил не подлежали применению, суд не может принять во внимание, поскольку, как следует из п. 2 Спецификации, являющейся приложением к муниципальному контракту, вышеуказанные своды правил подлежали применению при исполнении муниципального контракта. При этом, суд учитывает, что с 31.12.2020 года СП 112.13330.2011 "Пожарная безопасность зданий и сооружений" (СНиП 21-01-97* Пожарная безопасность зданий и сооружений (с Изменениями N 1,2)) утратил силу. Между тем, СНиП 21-01-97 "Пожарная безопасность зданий и сооружений*" применяется в части, не противоречащей требованиям Федерального закона от 22.07.2008 N 123-ФЗ "Технический регламент о требованиях пожарной безопасности" в отношении объектов защиты, которые были введены в эксплуатацию либо проектная документация на которые была направлена на экспертизу до дня вступления в силу соответствующих положений Технического регламента о требованиях пожарной безопасности (см. п. 4 ст. 4, п. 1 ст. 151 Технического регламента о требованиях пожарной безопасности)". Указание в нормативной документации СП 59.13330.2012 при отсутствии в заключении ссылок на данное заключение не ставит под сомнение Заключение экспертизы. Отсутствие указания в заключении эксперта на присутствие следователя, не указание на используемые при исследовании средства измерения, не влияют на правильность проведения экспертизы и не ставят под сомнение ее результаты, поскольку экспертом были даны исчерпывающие ответы на поставленные вопросы. При этом в судебном заседании эксперт ФИО1 указала на использование в ходе экспертизы рулетки, приобретенной в специализированной организации, которая имеет поверку. Кроме того, в соответствии с Перечнем измерений, относящихся к сфере государственного регулирования обеспечения единства измерений, утвержденных Постановлением Правительства Российской Федерации от 16.11.2020 N 1847, измерения отклонений и несоответствий строительно-монтажных и отделочных работ не включены в перечень измерений, выполняемых при осуществлении деятельности в областях, указанных в в ч. 3 ст. 1 Федерального закона "Об обеспечении единства измерений" от 20.06.2008 N 102-ФЗ с указанием обязательных метрологических требований к измерениям, в том числе показателей точности измерений. Калибровка указанных инструментов согласно п. 1 ст. 18 ФЗ "Об обеспечении единства измерений" от 26.06.2008 N 102-ФЗ является добровольной. Соответственно к использованным в процессе строительно-технического исследования приборам (рулетка) требования по обязательной поверке не установлены. Представленные по делу доказательства получены в соответствии с требованиями уголовно-процессуального закона, согласуются между собой, признаются судом допустимыми и достоверными. Оценивая представленные суду доказательства в их совокупности, суд приходит к выводу о том, что они достаточны для вывода о наличии события преступления, причастности к ним подсудимого и его виновности. Оценивая сведения психиатрического учреждения о том, что на учетах у врача нарколога и психиатра ФИО10 не состоит, последовательность поведения в ходе производства по настоящему делу, суд признает подсудимого вменяемым в отношении совершенного деяния. В соответствии с установленными фактическими обстоятельствами, действия ФИО10 суд квалифицирует по части 3 статьи 285 УК РФ , как использование должностным лицом своих служебных полномочий вопреки интересам службы, если это деяние совершено из иной личной заинтересованности и повлекло существенное нарушение прав и законных интересов граждан и охраняемых законом интересов общества и государства, повлекшие тяжкие последствия. При этом из квалификации действий ФИО10 суд исключает нарушение прав и законных интересов организаций, поскольку в суде такового нарушения не установлено и из текста обвинения не следует. Согласно п.21 постановления Пленума Верховного Суда РФ от 16.10.2009г. № 19 «О судебной практике по делам о злоупотреблении должностными полномочиями и о превышении должностных полномочий», под тяжкими последствиями как квалифицирующим признаком преступления, предусмотренного ч.3 ст. 285 УК РФ , следует понимать последствия совершения преступления в виде крупных аварий и длительной остановки транспорта или производственного процесса, иного нарушения деятельности организации, причинение значительного материального ущерба, причинение смерти по неосторожности, самоубийство или покушение на самоубийство потерпевшего и т.п. При этом, тяжкими последствиями может быть признана как совокупность указанных последствий, так и каждое из них в отдельности. Оценка значительности материального ущерба не находится в зависимости от каких-либо нарушений деятельности организации. В согласии с данными положениями Конституционный Суд РФ в определении N 1446-О от 04 июля 2017 года сформулировал правовую позицию, в соответствии с которой приведенный перечень не является исчерпывающим, и вопрос о том - являются ли те или иные последствия, наступившие в результате совершения преступления, тяжкими, разрешается в каждом конкретном случае судом с учетом обстоятельств конкретного дела, и суд, применяя общее правовое предписание к конкретным обстоятельствам дела, принимает решение в пределах предоставленной ему законом свободы усмотрения. С учетом изложенного, применительно к ч. 3 ст. 285 УК РФ тяжесть наступивших последствий в каждом конкретном случае оценивается судом с учетом всех обстоятельств дела, в том числе - с учетом специфики преступления, объема (размера) нарушений прав и законных интересов граждан, организаций, общества и государства, а также иных обстоятельств, связанных с наступлением в результате преступления таких последствий. В судебном заседании установлено, что распорядителем бюджетных средств в рамках реализации Региональной адресной программы по переселению граждан из аварийного жилищного фонда в Красноярском крае на 2019-2025 годы выступало Министерство строительства и жилищно-коммунального хозяйства Красноярского края (прежнее наименование Министерство строительства Красноярского края), и ущерб был причинен в размере стоимости квартиры по адресу: Красноярский край, г. Лесосибирск, &lt;адрес&gt;, распорядителю бюджетных средств, поскольку данное жилое помещение приобреталось именно для улучшения жилищных условий Потерпевший №1 зарегистрированной по адресу: Красноярский край, г. Лесосибирск, &lt;адрес&gt;, которой фактически было предоставлено жилье, не соответствующее целями Программы переселения. Правом, предусмотренным частью 3 статьи 94 Закона N 44-ФЗ о проведении экспертизы выполненных работ Заказчик в лице ФИО10, не воспользовался, правильность исполнения условий Контракта ФИО10 не удостоверено, что повлекло оплату по договору, за жилое помещение, не соответствующее его условиям. Действия руководителя Комитета - начальника отдела по управлению муниципальной собственностью г. Лесосибирска ФИО10 повлекли существенное нарушение прав и законных интересов граждан, охраняемых законом интересов общества и государства, с причинением тяжких последствий в виде причинения значительного материального ущерба в виде стоимости жилого помещения в размере 2167488, 92 руб. Министерству строительства и жилищно-коммунального хозяйства Красноярского края, с учетом значимости такого жилого помещения, не достижению целей и задач региональной адресной программы, выразившихся в приобретении жилого помещения, не соответствующего безопасным и благоприятным условиям проживания граждан, умалении и подрыве авторитета органов местного самоуправления, создании негативного общественного мнения о его должностных лицах, способствующих воспрепятствованию выполнению государством социально значимой функции по обеспечению жильем граждан, подлежащих расселению из аварийного жилищного фонда, при этом неисполнение региональной адресной программы, основными целями которой являются переселение граждан из аварийного жилищного фонда в целях создания им безопасных и благоприятных условий для проживания, формирование адресного подхода к проблеме переселения граждан из аварийного жилищного фонда, увеличение объемов жилья, привело к нарушению прав Потерпевший №1, проживающей в аварийном жилищном фонде, не имеющей иного жилого помещения, установленных Федеральным законом от 21.07.2007 N 185-ФЗ "О Фонде содействия реформированию жилищно-коммунального хозяйства" в соответствии с которыми, гражданам должны создаваться безопасные и благоприятные условия для проживания, которая в период с 09.12.2021 до 04.04.2024 проживала в доме, признанном аварийным в условиях создающих угрозу причинения вреда ее жизни и здоровью, опасаясь за свою жизнь. При этом не имеет правового значения период времени, предоставляемый потерпевшей для осмотра квартиры, а также наличие обращений в компетентные органы по поводу наличия недостатков, поскольку в суде установлено, что такая квартира не соответствовала требованиям, предъявляемым к жилым помещениям предоставляемым гражданам для целей переселения из аварийного жилья. Кроме того, суд полагает необходимым исключить из объема обвинения факт того, что действиям ФИО10 создавалась угроза жизни и здоровью внуку Потерпевший №1 ФИО12 №3, вынужденному проживать в период с 09.12.2021 до 04.04.2024 в доме, признанном аварийным, поскольку последний собственником жилого помещения не являлся, на регистрационном учете не состоял, переезд в г. Лесосибирск был обусловлен поступлением в учебное заведение, в котором предоставлялось общежитие, и от которого он отказался, при этом из показаний свидетелей, самого ФИО12 №3 и потерпевшей следует, что основной причиной проживания с бабушкой являлось желание матери и бабушки осуществления контроля за последним, что свидетельствует об отсутствии вынужденного его проживания по адресу: г. Лесосибирск, &lt;адрес&gt;. Наличие у Потерпевший №1 инвалидности также не свидетельствует о вынужденном характере переезда ее внука, поскольку такая инвалидность была установлена до момента переезда ФИО12 №3, не исключала возможности ФИО12 №3, проживая по иному месту жительства, оказывать помощь Потерпевший №1 в свободное от учебы время. В силу п. 2.1 ст. 16, п. 3 ч. 2 ст. 16 Федерального закона от 21.07.2007 N 185-ФЗ "О Фонде содействия реформированию жилищно-коммунального хозяйства" методические рекомендации по формированию субъектами Российской Федерации региональных адресных программ по переселению граждан из аварийного жилищного фонда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Приказом Минстроя России от 31.01.2019 г. N 65/пр утверждены Методические рекомендации по разработке региональной адресной программы по разработке региональной адресной программы по переселению граждан из аварийного жилищного фонда, признанного таковым до 1 января 2017 года. Согласно п.3.6 Постановления Правительства Красноярского края от 29 марта 2019 г. № 144-п «Об утверждении региональной адресной программы "переселение граждан из аварийного жилищного фонда в красноярском крае" на 2019 - 2025 годы, действовавшему на дату объявления аукциона и заключения муниципального контракта на приобретение Потерпевший №1 жилого помещения, приобретаемые жилые помещения в многоквартирных домах в рамках программы должны соответствовать требованиям, предусмотренным Методическими рекомендациями по разработке региональной адресной программы по переселению граждан из аварийного жилищного фонда, утвержденными Приказом Министерства строительства и жилищно-коммунального хозяйства Российской Федерации от 31.01.2019 N 65/пр. Таким образом, приказом Минстроя России от 31.01.2019 N 65/пр утверждены методические рекомендации по разработке региональной адресной программы по переселению граждан из аварийного жилищного фонда, признанного таковым до 1 января 2017 года, на основе которых субъектами Российской Федерации подготавливаются свои адресные программы по переселению граждан из аварийного жилищного фонда, а прямое указание в Программе по переселению граждан из аварийного жилищного фонда в Красноярском крае на 2019 - 2025 годы на соответствие приобретаемых жилых помещений методическим рекомендациям, утверждённых Приказом Минстроя России от 31.01.2019 N 65/пр., придает им императивный характер, обязательный для исполнения. Отсылка подсудимого на дополнительное соглашение от 06.10.2021 № 4 к соглашению о предоставлении субсидии, судом не принимается, поскольку контракт на приобретение жилого помещения по адресу &lt;адрес&gt; был заключен 03.09.2021, т.е. до подписания указанного выше соглашения, в связи чем ФИО10 на момент его заключения не мог знать о последующем снижении установленных показателей. А довод о том, что было переселено 2542,1 кв.м, что на 419,39 кв.м, больше целевого показателя, только подтверждает, что на момент заключения контракта администрация не выполняла установленный показатель, и, кроме того, противоречит утверждению самого же ФИО10 о том, что показатель был выполнен еще до заключения соглашения. Представленная свидетелем ФИО12 №14 копия видеозаписи, на которой запечатлена обстановка и состояние квартиры не может быть признана достоверным доказательством по делу, поскольку невозможно установить дату ее проведения при отсутствии оригинала записи. При назначении наказания суд в соответствии со статьями , , 60 УК РФ принимает во внимание характер и степень общественной опасности совершенного преступления, которое относится к тяжким преступлениям, влияние наказания на исправление ФИО10, данные характеризующие личность подсудимого, согласно которым он по месту работы характеризуется исключительно положительно, имеет многочисленные благодарности за службу. В силу п. «г» ч. 1 ст. 61 УК РФ в качестве смягчающих наказание обстоятельств суд учитывает наличие малолетнего ребенка на дату совершения преступления и в силу ч.2 ст. 61 УК РФ – наличие несовершеннолетнего ребёнка на дату совершения преступления, осуществление ухода за ребенком инвалидом-детства. Обстоятельств, отягчающих наказание, не имеется. С учетом характера и степени общественной опасности совершенного подсудимым ФИО10 преступления, данных о его личности, совокупности обстоятельств, смягчающих наказание, и отсутствия обстоятельств, отягчающих наказание, суд считает необходимым назначить наказание в виде лишения свободы. Вместе с тем, учитывая данные о личности виновного, совокупность установленных судом смягчающих обстоятельств положительные характеристики личности подсудимого, состав семьи, наличие ребенка-инвалида, требующего особого ухода, отсутствие данных, отрицательно характеризующих последнего, суд приходит к выводу о возможности исправления ФИО10 без реального отбывания наказания, с применением ст. 73 УК РФ , что, по мнению суда, будет в полной мере способствовать достижению целей наказания и отвечать принципу справедливости. Учитывая, что ФИО10 совершено тяжкое преступление в период нахождения его в должности муниципальной службы руководителя Комитета - начальника отдела по управлению муниципальной собственностью г. Лесосибирска, связано непосредственно с осуществлением им своих должностных обязанностей, суд считает необходимым назначить ему дополнительное наказание в виде лишения права занимать должности, связанные с осуществлением организационно-распорядительных и(или) административно-хозяйственных полномочий на государственной службе и органах местного самоуправления. Судом не установлено, что цель и мотив преступления, фактические обстоятельства преступления и степень общественной опасности, характер и размер наступивших последствий, поведение ФИО10 во время и после совершения преступления, а равно установленные судом смягчающие наказание обстоятельства, как по отдельности, так и в совокупности, являются исключительными и свидетельствуют о существенном уменьшении степени общественной опасности преступления, в связи с чем, оснований для применения при назначении подсудимому наказания ст. 64 УК РФ , а также положений ч. 6 ст. 15 УК РФ не имеется. Судьба вещественных доказательств подлежит разрешению в порядке ч. 3 ст. 81 УПК РФ . На основании изложенного, руководствуясь ст. - 309 УПК РФ , суд ПРИГОВОРИЛ: Признать ФИО10 виновным в совершении преступления, предусмотренного частью 3 статьи 285 УК РФ , за которое назначить наказание в виде лишения свободы на срок 3 (три) года, с лишением права занимать должности, связанные с осуществлением организационно-распорядительных и(или) административно-хозяйственных полномочий на государственной службе и органах местного самоуправления на срок 01 (один) год 06 (шесть) месяцев. В соответствии со ст. 73 УК РФ наказание в виде лишения свободы считать условным с испытательным сроком 2 (два) года. Возложить на осужденного в период испытательного срока обязанности: не менять место жительства без уведомления специализированного государственного органа, осуществляющего контроль за поведением условно осужденных; ежемесячно являться на регистрацию в указанный орган по установленному графику, трудиться. В соответствии с ч.4 ст. 47 УК РФ срок дополнительного наказания в виде лишение права занимать должности, связанные с осуществлением организационно-распорядительных и(или) административно-хозяйственных полномочий на государственной службе и органах местного самоуправления исчислять с момента вступления приговора в законную силу. Меру пресечения в виде подписки о невыезде и надлежащем поведении отменить по вступлении приговора в законную силу. Вещественные доказательства: - копии документов, изъятые у Потерпевший №1 09 апреля 2024 года, хранить а материалах уголовного дела, подлинники – оставить у потерпевшей Потерпевший №1; - копии документов, изъятые у ФИО12 №9 20 мая 2024 года, хранить а материалах уголовного дела, подлинники в виде: муниципального контракта № 50 на приобретение недвижимого имущества в муниципальную собственность от 03.09.2021, акта № 1 приема-передачи Объекта от 22.09.2021, дополнительного соглашения № 1 к муниципальному контракту № 50 на приобретение недвижимого имущества в муниципальную собственность от 22.09.2021, акта осмотра жилого помещения по адресу: г. Лесосибирск, &lt;адрес&gt; от 10.09.2021, соглашения об изъятии недвижимого имущества для муниципальных нужд путем предоставления иного жилого помещения от 09.12.2021 г., заявлений Потерпевший №1 от 10.12.2020 и 12.12.2019, вернуть администрации г. Лесосибирска; - копии документов, изъятые у ФИО12 №10 21 мая 2024 года, хранить а материалах уголовного дела, подлинники в виде: заявки на электронный аукцион от 28.07.2021, обоснования начальной максимальной цены контракта на сумму 2167488 руб. 92 копейки, справки о подтверждении финансового обеспечения заявки по муниципальному заказу, документации об аукционе в электронной форме на право заключения контракта на приобретение недвижимого имущества в муниципальную собственность, утвержденной ФИО10 04.08.2021, протокола рассмотрения единственной заявки на участие в электронном аукционе № 0819300031921000240 от 23.08.2021, - вернуть МКУ «УМЗ» Приговор может быть обжалован в Красноярский краевой суд в течение 15 суток со дня провозглашения, а осужденным, содержащимся под стражей в тот же срок со дня вручения копии приговора, путем подачи апелляционной жалобы через Лесосибирский городской суд Красноярского края.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должен указать в своей жалобе. В случае подачи апелляционного представления осужденный вправе подать письменное ходатайство о своем участии и участии своего защитника в рассмотрении уголовного дела судом апелляционной инстанции. Осужденный также вправе поручить осуществление своей защиты избранному им защитнику либо ходатайствовать перед судом о назначении защитника, а также в трехдневный срок со дня окончания судебного заседания ходатайствовать в письменном виде об ознакомлении протоколом судебного заседания, аудиозаписью судебного заседания и в этот же срок с момента оглашения приговора ходатайствовать в письменном виде об ознакомлении с материалами уголовного дела. Судья Е.А. Задворный Суд: Лесосибирский городской суд (Красноярский край) (подробнее) Судьи дела: Задворный Е.А. (судья) (подробнее) Последние документы по делу: Приговор от 9 ноября 2025 г. по делу № 1-25/2025 Апелляционное постановление от 8 октября 2025 г. по делу № 1-25/2025 Приговор от 17 сентября 2025 г. по делу № 1-25/2025 Постановление от 19 августа 2025 г. по делу № 1-25/2025 Апелляционное постановление от 18 августа 2025 г. по делу № 1-25/2025 Приговор от 4 августа 2025 г. по делу № 1-25/2025 Апелляционное постановление от 4 августа 2025 г. по делу № 1-25/2025 Постановление от 3 августа 2025 г. по делу № 1-25/2025 Приговор от 23 апреля 2025 г. по делу № 1-25/2025 Приговор от 22 апреля 2025 г. по делу № 1-25/2025 Приговор от 21 апреля 2025 г. по делу № 1-25/2025 Приговор от 26 марта 2025 г. по делу № 1-25/2025 Апелляционное постановление от 26 марта 2025 г. по делу № 1-25/2025 Приговор от 23 марта 2025 г. по делу № 1-25/2025 Приговор от 25 февраля 2025 г. по делу № 1-25/2025 Приговор от 4 февраля 2025 г. по делу № 1-25/2025 Показать все документы по этому делу Судебная практика по: Злоупотребление должностными полномочиями Судебная практика по применению нормы ст. 285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