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Арзамас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Порядок установления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устанавливается законодательством субъекта Российской Федерации.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Срок действия договора найма специализированного жилого помещения, предоставляемого в соответствии с пунктом 1 настоящей статьи, составляет пять лет. В случае выявления обстоятельств, свидетельствующих о необходимости оказания лицам, указанным в пункте 1 настоящей статьи, содействия в преодолении трудной жизненной ситуации, договор найма специализированного жилого помещения может быть заключен на новый пятилетний срок неоднократно по решению органа исполнительной власти субъекта Российской Федерации. Порядок выявления этих обстоятельств устанавливается законодательством субъекта Российской Федерации. По окончании срока действия договора найма специализированного жилого помещения и при отсутствии обстоятельств, свидетельствующих о необходимости оказания лицам, указанным в пункте 1 настоящей статьи, содействия в преодолении трудной жизненной ситуации, орган исполнительной власти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пункте 1 настоящей статьи, договор социального найма в отношении этого жилого помещения в порядке, установленном законодательством субъекта Российской Федерации.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договорам найма специализированных жилых помещений они предоставляются лицам, указанным в пункте 1 настоящей статьи, в виде жилых домов, квартир, благоустроенных применительно к условиям соответствующего населенного пункта, по нормам предоставления площади жилого помещения по договору социального найма. Общее количество жилых помещений в виде квартир, предоставляемых лицам, указанным в пункте 1 настоящей статьи, в одном многоквартирном доме, устанавливается законодательством субъекта Российской Федерации и при этом не может превышать 25 процентов от общего количества квартир в этом многоквартирном доме, за исключением населенных пунктов с численностью жителей менее 10 тысяч человек, а также многоквартирных домов, количество квартир в которых составляет менее десяти.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Дополнительные гарантии прав детей-сирот и детей, оставшихся без попечения родителей, лиц из числа детей-сирот и детей, оставшихся без попечения родителей, на имущество и жилое помещение относятся к расходным обязательствам субъекта Российской Федерации.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Право на обеспечение жилыми помещениями по основаниям и в порядке, которые предусмотрены настоящей статьей, сохраняется за лицами,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Порядок обеспечения жилыми помещениями детей - сирот и детей, оставшихся без попечения родителей, лиц из числа детей - сирот и детей, оставшихся без попечения родителей, а также детей, находящихся под опекой (попечительством) на территории Нижегородской области регулируются Законами Нижегородской области от 10.12.2004 № 147-З «О мерах социальной поддержки детей-сирот и детей, оставшихся без попечения родителей, а также лиц из числа детей-сирот и детей, оставшихся без попечения родителей, на территории Нижегородской области» и от 07.07.2007 № 123-З «О жилищной политике в Нижегородской области», которые содержат аналогичные вышеприведенным положения. Полномочиями по формированию списка, в соответствии со ст. 1 Закона Нижегородской области от 07.09.2007 № 125-З «О наделении органов местного самоуправления муниципальных районов и городских округов Нижегородской области отдельными государственными полномочиями по организации и осуществлению деятельности по опеке и попечительству в отношении несовершеннолетних граждан», наделены органы местного самоуправления. Постановлением Правительства Нижегородской области от 24.05.2021 года № 404 утвержден новый Порядок предоставления детям-сиротам и детям, оставшимся без попечения родителей, лицам из числа детей-сирот и детей, оставшихся без попечения родителей, лицам, которые относились к категории детей-сирот и достигли возраста 23 лет, благоустроенных жилых помещений специализированного жилищного фонда по договорам найма специализированных жилых помещений (далее – Порядок). Согласно п. 3.1. Порядка специализированное жилое помещение предоставляется из специализированного жилищного фонда, управление которым осуществляет орган местного самоуправления, принявший решение о включении лица, указанного в п. 1.2. Порядка в список. В соответствии с п. 3.3. Порядка специализированное жилое помещение предоставляется в виде жилых домов, квартир, благоустроенных применительно к условиям соответствующего населенного пункта. Общая площадь специализированного жилого помещения не может быть меньше нормы предоставления площади жилого помещения по договору социального найма для одиноко проживающих граждан (30 кв. м) и не может превышать указанную величину более чем на 50 процентов. Пунктами 3.4., 3.5. Порядка установлено, что специализированное жилое помещение предоставляется по месту жительства лица, включенного в список, по его заявлению о предоставлении специализированного жилого помещения в письменной форме по достижении им возраста 18 лет, а также в случае приобретения полной дееспособности до достижения совершеннолетия. В случае отсутствия на территории муниципального образования по месту жительства лица, включенного в список, специализированного жилого помещения, соответствующего требованиям, установленным п. 3.3. Порядка, специализированное жилое помещение с согласия лица, включенного в список, предоставляется не по месту его жительства, а в другом муниципальном образовании, на территории которого имеются свободные специализированные жилые помещения, включенные в специализированный жилищный фонд муниципального образования, органом местного самоуправления которого принято решение о включении лица в список. Если в заявлении о включении в список указано иное муниципальное образование и органом местного самоуправления иного муниципального образования принято решение о включении указанного лица в список иного муниципального образования, специализированное жилое помещение предоставляется не по месту его жительства, а на территории иного муниципального образования. Специализированные жилые помещения предоставляются однократно по договору найма специализированного жилого помещения (п. 3.7. Порядка). Аналогичные положения закреплены и в Законе Нижегородской области от 07.09.2007 № 123-З «О жилищной политике Нижегородской области». В соответствии с п. 6 ч. 1 ст. 2 Закона Нижегородской области от 30.09.2008 N 116-З «О наделении органов местного самоуправления муниципальных районов и городских округов Нижегородской области отдельными государственными полномочиями в области жилищных отношений» органы местного самоуправления наделяются отдельными государственными полномочиями в области жилищных отношений, в частности,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приобретения жилых помещений для предоставления детям-сиротам и детям, оставшимся без попечения родителей, лицам из числа детей-сирот и детей, оставшихся без попечения родителей, органами местного самоуправления городского округа город Нижний Новгород. Таким образом, обязанность по предоставлению жилых помещений вышеуказанной категории граждан является обязанностью органов местного самоуправления, в данном случае – администрации городского округа город Арзамас Нижегородской области. В судебном заседании установлено, что ФИО3 &lt;дата&gt; рождения, является лицом из числа детей, оставшихся без попечения родителей, т.к. её мать Ш. лишена родительских прав в отношении дочери А. &lt;дата&gt; рождения. В графе отец прочерк (л.д.44, 56). Постановлением администрации г.о.г.Арзамас Нижегородской области № от &lt;дата&gt; ФИО4 &lt;дата&gt; рождения включена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и достигли возраста 23 лет, подлежащих обеспечению жилыми помещениями по новому месту жительства на территории г.о.г.Арзамаса Нижегородской области. &lt;дата&gt; ФИО4 исполнилось 18 лет. С учетом изложенных обстоятельств у ФИО4, в соответствии с положениями п.1 ст.8 Федерального закона от 21.12.1996 года № 159-ФЗ, п.1,3 ст.15.6-1 Закона Нижегородской области от 07.09.2007 года № 123-З, Постановления Правительства Нижегородской области от 24.05.2021 N 404 возникло право на однократное предоставление благоустроенного жилого помещения специализированного жилищного фонда по договору найма специализированных жилых помещений на территории городского округа город Арзамас Нижегородской области, соответствующее норме предоставления общей площади жилого помещения жилищного фонда Нижегородской области по договору социального найма для одиноко проживающих граждан (30 кв. м). До настоящего времени жилое помещение ФИО4 не предоставлено. Согласно уведомлению от &lt;дата&gt; какие-либо права на недвижимое имущество за ФИО4 не зарегистрированы. С учетом изложенных обстоятельств и требований Положения о порядке обеспечения жилыми помещениями детей-сирот, суд полагает исковые требования ФИО4 к администрации городского округа город Арзамас Нижегородской области о понуждении предоставить жилое помещение подлежащими удовлетворению. Отсутствие надлежащего финансирования на цели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не может служить основанием для отказа в обеспечении указанной категории граждан жильем по договору найма специализированного жилого помещения. При этом ни ст. 8 Федерального закона "О дополнительных гарантиях по социальной поддержке детей-сирот и детей, оставшихся без попечения родителей", ни иные нормы вышеуказанных законов не устанавливают очередность внутри списка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в качестве условия предоставления жилого помещения по договору найма специализированного жилого помещения соответствующей категории граждан. Формирование названного списка и включение в него конкретных лиц означает констатацию наличия предусмотренных федеральным законом оснований для реализации их права на предоставление жилого помещения по договору найма специализированного жилого помещения. Положения приведенных выше норм не содержат указания на конкретный срок предоставления жилого помещения данной категории граждан, что предполагает возможность незамедлительной реализации такого права после его возникновения. Следовательно, предоставление жилых помещений указанной категории граждан законом не поставлено в зависимость от каких-либо условий, в том числе, от наличия или отсутствия других лиц, обладающих аналогичным правом, времени постановки на учет, соблюдения порядка очередности лиц равной категории, наличия или отсутствия денежных средств на приобретение жилых помещений, а также иных условий. В связи с чем, суд находит обязать администрацию городского округа г.Арзамас Нижегородской области предоставить ФИО1 в черте границ городского округа город Арзамас Нижегородской области жилое помещение специализированного жилищного фонда по договору найма специализированного жилого фонда размером не ниже 30 кв.м. Руководствуясь ст.ст. , 198 ГПК РФ , суд решил: исковые требования удовлетворить. Обязать администрацию городского округа город Арзамас Нижегородской области (ИНН &lt;***&gt;) предоставить ФИО1 (паспорт ***) в черте границ городского округа город Арзамас Нижегородской области жилое помещение специализированного жилищного фонда по договору найма специализированного жилищного фонда размером не менее 30 кв.м. Решение может быть обжаловано в апелляционном порядке в Нижегородский областной суд через Арзамасский городской суд в течение 1 месяца со дня принятия его в окончательной форме. Судья Арзамасского городского суда: подпись Е.В. Гульовская. *** *** *** *** *** *** *** *** Суд: Арзамасский городской суд (Нижегородская область) (подробнее) Судьи дела: Гульовская Е.В.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