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Структурное подразделение №1, состоящее из группы соучастников, исполняющих в преступном сообществе (преступной организации) функции так называемых «менеджеров». Руководство структурным подразделением №1 с 27 апреля 2021 г. осуществляла ФИО4 №1, а также привлеченный ею ФИО4 №2. В целях реализации вышеуказанного преступного умысла, ФИО4 №1 решила на первоначальном этапе преступной деятельности разместить указанное структурное подразделение в помещении арендованного офиса, расположенного по адресу: &lt;...&gt; Г. В состав структурного подразделения №1 Лицом №1 и Лицом №2 в период с 27 апреля 2021 г. по 15 декабря 2023 г. были вовлечены ФИО4 №6, ФИО4 №7, ФИО4 №8 и ФИО1, а также неустановленные лица, в отношении которых материалы уголовного дела выделены в отдельное производство (далее по тексту – неустановленные лица), которых посвятили в свои преступные планы, разъяснив разработанный способ совершения преступлений. Осведомленные о преступных намерениях Лица №1 по деятельности в составе преступного сообщества (преступной организации) ФИО4 №6, ФИО4 №7, ФИО4 №8, ФИО1, и неустановленные лица, добровольно, из корыстных побуждений, находясь в г. Саратове, приняли вышеуказанные условия, дали свое согласие на вступление в преступное сообщество (преступную организацию) и исполнение возложенных на них обязанностей. Кроме того, в данное структурное подразделение в указанный период вошли ФИО4 №3 и ФИО4 №4. Обязанности руководителя данного структурного подразделения ФИО4 №1 изначально возложила на себя и ФИО4 №2, а на ФИО4 №3 и ФИО4 №4.– обязанности «менеджеров». В целях конспирации ФИО4 №1 и ФИО4 №2 периодически производила смену сотовых телефонов, сим – карт различных операторов сотовой связи, которыми пользовались в преступной деятельности «менеджеры» для ведения переговоров с представителями юридических лиц и индивидуальных предпринимателей в структурном подразделении № 1 преступного сообщества (преступной организации) в офисе по адресу: &lt;...&gt;, и регистрации электронных адресов, используемых в рассылке электронных писем. С целью увеличения численности структурного подразделения №1 преступного сообщества (преступной организации) и соблюдения конспирации ФИО4 №1, действуя в соответствии со своими организаторскими и руководящими функциями, не позднее 13 февраля 2023 г., реализуя единый преступный умысел, решила структурное подразделение №1, расположенное по адресу: &lt;...&gt;, преобразовать в несколько колл-центров, которые разместить на территории г. Саратова в офисах по разным адресам. Не позднее 13 февраля 2023 г., ФИО4 №1 совместно с Лицом №2 создали в структурном подразделении №1 колл-центр №1, разместив его в помещении арендованного офиса, расположенного по адресу: г. Саратов, Дегтярная площадь, д. 1, офис № 301, руководство которым в период с 13 февраля 2023 г. по 15 декабря 2023 г. по указанию Лица №1, с согласования с Лицом №2, стал осуществлять ФИО4 № 3. В состав колл-центра №1 указанного структурного подразделения в указанный период времени вошли ранее вовлеченные в состав преступного сообщества (преступной организации) ФИО4 №7, ФИО4 №8 и ФИО1 Кроме того, ФИО4 №3 в период с 13 февраля 2023 г. по 15 декабря 2023 г. вовлек жителей г. Саратова Саратовской области ФИО4 №9, ФИО4 №10 и неустановленных лиц, наделив их функциями «менеджеров», поставив их в известность об осуществлении деятельности преступного сообщества (преступной организации) в целях совместного совершения тяжких преступлений – мошенничеств, связанных с хищением денежных средств неограниченного круга юридических лиц и индивидуальных предпринимателей. Осведомленные о преступных намерениях Лица №3 по деятельности в составе преступного сообщества (преступной организации) ФИО4 №9, ФИО4 №10 и неустановленные лица, добровольно, из корыстных побуждений, находясь в г. Саратове, приняли вышеуказанные условия, дали свое согласие на вступление в преступное сообщество (преступную организацию) и исполнение возложенных на них обязанностей. В целях конспирации ФИО4 №3 и «менеджеры» колл-центра № 1 периодически производили смену сотовых телефонов, сим – карт различных операторов сотовой связи, которыми пользовались в преступной деятельности, регистрации электронных адресов, используемых в рассылке электронных писем потерпевшим, а также использовали при совершении хищений денежных средств клиентов следующие вымышленные, зарегистрированные и идентифицирующие их в системе «ЦРМ» имена: - ФИО4 №3 зарегистрирован в «ЦРМ» 02 сентября 2021 г. в качестве руководителя отдела под учетной записью «Дмитрий Дягилев»; - ФИО4 №8 зарегистрирована в «ЦРМ» 04 апреля 2022 г. под учетной записью «Анжела Смирнова»; - ФИО4 №7 зарегистрирована 02 сентября 2021 г. в «ЦРМ» под учетной записью «Ева Котова»; - ФИО1 зарегистрирована 08 ноября 2022 г. в «ЦРМ» под учетной записью «Валентина Атапина»; - ФИО4 №9. зарегистрирован 13 марта 2023 г. в «ЦРМ» под именем «Александр Македонский», пользовался данной учетной записью до ноября 2023 года, и под учетной записью «adam adam», зарегистрированной 13 марта 2023 г.; - ФИО4 №10 пользовался учетной записью в «ЦРМ» «Александр Македонский» с ноября 2023 года по 15 декабря 2023 г.. Продолжая реализацию вышеуказанного преступного умысла, направленного на создание преступного сообщества (преступной организации), руководство им и совершение его участниками хищений путем мошенничества, расширения масштабов его деятельности, не позднее 13 февраля 2023 г. ФИО4 №1 совместно с Лицом №2 создали в структурном подразделении №1 «колл-центр №2», разместив его в арендованном помещении, расположенном по адресу: &lt;...&gt;. Руководство «колл-центром №2», входящим в структурное подразделение №1 с 13 февраля 2023 г., по указанию Лица №1. с согласования с Лицом №2, стал осуществлять ФИО4 №4. В состав «колл-центра №2» ФИО4 №4 в период с 13 февраля 2023 по 15 декабря 2023 г. вовлек жителей г. Саратова Саратовской области: ФИО4 №11, ФИО4 №12, ФИО4 №13, ФИО4 №14 и неустановленных лиц, наделив их функциями «менеджеров», посвятив их в преступные планы, разъяснив разработанный способ совершения преступлений. Осведомленные о преступной деятельности Лица №4 в составе преступного сообщества (преступной организации), добровольно, из корыстных побуждений, ФИО4 №11, ФИО4 №12, ФИО4 №13, ФИО4 №14 и неустановленные лица в находясь в г. Саратове Саратовской области, приняли вышеуказанные условия, дали свое согласие на вступление в преступное сообщество (преступную организацию) и исполнение возложенных на них обязанностей. Кроме того, в колл-центр № 2 с 13 февраля 2023 г. перешел ранее вовлеченный в преступное сообщество (преступную организацию) ФИО4 №6 и с сентября 2023 г. ранее вовлеченная в преступное сообщество (преступную организацию) ФИО4 №15 (ранее осуществлявшая преступную деятельность в структурном подразделении № 3). В целях конспирации ФИО4 №4 и «менеджеры» колл-центра № 2 периодически производили смену сотовых телефонов, сим – карт различных операторов сотовой связи, электронных адресов, используемых в рассылке электронных писем, а также использовали при совершении хищений денежных средств клиентов вымышленные, зарегистрированные и идентифицирующие их в системе «ЦРМ» имена: - ФИО4 №4 зарегистрирован 07 июня 2022 г. в качестве руководителя отдела под учетной записью «Вячеслав Морозов»; - ФИО4 №11, пользующийся с апреля 2023 г. учетной записью «Олег Долгов», зарегистрированной 13 сентября 2022 г; - ФИО4 №12, пользующийся учетной записью «Мария Иванова» зарегистрированной 28 марта 2023 г.; - ФИО4 №11 зарегистрирован 02 сентября 2021 г. в «ЦРМ» под учетной записью «Иван Авдеев»; - ФИО4 №13 зарегистрирован 11 апреля 2023 г. под учетной записью «Настя Штрих»; - ФИО4 №14, пользующийся с июля 2023 г. учетной записью «Алексей Шалин», зарегистрированной 08 ноября 2022 г.; - ФИО4 №15 зарегистрирована 11 сентября 2023 г. под учетной записью «Анастасия Белова». Не позднее 13 мая 2023 г. ФИО4 №1 создала в структурном подразделении №1 «колл-центр №3», разместив его в арендуемом помещении, расположенном по адресу: &lt;...&gt;. Руководство «колл-центром №3», входящим в структурное подразделение №1, с 13 мая 2023 г., по указанию Лица №1, стал осуществлять ФИО4 №5. В состав «колл-центра №3» ФИО4 №5 в период с 13 мая 2023 г. по 15 декабря 2023 г., вовлек жителей г. Саратова Саратовской области: ФИО4 №16, ФИО4 №17 и неустановленных лиц, наделив их функциями «менеджеров», посвятив их в преступные планы, разъяснив разработанный способ совершения преступлений путем мошенничества. Осведомленные о преступной деятельности Лица №5 в составе преступного сообщества (преступной организации), добровольно, из корыстных побуждений, ФИО4 №16, ФИО4 №17 и неустановленные лица в период, приняли вышеуказанные условия, дали свое согласие на вступление в преступное сообщество (преступную организацию) и исполнение возложенных на них обязанностей. В целях конспирации ФИО4 №5 и «менеджеры» колл-центра № 3 периодически производил смену сотовых телефонов, сим – карт различных операторов сотовой связи, электронных адресов, используемых в рассылке электронных писем потерпевшим, а также использовали при совершении хищений денежных средств клиентов вымышленные, зарегистрированные и идентифицирующие их в системе «ЦРМ» имена: - ФИО4 №5 зарегистрирован 13 мая 2023 г. в качестве руководителя отдела под учетной записью «Иван Иванов»; - ФИО4 №16. зарегистрирован 13 мая 2023 г. под учетной записью «Юлия Юрьева»; - ФИО4 №17 зарегистрирована 13 мая 2023 г. под учетной записью «Заур Зауров». Продолжая совместную преступную деятельность, не позднее 05 октября 2023 г. ФИО4 №1 совместно с Лицом №2 создали в структурном подразделении №1 «колл-центр №4», разместив его в арендованном помещении, расположенном по адресу: &lt;...&gt;. Руководство «колл-центром №4», входящим в структурное подразделение №1 с 05 октября 2023 г., по указанию Лица №1, стал осуществлять ФИО4 №2. В состав «колл-центра №4» ФИО4 №2 в период с 05 октября 2023 г. по 15 декабря 2023 г., вовлек ФИО4 №18, ФИО4 №19, лицо №20, ФИО4 №21, ФИО4 №22, ФИО4 №23 и неустановленных лиц, наделив их функциями «менеджеров». ФИО4 №18, ФИО4 №19, ФИО4 №20, ФИО4 №21, ФИО4 №22, ФИО4 №23 и неустановленных лиц, в известность об осуществлении деятельности преступного сообщества (преступной организации) в целях совместного совершения тяжких преступлений – мошенничеств. Осведомленные о преступной деятельности Лица №2 в составе преступного сообщества (преступной организации), добровольно, из корыстных побуждений, ФИО4 №18, ФИО4 №19, ФИО4 №20, ФИО4 №21, ФИО4 №22, ФИО4 №23 и неустановленных лиц и неустановленные лица, в указанный период времени, приняли вышеуказанные условия, дали свое согласие на вступление в преступное сообщество (преступную организацию) и исполнение возложенных на них обязанностей. Так же в указанный период времени в состав «колл-центра №4», по предложению Лица №2 вошла в качестве «менеджера» ФИО1, которая последним также была наделена функциями «старшего офиса». В целях конспирации ФИО4 №2 и «менеджеры» колл-центра № 4 периодически производили смену сотовых телефонов, сим – карт различных операторов сотовой связи, которыми пользовались в преступной деятельности, регистрации электронных адресов, используемых в рассылке электронных писем потерпевшим, а также использовали при совершении хищений денежных средств клиентов вымышленные, зарегистрированные и идентифицирующие их в системе «ЦРМ» имена: - ФИО1 зарегистрирована 16 октября 2023 г. под учетной записью «Ангелина Вавилонская»; - ФИО4 №19 зарегистрирован 16 октября 2023 г. под учетной записью «Вячеслав Кулагин»; - ФИО4 №23 зарегистрирована 16 октября 2023 г. под учетной записью «Юлия Сазонова»; - ФИО4 №22 зарегистрирован 16 октября 2023 г. под учетной записью «Станислав Родионов»; - ФИО4 №18 зарегистрирован 25 октября 2023 г. под учетной записью «Константин Глинка»; - ФИО4 №21 зарегистрирован 28 ноября 2023 г. под учетной записью «Василий Арбатов»; - ФИО4 №20 зарегистрирован 29 ноября 2023 г. под учетной записью «Богдан Буров». «Менеджеры» - ФИО1, ФИО4 №6, ФИО4 №7, ФИО4 №8, ФИО4 №9, ФИО4 №10, ФИО4 №11, ФИО4 №12, ФИО4 №13, ФИО4 №14, ФИО4 №15, ФИО4 №16, ФИО4 №17, ФИО4 №18, ФИО4 №19, ФИО4 №20, ФИО4 №21, ФИО4 №22, ФИО4 №23, и неустановленные лица, входящие в состав структурного подразделения №1, действуя под руководством Лица №1, Лица №2, Лица №3, Лица №4 и Лица №5, используя средства связи и технические устройства, предоставленные руководителями «колл-центров» №№ 1-4 структурного подразделения №1, представляясь вымышленными именами, якобы представителями государственных корпораций или крупных предприятий, направляли с зарегистрированных ранее для преступной деятельности электронных почтовых ящиков электронные письма и совершали телефонные переговоры, используя абонентские номера, приобретенные руководителями структурного подразделения ранее для преступной деятельности, с представителями юридических лиц и индивидуальных предпринимателей, которым сообщали заведомо ложную информацию о возможности участия в торгах и заключение с государственными корпорациями и крупными предприятиями договоров на выполнение работ, оказание услуг или поставку товаров, направляли на электронные почтовые ящики юридических лиц и индивидуальных предпринимателей технические задания, в которых был отражен заранее разработанный перечень документов, необходимый якобы для участия в торгах, среди которых было указано в обязательном порядке заявление на предварительную проверку соответствия требованию определенной стандартизации и необходимости наличия сертификатов о включении в реестры систем добровольной сертификации «&lt;данные изъяты&gt;», «&lt;данные изъяты&gt;», «&lt;данные изъяты&gt;», «&lt;данные изъяты&gt;», «&lt;данные изъяты&gt;», разработанных и подконтрольных участникам преступного сообщества (преступной организации), продолжали осуществление телефонных переговоров, либо электронной переписки с клиентами по вопросам сертификации, вводя их в заблуждение относительно необходимости приобретения сертификата соответствия, предлагая приобрести его в любом из сертифицирующих центров, указанных на сайте сертифицирующего органа, тем самым придавая своим действиям законный вид. Для дальнейшей преступной деятельности, передачи информации в структурные подразделения №№ 2 и 3 и реализации преступного умысла «менеджеры» осуществляли регистрацию электронных карточек клиентов в систему «ЦРМ», куда вносили контактные данные юридических лиц и индивидуальных предпринимателей, дату и время регистрации, данные «менеджера», проводившего работу с клиентом, а также ход своей работы с клиентом и информацию о приобретении клиентом соответствующего сертификата. После получения ответа о приобретении сертификата соответствия, который в действительности не требовался, «менеджеры», продолжая вводить клиента в заблуждение, сообщали их представителям, что с ними свяжутся сотрудники «договорного отдела», после чего передавали информацию о клиенте посредством мессенджера «Скайп» в структурное подразделение №3 («договорный отдел»).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Структурное подразделение №2, исполняющее в преступном сообществе (преступной организации) функцию так называемого «органа сертификации», от лица которого ФИО4 №1, в соответствии с единым преступным умыслом, направленным на хищение денежных средств неограниченного числа предпринимателей, организовали выпуск сертификатов системы добровольной сертификации «&lt;данные изъяты&gt;», «&lt;данные изъяты&gt;», «&lt;данные изъяты&gt;», «&lt;данные изъяты&gt;», «&lt;данные изъяты&gt;», подконтрольных руководителям преступного сообщества (преступной организации), якобы дающих право на участие в тендерах на заключение договоров с крупными государственными компаниями, которые в действительности не проводились. В состав структурного подразделения № 2 входили две территориально обособленные функциональные группы №№ 1 и 2. Обязанности руководителя данного структурного подразделения ФИО4 №1. возложила на себя. В состав указанного структурного подразделения ФИО4 №1 в период с 27 апреля 2021 г. по 15 декабря 2023 г. вовлекла ФИО4 №24, ФИО4 №25 (функциональная группа №1), и ФИО4 №26, ФИО4 №27 (функциональная группа № 2), поставив последних в известность об осуществлении деятельности преступного сообщества (преступной организации) в целях совместного совершения тяжких преступлений – мошенничеств. Осведомленные о преступной деятельности Лица №1 в составе преступного сообщества (преступной организации), добровольно, с целью получения прибыли от совершения преступлений, ФИО4 №24, ФИО4 №25, ФИО4 №26 и ФИО4 №27 в указанный период времени, находясь в г. Саратове, приняли вышеуказанные условия, дали свое согласие на вступление в преступное сообщество и исполнение возложенных на них обязанностей. Так же в структурном подразделения № 2, свою деятельность осуществляла ФИО94, не осведомленная о преступной деятельности Лица №1. и других участников преступного сообщества (преступной организации): Функциональные группы №1 и №2 указанного структурного подразделения в период с 27 апреля 2021 г. по 15 декабря 2023 г. располагались по адресу: &lt;...&gt; (офис ООО «&lt;данные изъяты&gt;», директором которого являлась ФИО4 №1). Участники указанного структурного подразделения преступного сообщества (преступной организации) были зарегистрированы в системе «ЦРМ» под следующими учетными записями: - ФИО4 №24, 02 сентября 2021 г. под учетной записью «Отдел Верификации», обладающая правами администратора и менеджера органа сертификации и стандартизации; - ФИО4 №26, 13 октября 2022 г. под учетной записью «Наталья Киселева»; - ФИО4 №27, 14 октября 2022 г. под учетной записью «Маргарита Жилина»; - ФИО4 №25, 01 ноября 2023 г. под учетной записью «manager». В случае если клиент в качестве «сертификационного центра» выбирал ООО «&lt;данные изъяты&gt;», ИП ФИО82 и ИП ФИО83, участники функциональной группы №1 структурного подразделения № 2 ФИО4 №24 и ФИО4 №25, действуя от имени последних, создавали видимость проверки представленных для выдачи сертификата документов предпринимателя, якобы составляли по ним заключение, заключали с клиентами договоры на оказание консалтинговых услуг по выпуску одного из сертификатов соответствия систем добровольной сертификации: «&lt;данные изъяты&gt;», «&lt;данные изъяты&gt;», «&lt;данные изъяты&gt;», «&lt;данные изъяты&gt;», «&lt;данные изъяты&gt;». Участники функциональной группы №2 структурного подразделения № 2 ФИО4 №26, ФИО4 №27, действуя от имени подконтрольных Лица №1 «органов сертификации» - ООО «&lt;данные изъяты&gt;» ИНН №, ООО «&lt;данные изъяты&gt;» ИНН №, ООО «&lt;данные изъяты&gt;» ИНН № осуществляли выпуск сертификатов соответствия «Атомстандарт», «Допуск атомной промышленности», «&lt;данные изъяты&gt;», «&lt;данные изъяты&gt;», «&lt;данные изъяты&gt;» и включение введенных в заблуждение юридических лиц и индивидуальных предпринимателей в соответствующие реестры системы добровольной сертификации, которые якобы направляли в адрес ООО «&lt;данные изъяты&gt;», ИП ФИО82 и ИП ФИО83, а также в адрес непосвящённых в преступные намерения преступного сообщества (преступной организации) вышеуказанных «сертификационных центров».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Структурное подразделение № 3, которое в ходе преступной деятельности участниками преступного сообщества (преступной организации) называлось «договорным отделом», участники которого продолжали вводить предпринимателей в заблуждение относительно подготовки и проведения торгов, а также возникающих в связи с этим затруднений, с целью предотвращения разоблачения преступного характера их действий, и возможного требования о возврате похищенных денежных средств прекращали общение с покупателями сертификатов (осуществляли их «слив»), в том числе путем смены абонентских номеров и адресов электронной почты, в результате чего у предпринимателей не было возможности связаться с участниками преступного сообщества (преступной организации) и требовать возврата похищенных у них денежных средств. Структурное подразделение № 3 располагалось по адресу &lt;...&gt;. Обязанности руководителя данного структурного подразделения ФИО4 №1 возложила на себя. Не позднее 05 сентября 2022 г. ФИО4 №1 вовлекла в состав указанного структурного подразделения жителей г. Саратова ФИО4 №15, и ФИО4 №28, а также неустановленных лиц, поставив последних в известность об осуществлении деятельности преступного сообщества (преступной организации) в целях совместного совершения тяжких преступлений – мошенничеств. Осведомленные о преступной деятельности Лица №1 в составе преступного сообщества (преступной организации), добровольно, с целью получения преступного дохода от совершения преступлений, ФИО4 №15, ФИО4 №28 и неустановленные лица, в указанное время находясь в г. Саратове, приняли вышеуказанные условия, дали свое согласие на вступление в преступное сообщество и исполнение возложенных на них обязанностей. Участники структурного подразделения №3 преступного сообщества (преступной организации) ФИО4 №15, 06 сентября 2022 г. зарегистрированная в системе «ЦРМ» под учетной записью «Юлия Павлова», и ФИО4 №28 с 05 сентября 2022 г. наделенный доступом к зарегистрированной 02 сентября 2021 г. в системе «ЦРМ» учетной записи «Иван Грызлов» и зарегистрированной 01 июля 2022 г. в системе «ЦРМ» учетной записи «Александр Быков», которые Лицом №1 были наделены функциями администраторов системы «ЦРМ», находясь в офисе, расположенном по адресу: &lt;...&gt;, действуя под ее руководством, используя средства связи и технические устройства, предоставленные последней, взаимодействуя с колл-центрами № 1-4 структурного подразделения № 1 и структурным подразделением № 2, получая от указанных структурных преступного сообщества (преступной организации) сведения о приобретении юридическими лицами и индивидуальными предпринимателями сертификатов соответствия, представляясь вымышленными именами, якобы представителями государственных корпораций или крупных предприятий, после получения сведений об осуществлении оплаты за сертификаты, которые в действительности не требовались якобы для участия в торгах, которые в действительности не проводились, с целью сокрытия преступной деятельности, продолжали вводить в заблуждение клиентов, которым сообщали заведомо ложную информацию о положительном решении по вопросам заключения обещанных договоров на выполнение работ, оказание услуг и поставку продукции и предоставляли ложную информацию о ведении работы с ними, переносах дат и времени рассмотрения вопросов о заключении договора, тем самым продолжали вводить их в заблуждение и, в последующем, прекращали общение посредством телефонной связи и электронной переписки путем добавления их контактных номеров в «черный» список либо смены сим-карт и адресов электронной почты. В целях конспирации организатор и руководители структурных подразделений преступного сообщества (преступной организации) ФИО4 №1, ФИО4 №2, ФИО4 №3, ФИО4 №4 и ФИО4 №5 не оборудовали используемые структурными подразделениями офисы вывесками; не осуществляли свою деятельность официально от имени какого-либо юридического лица; официально не трудоустраивали сотрудников структурных подразделений на работу в используемые в преступной деятельности подконтрольные организации; денежное вознаграждение выплачивали наличными, без оформления ведомостей; для общения между собой и координирования преступной деятельности использовали мессенджеры «Скайп», «Телеграмм», а также созданные в указанных мессенджерах группы для общения и вымышленные имена. Распределение преступных функций между структурными подразделениями преступного сообщества (преступной организаций) также же было направлено на конспирацию и усложнение процедуры получения юридическими лицами и индивидуальными предпринимателями сертификатов, что создавало видимость безопасной и легальной сделки и способствовало введению последних в заблуждение относительно истинного характера действий участников преступного сообщества (преступной организаций), а также затрудняло процесс разоблачения лиц, которые представители юридических лиц и индивидуальные предприниматели были введены в заблуждение относительно якобы проводимых крупными предприятиями торгах, для участия в которых обманутые предприниматели приобрели сертификаты соответствия. Таким образом, с 27 апреля 2021 г. по 15 декабря 2023 г. на территории г. Саратова действовало созданное Лицом №1 преступное сообщество (преступная организация) в форме структурированной организованной группы, состоящее из структурных подразделений, деятельность которого была направлена на хищение денежных средств путём обмана и злоупотребления доверием неограниченного круга юридических лиц и индивидуальных предпринимателей, зарегистрированных на территории города Саратова и Саратовской области, а также в других регионах Российской Федерации, под предлогом реализации сертификатов, якобы дающих право на участие в тендерах и заключение с государственными корпорациями и крупными предприятиями договоров на выполнение работ, оказание услуг или поставку товаров. С целью вывода похищенных денежных средств в наличный оборот организаторы и участники преступного сообщества (преступной организации) осуществляли их обналичивание с расчетных счетов подконтрольных им юридических лиц и в последующем распределяли их между организаторами и участниками преступного сообщества (преступной организации). Создав преступное сообщество (преступную организацию), ФИО4 №1, используя свои руководящие функции, распределила роли между участниками преступного сообщества следующим образом, а именно: ФИО4 №1, являясь организатором преступного сообщества и руководителем его структурных подразделений: - осуществляла общее руководство деятельностью преступного сообщества (преступной организации), в том числе координировала деятельность участников преступного сообщества (преступной организации), осуществляла контроль за размером извлекаемого преступного дохода и распределением денежных средств между членами преступного сообщества (преступной организации) исходя из степени участия и роли каждого ее участника в преступлении; - определяла руководителей структурных подразделений преступного сообщества (преступной организации), - руководила структурными подразделениями №№ 2 и 3, - разрабатывала индивидуальный план совершения каждого преступления, осуществляла подбор способов совершения и сокрытия каждого преступления, выбор юридического лица или индивидуального предпринимателя, для совершения хищения, определение круга участников, задействованных в конкретном преступлении; - осуществляла привлечение соучастников, определяла их преступные роли в преступном сообществе (преступной организации), а также привлечение лиц, не осведомленных о ее преступных намерениях, для обеспечения функционирования механизма совершения преступлений; - осуществляла приискание денежных средств, необходимых для обеспечения преступной деятельности преступного сообщества (преступной организации); - осуществляла приискание офисных помещений и размещение в них участников преступного сообщества (преступной организации), обеспечивала их условиями для совершения преступлений: мобильными устройствами, сим – картами операторов сотовой связи, ноутбуками, доступом к сети «Интернет» и т.д.; - осуществляла внедрение программного обеспечения и разработку новых систем добровольной сертификации с целью расширения масштабов преступной деятельности и создания видимости законности своих действий; - регистрировала новых пользователей в «ЦРМ», которыми являлись участники преступного сообщества (преступной организации) с предоставлением им доступа к ресурсам системы; - осуществляла удаление участников из системы «ЦРМ», создание и редактирование электронных карточек предпринимателей, в отношении которых осуществлялись преступные действия и внесение в них изменений, создание и редактирование электронных карточек аккредитованных центров и внесение в них изменений, перераспределение электронных карточек в отношении юридических лиц и индивидуальных предпринимателей между пользователями – участниками преступного сообщества (преступной организации); - разрабатывала методы и формы конспирации преступной деятельности; - осуществляла иные преступные функции, направленные на осуществление и развитие преступной деятельности. Для общения с другими руководителями преступного сообщества Лицом №2, Лицом №3, Лицом №4 и Лицом №5, а также с участниками преступного сообщества (преступной организации) Лицом №1 использовались абонентские номера №, №. №, №. ФИО4 №2, являясь руководителем преступного сообщества, структурного подразделения №1 в целом и непосредственным руководителем колл-центра № 4 данного структурного подразделения осуществлял следующие функции: - осуществлял общее руководство структурным подразделением №1, - осуществлял вовлечение новых участников в состав преступного сообщества (преступной организации), - координировал деятельность всех структурных подразделений преступного сообщества (преступной организации), - осуществлял подбор соучастников, их обучение, распределял функции между участниками преступного сообщества (преступной организации), осуществлял контроль за их работой, - осуществлял ведение общего финансового учета деятельности преступного сообщества (преступной организации), - осуществлял улучшение благоустройства рабочих мест колл-центра № 4 структурного подразделения №1, руководил своевременным обеспечением участников колл-центра № 4 указанного структурного подразделения необходимыми техническими средствами, средствами связи, канцелярскими принадлежностями для ведения преступной деятельности, обеспечивал доступ к сети «Интернет», оплачивал услуги системы «Интернет», а так же услуги связи абонентских номеров, находящихся в пользовании участников колл-центра № 4 структурного подразделения №1 преступного сообщества (преступной организации), осуществлял контроль за своевременным их выходом на работу, осуществлял выдачу им денежного вознаграждения из похищенных денежных средств, - осуществлял поиск помещений для последующего создания в них колл-центров структурного подразделения № 1 преступного сообщества (преступной организации), - собирал отчет о проделанной и запланированной работе от старшего офиса и других участников колл-центра № 4 структурного подразделения №1 преступного сообщества (преступной организации). - осуществлял подбор лиц из числа знакомых, для регистрации организаций, выступающих сертифицирующим органом, производил им ежемесячную оплату за номинальность; - осуществлял иные преступные функции, направленные на осуществление и развитие преступной деятельности. Для общения с организатором и другими руководителями преступного сообщества, а также с участниками преступного сообщества (преступной организации) Лицом №2 использовались абонентские номера №, №. ФИО4 №3, являясь руководителем преступного сообщества и руководителем колл-центра № 1 структурного подразделения №1 преступного сообщества (преступной организации), ФИО4 №4, являясь руководителем преступного сообщества и руководителем колл-центра № 2 структурного подразделения №1 преступного сообщества (преступной организации), ФИО4 №5, являясь руководителем преступного сообщества и руководителем колл-центра № 3 структурного подразделения №1 преступного сообщества (преступной организации) выполняли следующие функции: - осуществляли общее руководство указанными колл-центрами № 1, №2 и №3, - осуществляли ведение общего финансового учета деятельности преступного сообщества (преступной организации), - осуществляли приискание новых участников преступного сообщества (преступной организации), их обучение и контроль за их действиями, - руководили своевременным обеспечением участников структурных подразделений необходимыми техническими средствами, средствами связи, канцелярскими принадлежностями для ведения преступной деятельности, обеспечивал доступ к сети «Интернет», оплачивал услуги системы «Интернет», а так же услуги связи абонентских номеров, находящихся в пользовании участников указанных колл-центров структурного подразделения №1 преступного сообщества (преступной организации), осуществлял выдачу участникам денежного вознаграждения из похищенных денежных средств; - осуществляли поиск помещений для последующего создания в них структурных подразделений преступного сообщества (преступной организации); - собирали отчеты о проделанной и запланированной работе от участников указанных колл-центров; - осуществляли иные преступные функции, направленные на осуществление и развитие преступной деятельности. Для общения с организатором и другими руководителями преступного сообщества, а также с участниками преступного сообщества (преступной организации) Лицом №3, Лицом №4 и Лицом №5 использовались абонентские номера различных операторов сотовой связи. ФИО1, ФИО4 №6, ФИО4 №7, ФИО4 №8, ФИО4 №9, ФИО4 №10, ФИО4 №11, ФИО4 №12, ФИО4 №13, ФИО4 №14, ФИО4 №15, ФИО4 №16, ФИО4 №17, ФИО4 №18, ФИО4 №19, ФИО4 №20, ФИО4 №21, ФИО4 №22, ФИО4 №23 и неустаноленные лица являясь участниками структурного подразделения №1 преступного сообщества (преступной организации), офисы которого располагались по адресам: &lt;...&gt;; г. Саратов, Дегтярная площадь, д.1; &lt;...&gt;; &lt;...&gt;, действуя под руководством Лица №1, Лица №2, Лица №3, Лица №4 и Лица №5, ФИО4 №24 и ФИО4 №25, являясь участниками функциональной группы № 1 структурного подразделения № 2 преступного сообщества (преступной организации) по адресу: &lt;...&gt;, действуя под руководством организатора и руководителя преступного сообщества Лица №1, ФИО4 №26 и ФИО4 №27 являясь участниками функциональной группы № 2 структурного подразделения № 2 преступного сообщества (преступной организации) под руководством Лица №1, ФИО4 №15 и ФИО4 №28, являясь участниками структурного подразделения № 3 преступного сообщества (преступной организации) по адресу: &lt;...&gt;, под руководством Лица №1, выполняли вышеуказанные обязанности и функции, направленные на достижение преступного результата. Кроме того, организованное преступное сообщество, обладало материально-технической оснащенностью. В целях мобильности и постоянной координации своих действий, члены преступного сообщества при совершении преступлений использовали автотранспорт и средства мобильной связи. Для постоянного координирования совместных преступных действий так же использовали мессенджеры «Скайп», «Телеграмм», в том числе созданные в указанных мессенджерах группы для общения и вымышленные имена. Сбор организатора, руководителей и участников организованного преступного сообщества происходил как по адресам расположения структурных подразделений №№ 1,2,3, так и в местах проведения досуга, где происходило планирование совершения хищений, определялся состав их участников, распределялись роли. Созданное Лицом №1 и руководимое ею, а также Лицом №2, Лицом №3, Лицом №4 и Лицом №5, активными участниками которого являлись ФИО1, ФИО4 №6, ФИО4 №7, ФИО4 №8, ФИО4 №9, ФИО4 №10, ФИО4 №11, ФИО4 №12, ФИО4 №13, ФИО4 №14, ФИО4 №15, ФИО4 №16, ФИО4 №17, ФИО4 №18, ФИО4 №19, ФИО4 №20, ФИО4 №21, ФИО4 №22, ФИО4 №23, ФИО4 №24, ФИО4 №25, ФИО4 №26, ФИО4 №27 и ФИО4 №28 обладало следующими признаками: 1) Сплоченностью, устойчивостью, и организованностью. Сплоченность и устойчивость членов преступного сообщества (преступной организации) достигалась взаимодействием структурных подразделений и согласованностью действий всех его членов, наличием доверительных отношений и тесной взаимосвязи между соучастниками, основанных на дружеских принципах, повышающих степень криминального доверия друг к другу, решимостью организованно достигать осуществления преступных намерений. Созданное и руководимое Лицом №1, Лицом №2, Лицом №3, Лицом №4 и Лицом №5, преступное сообщество (преступная организация) характеризовалось стабильностью его состава, планированием, подготовкой, координацией и слаженностью действий, постоянством форм и методов преступной деятельности, что выражалось в едином механизме совершения мошенничеств, а именно –хищением путём обмана денежных средств неограниченного круга юридических лиц и индивидуальных предпринимателей, зарегистрированных на территории города Саратова и Саратовской области, а также в других регионах Российской Федерации, под предлогом реализации сертификатов, якобы дающих право на участие в торгах и заключение с государственными корпорациями и крупными предприятиями договоров на выполнение работ, оказание услуг или поставку товаров, а так же использованием электронной системы «ЦРМ» на всех этапах хищения денежных средств всеми участниками организованного преступного сообщества (преступной организации). Накапливаемый опыт, полученный в ходе совершения мошенничеств, использовался соучастниками при совершении последующих преступлений. 2) Наличием организационно-управленческих структур и иерархии; распределением функций между структурными подразделениями, ролей и обязанностей соучастников; подчиненностью; субординацией и строгой дисциплиной; установленными правилами взаимоотношений. Согласно установленных организационно-иерархических связей все участники преступного сообщества (преступной организации) подчинялись его организатору Лицу №1 и руководителям его структурных подразделений Лицу №2, Лицу №3, Лицу №4 и Лицу №5, из числа которых ФИО4 №2. также являлся руководителем колл-центра № 4 структурного подразделения № 1. Каждому соучастнику в соответствии с разработанным планом отводилась определенная роль в преступном сообществе, при подготовке и совершении мошенничеств. В преступное сообщество, созданное и руководимое Лицом №1, Лицом №2, Лицом №3, Лицом №4 и Лицом №5, для эффективного осуществления его деятельности входило три структурных подразделений. 3) Общей материально-финансовой базой и системой распределения денежных средств, добытых преступным путем. Полученные в результате совершения мошенничеств денежные средства в особо крупном размере, Лицом №1, Лицом №2, Лицом №3, Лицом №4 и Лицом №5, распределялись между членами преступного сообщества (преступной организации) в зависимости от степени участия каждого в совершенном преступлении, а также на аренду и оборудование помещений, в том числе на выдачу денежного вознаграждения участникам преступного сообщества (преступной организации), оплата услуг сети «Интернет», услуг абонентской связи, закупку новых мобильных устройств и ноутбуков, сим – карт операторов сотовой связи, и иные текущие затраты необходимые для функционирования преступного сообщества. 4) Конспирацией, а именно принятием мер безопасности, которые заключались в следующем: - замена сим – карт операторов сотовой связи в мобильных устройствах раз (или раньше) в месяц; - еженедельная чистка журналов исходящих, входящих вызовов в сотовых телефонах, смс – сообщений, а также чистка информации, содержащейся в мессенджерах; - обязательное запоминание паролей для доступа к рабочим ноутбукам и исключение бумажных носителей с паролями; - исключение нахождение в кол – центрах на рабочих столах у «менеджеров» записей, бумаг, а также ведение статистики обзвона анкет; - постоянное положение входных дверей в офисы в закрытом положении; - исключение передачи информации родственникам, друзьям о месте и виде работы; - работа на удаленном рабочем месте только по согласованию с руководителем структурного подразделения; - запрет удаленного доступа к рабочему месту с иных устройств, за исключением рабочего ноутбука; - при разговоре с представителями юридических лиц и индивидуальных предпринимателей обязательное использование вымышленных имен; - сокрытии значимых подробностей совершения преступления посредством телефонной связи и обсуждением строго при личной встрече соучастников, либо при помощи различных мессенджеров; - с целью исключения распространения информации о совершаемых преступлениях, в качестве исполнителей (звонарей, менеджеров), участники преступного сообщества (преступной организации) должны были вовлекать лиц, испытывающих материальные трудности и заинтересованных в длительном и стабильном извлечении материальной выгоды преступным путем. Наличие доверительных отношений и тесной взаимосвязи между соучастниками, основанных на дружеских принципах, также исключало возможность их обращения в правоохранительные органы; Распределение ролей между участниками преступного сообщества (преступной организации), взаимодействие между структурными подразделениями, обсуждение стратегии и тактики, разработка планов, способов совершения преступлений, принятие мер безопасности и конспирации в отношении соучастников, осуществлялись Лицом №1, Лицом №2, Лицом №3, Лицом №4 и Лицом №5 по месту дислокации структурных подразделений, а также в иных неустановленных местах. Деятельность преступного сообщества (преступной организации) осуществлялась с 27 апреля 2021 г. по 15 декабря 2023 г., что свидетельствовало о намерении участников активно заниматься незаконной деятельностью в течение продолжительного периода времени. В указанный период времени ФИО1, действуя в составе преступного сообщества (преступной организации) с организатором и руководителями структурных подразделений преступного сообщества (преступной организацией), Лицом №1, Лицом №2, Лицом №3, Лицом №4, Лицом №5 и иными участниками, входившими в его состав, совершила ряд умышленных тяжких преступлений, а именно мошенничеств, то есть хищений чужого имущества, путем обмана и злоупотребления доверием, принадлежащего ООО «&lt;данные изъяты&gt;», ООО «&lt;данные изъяты&gt;», ИП «ФИО119» (2 эпизода), ООО «&lt;данные изъяты&gt;», ИП «ФИО113», ООО «&lt;данные изъяты&gt;», ИП ФИО116, ООО «&lt;данные изъяты&gt;», ИП «ФИО95»,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АО «&lt;данные изъяты&gt;», ООО «&lt;данные изъяты&gt;», ИП «ФИО96», ООО «&lt;данные изъяты&gt;», ООО «&lt;данные изъяты&gt;», ООО «&lt;данные изъяты&gt;», ООО «&lt;данные изъяты&gt;», ООО «&lt;данные изъяты&gt;», ООО «&lt;данные изъяты&gt;», ГБУЗ «&lt;данные изъяты&gt;», ООО «&lt;данные изъяты&gt;», ИП «ФИО97», АО «&lt;данные изъяты&gt;», ООО «&lt;данные изъяты&gt;», ООО «&lt;данные изъяты&gt;», ООО «&lt;данные изъяты&gt;», ООО «&lt;данные изъяты&gt;», ООО «&lt;данные изъяты&gt;», ИП «ФИО121», ООО «&lt;данные изъяты&gt;», ООО «&lt;данные изъяты&gt;», ИП «ФИО111», ООО «&lt;данные изъяты&gt;», ООО «&lt;данные изъяты&gt;»,ООО «&lt;данные изъяты&gt;», ООО «&lt;данные изъяты&gt;», ООО «&lt;данные изъяты&gt;», ИП «ФИО120», ООО «&lt;данные изъяты&gt;», ООО «&lt;данные изъяты&gt;», ИП «ФИО119», ООО «&lt;данные изъяты&gt;», ООО «&lt;данные изъяты&gt;», ИП «ФИО98», ООО «&lt;данные изъяты&gt;», ООО «&lt;данные изъяты&gt;», ООО «&lt;данные изъяты&gt;», ООО «&lt;данные изъяты&gt;», ООО «&lt;данные изъяты&gt;», ИП «ФИО117», ООО «&lt;данные изъяты&gt;», ИП «ФИО118»,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АО «&lt;данные изъяты&gt;», ИП «ФИО115», ООО «&lt;данные изъяты&gt;», ООО «&lt;данные изъяты&gt;», ИП «ФИО114», ООО «&lt;данные изъяты&gt;», ООО «&lt;данные изъяты&gt;», ООО «&lt;данные изъяты&gt;», ООО «&lt;данные изъяты&gt;», ИП «ФИО112»,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Преступная деятельность преступного сообщества (преступной организации) была пресечена сотрудниками правоохранительных органов 15 декабря 2023 г. Таким образом, ФИО1 совершила преступление, предусмотренное ч. 2 ст. 210 УК РФ , - участие в преступном сообществе (преступной организации).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Кроме того, при вышеописанных обстоятельствах, ФИО1, в составе организованной группы – преступного сообщества совместно с организатором Лицом №1, руководителями структурных подразделений Лицом №2, Лицом №3, Лицом №4 и Лицом №5, в разном соучастии с активными участниками Лицом №6, Лицом №7, Лицом №8, Лицом №9, Лицом №10, Лицом №11, Лицом №12, Лицом №13, Лицом №14, Лицом №15, Лицом №16, Лицом №17, Лицом №18, Лицом №19, Лицом №20, Лицом №21, Лицом №22, Лицом №23, Лицом №24, Лицом №25, Лицом №26, Лицом №27, Лицом №28 и неустановленными лицами, в тесной взаимосвязи при общей согласованности действий совершили следующие тяжкие преступления: Не позднее 11 ноября 2022 г., ФИО4 №3, реализуя преступные намерения, находясь в офисе, расположенном по адресу: &lt;...&gt;, будучи зарегистрированным в системе «ЦРМ»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№4, Лицом №6, Лицом №7, Лицом №8, Лицом №15, Лицом №24, Лицом №26, Лицом №27, Лицом №28 и неустановленными лицами, на электронный почтовый ящик ООО «&lt;данные изъяты&gt;» зарегистрированному по адресу: &lt;адрес&gt;, которое осуществляет деятельность в сфере оказания медицинских услуг, с целью хищения денежных средств путём обмана и злоупотребления доверием под видом обеспечения участия в торгах, проводимых якобы от имени ПАО «&lt;данные изъяты&gt;» ИНН №, &lt;адрес&gt;, (далее по тексту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медицинских услуг, которые в действительности ПАО «&lt;данные изъяты&gt;» не проводились. При этом вышеуказанные лица руководителями либо сотрудниками ПАО «&lt;данные изъяты&gt;» не являлись, таким образом у них отсутствовала реальная возможность исполнить взятые на себя обязательства по обеспечению участия в торгах. Не позднее 11 ноября 2022 г представители ООО «&lt;данные изъяты&gt;», введенные в заблуждение Лицом №3, действующего в составе организованной группы - преступного сообщества (преступной организации),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11 ноября 2022 г. ФИО4 №3, действуя в соответствии с единым преступным умыслом с указанными лицами с почтового ящика направил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ИНН № по адресу: &lt;адрес&gt; (далее по тексту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№3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14 ноября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(далее по текст «ЮК «&lt;данные изъяты&gt;»), директором которого являлась ФИО100, не осведомленная о преступной деятельности, согласно которому ООО «ЮК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15 ноября 2022 г. с целью выполнения условий договора б/н от 14 ноября 2022 г. с расчетного счета ООО «&lt;данные изъяты&gt;» №, открытого в Филиале «Центральный» Банка ВТБ на расчетный счет ООО «&lt;данные изъяты&gt;» №, открытый в ПАО КБ «УБРиР», перечислены денежные средства в размере 47 500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№1 ООО «&lt;данные изъяты&gt;» №, открытый 08 сентября 2022 г.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 руководителями и участниками организованной группы - преступного сообщества (преступной организации) согласно отведенной преступной роли, не позднее 15 ноября 2022 г., находясь в офисе, расположенном по адресу: &lt;...&gt; участник организованной группы - преступного сообщества (преступной организации) ФИО4 №7,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получив 15 ноября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медицинских услуг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медицинских услуг,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47 500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47 500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при вышеописанных обстоятельствах, не позднее 15 ноября 2022 г., ФИО4 №3, реализуя указанные преступные намерения, находясь в офисе, расположенном по адресу: &lt;...&gt;, будучи зарегистрированным в системе «ЦРМ»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№4, Лицом №6, Лицом №7, Лицом №8, Лицом №15, Лицом №24, Лицом №26, Лицом №27, Лицом №28 и неустановленными лицами, на электронный почтовый ящик ООО «&lt;данные изъяты&gt;» зарегистрированному по адресу: &lt;адрес&gt;, которое осуществляет деятельность в сфере оптовой и розничной торговли, с целью хищения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поставки компрессорного оборудования, которые в действительности ПАО «&lt;данные изъяты&gt;» не проводились. При этом вышеуказанные лица руководителями либо сотрудниками ПАО «&lt;данные изъяты&gt;» не являлись, таким образом у них отсутствовала реальная возможность исполнить взятые на себя обязательства по обеспечению участия в торгах. Не позднее 15 ноября 2022 г представители ООО «&lt;данные изъяты&gt;», введенные в заблуждение Лицом №3, действующего в составе действующего в составе организованной группы - преступного сообщества (преступной организации),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15 ноября 2022 г. ФИО4 №3, действуя в соответствии с единым преступным умыслом с указанными лицами с почтового ящика направил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№3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16 ноября 2022 г. введенные в заблуждение Лицом №3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являлась ФИО100, не осведомленная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16 ноября 2022 г. с целью выполнения условий договора б/н от 16 ноября 2022 г. с расчетного счета ООО «&lt;данные изъяты&gt;» №, открытого в Тульском отделении № ПАО Сбербанк на расчетный счет ООО «&lt;данные изъяты&gt;» №, открытый в ПАО КБ «УБРиР», перечислены денежные средства в размере 47 500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 указанными руководителями и участниками организованной группы - преступного сообщества (преступной организации), согласно отведенной преступной роли, не позднее 16 ноября 2022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&lt;адрес&gt;А,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17 ноября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 поставки компрессорного оборудования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поставки компрессорного оборудования,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47 500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47 500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при вышеописанных обстоятельствах, не позднее 18 ноября 2022 г. ФИО4 №4, реализуя указанные преступные намерения, находясь в офисе, расположенном по адресу: &lt;...&gt;, будучи зарегистрированным в системе «ЦРМ» под учетной записью «Вячеслав Морозов»,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№6, Лицом №7, Лицом №8, Лицом №15, Лицом №24, Лицом №26, Лицом №27, Лицом №28 и неустановленными лицами, на электронный почтовый ящик ИП ФИО119 ИНН №, зарегистрированной по адресу: &lt;адрес&gt;, которая осуществляет деятельность в сфере производства санитарно-технических работ, монтажа отопительных систем и систем кондиционирования воздуха, с целью хищения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производственных столов и моечных ванн, которые в действительности ПАО «&lt;данные изъяты&gt;» не проводились. При этом вышеуказанные лица руководителями либо сотрудниками ПАО «&lt;данные изъяты&gt;» не являлись, таким образом у них отсутствовала реальная возможность исполнить взятые на себя обязательства по обеспечению участия в торгах. Не позднее 18 ноября 2022 г. ИП ФИО119, введенная в заблуждение Лицом №4, действующим якобы от имени ПАО «&lt;данные изъяты&gt;», будучи заинтересованной в заключении договора с ПАО «&lt;данные изъяты&gt;», направила на указанную ей электронную почту коммерческое предложение и анкету участника. Продолжая реализацию указанного преступного умысла, не позднее 21 ноября 2022 г. ФИО4 №4, действуя в соответствии с единым преступным умыслом с указанными лицами с почтового ящика направил информацию, согласно которой обязательным условием участия в торгах с ПАО «&lt;данные изъяты&gt;» является приобретение сертификата о внесении ИП ФИО119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ФИО119, внесенных в качестве оплаты за указанный сертификат. При этом ФИО4 №4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23 ноября 2022 г., введенная в заблуждение ИП ФИО119, с целью приобретения сертификата СДС «&lt;данные изъяты&gt;» посредством электронной почты заключила договор о приобретении сертификата с ООО «&lt;данные изъяты&gt;» ИНН №, зарегистрированным по адресу: &lt;адрес&gt; (далее по тексту ООО «&lt;данные изъяты&gt;»), директором которого являлся ФИО86,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23 ноября 2022 г. с целью выполнения условий договора № от 23 ноября 2022 г. с расчетного счета ИП ФИО119 №, открытого в Точка ПАО Банка «ФК Открытие», на расчетный счет ООО «&lt;данные изъяты&gt;» №, открытый в Белгородском отделении № ПАО Сбербанк, перечислены денежные средства в размере 47 500 рублей за предоставление сертификата,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 указанными руководителями и участниками организованной группы - преступного сообщества (преступной организации), согласно отведенной преступной роли, не позднее 16 ноября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под руководством Лица №1 совместно с Лицом №2, Лицом №3, Лицом №4, Лицом №24 и неустановленными лицами, изготовила сертификат о внесении ИП ФИО119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ИП ФИО119 Продолжая реализацию единого преступного умысла, действуя согласно отведенной преступной роли, ФИО4 №28, находясь в офисе по адресу: &lt;адрес&gt;,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25 ноября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ввел в заблуждение ИП ФИО101, заведомо понимая, что договор на закупку производственных металлических столов и моечных ванн заключен не будет и исполнить обязательства перед ИП ФИО119 реальной возможности нет, сообщил ложную информацию о положительном решении вопроса о заключении договора на закупку производственных металлических столов и моечных ванн, о ведении работы с ИП ФИО119,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ФИО119 и ПАО «&lt;данные изъяты&gt;» заключен не был. Денежные средства в размере 47 500 рублей ИП ФИО119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ФИО119 причинен материальный ущерб на общую сумму 47 500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при вышеописанных обстоятельствах, не позднее 23 ноября 2022,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«Александр Марцинкевич»,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машинами и оборудованием для добычи полезных ископаемых и строительства, с целью хищения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жилых вагончиков, которые в действительности ПАО «&lt;данные изъяты&gt;» не проводились. При этом вышеуказанные лица руководителями либо сотрудниками ПАО «&lt;данные изъяты&gt;» не являлись, таким образом у них отсутствовала реальная возможность исполнить взятые на себя обязательства по обеспечению участия в торгах. Не позднее 23 ноября 2022 г. представители ООО «&lt;данные изъяты&gt;», введенные в заблуждение неизвестным лицом, действующим якобы от имени ПАО «&lt;данные изъяты&gt;»,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24 ноября 2022 г. неизвестное лицо, действуя в соответствии с единым преступным умыслом с указанными лицами с почтового ящика направило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направило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24 ноября 2022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(далее по тексту ООО «&lt;данные изъяты&gt;»), директором которого являлся ФИО84, не осведомленный о преступной деятельности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24 ноября 2022 г. с целью выполнения условий договора № от 24 ноября 2022 г. с расчетного счета ООО «&lt;данные изъяты&gt;» №, открытого в АО «Альфа-Банк», на расчетный счет ООО «&lt;данные изъяты&gt;» №, открытый в Точка ПАО Банк «ФК Открытие», перечислены денежные средства в размере 47 500 рублей за предоставление сертификата,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 указанными руководителями и участниками организованной группы – преступного сообщества (преступной организации), согласно отведенной преступной роли, не позднее 25 ноября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«Иван Грызлов» в соответствии с единым преступным умыслом, получив 25 ноября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жилых вагончиков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жилых вагончиков,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47 500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47 500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при вышеописанных обстоятельствах, не позднее 24 ноября 2022 г., ФИО4 №8, действующая согласно отведенной роли менеджера, в соответствии с единым преступным умыслом направленным на совершение хищения путем обмана и злоупотребления доверием, в составе организованной группы - преступного сообщества (преступной организации) денежных средств, принадлежащих ИП ФИО113 ИНН №, зарегистрированной по адресу: &lt;адрес&gt;, которая осуществляет деятельность по предоставлению услуг парикмахерскими и салонами красоты, под видом обеспечения участия в торгах, проводимых якобы от имени ПАО «&lt;данные изъяты&gt;», находясь в офисе, расположенном по адресу: &lt;...&gt;, на электронный почтовый ящик ИП ФИО113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парикмахерских услуг, которые в действительности ПАО «&lt;данные изъяты&gt;» не проводились. Не позднее 24 ноября 2022 г. ИП ФИО113, введенная в заблуждение, будучи заинтересованной в заключении договора с ПАО «&lt;данные изъяты&gt;», направила на указанную ей электронную почту коммерческое предложение и анкету участника. Продолжая реализацию указанного совместного преступного умысла, не позднее 24 ноября 2022 г. ФИО4 №8, с почтового ящика направило информацию, согласно которой обязательным условием участия в торгах с ПАО «&lt;данные изъяты&gt;» является приобретение сертификата о внесении ООО ИП ФИО113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ФИО113, внесенных в качестве оплаты за указанный сертификат. При этом ФИО4 №8, с целью побуждения ИП ФИО113 к заключению договора об оказании услуг сертификации, действующий согласно отведенной ей роли, направило в адрес ИП ФИО113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25 ноября 2022 г. введенная в заблуждение ИП ФИО113, с целью приобретения сертификата СДС «&lt;данные изъяты&gt;» посредством электронной почты заключила договор о приобретении сертификата с ООО «&lt;данные изъяты&gt;», директором которого являлся ФИО86,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28 ноября 2022 с целью выполнения условий договора № от 25 ноября 2022 г. с расчетного счета ИП ФИО113 №, открытого в Филиале Центральный Банка ВТБ (ПАО), на расчетный счет ООО «&lt;данные изъяты&gt;» №, открытый в Белгородском отделении № ПАО Сбербанк, перечислены денежные средства в размере 47 500 рублей за предоставление сертификата о внесении ИП ФИО113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не позднее 28 ноября 2022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ИП ФИО113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ИП ФИО113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«Иван Грызлов» в соответствии с единым преступным умыслом вышеуказанными руководителями и участниками организованной группы – преступного сообщества (преступной организации), получив 28 ноября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ИП ФИО113, заведомо понимая, что договор на закупку парикмахерских услуг заключен не будет и исполнить обязательства перед ИП ФИО113 реальной возможности нет, сообщил ложную информацию о положительном решении вопроса о заключении договора на закупку парикмахерских услуг, о ведении работы с ИП ФИО113,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ФИО113 и ПАО «&lt;данные изъяты&gt;» заключен не был. Денежные средства в размере 47 500 рублей ИП ФИО113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ФИО113 причинен материальный ущерб на общую сумму 47 500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при вышеописанных обстоятельствах, не позднее 29 ноября 2022 г., ФИО4 №8, действующая согласно отведенной роли менеджера, реализуя указанные преступные намерения, находясь в офисе, расположенном по адресу: &lt;...&gt;, будучи зарегистрированной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зарегистрированного по адресу: &lt;адрес&gt;, которое осуществляет деятельность в области демонстрации кинофильмов,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кинематографических услуг, которые в действительности ПАО «&lt;данные изъяты&gt;» не проводились. Не позднее 29 ноября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30 ноября 2022 г. ФИО4 №8,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№8, с целью побуждения ООО «&lt;данные изъяты&gt;» к заключению договора об оказании услуг сертификации, действующий согласно отведенной ей роли, в указанное время, направила в адрес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30 ноября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«ЮК «&lt;данные изъяты&gt;», директором которого являлась ФИО100, не осведомленная о преступной деятельности, согласно которому ООО «ЮК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01 декабря 2022 г. с целью выполнения условий договора № б/н от 30 ноября 2022 г. с расчетного счета ООО «&lt;данные изъяты&gt;» №, открытого в Поволжском банке ПАО Сбербанк на расчетный счет ООО «&lt;данные изъяты&gt;»» №, открытый в ПАО КБ «УБРИР», перечислены денежные средства в размере 47 500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02 декабря 2022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«ЮК &lt;данные изъяты&gt;», а те, в свою очередь, посредством электронного документооборота «Контур.Диадок» перенаправили его в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02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кинематографических услуг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кинематографических услуг,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47 500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47 500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при вышеописанных обстоятельствах, не позднее 29 ноября 2022 г., ФИО4 №4, действующая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под учетной записью «Вячеслав Морозов»,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№6, Лицом №7, Лицом №8, Лицом №15, Лицом №24, Лицом №26, Лицом №27, Лицом №28 и неустановленными лицами, на электронный почтовый ящик ИП ФИО116 ИНН №, зарегистрированного по адресу: &lt;адрес&gt;, который осуществляет деятельность в сфере технического обслуживания и ремонта легковых автомобилей,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шиномонтажа, которые в действительности ПАО «&lt;данные изъяты&gt;» не проводились. Не позднее 30 ноября 2022 г. ИП ФИО116, введенный в заблуждение в заблуждение, будучи заинтересованными в заключении договора с ПАО «&lt;данные изъяты&gt;», направил на указанную им электронную почту коммерческое предложение и анкету участника. Продолжая реализацию указанного преступного умысла, не позднее 01 декабря 2022 г. ФИО4 №4, направил ИП ФИО116, информацию, согласно которой обязательным условием участия в торгах с ПАО «&lt;данные изъяты&gt;» является приобретение сертификата о внесении ИП ФИО116,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ФИО116, внесенных в качестве оплаты за указанный сертификат. При этом ФИО4 №4, с целью побуждения ИП ФИО116,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05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ФИО82 ИНН №, зарегистрированной по адресу: &lt;адрес&gt;, являющейся руководителем организованной группы - преступного сообщества (преступной организации), согласно которому ИП ФИО82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05 декабря 2022 г. с целью выполнения условий договора № от 05 декабря 2022 г. с расчетного счета ИП ФИО116 №, открытого в Ярославском филиале ПАО «Промсвязьбанк», на расчетный счет ИП ФИО82 №, открытый в Филиале «Центральный» Банка ВТБ (ПАО), перечислены денежные средства в размере 52 500 рублей за предоставление сертификата о внесении ИП ФИО116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02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ИП ФИО116 в реестр СДС «&lt;данные изъяты&gt;», который посредством электронного документооборота «Контур.Диадок» направила ИП ФИО82, а те, в свою очередь, перенаправили его на электронный адрес ИП ФИО116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02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ИП ФИО116, заведомо понимая, что договор на закупку услуг шиномонтажа заключен не будет и исполнить обязательства перед ИП ФИО116 реальной возможности нет, сообщил ложную информацию о положительном решении вопроса о заключении договора на закупку услуг шиномонтажа, о ведении работы с ИП ФИО116,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ФИО116 и ПАО «&lt;данные изъяты&gt;» заключен не был. Денежные средства в размере 52 500 рублей ИП ФИО116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ФИО116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при вышеописанных обстоятельствах, не позднее 01 декабря 2022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«Елизарова Дарья»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оказания консультационных и информационных услуг,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по профессиональной переподготовке бухгалтерских работников, которые в действительности ПАО «&lt;данные изъяты&gt;» не проводились. Не позднее 01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01 декабря 2022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действующий согласно отведенной ей роли, в указанное время,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05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(далее по тексту ООО «&lt;данные изъяты&gt;», директором которого являлся ФИО92,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06 декабря 2022 г. с целью выполнения условий договора № от 05 декабря 2022 г. с расчетного счета ООО «&lt;данные изъяты&gt;» №, открытого в АО «Тинькофф Банк», на расчетный счет ООО «&lt;данные изъяты&gt;» №, открытый в филиале «Санкт-Петербургский»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07 декабря 2022 г., находясь в офисе, расположенном по адресу: &lt;...&gt; участник организованной группы - преступного сообщества (преступной организации)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получив 07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 по профессиональной переподготовке бухгалтерских работников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 по профессиональной переподготовке бухгалтерских работников,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при вышеописанных обстоятельствах, не позднее 02 декабря 2022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№8, Лицом №15, Лицом №24, Лицом №26, Лицом №27, Лицом №28 и неустановленными лицами, на электронный почтовый ящик ИП ФИО110 ИНН №, зарегистрированному по адресу: &lt;адрес&gt;, которое осуществляет деятельность в сфере транспортировки и хранения,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услуги аренды спецтехники, которые в действительности ПАО «&lt;данные изъяты&gt;» не проводились. Не позднее 02 декабря 2022 г. ИП ФИО110, введенный в заблуждение, будучи заинтересованными в заключении договора с ПАО «&lt;данные изъяты&gt;», направил на указанную им электронную почту коммерческое предложение и анкету участника. Продолжая реализацию указанного преступного умысла, не позднее 05 декабря 2022 г. неустановленное лицо направило ИП ФИО110 информацию, согласно которой обязательным условием участия в торгах с ПАО «&lt;данные изъяты&gt;» является приобретение сертификата о внесении ИП ФИО110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ФИО110, внесенных в качестве оплаты за указанный сертификат. При этом неустановленное лицо, с целью побуждения ИП ФИО110 к заключению договора об оказании услуг сертификации, действующий согласно отведенной ей роли, в указанное время,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12 декабря 2022 г. введенный в заблуждение неустановленным лицом ИП ФИО110, с целью приобретения сертификата СДС «&lt;данные изъяты&gt;» посредством электронной почты заключил договор о приобретении сертификата с ООО «&lt;данные изъяты&gt;», директором которого являлся ФИО86,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12 декабря 2022 г. с целью выполнения условий договора № от 12 декабря 2022 г. с расчетного счета ИП ФИО110 №, открытого в Тульском отделении ПАО Сбербанк,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ИП ФИО110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14 декабря 2022 г., находясь в офисе, расположенном по адресу: &lt;...&gt; участник организованной группы - преступного сообщества (преступной организации) №27, зарегистрированная в системе «ЦРМ» под учетной записью «Маргарита Жилина», изготовила сертификат о внесении ИП ФИО110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ИП ФИО110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получив 14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ИП ФИО110, заведомо понимая, что договор на закупку услуг аренды спецтехники заключен не будет и исполнить обязательства перед ИП ФИО110 реальной возможности нет, сообщил ложную информацию о положительном решении вопроса о заключении договора на закупку услуг аренды спецтехники, о ведении работы с ИП ФИО110,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ФИО110 и ПАО «&lt;данные изъяты&gt;» заключен не был. Денежные средства в размере 52 500 рублей ИП ФИО110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ФИО110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Кроме того, при вышеописанных обстоятельствах, не позднее 07 декабря 2022 г., ФИО4 №3, действующего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технического обслуживания и ремонта прочих автотранспортных средств,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по ремонту и обслуживанию автомашин, которые в действительности ПАО «&lt;данные изъяты&gt;» не проводились. Не позднее 07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07 декабря 2022 г. ФИО4 №3,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№3, с целью побуждения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08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09 декабря 2022 г. с целью выполнения условий договора № от 09 декабря 2022 г. с расчетного счета ООО «&lt;данные изъяты&gt;» №, открытого в Приволжском филиале ПАО «Промсвязьбанк»,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07 декабря 2022 г., находясь в офисе, расположенном по адресу: &lt;...&gt; участник организованной группы - преступного сообщества (преступной организации)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получив 09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 по ремонту и обслуживанию автомашин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 по ремонту и обслуживанию автомашин,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при вышеописанных обстоятельствах, не позднее 07 декабря 2022 г., ФИО4 №4, действуя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под учетной записью «Вячеслав Морозов»,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зарегистрированного в &lt;адрес&gt;, который осуществляет деятельность в сфере производства прочих кранов и клапанов,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шиномонтажа, которые в действительности ПАО «&lt;данные изъяты&gt;» не проводились. Не позднее 07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08 декабря 2022 г. ФИО4 №4,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№4, с целью побуждения ООО «&lt;данные изъяты&gt;» к заключению договора об оказании услуг сертификации, действующий согласно отведенной ей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08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09 декабря 2022 г. с целью выполнения условий договора № от 08 декабря 2022 г. с расчетного счета ООО «&lt;данные изъяты&gt;» №, открытого в филиале «Нижегородский» АО «Альфа-Банк»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09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09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оборудования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оборудования, о ведении работы с представителями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Кроме того, не позднее 08 декабря 2022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«Александр Марцинкевич»,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№8, Лицом №15, Лицом №24, Лицом №26, Лицом №27, Лицом №28 и неустановленными лицами, на электронный почтовый ящик ООО «&lt;данные изъяты&gt;» (далее по тексту ООО «&lt;данные изъяты&gt;») ИНН №, зарегистрированному по адресу: &lt;адрес&gt;, которое осуществляет деятельность в сфере оптовой торговли автомобильными деталями, узлами и принадлежностями,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антифриза, которые в действительности ПАО «&lt;данные изъяты&gt;» не проводились. Не позднее 08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09 декабря 2022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действующий согласно отведенной ей роли, в указанное время,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14 декабря 2022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«ЮК «&lt;данные изъяты&gt;», директором которого являлась ФИО100, не осведомленная о преступной деятельности, согласно которому ООО «ЮК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15 декабря 2022 г. с целью выполнения условий договора № б/н от 14 декабря 2022 с расчетного счета ООО «&lt;данные изъяты&gt;» №, открытого в Точка ПАО «ФК Открытие» г. Москва, на расчетный счет ООО «ЮК «&lt;данные изъяты&gt;»» №, открытый в ПАО КБ «УБРИР»,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02 декабря 2022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антифриза, тосола и тормозной жидкости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антифриза, тосола и тормозной жидкости,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Кроме того, при вышеописанных обстоятельствах, не позднее 09 декабря 2022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«Елизарова Дарья»,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№3,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неспециализированной торговли,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резинотехнических изделий, которые в действительности ПАО «&lt;данные изъяты&gt;» не проводились. Не позднее 09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13 декабря 2022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ООО «&lt;данные изъяты&gt;» к заключению договора об оказании услуг сертификации, действующее согласно отведенной ей роли, в указанное время,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19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изъяты&gt;&lt;данные изъяты&gt;», директором которого являлась ФИО100, не осведомленная о преступной деятельности, согласно которому ООО «&lt;данные изъяты&gt;&lt;данные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20 декабря 2022 г. с целью выполнения условий договора № б/н от 19 декабря 2022 г. с расчетного счета ООО «&lt;данные изъяты&gt;» №, открытого в Филиале № ПАО КБ «Центр-Инвест», на расчетный счет ООО «ЮК «&lt;данные изъяты&gt;»» №, открытый в ПАО КБ «УБРИР»,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ФИО82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20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№15, находясь в офисе по адресу: &lt;...&gt;, зарегистрированная в системе «ЦРМ», действующая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20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ввела в заблуждение представителей ООО «&lt;данные изъяты&gt;», заведомо понимая, что договор на закупку резинотехнических изделий заключен не будет и исполнить обязательства перед ООО «&lt;данные изъяты&gt;» реальной возможности нет, сообщила ложную информацию о положительном решении вопроса о заключении договора на закупку резинотехнических изделий, о ведении работы с ООО «&lt;данные изъяты&gt;», после чего прекратила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при вышеописанных обстоятельствах, не позднее 16 декабря 2022 г., ФИО4 №3, действуя согласно отведенной роли, реализуя указанные преступные намерения, находясь в офисе, расположенном по адресу: &lt;...&gt;, зарегистрированным в системе «ЦРМ»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перевозок,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грузоперевозки, которые в действительности ПАО «&lt;данные изъяты&gt;» не проводились. Не позднее 16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16 декабря 2022 г. ФИО4 №3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№3, с целью побуждения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19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ФИО92,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20 декабря 2022 г. с целью выполнения условий договора № от 19 декабря 2022 г. с расчетного счета ООО «&lt;данные изъяты&gt;» №, открытого в Филиале «Нижегородский» АО «Альфа-Банк», на расчетный счет ООО «&lt;данные изъяты&gt;» №, открытый в филиале «Санкт-Петербургский»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«&lt;данные изъяты&gt;». Продолжая реализацию единого преступного умысла, действуя согласно отведенной преступной роли, ФИО4 №15, находясь в офисе по адресу: &lt;...&gt;, зарегистрированная в системе «ЦРМ», действующая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ввела в заблуждение представителей ООО «&lt;данные изъяты&gt;», заведомо понимая, что договор на закупку услуг грузоперевозки заключен не будет и исполнить обязательства перед ООО «&lt;данные изъяты&gt;» реальной возможности нет, сообщила ложную информацию о положительном решении вопроса о заключении договора на закупку услуг грузоперевозки, о ведении работы с ООО «&lt;данные изъяты&gt;», после чего прекратила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Кроме того, не позднее 19 декабря 2022 г., ФИО4 №4, действуя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под учетной записью «Вячеслав Морозов»,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прочими машинами и оборудованием,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услуги по установке ГЛОНАСС, которые в действительности ПАО «&lt;данные изъяты&gt;» не проводились. Не позднее 19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19 декабря 2022 г. ФИО4 №4,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№4, с целью побуждения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20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являлась ФИО100, не осведомленная о преступной деятельности, согласно которому ООО «&lt;данные изъяты&gt;&lt;данные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22 декабря 2022 г. c целью выполнения условий договора № б/н от 21 декабря 2022 г. с расчетного счета ООО «&lt;данные изъяты&gt;» №, открытого в филиале «Нижегородский» АО «Альфа-Банк», на расчетный счет ООО «&lt;данные изъяты&gt;»» №, открытый в ПАО КБ «УБРИР»,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22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№15, находясь в офисе по адресу: &lt;...&gt;, зарегистрированная в системе «ЦРМ», действующая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ввела в заблуждение представителей ООО «&lt;данные изъяты&gt;», заведомо понимая, что договор на закупку услуг по установке ГЛОНАСС заключен не будет и исполнить обязательства перед ООО «&lt;данные изъяты&gt;» реальной возможности нет, сообщила ложную информацию о положительном решении вопроса о заключении договора на закупку услуг установки ГЛОНАСС, о ведении работы с ООО «&lt;данные изъяты&gt;», после чего прекратила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Кроме того, при вышеописанных обстоятельствах, не позднее 21 декабря 2022 г., ФИО4 №3, действуя согласно отведенной роли, реализуя указанные преступные намерения, находясь в офисе, расположенном по адресу: &lt;...&gt;, зарегистрированным в системе «ЦРМ»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перевозок,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грузоперевозки, которые в действительности ПАО «&lt;данные изъяты&gt;» не проводились. Не позднее 21 декабря 2022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декабря 2022 г. ФИО4 №3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№3, с целью побуждения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подконтрольном Лицу №1 и другим участникам организованной группы - преступного сообщества (преступной организации). Не позднее 26 декабря 2022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27 декабря 2022 г. с целью выполнения условий договора № от 26 декабря 2022 г. с расчетного счета ООО «&lt;данные изъяты&gt;» №, открытого в АКБ «Абсолют Банк» (ПАО),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28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№15, находясь в офисе по адресу: &lt;...&gt;, зарегистрированная в системе «ЦРМ», действующая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28 декабря 2022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ввела в заблуждение представителей ООО «&lt;данные изъяты&gt;», заведомо понимая, что договор на закупку услуг грузоперевозки заключен не будет и исполнить обязательства перед ООО «&lt;данные изъяты&gt;» реальной возможности нет, сообщила ложную информацию о положительном решении вопроса о заключении договора на закупку услуг грузоперевозки, о ведении работы с ООО «&lt;данные изъяты&gt;», после чего прекратила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Кроме того, при вышеописанных обстоятельствах, не позднее 18 января 2023, неустановленное лицо, действующее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«Олег Долгов»,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 технический осмотр автотранспортных средств,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услуги по техническому осмотру автомобилей, которые в действительности ПАО «&lt;данные изъяты&gt;» не проводились. Не позднее 18 января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19 января 2023 г. неустновленное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действующий согласно отведенной ей роли, в указанное время,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20 января 2023 г. введенные в заблуждение неустановленным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ФИО87 ИНН №, зарегистрированным по адресу: &lt;адрес&gt; (далее по тексту ИП ФИО87), не осведомленным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20 января 2023 г. с целью выполнения условий договора № от 20 января 2023 г. с расчетного счета ООО «&lt;данные изъяты&gt;» №, открытого в АО Банк «Национальный стандарт», на расчетный счет ИП ФИО87 №, открытый в АО «Тинькофф Банк», перечислены денежные средства в размере 47 500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23 января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ИП ФИО87,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24 января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 технического осмотра автомобилей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 технического осмотра автомобилей,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Кроме того, при вышеописанных обстоятельствах, не позднее 19 января 2023 г., ФИО4 №3, действуя согласно отведенной роли, реализуя указанные преступные намерения, находясь в офисе, расположенном по адресу: &lt;...&gt;, зарегистрированным в системе «ЦРМ»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№4, Лицом №6, Лицом №7, Лицом №8, Лицом №15,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автомобильного грузового транспорта,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грузоперевозки, которые в действительности ПАО «&lt;данные изъяты&gt;» не проводились. Не позднее 19 января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января 2023 г. ФИО4 №3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с целью побуждения ООО «&lt;данные изъяты&gt;» к заключению договора об оказании услуг сертификации, действующий согласно отведенной ей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23 января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«ЮК «&lt;данные изъяты&gt;», директором которого являлась ФИО100, не осведомленная о преступной деятельности, согласно которому ООО «ЮК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25 января 2023 г. c целью выполнения условий договора № б/н от 23 января 2023 г. с расчетного счета ООО «&lt;данные изъяты&gt;» №, открытого в Поволжском банке ПАО Сбербанк, на расчетный счет ООО «ЮК «&lt;данные изъяты&gt;» №, открытый в ПАО КБ «УБРИР»,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декабря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«ЮК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26 января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 грузоперевозки заключен не будет и исполнить обязательства перед ООО «&lt;данные изъяты&gt;» реальной возможности нет, сообщила ложную информацию о положительном решении вопроса о заключении договора на закупку услуг грузоперевозки,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Кроме того, при вышеописанных обстоятельствах, не позднее 03 февраля 2023 г., ФИО4 №8, действуя согласно отведенной роли, реализуя указанные преступные намерения, находясь в офисе, расположенном по адресу: &lt;...&gt;, зарегистрированным в системе «ЦРМ» под учетной записью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№15, Лицом №24, Лицом №26, Лицом №27, Лицом №28 и неустановленными лицами, на электронный почтовый ящик ООО «&lt;данные изъяты&gt;» (далее по тексту ООО «&lt;данные изъяты&gt;» ИНН №, зарегистрированному по адресу: &lt;адрес&gt;, которое осуществляет деятельность в сфере аренды и управления недвижимым имуществом,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грузоперевозки, которые в действительности ПАО «&lt;данные изъяты&gt;» не проводились. Не позднее 03 февраля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06 февраля 2023 г. ФИО4 №8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№8, с целью побуждения представителей ООО «&lt;данные изъяты&gt;» к заключению договора об оказании услуг сертификации, действующий согласно отведенной ей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08 февраля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ИНН №, зарегистрированным по адресу: &lt;адрес&gt; (далее по тексту Рейтинг &lt;данные изъяты&gt;»), директором которого являлся ФИО86, не 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08 февраля 2023 г. с целью выполнения условий договора № б/н от 08 февраля 2023 г. с расчетного счета ООО «&lt;данные изъяты&gt;» №, открытого в Поволжском банке ПАО Сбербанк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08 февраля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«Рейтинг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№15, находясь в офисе по адресу: &lt;...&gt;, зарегистрированная в системе «ЦРМ», действующая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09 февраля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ввела в заблуждение представителей ООО «&lt;данные изъяты&gt;», заведомо понимая, что договор на закупку услуг аренды заключен не будет и исполнить обязательства перед ООО «&lt;данные изъяты&gt;» реальной возможности нет, сообщила ложную информацию о положительном решении вопроса о заключении договора на закупку услуг аренды, о ведении работы с ООО «&lt;данные изъяты&gt;», после чего прекратила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Кроме того, при вышеописанных обстоятельствах, не позднее 06 февраля 2023 г, неустановленное лицо, действующее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«Анастасия Белова»,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№6, Лицом №7, Лицом №8, Лицом №15, Лицом №24, Лицом №26, Лицом №27, Лицом №28 и неустановленными лицами, на электронный почтовый ящик АО «&lt;данные изъяты&gt;» ИНН №, зарегистрированному по адресу: &lt;адрес&gt;, которое осуществляет деятельность в сфере производства изделий из бетона,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силикатного кирпича, которые в действительности ПАО «&lt;данные изъяты&gt;» не проводились. Не позднее 06 февраля 2023 г. представители АО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06 февраля 2023 г. неизвестное лицо направило представителям АО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АО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АО «&lt;данные изъяты&gt;», внесенных в качестве оплаты за указанный сертификат. При этом неизвестное лицо, с целью побуждения АО «&lt;данные изъяты&gt;» к заключению договора об оказании услуг сертификации, действующий согласно отведенной ей роли, в указанное время,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06 февраля 2023 г. введенные в заблуждение неустановленным лицом представители АО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директором которого являлся ФИО86, не 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09 февраля 2023 г. с целью выполнения условий договора № от 08 февраля 2023 г. с расчетного счета АО «&lt;данные изъяты&gt;» №, открытого в АО «Экономбанк»,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АО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09 февраля 2022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АО «&lt;данные изъяты&gt;» в реестр СДС «&lt;данные изъяты&gt;», который посредством электронного документооборота «Контур.Диадок» направила в ООО «Рейтинг &lt;данные изъяты&gt;», а те, в свою очередь, перенаправили его на электронный адрес представителей АО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09 февраля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АО «&lt;данные изъяты&gt;», заведомо понимая, что договор на закупку силикатного кирпича заключен не будет и исполнить обязательства перед АО «&lt;данные изъяты&gt;» реальной возможности нет, сообщил ложную информацию о положительном решении вопроса о заключении договора на закупку силикатного кирпича, о ведении работы с АО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АО «&lt;данные изъяты&gt;» и ПАО «&lt;данные изъяты&gt;» заключен не был. Денежные средства в размере 52 500 рублей АО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АО «&lt;данные изъяты&gt;» причинен материальный ущерб на общую сумму 52 500 рублей. В последствии ФИО1, ФИО4 №1, ФИО4 №2, ФИО4 №3, ФИО4 №4, ФИО4 №6, ФИО4 №7, ФИО4 №8, ФИО4 №15,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Кроме того, при вышеописанных обстоятельствах, не позднее 10 февраля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«Владимир Яковлев»,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15, Лицом № 24, Лицом № 26, Лицом № 27, Лицом № 28 и другими неустановленными лицами на электронный почтовый ящик ООО «&lt;данные изъяты&gt;&lt;данные изъяты&gt;» (далее по тексту – ООО «&lt;данные изъяты&gt;»),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автозапчастей, которые в действительности ПАО «&lt;данные изъяты&gt;» не проводились. Не позднее 10 февраля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10 февраля 2023 г. неустановленное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в указанное время,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13 февраля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директором которого являлась ФИО100, неосведомленная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13 февраля 2023 г. с целью выполнения условий договора № от 13 февраля 2023 г. с расчетного счета ООО «&lt;данные изъяты&gt;» №, открытого в Нижегородском филиале АО ЮНИКРЕДИТ Банка,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13 февраля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зарегистрированная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«Рейтинг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действующие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14 февраля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являлось, с целью сокрытия преступной деятельности, ввел в заблуждение представителей ООО «&lt;данные изъяты&gt;», заведомо понимая, что договор на закупку автозапчастей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автозапчастей,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Кроме того, при вышеописанных обстоятельствах, не позднее 09 февраля 2023 г., ФИО4 № 8, действуя согласно отведенной роли менеджера, реализуя указанные преступные намерения, находясь в офисе, расположенном по адресу: &lt;...&gt;, будучи зарегистрированной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15, Лицом № 24, Лицом № 26, Лицом № 27, Лицом № 28, и другими неустановленными лицами на электронный почтовый ящик ИП «ФИО96», ИНН №, зарегистрированному в &lt;адрес&gt;, который осуществляет деятельность в области фотографии,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фотокниг, которые в действительности ПАО «&lt;данные изъяты&gt;» не проводились. Не позднее 09 февраля 2023 г. ИП «ФИО96», введенный в заблуждение будучи заинтересованными в заключении договора с ПАО «&lt;данные изъяты&gt;», направил на указанную ему электронную почту коммерческое предложение и анкету участника. Продолжая реализацию указанного преступного умысла, не позднее 09 февраля 2023 г. ФИО4 № 8 направила ИП «ФИО96» информацию, согласно которой обязательным условием участия в торгах с ПАО «&lt;данные изъяты&gt;» является приобретение сертификата о внесении ИП «ФИО96»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«ФИО96», внесенных в качестве оплаты за указанный сертификат. При этом ФИО4 № 8 с целью побуждения ИП «ФИО96» к заключению договора об оказании услуг сертификации, действующее согласно отведенной ей роли, не позднее 13 февраля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16 февраля 2023 г. введенный в заблуждение Лицом № 8 ИП «ФИО96», с целью приобретения сертификата СДС «&lt;данные изъяты&gt;» посредством электронной почты заключил договор о приобретении сертификата с ООО «&lt;данные изъяты&gt; Репутации», директором которого являлся ФИО86, неосведомленный о преступной деятельности, согласно которому ООО «&lt;данные изъяты&gt; Репутации»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16 февраля 2023 г. с целью выполнения условий договора №от 16 февраля 2023 г. с расчетного счета ИП «ФИО96» №, открытого в Центрально-Черноземном Банке ПАО Сбербанк, на расчетный счет ООО «&lt;данные изъяты&gt; Репутации» №, открытый в Белгородском отделении ПАО Сбербанк, перечислены денежные средства в размере 52 500 рублей за предоставление сертификата о внесении ИП «ФИО96»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16 февраля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зарегистрированная в системе «ЦРМ» под учетной записью «Маргарита Жилина», изготовила сертификат о внесении ИП «ФИО96» в реестр СДС «&lt;данные изъяты&gt;», который посредством электронного документооборота «Контур.Диадок» направила в ООО «&lt;данные изъяты&gt;&lt;данные изъяты&gt;», а те, в свою очередь, перенаправили его на электронный адрес ИП «ФИО96». Продолжая реализацию единого преступного умысла, действуя согласно отведенной преступной роли, ФИО4 №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февраля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ИП «ФИО96», заведомо понимая, что договор на закупку фотокниг заключен не будет и исполнить обязательства перед ИП «ФИО96» реальной возможности нет, сообщило ложную информацию о положительном решении вопроса о заключении договора на закупку фотокниг, о ведении работы с ИП «ФИО96»,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«ФИО96» и ПАО «&lt;данные изъяты&gt;» заключен не был. Денежные средства в размере 52 500 рублей в ИП «ФИО96»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«ФИО96»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Кроме того, при вышеописанных обстоятельствах, не позднее 22 февраля 2023 г.,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«Дмитрий Крюков»,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строительства,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устройству наливного пола, которые в действительности ПАО «&lt;данные изъяты&gt;» не проводились. Не позднее 28 февраля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28 февраля 2023 г. неустановленное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01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03 марта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(далее по тексту ООО «&lt;данные изъяты&gt;»), директором которого являлся ФИО88,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06 марта 2023 г. с целью выполнения условий договора №от 03 марта 2023 г. с расчетного счета ООО «&lt;данные изъяты&gt;» №, открытого в АО «Райффайзенбанк», на расчетный счет ООО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07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07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 по устройству наливного пола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 по устройству наливного пола,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Кроме того, при вышеописанных обстоятельствах, не позднее 03 марта 2023 г., ФИО4 № 8, действующее согласно отведенной роли менеджера, реализуя указанные преступные намерения, находясь в офисе, расположенном по адресу: &lt;адрес&gt;,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больничных организаций,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инъекций лекарственного препарата, которые в действительности ПАО «&lt;данные изъяты&gt;» не проводились. Не позднее 06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06 марта 2023 г. ФИО4 № 8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8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06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07 марта 2023 г. введенные в заблуждение Лицом № 8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(далее по тексту ООО «&lt;данные изъяты&gt;»), директором которого являлся ФИО89,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07 марта 2023 г. с целью выполнения условий договора №от 07 марта 2023 г. с расчетного счета ООО «&lt;данные изъяты&gt;» №, открытого в филиале «Центральный» ПАО «Банк ВТБ» г. Москва, на расчетный счет ООО «&lt;данные изъяты&gt;» №, открытый в Точка ПАО Банка «ФК Открытие» г. Москва,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07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09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инъекций лекарственного препарата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инъекций лекарственного препарата,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Кроме того, не позднее 09 марта 2023 г.,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«Анатолий Сульянов»,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розничной торговли легковыми автомобилями,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приема лома металла, которые в действительности ПАО «&lt;данные изъяты&gt;» не проводились. Не позднее 09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13 марта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13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15 марта 2023 г. введенные в заблуждение неустановленным лицом представители ООО «&lt;данные изъяты&gt;», с целью приобретения сертификата СДС «&lt;данные изъяты&gt;» посредством электронной почты решили заключить договор о приобретении сертификата с ООО «&lt;данные изъяты&gt;»,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15 марта 2023 г. с целью выполнения условий договора № от 15 марта 2023 г. с расчетного счета ООО «&lt;данные изъяты&gt;» №, открытого в Ярославском филиале ПАО «Промсвязьбанк», на расчетный счет ООО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15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приема лома металла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приема лома металла,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Кроме того, при вышеописанных обстоятельствах, не позднее 13 марта 2023 г.,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«Руслан Сидоров»,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агентов по оптовой торговле универсальным ассортиментом товаров,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противопожарного оборудования, которые в действительности ПАО «&lt;данные изъяты&gt;» не проводились. Не позднее 13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16 марта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14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15 марта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изъяты&gt;&lt;данные изъяты&gt;» ИНН №, зарегистрированным по адресу: &lt;адрес&gt;, директором которого являлся ФИО86, неосведомленный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15 марта 2023 г. с целью выполнения условий договора №от 15 марта 2023 г. с расчетного счета ООО «&lt;данные изъяты&gt;» №, открытого в Банке Точка ПАО Банка «ФК Открытие» на расчетный счет ООО «&lt;данные изъяты&gt;&lt;данные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16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противопожарного оборудования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противопожарного оборудования,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Кроме того, при вышеописанных обстоятельствах, не позднее 13 марта 2023 г., ФИО1,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зарегистрированной в системе «ЦРМ» менеджером под учетной записью «Валентина Атапина»,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больничных организаций,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электродов, которые в действительности ПАО «&lt;данные изъяты&gt;» не проводились. Не позднее 13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13 марта 2023 г. ФИО1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побуждения представителей ООО «&lt;данные изъяты&gt;» к заключению договора об оказании услуг сертификации, действующее согласно отведенной ей роли, не позднее 13 марта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15 марта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директором которого являлся ФИО102,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17 марта 2023 г. с целью выполнения условий договора №от 15 марта 2023 г. с расчетного счета ООО «&lt;данные изъяты&gt;» №, открытого в Волго-Вятском банке ПАО Сбербанк, на расчетный счет ООО «&lt;данные изъяты&gt;» №, открытый в Филиале «Центральный» Банка ВТБ (ПАО),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17 марта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17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электродов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электродов,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Кроме того, при вышеописанных обстоятельствах, не позднее 10 марта 2023,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«Анатолий Сульянов»,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отходами и ломом,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договора с ПАО «&lt;данные изъяты&gt;» на закупку приема черного и цветного лома, которые в действительности ПАО «&lt;данные изъяты&gt;» не проводились. Не позднее 20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13 марта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14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17 марта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заключилт договор о приобретении сертификата с ООО «&lt;данные изъяты&gt;», директором которого являлся ФИО84, не осведомленный о преступной деятельности ФИО82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20 марта 2023 г. с целью выполнения условий договора № от 20.03.2023 с расчетного счета ООО «&lt;данные изъяты&gt;» №, открытого в филиале «Центральный» ПАО Банка «ФК Открытие»,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Лица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20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20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приема лома металла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приема лома металла,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Кроме того, при вышеописанных обстоятельствах, не позднее 22 марта 2023 г.,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«Марго Цибульская»,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ГОСУДАРСТВЕННОЕ БЮДЖЕТНОЕ УЧЕРЖДЕНИЕ ЗДРАВООХРАНЕНИЯ «&lt;данные изъяты&gt;» (далее по тексту – ГБУЗ «&lt;данные изъяты&gt;») ИНН №, зарегистрированному по адресу: &lt;адрес&gt;, которое осуществляет деятельность в области здравоохранения,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медицинских услуг, которые в действительности ПАО «&lt;данные изъяты&gt;» не проводились. Не позднее 22 марта 2023 г. представители ГБУЗ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марта 2023 г. неизвестное лицо направило представителям ГБУЗ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ГБУЗ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ГБУЗ «&lt;данные изъяты&gt;», внесенных в качестве оплаты за указанный сертификат. При этом неизвестное лицо с целью побуждения представителей ГБУЗ «&lt;данные изъяты&gt;» к заключению договора об оказании услуг сертификации, действующее согласно отведенной ему роли, не позднее 22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22 марта 2023 г. введенные в заблуждение неизвестным лицом представители ГБУЗ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23 марта 2023 г. с целью выполнения условий договора №от 22 марта 2023 г. с расчетного счета ГБУЗ «&lt;данные изъяты&gt;» №, открытого в филиале «Центральный» ПАО Банка «ФК Открытие»,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ГБУЗ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22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ГБУЗ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ГБУЗ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23 марта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ГБУЗ «&lt;данные изъяты&gt;», заведомо понимая, что договор на закупку медицинских услуг заключен не будет и исполнить обязательства перед ГБУЗ «&lt;данные изъяты&gt;» реальной возможности нет, сообщило ложную информацию о положительном решении вопроса о заключении договора на закупку медицинских услуг, о ведении работы с ГБУЗ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ГБУЗ «&lt;данные изъяты&gt;» и ПАО «&lt;данные изъяты&gt;» заключен не был. Денежные средства в размере 52 500 рублей в ГБУЗ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ГБУЗ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Кроме того, при вышеописанных обстоятельствах, не позднее 23 марта 2023 г., ФИО1,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зарегистрированной в системе «ЦРМ» менеджером под учетной записью «Валентина Атапина»,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оптовой торговли водопроводным и отопительным оборудованием и арматурой,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газовых счетчиков, которые в действительности ПАО «&lt;данные изъяты&gt;» не проводились. Не позднее 23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24 марта 2023 г. ФИО1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побуждения представителей ООО «&lt;данные изъяты&gt;» к заключению договора об оказании услуг сертификации, действующее согласно отведенной ей роли, не позднее 27 марта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27 марта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29 марта 2023 г. с целью выполнения условий договора №от 28 марта 2023 г. с расчетного счета ООО «&lt;данные изъяты&gt;» №, открытого в АО «Райффайзенбанк»,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29 марта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03 апреля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газовых счетчиков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газовых счетчиков,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Кроме того, при вышеописанных обстоятельствах, не позднее 03 апреля 2023 г., ФИО4 № 8,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15, Лицом № 24, Лицом № 26, Лицом № 27, Лицом № 28 и другими неустановленными лицами на электронный почтовый ящик ФИО97 И.П. ИНН №, зарегистрированному по адресу: &lt;адрес&gt;, осуществляет деятельность в сфере розничной торговли в специализированных магазинах,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углошлифовальных машин, которые в действительности ПАО «&lt;данные изъяты&gt;» не проводились. Не позднее 03 апреля 2023 г. ФИО97 И.П.,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04 апреля 2023 г. ФИО4 № 8 направило ФИО97 И.П. информацию, согласно которой обязательным условием участия в торгах с ПАО «&lt;данные изъяты&gt;» является приобретение сертификата о внесении ФИО97 И.П.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ФИО97 И.П., внесенных в качестве оплаты за указанный сертификат. При этом ФИО4 № 8 с целью побуждения ФИО97 И.П. к заключению договора об оказании услуг сертификации, действующее согласно отведенной ему роли, не позднее 04 апреля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04 апреля 2023 г. введенные в заблуждение Лицом № 8 ФИО97 И.П.,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04 апреля 2023 г. с целью выполнения условий договора №от 04 апреля 2023 г. с расчетного счета ФИО97 И.П. №, открытого в Приволжском филиале ПАО «Промсвязьбанк»,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ФИО97 И.П.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07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ФИО97 И.П.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ФИО97 И.П.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04 апреля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ФИО97 И.П., заведомо понимая, что договор на закупку поставки углошлифовальных машин заключен не будет и исполнить обязательства перед ФИО97 И.П. реальной возможности нет, сообщило ложную информацию о положительном решении вопроса о заключении договора на закупку поставки углошлифовальных машин, о ведении работы с ФИО97 И.П.,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ФИО97 И.П. и ПАО «&lt;данные изъяты&gt;» заключен не был. Денежные средства в размере 52 500 рублей в ФИО97 И.П.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ФИО97 И.П. причинен материальный ущерб на общую сумму 52 500 рублей. В последствие ФИО1 ФИО4 № 1, ФИО4 № 2, ФИО4 № 3, ФИО4 № 4, ФИО4 № 6, Лицом № 7, ФИО4 № 8,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Кроме того, при вышеописанных обстоятельствах, не позднее 22 марта 2023 г., ФИО4 № 9,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«adam adam»,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ФИО4 № 4, Лицом № 6, Лицом № 7, Лицом № 8,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области утилизации отходов,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утилизации отходов, которые в действительности ПАО «&lt;данные изъяты&gt;» не проводились. Не позднее 22 марта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27 марта 2023 г. ФИО4 № 9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9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27 марта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04 апреля 2023 г. введенные в заблуждение Лицом № 9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директором которого являлся ФИО86, неосведомленный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04 апреля 2023 г. с целью выполнения условий договора №от 04 апреля 2023 г. с расчетного счета ООО «&lt;данные изъяты&gt;» №, открытого в АКБ «Абсолют Банк» ПАО,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07 марта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05 апреля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утилизации отходов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утилизации отходов,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Лицом № 7, ФИО4 № 8, ФИО4 № 9,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Кроме того, при вышеописанных обстоятельствах, не позднее 14 апреля 2023 г., ФИО1,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зарегистрированной в системе «ЦРМ» менеджером под учетной записью «Валентина Атапина»,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Лицом № 1, Лицом № 2, Лицом № 3, ФИО4 № 4, Лицом № 6, Лицом № 7, Лицом № 8, Лицом № 9, Лицом № 11, Лицом № 12, Лицом № 13,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перевозки грузов специализированными автотранспортными средствами,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щебня, которые в действительности ПАО «&lt;данные изъяты&gt;» не проводились. Не позднее 14 апреля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18 апреля 2023 г. ФИО1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побуждения представителей ООО «&lt;данные изъяты&gt;» к заключению договора об оказании услуг сертификации, действующее согласно отведенной ей роли, не позднее 18 апреля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18 апреля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19 апреля 2023 г. с целью выполнения условий договора №от 19 апреля 2023 г. с расчетного счета ООО «&lt;данные изъяты&gt;» №, открытого в филиале «Центральный» ПАО Банка «ФК Открытие»,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19 апреля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19 апреля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щебня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щебня,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ФИО4 № 7, ФИО4 № 8, ФИО4 № 9, ФИО4 № 11, ФИО4 № 12, ФИО4 № 13,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Кроме того, при вышеописанных обстоятельствах, не позднее 17 апреля 2023 г., ФИО4 № 7,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«Ева Котова»,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6, Лицом № 8, Лицом № 9, Лицом № 11, Лицом № 12, Лицом № 13,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оптовой торговли металлообрабатывающими станками,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металлообрабатывающего станка, которые в действительности ПАО «&lt;данные изъяты&gt;» не проводились. Не позднее 17 апреля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19 апреля 2023 г. ФИО4 № 7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7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19 апреля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19 апреля 2023 г. введенные в заблуждение Лицом № 7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20 апреля 2023 г. с целью выполнения условий договора №от 19 апреля 2023 г. с расчетного счета ООО «&lt;данные изъяты&gt;» №, открытого в Филиале «Нижегородский» АО «Альфа-Банк», на расчетный счет ООО «&lt;данные изъяты&gt;» №, открытый в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20 апреля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20 апреля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металлообрабатывающего станка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металлообрабатывающего станка,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ФИО4 № 7, ФИО4 № 8, ФИО4 № 9, ФИО4 № 11, ФИО4 № 12, ФИО4 № 13,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Кроме того, при вышеописанных обстоятельствах, не позднее 19 апреля 2023 г., ФИО4 № 13,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«Настя Штрих»,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6, Лицом № 7, Лицом № 8, Лицом № 9, Лицом № 11, Лицом № 12,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розничной торговли скобянными изделиями, лакокрасочными материалами и стеклом в специализированных магазинах,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бытовок, которые в действительности ПАО «&lt;данные изъяты&gt;» не проводились. Не позднее 19 апреля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апреля 2023 г. ФИО4 № 13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13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20 апреля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24 апреля 2023 г. введенные в заблуждение Лицом № 13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25 апреля 2023 г. с целью выполнения условий договора №от 24 апреля 2023 г. с расчетного счета ООО «&lt;данные изъяты&gt;» №, открытого в Филиале «Нижегородский» АО «Альфа-Банк»,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25 апреля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25 апреля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бытовок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бытовок,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ФИО4 № 7, ФИО4 № 8, ФИО4 № 9, ФИО4 № 11, ФИО4 № 12, ФИО4 № 13,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Кроме того, при вышеописанных обстоятельствах, не позднее 20 апреля 2023 г., ФИО4 № 9,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«adam adam»,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6, Лицом № 7, Лицом № 8, Лицом № 11, Лицом № 12,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торговли автомобильными деталями, узлами и принадлежностями,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ремонту ТНВД, которые в действительности ПАО «&lt;данные изъяты&gt;» не проводились. Не позднее 20 апреля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апреля 2023 г. ФИО4 № 9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9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21 апреля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27 апреля 2023 г. введенные в заблуждение Лицом № 9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директором которого являлся ФИО86, неосведомленный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27 апреля 2023 г. с целью выполнения условий договора №от 27 апреля 2023 г. с расчетного счета ООО «&lt;данные изъяты&gt;» №, открытого в Точке ПАО Банка «ФК Открытие»,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27 апреля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«Рейтинг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04 мая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ремонту ТНВД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ремонту ТНВД,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ФИО4 № 7, ФИО4 № 8, ФИО4 № 9, ФИО4 № 11, ФИО4 № 12, ФИО4 № 13,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36.Таким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 Кроме того, при вышеописанных обстоятельствах, не позднее 04 мая 2023 г., ФИО1,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зарегистрированной в системе «ЦРМ» менеджером под учетной записью «Валентина Атапина»,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Лицом № 1, Лицом № 2, Лицом № 3, ФИО4 № 4, Лицом № 6, Лицом № 7, Лицом № 8, Лицом № 9, Лицом № 11, Лицом № 12, Лицом № 13, Лицом № 15,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офис 204, который осуществляет деятельность в области оптовой и розничной торговли,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кирпича, которые в действительности ПАО «&lt;данные изъяты&gt;» не проводились. Не позднее 04 мая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10 мая 2023 г. ФИО1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побуждения представителей ООО «&lt;данные изъяты&gt;» к заключению договора об оказании услуг сертификации, действующее согласно отведенной ей роли, не позднее 11 мая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11 мая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11 мая 2023 г. с целью выполнения условий договора №от 11 мая 2023 г. с расчетного счета ООО «&lt;данные изъяты&gt;» №, открытого в Ярославском филиале ПАО «Промсвязьбанк»,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11 мая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11 мая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кирпича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кирпича,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6, ФИО4 № 7, ФИО4 № 8, ФИО4 № 9, ФИО4 № 11, ФИО4 № 12, ФИО4 № 13, ФИО4 № 15,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Кроме того, при вышеописанных обстоятельствах, не позднее 18 мая 2023 г., ФИО4 № 4,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«Вячеслав Морозов»,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5, Лицом № 6, Лицом № 7, Лицом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ИП ФИО121 ИНН №, зарегистрированному по адресу: &lt;адрес&gt;, который осуществляет деятельность в области ремонта компьютеров и периферийного компьютерного оборудования,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фискальных накопителей, которые в действительности ПАО «&lt;данные изъяты&gt;» не проводились. Не позднее 22 мая 2023 г. ИП ФИО121,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мая 2023 г. ФИО4 № 4 направило ИП ФИО121 информацию, согласно которой обязательным условием участия в торгах с ПАО «&lt;данные изъяты&gt;» является приобретение сертификата о внесении ИП ФИО121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ФИО121, внесенных в качестве оплаты за указанный сертификат. При этом ФИО4 № 4 с целью побуждения ИП ФИО121 к заключению договора об оказании услуг сертификации, действующее согласно отведенной ему роли, не позднее 22 мая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30 мая 2023 г. введенные в заблуждение Лицом № 4 ИП ФИО121,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30 мая 2023 г. с целью выполнения условий договора № от 30 мая 2023 г. с расчетного счета ИП ФИО121 №, открытого в Поволжском Банке ПАО Сбербанк, на расчетный счет ООО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ИП ФИО121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30 мая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«Наталя Киселева», изготовило сертификат о внесении ИП ФИО121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ИП ФИО121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31 мая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ИП ФИО121, заведомо понимая, что договор на закупку поставки фискальных накопителей заключен не будет и исполнить обязательства перед ИП ФИО121 реальной возможности нет, сообщило ложную информацию о положительном решении вопроса о заключении договора на закупку поставки фискальных накопителей, о ведении работы с ИП ФИО121,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ФИО121 и ПАО «&lt;данные изъяты&gt;» заключен не был. Денежные средства в размере 52 500 рублей в ИП ФИО121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ФИО121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Кроме того, при вышеописанных обстоятельствах, не позднее 26 мая 2023 г., ФИО4 № 8,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производства мебели для офисов и предприятий торговли,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напольных шкафов, которые в действительности ПАО «&lt;данные изъяты&gt;» не проводились. Не позднее 26 мая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29 мая 2023 г. ФИО4 № 8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8 с целью побуждения ООО «&lt;данные изъяты&gt;» к заключению договора об оказании услуг сертификации, действующее согласно отведенной ему роли, не позднее 29 мая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29 мая 2023 г. введенные в заблуждение Лицом № 8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директором которого являлся ФИО86, неосведомленный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30 мая 2023 г. с целью выполнения условий договора № от 29 мая 2023 г. с расчетного счета ООО «&lt;данные изъяты&gt;» №, открытого в филиале Приволжский ПАО Банка «ФК Открытие»,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30 мая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«ФИО103»,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«Рейтинг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30 мая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изъяты&gt;»заведомо понимая, что договор на закупку напольных шкафов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напольных шкафов,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Кроме того, при вышеописанных обстоятельствах, не позднее 17 мая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«Мария ФИО115»,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Лицом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производства нетканных текстильных материалов и изделий из них,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текстиля, которые в действительности ПАО «&lt;данные изъяты&gt;» не проводились. Не позднее 22 мая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мая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26 мая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08 июня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(далее по тексту ООО «&lt;данные изъяты&gt;»), директором которого являлась ФИО104, неосведомленная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09 июня 2023 г. с целью выполнения условий договора №/ОЦ от 08 июня 2023 г. с расчетного счета ООО «&lt;данные изъяты&gt;» №, открытого в Филиале «Приволжский» ПАО Банк «ФК Открытие»,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30 мая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13 июня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текстиля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текстиля,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Кроме того, при вышеописанных обстоятельствах, не позднее 08 июня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«Дарья Викторова»,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Лицом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ИП ФИО111 ИНН №, зарегистрированному по адресу: &lt;адрес&gt;, который осуществляет деятельность в области предоставления прочих видов услуг,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сертификатов, которые в действительности ПАО «&lt;данные изъяты&gt;» не проводились. Не позднее 09 июня 2023 г. ИП ФИО111, введенный в заблуждение будучи заинтересованным в заключении договора с ПАО «&lt;данные изъяты&gt;», направил на указанную емц электронную почту коммерческое предложение и анкету участника. Продолжая реализацию указанного преступного умысла, не позднее 09 июня 2023 г. неизвестное лицо направило ИП ФИО111 информацию, согласно которой обязательным условием участия в торгах с ПАО «&lt;данные изъяты&gt;» является приобретение сертификата о внесении ИП ФИО111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ФИО111, внесенных в качестве оплаты за указанный сертификат. При этом неустановленное лицо с целью побуждения ИП ФИО111 к заключению договора об оказании услуг сертификации, действующее согласно отведенной ему роли, не позднее 15 июня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28 июня 2023 г. введенные в заблуждение неустановленным лицом ИП ФИО111, с целью приобретения сертификата СДС «&lt;данные изъяты&gt;» посредством электронной почты заключили договор о приобретении сертификата с ИП ФИО83 ИНН №, зарегистрированной по адресу: &lt;адрес&gt;, являющейся активным участник организованной группы - преступного сообщества (преступной организации), согласно которому ИП ФИО83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29 июня 2023 г. с целью выполнения условий договора № от 28 июня 2023 г. с расчетного счета ИП ФИО111 №, открытого в АО «Альфа-Банк» г. Москва, на расчетный счет ИП ФИО83 №, открытый в филиале «Нижегородский» АО «Альфа-Банк»», перечислены денежные средства в размере 52 500 рублей за предоставление сертификата о внесении ИП ФИО111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29 июня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ИП ФИО111 в реестр СДС «&lt;данные изъяты&gt;», который посредством электронного документооборота «Контур.Диадок» направило в ИП «ФИО4 № 24», а те, в свою очередь, перенаправили его на электронный адрес ИП ФИО111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29 июня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ИП ФИО111, заведомо понимая, что договор на закупку сертификатов заключен не будет и исполнить обязательства перед ИП ФИО111 реальной возможности нет, сообщило ложную информацию о положительном решении вопроса о заключении договора на закупку сертификатов, о ведении работы с ИП ФИО111,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ФИО111 и ПАО «&lt;данные изъяты&gt;» заключен не был. Денежные средства в размере 52 500 рублей в ИП ФИО111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ФИО111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Кроме того, при вышеописанных обстоятельствах, не позднее 23 июня 2023 г., ФИО1,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зарегистрированной в системе «ЦРМ» менеджером под учетной записью «Валентина Атапина»,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Лицом № 1, Лицом № 2, Лицом № 3, ФИО4 № 4, ФИО4 №5, Лицом № 6, Лицом № 7, Лицом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производства товарного бетона, который осуществляет деятельность в области оптовой и розничной торговли,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бетона, которые в действительности ПАО «&lt;данные изъяты&gt;» не проводились. Не позднее 23 июня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26 июня 2023 г. ФИО1 направила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побуждения представителей ООО «&lt;данные изъяты&gt;» к заключению договора об оказании услуг сертификации, действующее согласно отведенной ей роли, не позднее 26 июня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26 июня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ФИО105 ИНН №, зарегистрированной по адресу: &lt;адрес&gt;, являющейся активным участник организованной группы - преступного сообщества (преступной организации), согласно которому ИП ФИО105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27 июня 2023 г. с целью выполнения условий договора №от 26 июня 2023 г. с расчетного счета ООО «КУБ» №, открытого в Банке ГПБ (АО) г. Москва, в счет взаиморасчета за ООО «&lt;данные изъяты&gt;», на расчетный счет ИП ФИО105 №, открытый в филиале «Нижегородский»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27 июня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ИП «ФИО4 № 24», а то, в свою очередь, перенаправило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28 июня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бетона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бетона,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Кроме того, при вышеописанных обстоятельствах, не позднее 22 июня 2023 г., ФИО4 № 8,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Лицом № 9, Лицом № 11, Лицом № 12, Лицом № 13, Лицом № 15, Лицом № 16, Лицом № 17, Лицом № 24, Лицом № 26,Лицом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производства прочих металлических изделий,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наборов посуды, которые в действительности ПАО «&lt;данные изъяты&gt;» не проводились. Не позднее 22 июня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июня 2023 г. ФИО4 № 8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8 с целью побуждения ООО «&lt;данные изъяты&gt;», к заключению договора об оказании услуг сертификации, действующее согласно отведенной ему роли, не позднее 03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03 июля 2023 г. введенные в заблуждение Лицом № 8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зарегистрированным по адресу: &lt;адрес&gt;, пом. 80, офис 10, директором которого являлся ФИО88,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03 июля 2023 г. с целью выполнения условий договора № от 03 июля 2023 г. с расчетного счета ООО «&lt;данные изъяты&gt;» №, открытого в ПАО «АК БАРС» Банк, на расчетный счет ООО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04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04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наборов посуды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наборов посуды,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Кроме того, при вышеописанных обстоятельствах, не позднее 04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«Владимир Калеев»,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производства электрической распределительной и регулирующей аппаратуры,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электрощитов, которые в действительности ПАО «&lt;данные изъяты&gt;» не проводились. Не позднее 04 июля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10 июля 2023 г. неустановленное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10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10 июля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ФИО88,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10 июля 2023 г. с целью выполнения условий договора № от 10 июля 2023 г. с расчетного счета ООО «&lt;данные изъяты&gt;» №, открытого в филиале «Нижегородский» АО «Альфа-Банк» &lt;адрес&gt;, на расчетный счет ООО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10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11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электрощитов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электрощитов,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Кроме того, при вышеописанных обстоятельствах, не позднее 13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«Антон Антонов»,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перевозок,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доставки технической воды, которые в действительности ПАО «&lt;данные изъяты&gt;» не проводились. Не позднее 13 июля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14 июля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17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18 июля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18 июля 2023 г. с целью выполнения условий договора № от 18 июля 2023 г. с расчетного счета ООО «&lt;данные изъяты&gt;» №, открытого в филиале «Нижегородский» АО «Альфа-Банк» &lt;адрес&gt;,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18 июля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18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доставки технической воды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доставки технической воды,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Кроме того, при вышеописанных обстоятельствах, не позднее 11 июля 2023 г., ФИО4 № 4,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«Вячеслав Морозов»,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который осуществляет деятельность в сфере оптовой торговли химическими продуктами,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насосов и насосных станций, которые в действительности АО «&lt;данные изъяты&gt;» не проводились. Не позднее 11 июля 2023 г. представители ООО «&lt;данные изъяты&gt;», введенные в заблуждение будучи заинтересованными в заключении договора с 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18 июля 2023 г. ФИО4 № 4 направило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4 с целью побуждения ООО «&lt;данные изъяты&gt;», к заключению договора об оказании услуг сертификации, действующее согласно отведенной ему роли, не позднее 18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18 июля 2023 г. введенные в заблуждение Лицом № 4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19 июля 2023 г. с целью выполнения условий договора № от 18 июля 2023 г. с расчетного счета ООО «&lt;данные изъяты&gt;» №, открытого в ООО «Точка Банк»,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19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20 июля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насосов и насосных станций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насосов и насосных станций,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Кроме того, при вышеописанных обстоятельствах, не позднее 11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«Антон Антонов»,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ИП ФИО120 ИНН №, зарегистрированному по адресу: &lt;адрес&gt;, который осуществляет деятельность в сфере сбора и обработки сточных вод,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доставки технической воды, которые в действительности ПАО «&lt;данные изъяты&gt;» не проводились. Не позднее 11 июля 2023 г. ИП ФИО120, введенный в заблуждение будучи заинтересованным в заключении договора с ПАО «&lt;данные изъяты&gt;», направил на указанную ему электронную почту коммерческое предложение и анкету участника. Продолжая реализацию указанного преступного умысла, не позднее 14 июля 2023 г. неизвестное лицо направило ИП ФИО120 информацию, согласно которой обязательным условием участия в торгах с ПАО «&lt;данные изъяты&gt;» является приобретение сертификата о внесении ИП ФИО120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ФИО120, внесенных в качестве оплаты за указанный сертификат. При этом неизвестное лицо с целью побуждения ИП ФИО120, к заключению договора об оказании услуг сертификации, действующее согласно отведенной ему роли, не позднее 17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20 июля 2023 г. введенный в заблуждение неизвестным лицом ИП ФИО120, с целью приобретения сертификата СДС «&lt;данные изъяты&gt;» посредством электронной почты заключили договор о приобретении сертификата с ИП ФИО87 ИНН №, зарегистрированным по адресу: &lt;адрес&gt;, не осведомленным о преступной деятельности, неосведомленный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20 июля 2023 г. с целью выполнения условий договора № от 18 июля 2023 г. с расчетного счета ИП ФИО120 №, открытого в ООО «Банк Точка», на расчетный счет ИП ФИО87 №, открытый в АО «Тинькофф Банк», перечислены денежные средства в размере 52 500 рублей за предоставление сертификата о внесении ИП ФИО120 в реестр СДС «&lt;данные изъяты&gt;», которые впоследствии перечислены на вышеуказанный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20 июля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ИП ФИО120 в реестр СДС «&lt;данные изъяты&gt;», который посредством электронного документооборота «Контур.Диадок» направило в ИП ФИО87, а те, в свою очередь, перенаправили его на электронный адрес представителей ИП ФИО120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27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ИП ФИО120, заведомо понимая, что договор на закупку доставки технической воды заключен не будет и исполнить обязательства перед ИП ФИО120 реальной возможности нет, сообщило ложную информацию о положительном решении вопроса о заключении договора на закупку доставки технической воды, о ведении работы с ИП ФИО120,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ФИО120 и ПАО «&lt;данные изъяты&gt;» заключен не был. Денежные средства в размере 52 500 рублей в ИП ФИО120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ФИО120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Кроме того, при вышеописанных обстоятельствах, не позднее 19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на территории г. Саратова, будучи зарегистрированным в системе «ЦРМ» менеджером под учетной записью «Владимир Калеев», действуя якобы от имени ПАО НК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лесоматериалами, строительными материалами и санитарно-техническим оборудованием,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НК «&lt;данные изъяты&gt;», с почтового ящика, созданного неустановленным лицом с целью использования в преступной схеме, не имеющего отношения к ПАО НК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НК «&lt;данные изъяты&gt;» на закупку строительных материалов, которые в действительности ПАО НК «&lt;данные изъяты&gt;» не проводились. Не позднее 19 июля 2023 г. представители ООО «&lt;данные изъяты&gt;», введенные в заблуждение будучи заинтересованными в заключении договора с ПАО НК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июля 2023 г. неустановленное лицо направило представителям ООО «&lt;данные изъяты&gt;» информацию, согласно которой обязательным условием участия в торгах с ПАО НК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20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20 июля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июля 2023 г. с целью выполнения условий договора № от 20 июля 2023 г. с расчетного счета ООО «&lt;данные изъяты&gt;» №, открытого в Самарском РФ АО «Россельхозбанк»,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18 июля 2023 г. в системе «ЦРМ» сведения об оплате денежных средств за сертификат, используя средства связи, представляясь якобы сотрудником ПАО НК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доставки технической воды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доставки технической воды,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НК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Кроме того, при вышеописанных обстоятельствах, не позднее 13 июля 2023 г., ФИО4 № 5, действующее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руководителем отдела под учетной записью «Иван Иванов»,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предоставления посреднических услуг при купле-продаже недвижимого имущества,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им с целью использования в преступной схеме, не имеющего отношения к ПАО «&lt;данные изъяты&gt;», действуя с прямым умыслом,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квартир от застройщика, которые в действительности ПАО «&lt;данные изъяты&gt;» не проводились. Не позднее 13 июля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14 июля 2023 г. ФИО4 №5, действуя в соответствии с единым преступным умыслом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5 с целью побуждения ООО «&lt;данные изъяты&gt;», к заключению договора об оказании услуг сертификации, действующее согласно отведенной ему роли, не позднее 18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21 июля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индивидуальным предпринимателем ИП ФИО87, не осведомленным о преступной деятельности, согласно которому последний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июля 2023 г. с целью выполнения условий договора № от 21 июля 2023 г. с расчетного счета ООО «&lt;данные изъяты&gt;» №, открытого в ПАО «Промсвязьбанк», на расчетный счет ИП ФИО87 №, открытый в АО «Тинькофф Банк», перечислены денежные средства в размере 52 500 рублей за предоставление сертификата о внесении ООО «40№, открытого в ПАО «Промсвязьбанк»» в реестр СДС «&lt;данные изъяты&gt;», которые впоследствии перечислены на вышеуказанный расчетный счет подконтрольного ФИО82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июля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ИП ФИО87, а те, в свою очередь, перенаправили его на электронный адрес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24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квартир от застройщика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квартир от застройщика,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Кроме того, при вышеописанных обстоятельствах, не позднее 25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«Екатерина Екатерина»,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ИП ФИО119 ИНН №, зарегистрированной по адресу: &lt;адрес&gt;, которая осуществляет деятельность в сфере производства санитарно-технических работ, монтажа отопительных систем и систем кондиционирования воздуха,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вакуумных упаковщиков, которые в действительности ПАО «&lt;данные изъяты&gt;» не проводились. Не позднее 25 июля 2023 г. ИП ФИО119, введенная в заблуждение будучи заинтересованной в заключении договора с ПАО «&lt;данные изъяты&gt;», направила на указанную ей электронную почту коммерческое предложение и анкету участника. Продолжая реализацию указанного преступного умысла, не позднее 26 июля 2023 г. неизвестное лицо направило ИП ФИО119 информацию, согласно которой обязательным условием участия в торгах с ПАО «&lt;данные изъяты&gt;» является приобретение сертификата о внесении ИП ФИО119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ФИО119, внесенных в качестве оплаты за указанный сертификат. При этом неизвестное лицо с целью побуждения ИП ФИО119, к заключению договора об оказании услуг сертификации, действующее согласно отведенной ему роли, не позднее 26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27 июля 2023 г. введенная в заблуждение неизвестным лицом ИП ФИО119, с целью приобретения сертификата СДС «&lt;данные изъяты&gt;» посредством электронной почты заключила договор о приобретении сертификата с ООО «&lt;данные изъяты&gt; Репутации», директором которого являлся ФИО86, неосведомленный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27 июля 2023 г. с целью выполнения условий договора № от 27 июля 2023 г. с расчетного счета ИП ФИО119 №, открытого в Точка ПАО Банка «ФК Открытие», на расчетный счет ООО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ИП ФИО119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27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ИП ФИО119 в реестр СДС «&lt;данные изъяты&gt;», который посредством электронного документооборота «Контур.Диадок» направило в ООО «&lt;данные изъяты&gt; репутации», а те, в свою очередь, перенаправили его на электронный адрес ИП ФИО119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27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ИП ФИО101, заведомо понимая, что договор на закупку вакуумных упаковщиков заключен не будет и исполнить обязательства перед ИП ФИО119 реальной возможности нет, сообщило ложную информацию о положительном решении вопроса о заключении договора на закупку вакуумных упаковщиков, о ведении работы с ИП ФИО119,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ФИО119 и ПАО «&lt;данные изъяты&gt;» заключен не был. Денежные средства в размере 52 500 рублей ИП ФИО119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ФИО119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Кроме того, не позднее 25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«Екатерина ФИО38»,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(далее по тексту ООО «&lt;данные изъяты&gt;») ИНН №, зарегистрированному по адресу: &lt;адрес&gt;, которое осуществляет деятельность в сфере дополнительного образования,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дополнительного образования, которые в действительности ПАО «&lt;данные изъяты&gt;» не проводились. Не позднее 25 июля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02 августа 2023 г. неустановленное лицо направило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02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03 августа 2023 г. введенные в заблуждение представителя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ФИО88,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04 августа 2023 г. с целью выполнения условий договора № от 03 августа 2023 г. с расчетного счета ООО «&lt;данные изъяты&gt;» №, открытого в ПАО АКБ «Авангард», на расчетный счет ООО «&lt;данные изъяты&gt;» №, открытый в ООО «Банк Точка»,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04 августа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07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услуги дополнительного образования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дополнительного образования,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Кроме того, при вышеописанных обстоятельствах, не позднее 25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«Екатерина Екатерина», действуя якобы от имени ПАО НК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прочими машинами и оборудованием,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НК «&lt;данные изъяты&gt;», с почтового ящика, созданного неустановленным лицом с целью использования в преступной схеме, не имеющего отношения к ПАО НК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НК «&lt;данные изъяты&gt;» на закупку сварочного оборудования, которые в действительности ПАО НК «&lt;данные изъяты&gt;» не проводились. Не позднее 25 июля 2023 г. представители ООО «&lt;данные изъяты&gt;», введенные в заблуждение будучи заинтересованными в заключении договора с ПАО НК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26 июля 2023 г. неизвестное лицо направило представителям ООО «&lt;данные изъяты&gt;» информацию, согласно которой обязательным условием участия в торгах с с ПАО НК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26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27 июля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«Рейтинг &lt;данные изъяты&gt;» ИНН №, зарегистрированным по адресу: &lt;адрес&gt;, директором которого являлся ФИО86, неосведомленный о преступной деятельности, согласно которому ООО «Рейтинг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28 июля 2023 г. с целью выполнения условий договора № от 28 июля 2023 г. с расчетного счета ООО «&lt;данные изъяты&gt;» №, открытого в Филиале «Центральный» Банка ВТБ (ПАО), на расчетный счет ООО «Рейтинг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28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«Рейтинг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28 июля 2023 г. в системе «ЦРМ» сведения об оплате денежных средств за сертификат, используя средства связи, представляясь якобы сотрудником ПАО НК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сварочного оборудования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сварочного оборудования,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НК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Кроме того, при вышеописанных обстоятельствах, не позднее 06 июля 2023 г., ФИО4 № 4, действующее согласно отведенной роли менеджера, реализуя указанные преступные намерения, находясь в офисе, &lt;...&gt;, будучи зарегистрированным в системе «ЦРМ» менеджером под учетной записью «Вячеслав Морозов»,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ИП ФИО98 ИНН №, зарегистрированному по адресу: &lt;адрес&gt;, который осуществляет деятельность в сфере розничной торговли по почте или по информационно-коммуникационной сети Интернет,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поставки карбида кальция, которые в действительности АО «&lt;данные изъяты&gt;» не проводились. Не позднее 19 июля 2023 г. ИП ФИО98, введенный в заблуждение будучи заинтересованным в заключении договора с АО «&lt;данные изъяты&gt;», направил на указанную им электронную почту коммерческое предложение и анкету участника. Продолжая реализацию указанного преступного умысла, не позднее 26 июля 2023 г. ФИО4 № 4 направило представителям ИП ФИО98 информацию, согласно которой обязательным условием участия в торгах с АО «&lt;данные изъяты&gt;» является приобретение сертификата о внесении ИП ФИО98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ФИО98, внесенных в качестве оплаты за указанный сертификат. При этом ФИО4 № 4 с целью побуждения ИП ФИО98, к заключению договора об оказании услуг сертификации, действующее согласно отведенной ему роли, не позднее 26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26 июля 2023 г. введенные в заблуждение Лицом № 4 ИП ФИО98,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ИНН №, зарегистрированным по адресу: &lt;адрес&gt;,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31 июля 2023 г. с целью выполнения условий договора № от 26 июля 2023 г. с расчетного счета ИП ФИО98 №, открытого в ООО «Точка Банк»,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ИП ФИО98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02 августа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ИП ФИО98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ИП ФИО98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02 августа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ИП ФИО98, заведомо понимая, что договор на закупку поставки карбида кальция заключен не будет и исполнить обязательства перед ИП ФИО98 реальной возможности нет, сообщило ложную информацию о положительном решении вопроса о заключении договора на закупку поставки карбида кальция, о ведении работы с ИП ФИО98,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ФИО98 и АО «&lt;данные изъяты&gt;» заключен не был. Денежные средства в размере 52 500 рублей ИП ФИО98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ФИО98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Кроме того, при вышеописанных обстоятельствах, не позднее 14 июля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«Антон Антонов»,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перевозки грузов,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доставки технической воды, которые в действительности ПАО «&lt;данные изъяты&gt;» не проводились. Не позднее 14 июля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01 августа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01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04 августа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04 августа 2023 г. с целью выполнения условий договора № от 04 августа 2023 г. с расчетного счета ООО «&lt;данные изъяты&gt;» №, открытого в АО «Тинькофф Банк»,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04 августа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04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доставки технической воды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доставки технической воды,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Кроме того, при вышеописанных обстоятельствах, не позднее 20 июля 2023 г., неустановленное лицом,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«Валентин Валентинов»,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(далее по тексту ООО «&lt;данные изъяты&gt;») ИНН №, зарегистрированному по адресу: &lt;адрес&gt;, которое осуществляет деятельность в сфере обрабатывающего производства,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подстанций, которые в действительности ПАО «&lt;данные изъяты&gt;» не проводились. Не позднее 20 июля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26 июля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26 июля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28 июля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31 июля 2023 г. с целью выполнения условий договора № от 28 июля 2023 г. с расчетного счета ООО «&lt;данные изъяты&gt;» №, открытого в филиале Центральный Банка ВТБ (ПАО),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31 июля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31 июля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подстанций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подстанций,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Кроме того, при вышеописанных обстоятельствах, не позднее 31 июля 2023 г., ФИО4 № 3, действующее согласно отведенной роли,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под учетной записью «Дмитрий Дягилев», действуя якобы от имени ПАО АК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транспортировки и хранения,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АК «&lt;данные изъяты&gt;», с почтового ящика, созданного неустановленным лицом с целью использования в преступной схеме, не имеющего отношения к ПАО АК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АК «&lt;данные изъяты&gt;» на закупку услуги перевозки, которые в действительности ПАО АК «&lt;данные изъяты&gt;» не проводились. Не позднее 31 июля 2023 г. представители ООО «&lt;данные изъяты&gt;», введенные в заблуждение будучи заинтересованными в заключении договора с ПАО АК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31 июля 2023 г. ФИО4 № 3 направило представителям ООО «&lt;данные изъяты&gt;» информацию, согласно которой обязательным условием участия в торгах с ПАО АК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3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01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02 августа 2023 г. введенные в заблуждение Лицом № 3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02 августа 2023 г. с целью выполнения условий договора № от 02 августа 2023 г. с расчетного счета ООО «&lt;данные изъяты&gt;» №, открытого в филиале Центральный Банка ВТБ (ПАО),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02 августа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02 августа 2023 г. в системе «ЦРМ» сведения об оплате денежных средств за сертификат, используя средства связи, представляясь якобы сотрудником ПАО АК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услуги перевозки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перевозки,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АК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Кроме того, при вышеописанных обстоятельствах, не позднее 01 августа 2023 г., ФИО4 № 14,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«Алексей Шалин»,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промышленными химикатами,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поставки технического газа, которые в действительности АО «&lt;данные изъяты&gt;» не проводились. Не позднее 01 августа 2023 г. представители ООО «&lt;данные изъяты&gt;», введенные в заблуждение будучи заинтересованными в заключении договора с 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02 августа 2023 г. ФИО4 № 14 направило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14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02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04 августа 2023 г. введенные в заблуждение Лицом № 14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ИНН №, зарегистрированным по адресу: &lt;адрес&gt;,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07 августа 2023 г. с целью выполнения условий договора № от 04 августа 2023 г. с расчетного счета ООО «&lt;данные изъяты&gt;» №, открытого в Филиале «Приволжский» ПАО «Банк Зенит»,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08 августа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08 августа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поставки технического газа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технического газа,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Кроме того, при вышеописанных обстоятельствах, не позднее 01 августа 2023 г., ФИО4 № 14,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«Алексей Шалин»,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и розничной торговли,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поставки адсорбционных осушителей, которые в действительности АО «&lt;данные изъяты&gt;» не проводились. Не позднее 04 августа 2023 г. представители ООО «&lt;данные изъяты&gt;», введенные в заблуждение будучи заинтересованными в заключении договора с 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07 августа 2023 г. ФИО4 № 14 направило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14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09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04 августа 2023 г. введенные в заблуждение Лицом № 14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августа 2023 г. с целью выполнения условий договора № от 18 августа 2023 г. с расчетного счета ООО «&lt;данные изъяты&gt;» №, открытого в Самарском филиале Банка «ВБРР» (АО),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22 августа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22 августа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поставки адсорбционных осушителей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адсорбционных осушителей,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Кроме того, при вышеописанных обстоятельствах, не позднее 04 августа 2023 г., ФИО4 № 12,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«Мария Иванова»,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13, Лицом № 14, Лицом № 15, Лицом № 16, Лицом № 17, Лицом № 24, Лицом № 26, Лицом № 27, Лицом № 28 и другими неустановленными лицами на электронный почтовый ящик ИП ФИО117 ИНН №, зарегистрированной по адресу: &lt;адрес&gt;, которая осуществляет деятельность в сфере производства мебели «лофт»,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столов «лофт», которые в действительности ПАО «&lt;данные изъяты&gt;» не проводились. Не позднее 04 августа 2023 г. ИП ФИО117,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08 августа 2023 г. ФИО4 № 12 направило ИП ФИО117 информацию, согласно которой обязательным условием участия в торгах с ПАО «&lt;данные изъяты&gt;» является приобретение сертификата о внесении ИП ФИО117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ФИО117, внесенных в качестве оплаты за указанный сертификат. При этом ФИО4 № 12 с целью побуждения ИП ФИО117, к заключению договора об оказании услуг сертификации, действующее согласно отведенной ему роли, не позднее 14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14 августа 2023 г. введенная в заблуждение Лицом № 12 ИП ФИО117, с целью приобретения сертификата СДС «&lt;данные изъяты&gt;» посредством электронной почты заключила договор о приобретении сертификата с ООО «&lt;данные изъяты&gt;» ИНН №, зарегистрированным по адресу: &lt;адрес&gt;, Лиговский пр-кт, &lt;адрес&gt;, литер А, директором которого являлся ФИО85,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17 августа 2023 г. с целью выполнения условий договора № от 14 августа 2023 г. с расчетного счета ИП ФИО117 №, открытого в Поволжском банке ПАО Сбербанк, на расчетный счет ООО «&lt;данные изъяты&gt;» №, открытый в филиале «Санкт-Петербургский» АО «Альфа-Банк», перечислены денежные средства в размере 47 500 рублей за предоставление сертификата о внесении ИП ФИО117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18 августа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ИП ФИО117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ИП ФИО117.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18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ИП ФИО117, заведомо понимая, что договор на закупку столов «лофт» заключен не будет и исполнить обязательства перед ИП ФИО117 реальной возможности нет, сообщило ложную информацию о положительном решении вопроса о заключении договора на закупку столов «лофт», о ведении работы с ИП ФИО117,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ФИО117 и ПАО «&lt;данные изъяты&gt;» заключен не был. Денежные средства в размере 47 500 рублей ИП ФИО117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ФИО117 причинен материальный ущерб на общую сумму 47 500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Кроме того, при вышеописанных обстоятельствах, не позднее 08 августа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«Валентин Валентинов»,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обрабатывающего производства,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подстанций, которые в действительности ПАО «&lt;данные изъяты&gt;» не проводились. Не позднее 08 августа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11 августа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14 августа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17 августа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17 августа 2023 г. с целью выполнения условий договора № от 17 августа 2023 г. с расчетного счета ООО «&lt;данные изъяты&gt;» №, открытого в АО «Банк ДОМ.РФ» г. Москва, на расчетный счет ООО «&lt;данные изъяты&gt;» №, открытый в Белгородском отделении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17 августа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17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подстанций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подстанций,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Кроме того, при вышеописанных обстоятельствах, не позднее 09 августа 2023 г., ФИО4 №16, действуя согласно отведенной роли, реализуя указанные преступные намерения, находящегося в офисе, расположенном по адресу: &lt;...&gt;, будучи зарегистрированным в системе «ЦРМ» менеджером под учетной записью «Юлия Юрьева»,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Лицом№4, Лицом №5, Лицом №6, Лицом №7, Лицом №8, Лицом №9, Лицом №11, Лицом №12, Лицом №13, Лицом №14, Лицом №15, Лицом №17, Лицом №24, Лицом №26, Лицом №27, Лицом №28 и неустановленными лицами, на электронный почтовый ящик ИП ФИО118 ИНН №, зарегистрированной по адресу: &lt;адрес&gt;, которая осуществляет деятельность в области аренды и управления собственным и арендованным недвижимым имуществом,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 аренды недвижимости, которые в действительности ПАО «&lt;данные изъяты&gt;» не проводились. Не позднее 09 августа 2023 г. ИП ФИО118, введенная в заблуждение будучи заинтересованной в заключении договора с ПАО «&lt;данные изъяты&gt;», направила на указанную ей электронную почту коммерческое предложение и анкету участника. Продолжая реализацию указанного преступного умысла, не позднее 14 августа 2023 г. ФИО4 №16 через электронную почту направил ИП ФИО118 информацию, согласно которой обязательным условием участия в торгах с ПАО «&lt;данные изъяты&gt;» является приобретение сертификата о внесении ИП ФИО118 в реестр»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ФИО118, внесенных в качестве оплаты за указанный сертификат. При этом ФИО4 №16, с целью побуждения ИП ФИО118 к заключению договора об оказании услуг сертификации, действующий согласно отведенной ему роли, в указанное время, направил в адрес последней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15 августа 2023 г. введенная в заблуждение ИП ФИО118, с целью приобретения сертификата СДС «&lt;данные изъяты&gt;» посредством электронной почты заключила договор о приобретении сертификата с ООО «&lt;данные изъяты&gt;», директором которого являлся ФИО84,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16 августа 2023 г. с целью выполнения условий договора № от 15 августа 2023 г. с расчетного счета ИП ФИО118 №, открытого в Приволжском филиале ПАО Росбанк,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ИП ФИО118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16 августа 2023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ИП ФИО118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ИП ФИО118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ИП ФИО118, заведомо понимая, что договор на закупку услуг аренды недвижимости заключен не будет и исполнить обязательства перед ИП ФИО118 реальной возможности нет, сообщил ложную информацию о положительном решении вопроса о заключении договора на закупку услуг аренды недвижимости, о ведении работы с ИП ФИО118, после чего прекратил общение с ней посредством телефонной связи и электронной переписки, перестав отвечать на телефонные звонки и электронные письма. Впоследствии, договор между ИП ФИО118 и ПАО «&lt;данные изъяты&gt;» заключен не был. Денежные средства в размере 52 500 рублей ИП ФИО118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ФИО118 причинен материальный ущерб на общую сумму 52 500 рублей. В последствии ФИО1, ФИО4 №1, ФИО4 №2, ФИО4 №3, Лицом№4, ФИО4 №5, ФИО4 №6, ФИО4 №7, ФИО4 №8, ФИО4 №9, ФИО4 №11, ФИО4 №12, ФИО4 №13, ФИО4 №14, ФИО4 №15, ФИО4 №16, ФИО4 №17, ФИО4 №24, ФИО4 №26, Лицом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Кроме того, при вышеописанных обстоятельствах, не позднее 10 августа 2023 г., ФИО4 №12, действуя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«Мария Иванова»,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№1, Лицом №2, Лицом №3, Лицом№4, Лицом №5, Лицом №6, Лицом №7, Лицом №8, Лицом №9, Лицом №11,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обрабатывающего производства,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изделий из бетона, которые в действительности ПАО «&lt;данные изъяты&gt;» не проводились. Не позднее 10 августа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14 августа 2023 г. ФИО4 №12, действуя в соответствии с единым преступным умыслом через электронный почтовый ящик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системы добровольной сертификации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№12, также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18 августа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 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августа 2023 г. с целью выполнения условий договора № от 18 августа 2023 г. с расчетного счета ООО «&lt;данные изъяты&gt;» №, открытого в ПАО «Банк «Зенит»,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и других участников организованной группы -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августа 2023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изделий из бетона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изделий из бетона, о ведении работы с представителями ООО «&lt;данные изъяты&gt;», после чего прекратил общение с ними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Кроме того, при вышеописанных обстоятельствах, не позднее 18 августа 2023 г., ФИО4 №6, действуя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офис 401, будучи зарегистрированным в системе «ЦРМ» менеджером под учетной записью «Иван Авдеев»,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№1, Лицом №2, Лицом №3, Лицом№4, Лицом №5, Лицом №7, Лицом №8, Лицом №9, Лицом №11, Лицом №12,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связи на базе проводных технологий,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АО «&lt;данные изъяты&gt;» на закупку систем хранения данных, которые в действительности АО «&lt;данные изъяты&gt;» не проводились. Не позднее 18 августа 2023 г. представители ООО «&lt;данные изъяты&gt;», введенные, будучи заинтересованными в заключении договора с 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21 августа 2023 г. ФИО4 №6, действуя в соответствии с единым преступным умыслом, посредством электронного почтового ящика направил в адрес последних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 позднее 21 августа 2023 г. с целью побуждения представителей ООО «&lt;данные изъяты&gt;» к заключению договора об оказании услуг сертификации, действующий согласно отведенной ему роли,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№1 и другим участникам организованной группы - преступного сообщества (преступной организации). Не позднее 21 августа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2571/223, который для участия в реальных торгах не требуется. 21 августа 2023 с целью выполнения условий договора № от 21 августа 2023 г. с расчетного счета ООО «&lt;данные изъяты&gt;» №, открытого в ПАО «АК Барс» г. Казань, на расчетный счет ООО «&lt;данные изъяты&gt;» №, открытый в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22 августа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23 августа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систем хранения данных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систем хранения данных,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Кроме того, при вышеописанных обстоятельствах, не позднее 18 августа 2023 г., ФИО4 №11, действуя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«Олег Долгов»,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№1, Лицом №2, Лицом №3, Лицом№4, Лицом №5, Лицом №6, Лицом №7, Лицом №8, Лицом №9, Лицом №12,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оптовой и розничной торговли, ремонта автотранспортных средств и мотоциклов,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АО «&lt;данные изъяты&gt;» на закупку услуги технического обслуживания автомобилей, которые в действительности АО «&lt;данные изъяты&gt;» не проводились. Не позднее 18 августа 2023 г. представители ООО «&lt;данные изъяты&gt;», введенные в заблуждение, будучи заинтересованными в заключении договора с АО «&lt;данные изъяты&gt;», направили на указанную электронную почту коммерческое предложение и анкету участника. Продолжая реализацию указанного преступного умысла, не позднее 21 августа 2023 г. ФИО4 №1, действуя в соответствии с единым преступным умыслом с, с почтового ящика направил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№11, также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21 августа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ФИО83 ИНН №, зарегистрированной по адресу: &lt;адрес&gt;, являющейся активным участником организованной группы - преступного сообщества (преступной организации), согласно которому ИП ФИО83 обязуется оказать консалтинговые услуги и выдать сертификат соответствия в электронном виде по стандарту СТО 2571/223, который для участия в реальных торгах не требуется. 23 августа 2023 г. с целью выполнения условий договора № от 21 августа 2023 с расчетного счета ООО «&lt;данные изъяты&gt;» №, открытого в Поволжском филиале АО «Райффайзенбанк», на расчетный счет ИП ФИО83 №, открытый в филиале «Нижегородский»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23 августа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23 августа 2023 г. направила на электронную почту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23 августа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услуги технического обслуживания автомобилей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услуги технического обслуживания автомобилей,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Кроме того, при вышеописанных обстоятельствах, не позднее 21 августа 2023 г., ФИО4 №16, действуя согласно отведенной роли, реализуя указанные преступные намерения, находящегося в офисе, расположенном по адресу: &lt;...&gt;, будучи зарегистрированным в системе «ЦРМ» менеджером под учетной записью «Юлия Юрьева»,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Лицом№4, Лицом №5, Лицом №6, Лицом №7, Лицом №8, Лицом №9, Лицом №11, Лицом №12, Лицом №13, Лицом №14, Лицом №15, Лицом №17, Лицом №24, Лицом №26, Лицом №27, Лицом №28 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розничной торговли в неспециализированных магазинах,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подарочных сертификатов, которые в действительности ПАО «&lt;данные изъяты&gt;» не проводились. Не позднее 21 августа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августа 2023 г. ФИО4 №16, действуя в соответствии с единым преступным умыслом через электронную почту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№16, с целью побуждения представителей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25 августа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28 августа 2023 г. с целью выполнения условий договора № от 25 августа 2023 г. с расчетного счета ООО «&lt;данные изъяты&gt;» №, открытого в Банке ГПБ (АО),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28 августа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«med_beauty_dent@bk.ru». Продолжая реализацию единого преступного умысла, действуя согласно отведенной преступной роли, ФИО4 №28, находясь в офисе по адресу: &lt;адрес&gt;А,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29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подарочных сертификатов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подарочных сертификатов,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Кроме того, при вышеописанных обстоятельствах, не позднее 23 августа 2023 г., ФИО4 №4, действуя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«Василий Василевский»,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в составе организованной группы - преступного сообщества (преступной организации), в соответствии с единым преступным умыслом с ФИО1, Лицом №1, Лицом №2, Лицом №3,, Лицом №5, Лицом №6, Лицом №7, Лицом №8, Лицом №9, Лицом №11, Лицом №12,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строительства инженерных коммуникаций для водоснабжения и водоотведения, газоснабжения,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действуя с прямым умыслом,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АО «&lt;данные изъяты&gt;» на закупку услуг опрессовки систем отопления, которые в действительности АО «&lt;данные изъяты&gt;» не проводились. Не позднее 22 августа 2023 г. представители ООО «&lt;данные изъяты&gt;», введенные в заблуждение будучи заинтересованными в заключении договора с АО «&lt;данные изъяты&gt;», направили на указанную электронную почту коммерческое предложение и анкету участника. Продолжая реализацию указанного преступного умысла, не позднее 24 августа 2023 г. ФИО4 №4, действуя в соответствии с единым преступным умыслом посредством почтового ящика направил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№4, с целью побуждения представителей ООО «&lt;данные изъяты&gt;» к заключению договора об оказании услуг сертификации, действующий согласно отведенной ему роли, также направил в адрес последних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№1 и другим участникам организованной группы - преступного сообщества (преступной организации). Не позднее 28 августа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 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2571/223, который для участия в реальных торгах не требуется. 28 августа 2023 с целью выполнения условий договора № от 28 августа 2023 г. с расчетного счета ООО «&lt;данные изъяты&gt;» №, открытого в ООО «Банк Точка»,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29 августа 2023 г., находясь в офисе, расположенном по адресу: &lt;...&gt; участник организованной группы - преступного сообщества (преступной организации) ФИО4 №27, зарегистрированная в системе «ЦРМ» под учетной записью «Маргарита Жилина», изготовила сертификат о внесении о внесении ООО «&lt;данные изъяты&gt;» в реестр СДС «СУЗ 2571», который посредством электронного документооборота «Контур.Диадок» направила в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29 августа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услуги опрессовки систем отопления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услуги опрессовки систем отопления,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Кроме того, при вышеописанных обстоятельствах, не позднее 23 августа 2023 г., ФИО4 №17, действуя согласно отведенной роли, реализуя указанные преступные намерения, находящегося в офисе, расположенном по адресу: &lt;...&gt;, будучи зарегистрированной в системе «ЦРМ» менеджером под учетной записью «Заур Зауров»,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Лицом№4, Лицом №5, Лицом №6, Лицом №7, Лицом №8, Лицом №9, Лицом №11, Лицом №12, Лицом №13, Лицом №14, Лицом №15, Лицом №16, Лицом №24, Лицом №26, Лицом №27, Лицом №28 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оптовой торговли прочими строительными материалами и изделиями,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услуги лазерной резки листового металла, которые в действительности ПАО «&lt;данные изъяты&gt;» не проводились. Не позднее 23 августа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14 августа 2023 г. ФИО4 №17 через электронную почту направил представителям ООО «&lt;данные изъяты&gt;»информацию,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№17, с целью побуждения представителей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31 августа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31 августа 2023 г. с целью выполнения условий договора № от 31 августа 2023 г. с расчетного счета ООО «&lt;данные изъяты&gt;» №, открытого в Филиале «Нижегородский» АО «Альфа-Банк»,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31 августа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&lt;адрес&gt;А,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05 сентября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услуги по лазерной реке листового металла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услуги по лазерной реке листового металла,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Кроме того, при вышеописанных обстоятельствах, не позднее, 03 августа 2023 г., неустановленное лицо, действуя согласно отведенной роли, реализуя указанные преступные намерения, находящегося в офисе, расположенном по адресу: &lt;...&gt;, будучи зарегистрированным в системе «ЦРМ» менеджером под учетной записью «Сергей Сергеевич», действуя якобы от имени ПАО «&lt;данные изъяты&gt;», в составе организованной группы - преступного сообщества (преступной организации), согласно отведенной роли, в соответствии с единым преступным умыслом с ФИО1, Лицом №1, Лицом №2, Лицом №3, Лицом №4, Лицом №5, Лицом №6, Лицом №7, Лицом №8, Лицом №9, Лицом №11, Лицом №12,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производства прочих строительно-монтажных работ,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«&lt;данные изъяты&gt;» на закупку дизайн проектов, которые в действительности ПАО «&lt;данные изъяты&gt;» не проводились. Не позднее 03 августа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08 августа 2023 г. неустановленное лицо через электронную почту направил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в реестр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ООО «&lt;данные изъяты&gt;» к заключению договора об оказании услуг сертификации, действующий согласно отведенной ему роли, в указанное время, направил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30 августа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ФИО84,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31 августа 2023 г. с целью выполнения условий договора № от 30 августа 2023 г. с расчетного счета ООО «&lt;данные изъяты&gt;» №, открытого в ООО «Банк Точка», на расчетный счет ООО «&lt;данные изъяты&gt;» №, открытый в Точка ПАО Банк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31 августа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31 августа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дизайн проектов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дизайн проектов,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Кроме того, при вышеописанных обстоятельствах, не позднее 01 сентября 2023 г., ФИО4 №11, действуя согласно отведенной роли,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«Олег Долгов»,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№1, Лицом №2, Лицом №3, Лицом №, Лицом №, Лицом №6, Лицом №7, Лицом №8, Лицом №9, Лицом №12,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оптовой торговли легковыми автомобилями и легкими автотранспортными средствами в специализированных магазинах,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действуя с прямым умыслом,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АО «&lt;данные изъяты&gt;» на закупку услуги капитального ремонта автоматических коробок передач легковых автомобилей, которые в действительности АО «&lt;данные изъяты&gt;» не проводились. Не позднее 01 сентября 2023 г. представители ООО «&lt;данные изъяты&gt;», введенные в, будучи заинтересованными в заключении договора с 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01 сентября 2023 г. ФИО4 №11, действуя в соответствии с единым преступным умыслом через электронный почтовый ящик направил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Продолжая реализацию единого преступного умысла, с целью создания видимости осуществления реальной предпринимательской деятельности ФИО4 № не позднее 01 сентября 2023 г. с целью побуждения представителей ООО «&lt;данные изъяты&gt;» к заключению договора об оказании услуг сертификации, действующий согласно отведенной ему роли,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Лица №1 и другим участникам организованной группы - преступного сообщества (преступной организации). Не позднее 01 сентября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ФИО83 ИНН №, зарегистрированной по адресу: &lt;адрес&gt;, являющейся активным участником организованной группы - преступного сообщества (преступной организации), согласно которому ИП ФИО83 обязуется оказать консалтинговые услуги и выдать сертификат соответствия в электронном виде по стандарту СТО 2571/223, который для участия в реальных торгах не требуется. 01 сентября 2023 г. с целью выполнения условий договора № от 01 сентября 2023 г. с расчетного счета ООО «&lt;данные изъяты&gt;» №, открытого в Поволжском филиале АО «Райффайзенбанк», на расчетный счет ИП ФИО83, открытый в филиале «Нижегородский» АО «Альфа-Банк»,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подконтрольный Лица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31 августа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электронной почты направила на электронную почту ООО «&lt;данные изъяты&gt;». Продолжая реализацию единого преступного умысла, действуя согласно отведенной преступной роли, ФИО4 №28, находясь в офисе по адресу: &lt;...&gt;,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05 сентября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услуги капитального ремонта автоматических коробок передач легковых автомобилей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услуги капитального ремонта автоматических коробок передач легковых автомобилей,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ФИО4 №4,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Кроме того, при вышеописанных обстоятельствах, не позднее 30 августа 2023 г., ФИО1, действуя согласно отведенной роли, реализуя указанные преступные намерения, находясь в офисе, расположенном по адресу: г. Саратов, Дегтярная площадь, д. 1, офис 301, будучи зарегистрированным в системе «ЦРМ» менеджером под учетной записью «Валентина Атапина», действуя якобы от имени ПАО АК «&lt;данные изъяты&gt;», в составе организованной группы - преступного сообщества (преступной организации), в соответствии с единым преступным умыслом с Лицом №1, Лицом №2, Лицом №3, Лицом №4, Лицом №5, Лицом №6, Лицом №7, Лицом №8, Лицом №9, Лицом №11,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производства прочих машин и оборудования специального назначения,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ПАО АК «&lt;данные изъяты&gt;», с почтового ящика созданного неустановленным лицом с целью использования в преступной схеме, не имеющего отношения к ПАО АК «&lt;данные изъяты&gt;», действуя с прямым умыслом, сознательно направила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ПАО АК «&lt;данные изъяты&gt;» на закупку услуги поставки насосных агрегатов, которые в действительности ПАО АК «&lt;данные изъяты&gt;» не проводились. Не позднее 30 августа 2023 г. представители ООО «&lt;данные изъяты&gt;», введенные в заблуждение, будучи заинтересованными в заключении договора с ПАО АК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05 сентября 2023 г. ФИО1, действуя в соответствии с единым преступным умыслом в составе организованной группы - преступного сообщества (преступной организации),, с почтового ящика направила информацию, согласно которой обязательным условием участия в торгах с ПАО АК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создания видимости осуществления реальной предпринимательской деятельности, с целью побуждения представителей ООО «&lt;данные изъяты&gt;» к заключению договора об оказании услуг сертификации, также направил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№1 и другим участникам организованной группы - преступного сообщества (преступной организации). Не позднее 06 сентября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ИНН №, зарегистрированной по адресу: &lt;адрес&gt;, пом. 80, офис 10, директором которого являлся ФИО88, не осведомленный о преступной деятельности Лица №1 и других участников организованной группы – преступного сообщества (преступной организации), согласно которому ООО «&lt;данные изъяты&gt;» обязуется оказать консалтинговые услуги и выдать сертификат соответствия в электронном виде по стандарту СТО 2571/223, который для участия в реальных торгах не требуется. 06 сентября 2023 г. с целью выполнения условий договора № от 06 сентября 2023 г. с расчетного счета ООО «&lt;данные изъяты&gt;» №, открытого в АО «Банк ГПБ», на расчетный счет ООО «&lt;данные изъяты&gt;» №, открытый в ООО «Банк Точка»,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№1 ООО «&lt;данные изъяты&gt;», открытый в АО «Альфа-Банк», тем самым поступив в распоряжение Лица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06 сентября 2023 г., находясь в офисе, расположенном по адресу: &lt;...&gt; участник организованной группы - преступного сообщества (преступной организации) ФИО4 №26, зарегистрированная в системе «ЦРМ» под учетной записью «Наталья Киселева», изготовила сертификат о внесенииООО «&lt;данные изъяты&gt;» в реестр СДС «&lt;данные изъяты&gt;», который посредством электронного документооборота «Контур.Диадок» направила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№28, находясь в офисе по адресу: &lt;адрес&gt;А, зарегистрированный в системе «ЦРМ», действующий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07 сентября 2023 г. в системе «ЦРМ» сведения об оплате денежных средств за сертификат, используя средства связи, представляясь якобы сотрудником ПАО АК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поставки насосных агрегатов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поставки насосных агрегатов,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АК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Лицом№4,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Кроме того, при вышеописанных обстоятельствах, не позднее 15 сентября 2023 г., неустановленное лицо, действующего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«Петр Петров», действуя якобы от имени ООО «ГК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№1, Лицом №2, Лицом №3, Лицом №4, Лицом №5, Лицом №6, Лицом №7, Лицом №8, Лицом №9, Лицом №11, Лицом №13, Лицом №14, Лицом №15, Лицом №16, Лицом №17, Лицом №24, Лицом №26, Лицом №27, Лицом №28 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растениеводства, с целью хищения принадлежащих ему денежных средств путём обмана и злоупотребления доверием, под видом обеспечения участия в торгах, проводимых якобы от имени ООО «ГК «&lt;данные изъяты&gt;», с почтового ящика созданного неустановленным лицом с целью использования в преступной схеме, не имеющего отношения к ООО «ГК «&lt;данные изъяты&gt;», действуя с прямым умыслом, сознательно направил техническое задание, содержащее заведомо ложные, не соответствующие действительности сведения о возможности участия в торгах с целью заключения договора с ООО «ГК «&lt;данные изъяты&gt;» на закупку услуги поставки насосных агрегатов, которые в действительности ООО «ГК «&lt;данные изъяты&gt;» не проводились. Не позднее 15 сентября 2023 г. представители ООО «&lt;данные изъяты&gt;», введенные в заблуждение, будучи заинтересованными в заключении договора с ООО «ГК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18 сентября 2023 г. неустановленное лицо, действуя в соответствии с единым преступным умыслом направило последним информацию, согласно которой обязательным условием участия в торгах с ООО «ГК «&lt;данные изъяты&gt;» является приобретение сертификата о внесении ООО «&lt;данные изъяты&gt;» в реестр системы добровольной сертификации «&lt;данные изъяты&gt;» (далее по тексту СДС «&lt;данные изъяты&gt;»), зарегистрированный от имени ООО «&lt;данные изъяты&gt;», в лице директора ФИО99, не 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с целью создания видимости осуществления реальной предпринимательской деятельности неустановленноое лицо не позднее 18 сентября 2023 г. с целью побуждения представителей ООО «&lt;данные изъяты&gt;» к заключению договора об оказании услуг сертификации, направило в адрес представителей ООО «&lt;данные изъяты&gt;»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№1. и другим участникам организованной группы - преступного сообщества (преступной организации). Не позднее 20 сентября 2023 г. введенные в заблуждение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 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сентября 2023 г. с целью выполнения условий договора № от 20 сентября 2023 г. с расчетного счета ООО «&lt;данные изъяты&gt;» №, открытого в ООО «Банк Точка»,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РДР», которые впоследствии перечислены на вышеуказанный расчетный счет подконтрольного ФИО82 ООО «&lt;данные изъяты&gt;», открытый в АО «Альфа-Банк», тем самым поступив в распоряжение ФИО82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сентября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в ООО «Альфа &lt;данные изъяты&gt;», а те, в свою очередь, перенаправили его на электронный адрес представителей ООО «&lt;данные изъяты&gt;»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сентября 2023 г. в системе «ЦРМ» сведения об оплате денежных средств за сертификат, используя средства связи, представляясь якобы сотрудником «ГК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поставки зерна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поставки зерна, о ведении работы с ООО «&lt;данные изъяты&gt;», после чего прекратил общение с его представителями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ООО «ГК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последствии ФИО1, ФИО4 №1, ФИО4 №2, ФИО4 №3, Лицом№4, ФИО4 №5, ФИО4 №6, ФИО4 №7, ФИО4 №8, ФИО4 №9, ФИО4 №11, ФИО4 №12, ФИО4 №13, ФИО4 №14, ФИО4 №15, ФИО4 №16, ФИО4 №17, ФИО4 №24, ФИО4 №26, ФИО4 №27, ФИО4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преступление, предусмотренное ч. 4 ст. 159 УК РФ - мошенничество, то есть хищение чужого имущества путем обмана и злоупотребление доверием, совершенное организованной группой.</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Кроме того, при вышеописанных обстоятельствах, не позднее 14 сентября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«Заур Зауров»,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 по лазерной резке листового металла, которые в действительности ПАО «&lt;данные изъяты&gt;» не проводились. Не позднее 14 сентября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14 сентября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20 сентября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20 сентября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ФИО87, неосведомленным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сентября 2023 г. с целью выполнения условий договора № от 20 сентября 2023 г. с расчетного счета ООО «&lt;данные изъяты&gt;» №, открытого в филиале «Центральный» Банка ВТБ (ПАО), на расчетный счет ИП ФИО87 №, открытый в АО «Тинькофф 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сентября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ИП ФИО87, а тот, в свою очередь, перенаправил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сентября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 по лазерной резке листового металла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 по лазерной резке листового металла,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Кроме того, при вышеописанных обстоятельствах, не позднее 21 сентября 2023 г., ФИО4 № 15,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«Анастасия Белова»,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области оптовой торговли топливом,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поставки автомобильных масел, которые в действительности АО «&lt;данные изъяты&gt;» не проводились. Не позднее 21 сентября 2023 г. представители ООО «&lt;данные изъяты&gt;», введенные в заблуждение будучи заинтересованными в заключении договора с АО «&lt;данные изъяты&gt;»направили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21 сентября 2023 г. ФИО4 № 15 направило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15 с целью побуждения ООО «&lt;данные изъяты&gt;», к заключению договора об оказании услуг сертификации, действующее согласно отведенной ему роли, не позднее 21 сентября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21 сентября 2023 г. введенные в заблуждение Лицом № 15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сентября 2023 г. с целью выполнения условий договора № от 21 сентября 2023 г. с расчетного счета ООО «&lt;данные изъяты&gt;» №, открытого в филиале «Центральный» Банка ВТБ (ПАО),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22 сентября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22 сентября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автомобильных масел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автомобильных масел,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Кроме того, при вышеописанных обстоятельствах, не позднее 19 сентября 2023 г., ФИО1,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зарегистрированной в системе «ЦРМ» менеджером под учетной записью «Валентина Атапина», действуя якобы от имени ПАО АК «&lt;данные изъяты&gt;», в составе организованной группы - преступного сообщества (преступной организации), в соответствии с единым преступным умыслом с Лицом № 1, Лицом № 2, Лицом № 3, Лицом № 4, Лицом № 5, Лицом № 6, Лицом № 7, Лицом № 8,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электрической бытовой техникой,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АК «&lt;данные изъяты&gt;», с почтового ящика, созданного неустановленным лицом с целью использования в преступной схеме, не имеющего отношения к ПАО АК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АК «&lt;данные изъяты&gt;» на закупку поставки насосных агрегатов, которые в действительности ПАО АК «&lt;данные изъяты&gt;» не проводились. Не позднее 19 сентября 2023 г. представители ООО «&lt;данные изъяты&gt;», введенные в заблуждение будучи заинтересованными в заключении договора с ПАО АК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сентября 2023 г. ФИО1 направила представителям ООО «&lt;данные изъяты&gt;» информацию, согласно которой обязательным условием участия в торгах с ПАО АК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ФИО1 с целью побуждения представителей ООО «&lt;данные изъяты&gt;» к заключению договора об оказании услуг сертификации, действующее согласно отведенной ей роли, не позднее 22 сентября 2023 г., направила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22 сентября 2023 г. введенные в заблуждение ФИО1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26 сентября 2023 г. с целью выполнения условий договора №от 22 сентября 2023 г. с расчетного счета ООО «&lt;данные изъяты&gt;» №, открытого в АО «Райффайзенбанк»,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27 сентября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 под учетной записью «Александр Быков»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27 сетября 2023 г. в системе «ЦРМ» сведения об оплате денежных средств за сертификат, используя средства связи, представляясь якобы сотрудником ПАО АК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насосных агрегатов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насосных агрегатов,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АК «&lt;данные изъяты&gt;» заключен не был. Денежные средства в размере 52 500 рублей в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Кроме того, при вышеописанных обстоятельствах, не позднее 25 сентября 2023 г., неустановленно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«Валентин Валентинов»,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ИП ФИО115 ИНН &lt;***&gt;, зарегистрированной по адресу: &lt;адрес&gt;, которая осуществляет деятельность по оказанию услуг в области бухгалтерского учета,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бухгалтерских услуг, которые в действительности ПАО «&lt;данные изъяты&gt;» не проводились. Не позднее 25 сентября 2023 г. ИП ФИО115, введенная в заблуждение будучи заинтересованной в заключении договора с ПАО «&lt;данные изъяты&gt;», направила на указанную ей электронную почту коммерческое предложение и анкету участника. Продолжая реализацию указанного преступного умысла, не позднее 26 сентября 2023 г. неизвестное лицо направило ИП ФИО115 информацию, согласно которой обязательным условием участия в торгах с ПАО «&lt;данные изъяты&gt;» является приобретение сертификата о внесении ИП ФИО115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ФИО115, внесенных в качестве оплаты за указанный сертификат. При этом неустановленное лицо с целью побуждения ИП ФИО115, к заключению договора об оказании услуг сертификации, действующее согласно отведенной ему роли, не позднее 02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02 октября 2023 г. введенные в заблуждение ИП ФИО115, с целью приобретения сертификата СДС «&lt;данные изъяты&gt;» посредством электронной почты заключила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03 октября 2023 г. с целью выполнения условий договора № от 02 октября 2023 г. с расчетного счета ИП ФИО115 №, открытого в ООО «Банк Точка»,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ИП ФИО115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03 октября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ИП ФИО115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ИП ФИО115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03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ИП ФИО115, заведомо понимая, что договор на закупку бухгалтерских услуг заключен не будет и исполнить обязательства перед ИП ФИО115 реальной возможности нет, сообщило ложную информацию о положительном решении вопроса о заключении договора на закупку бухгалтерских услуг, о ведении работы с ИП ФИО115,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ФИО115 и ПАО «&lt;данные изъяты&gt;» заключен не был. Денежные средства в размере 52 500 рублей ИП ФИО115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ФИО115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Кроме того, при вышеописанных обстоятельствах, не позднее 03 октября 2023 г., ФИО4 № 8,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ООО «&lt;данные изъяты&gt;» ИНН &lt;***&gt;, зарегистрированному по адресу: &lt;адрес&gt;, офис 114, которое осуществляет деятельность в сфере оптовой торговли строительными материалами и изделиями,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поставки клея-герметика, которые в действительности ПАО «&lt;данные изъяты&gt;» не проводились. Не позднее 03 октября 2023 г. представители ООО «&lt;данные изъяты&gt;», введенные в заблуждение будучи заинтересованными в заключении договора с ПАО «&lt;данные изъяты&gt;»направили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04 октября 2023 г. ФИО4 № 8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8 с целью побуждения ООО «&lt;данные изъяты&gt;», к заключению договора об оказании услуг сертификации, действующее согласно отведенной ему роли, не позднее 04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05 октября 2023 г. введенные в заблуждение Лицом № 8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ФИО87, неосведомленным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06 октября 2023 г. с целью выполнения условий договора № от 05 октября 2023 г. с расчетного счета ООО «&lt;данные изъяты&gt;» №, открытого в Филиале «Нижегородский» АО «Альфа-Банк», на расчетный счет ИП ФИО87 №, открытый в АО «Тинькофф 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06 октября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ИП ФИО87, а тот, в свою очередь, перенаправил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06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поставки клея-герметика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поставки клея-герметика,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Кроме того, при вышеописанных обстоятельствах, не позднее 12 сентября 2023 г., ФИО4 № 3, действующее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«Дмитрий Дягилев», действуя якобы от имени ПАО АК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4, Лицом № 5, Лицом № 6, Лицом № 7, ФИО4 № 8,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прочими пищевыми продуктами,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АК «&lt;данные изъяты&gt;», с почтового ящика, созданного неустановленным лицом с целью использования в преступной схеме, не имеющего отношения к ПАО АК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АК «&lt;данные изъяты&gt;» на закупку спортивного питания, которые в действительности ПАО АК «&lt;данные изъяты&gt;» не проводились. Не позднее 12 сентября 2023 г. представители ООО «&lt;данные изъяты&gt;», введенные в заблуждение будучи заинтересованными в заключении договора с ПАО АК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31 сентября 2023 г. ФИО4 № 3 направило представителям ООО «&lt;данные изъяты&gt;» информацию, согласно которой обязательным условием участия в торгах с ПАО АК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3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13 сентября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06 октября 2023 г. введенные в заблуждение Лицом № 3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06 октября 2023 г. с целью выполнения условий договора № от 06 октября 2023 г. с расчетного счета ООО «&lt;данные изъяты&gt;» №, открытого в Поволжском филиале АО «Райффайзенбанк»,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04 октября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09 октября 2023 г. в системе «ЦРМ» сведения об оплате денежных средств за сертификат, используя средства связи, представляясь якобы сотрудником ПАО АК «&lt;данные изъяты&gt;», которым в действительности оно не являлось, с целью сокрытия преступной деятельности, ввело в заблуждение ООО «&lt;данные изъяты&gt;», заведомо понимая, что договор на закупку спортивного питания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спортивного питания,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АК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Кроме того, при вышеописанных обстоятельствах, не позднее 04 октября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«Валентин Валентинов»,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24, Лицом № 26, Лицом № 27, Лицом № 28 и другими неустановленными лицами на электронный почтовый ящик ИП ФИО114 ИНН №, зарегистрированной по адресу: &lt;адрес&gt;, которая осуществляет деятельность по оказанию услуг в области бухгалтерского учета,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бухгалтерских услуг, которые в действительности ПАО «&lt;данные изъяты&gt;» не проводились. Не позднее 04 октября 2023 г. ИП ФИО114, введенная в заблуждение будучи заинтересованной в заключении договора с ПАО «&lt;данные изъяты&gt;», направила на указанную ей электронную почту коммерческое предложение и анкету участника. Продолжая реализацию указанного преступного умысла, не позднее 09 октября 2023 г. неизвестное лицо направило ИП ФИО114 информацию, согласно которой обязательным условием участия в торгах с ПАО «&lt;данные изъяты&gt;» является приобретение сертификата о внесении ИП ФИО114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ИП ФИО114, внесенных в качестве оплаты за указанный сертификат. При этом неизвестное лицо с целью побуждения ИП ФИО114, к заключению договора об оказании услуг сертификации, действующее согласно отведенной ему роли, не позднее 11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11 октября 2023 г. введенные в заблуждение ИП ФИО114, с целью приобретения сертификата СДС «&lt;данные изъяты&gt;» посредством электронной почты заключила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11 октября 2023 г. с целью выполнения условий договора № от 11 октября 2023 г. с расчетного счета ИП ФИО114 №, открытого в АО «Тинькофф Банк, на расчетный счет ООО «Альфа &lt;данные изъяты&gt;» №, открытый в Точка ПАО Банка «ФК Открытие», перечислены денежные средства в размере 53 000 рублей за предоставление сертификата о внесении ИП ФИО114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11 октября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ИП ФИО114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ИП ФИО114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11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ИП ФИО114, заведомо понимая, что договор на закупку бухгалтерских услуг заключен не будет и исполнить обязательства перед ИП ФИО114 реальной возможности нет, сообщило ложную информацию о положительном решении вопроса о заключении договора на закупку бухгалтерских услуг, о ведении работы с ИП ФИО114,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ФИО114 и ПАО «&lt;данные изъяты&gt;» заключен не был. Денежные средства в размере 53 000 рублей ИП ФИО114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ФИО114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Кроме того, при вышеописанных обстоятельствах, не позднее 05 октября 2023 г., ФИО4 № 16,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«Юлия Юрьева»,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17, Лицом № 24,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розничной торговли автомобильными узлами и деталями,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кованных решеток на окна, которые в действительности ПАО «&lt;данные изъяты&gt;» не проводились. Не позднее 09 октября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09 октября 2023 г. ФИО4 № 16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16 с целью побуждения ООО «&lt;данные изъяты&gt;», к заключению договора об оказании услуг сертификации, действующее согласно отведенной ему роли, не позднее 10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10 октября 2023 г. введенные в заблуждение Лицом № 16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ФИО105 ИНН №, зарегистрированном по адресу: &lt;адрес&gt;, являющимся активным участник организованной группы - преступного сообщества, согласно которому ИП ФИО4 № 24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13 октября 2023 г. с целью выполнения условий договора № от 10 октября 2023 г. с расчетного счета ООО «&lt;данные изъяты&gt;» №, открытого в АО «Тинькофф Банк», на расчетный счет ИП ФИО105№, открытый в филиале «Нижегородский» АО «Альфа Банк» &lt;адрес&gt;,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16 октября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ИП ФИО105, а тот, в свою очередь, перенаправило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17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 аренды недвижимости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 аренды недвижимости,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Кроме того, при вышеописанных обстоятельствах, не позднее 17 октября 2023 г., ФИО4 № 11,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«Олег Долгов»,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каб. 6, которое осуществляет деятельность заказчика-застройщика,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услуги по покупке недвижимости, которые в действительности АО «&lt;данные изъяты&gt;» не проводились. Не позднее 17 октября 2023 г. представители ООО «&lt;данные изъяты&gt;», введенные в заблуждение будучи заинтересованными в заключении договора с АО «&lt;данные изъяты&gt;»направили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23 октября 2023 г. ФИО4 № 11 направило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11 с целью побуждения ООО «&lt;данные изъяты&gt;», к заключению договора об оказании услуг сертификации, действующее согласно отведенной ему роли, не позднее 23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23 октября 2023 г. введенные в заблуждение Лицом № 11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26 октября 2023 г. с целью выполнения условий договора № от 25 октября 2023 г. с расчетного счета ООО «&lt;данные изъяты&gt;» №, открытого в АО «Банк ДОМ.РФ»,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вышеуказанный расчетный счет подконтрольного Лицу № 1 ООО «&lt;данные изъяты&gt;»,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26 октября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в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26 октября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покупке недвижимости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покупке недвижимости,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Кроме того, при вышеописанных обстоятельствах, не позднее 19 октября 2023 г., неустановленное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«Антон ФИО25»,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строительства жилых и нежилых зданий,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установки навеса автовесов, которые в действительности ПАО «&lt;данные изъяты&gt;» не проводились. Не позднее 19 октября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октября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24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24 октября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ФИО105 ИНН №, зарегистрированной по адресу: &lt;адрес&gt;, являющаяся активным участник организованной группы - преступного сообщества, согласно которому ИП ФИО105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26 октября 2023 г. с целью выполнения условий договора № от 24 октября 2023 г. с расчетного счета ООО «&lt;данные изъяты&gt;» №, открытого филиале «Нижегородский» АО «Альфа-Банк» &lt;адрес&gt;, на расчетный счет ИП ФИО105№, открытый в филиале «Нижегородский» АО «Альфа Банк» &lt;адрес&gt;,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26 октября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ИП ФИО105, а та, в свою очередь, перенаправила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зарегистрированный в системе «ЦРМ», действующийпод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26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услуг аренды недвижимости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 аренды недвижимости,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Кроме того, при вышеописанных обстоятельствах, не позднее 23 октября 2023 г., неизвестное лицо, действующее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«Мария ФИО115»,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ООО «&lt;данные изъяты&gt;» ИНН №, зарегистрированного по адресу: &lt;адрес&gt;, которое осуществляет деятельность в сфере оптовой и розничной торговли,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направило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мебели лофт, которые в действительности ПАО «&lt;данные изъяты&gt;» не проводились. Не позднее 23 октября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20 октября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ООО «&lt;данные изъяты&gt;», к заключению договора об оказании услуг сертификации, действующее согласно отведенной ему роли, не позднее 24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25 октября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ФИО88,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25 октября 2023 г. с целью выполнения условий договора № от 25 октября 2023 г. с расчетного счета ООО «&lt;данные изъяты&gt;» №, открытого в ПАО АКБ «Авангард» на расчетный счет ООО «&lt;данные изъяты&gt;» №, открытый в ООО «Банк Точка»,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25 октября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зарегистрированная в системе «ЦРМ» под учетной записью «Маргарита Жилина»,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зарегистрированный в системе «ЦРМ», действующийпод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28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представителей ООО «&lt;данные изъяты&gt;», заведомо понимая, что договор на закупку мебели лофт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мебели лофт,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Кроме того, при вышеописанных обстоятельствах, не позднее 26 октября 2023 г., ФИО4 № 8,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Лицом № 9, Лицом № 11,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ИП ФИО112 ИНН №, зарегистрированному по адресу: &lt;адрес&gt;, который осуществляет физкультурно-оздоровительную деятельность,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 проведения досуга, которые в действительности ПАО «&lt;данные изъяты&gt;» не проводились. Не позднее 26 октября 2023 г. ИП ФИО112, введенный в заблуждение будучи заинтересованным в заключении договора с ПАО «&lt;данные изъяты&gt;», направил на указанную ему электронную почту коммерческое предложение и анкету участника. Продолжая реализацию указанного преступного умысла, не позднее 27 октября 2023 г. ФИО4 № 8 направило ИП ФИО112 информацию, согласно которой обязательным условием участия в торгах с ПАО «&lt;данные изъяты&gt;» является приобретение сертификата о внесении ИП ФИО112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принадлежащихИП ФИО112, внесенных в качестве оплаты за указанный сертификат. При этом ФИО4 № 8 с целью побуждения ИП ФИО112, к заключению договора об оказании услуг сертификации, действующее согласно отведенной ему роли, не позднее 27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«&lt;данные изъяты&gt;», подконтрольном Лицу № 1 и другим участникам организованной группы - преступного сообщества (преступной организации). Не позднее 27 октября 2023 г. введенные в заблуждение Лицом № 8 ИП ФИО112,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ФИО92,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28 октября 2023 г. с целью выполнения условий договора № от 27 октября 2023 г. с расчетного счета ИП ФИО112 №, открытого АО «Тинькофф Банк», на расчетный счет ООО «&lt;данные изъяты&gt;» №, открытый в филиале «Санкт-Петербургский» АО «Альфа-Банк», перечислены денежные средства в размере 52 500 рублей за предоставление сертификата о внесении ИП ФИО112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31 октября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зарегистрированная в системе «ЦРМ» под учетной записью «Наталья Киселева», изготовила сертификат о внесении ИП ФИО112 в реестр СДС «&lt;данные изъяты&gt;», который посредством электронного документооборота «Контур.Диадок» направила ООО «&lt;данные изъяты&gt;», а те, в свою очередь, перенаправили его на электронный адрес ИП ФИО112 Продолжая реализацию единого преступного умысла, действуя согласно отведенной преступной роли, ФИО4 № 28, находясь в офисе по адресу: &lt;...&gt;, зарегистрированный в системе «ЦРМ», действующийпод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31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ИП ФИО112, заведомо понимая, что договор на закупку услуг проведения досуга заключен не будет и исполнить обязательства перед ИП ФИО112 реальной возможности нет, сообщил ложную информацию о положительном решении вопроса о заключении договора на закупку услуг проведения досуга, о ведении работы с ИП ФИО112,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ИП ФИО112 и ПАО «&lt;данные изъяты&gt;» заключен не был. Денежные средства в размере 52 500 рублей ИП ФИО112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ИП ФИО112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Кроме того, при вышеописанных обстоятельствах, не позднее 26 октября 2023 г., ФИО4 № 16, действующий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«Юлия Юрьева»,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агенств недвижимости,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подбору коммерческой недвижимости, которые в действительности ПАО «&lt;данные изъяты&gt;» не проводились. Не позднее 26 октября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30 октября 2023 г. ФИО4 № 16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16 с целью побуждения ООО «&lt;данные изъяты&gt;», к заключению договора об оказании услуг сертификации, действующее согласно отведенной ему роли, не позднее 30 октября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31 октября 2023 г. введенные в заблуждение Лицом № 16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ФИО87, не осведомленным о преступной деятельности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31 октября 2023 г. с целью выполнения условий договора № от 31 октября 2023 г. с расчетного счета ООО «&lt;данные изъяты&gt;» №, открытого в филиале «Ростовский» АО «Альфа-Банк», на расчетный счет ИП ФИО87 №, открытый в АО «Тинькофф Банк»,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31 октября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ИП ФИО87, а тот, в свою очередь, перенаправил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31 октября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подбору коммерческой недвижимости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подбору коммерческой недвижимости,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Кроме того, не позднее 30 октября 2023 г., неустановленное лицо, действующая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«Анжела Смирнова»,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11,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производства металлических конструкций,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направила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лазерной резке листового металла, которые в действительности ПАО «&lt;данные изъяты&gt;» не проводились. Не позднее 07 ноября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07 ноября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неустановленное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08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09 ноября 2023 г. введенные в заблуждение неизвестным лицом 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ФИО87, не осведомленным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09 ноября 2023 г. с целью выполнения условий договора № от 09 ноября 2023 г. с расчетного счета ООО «&lt;данные изъяты&gt;» №, открытого в Приволжском филиале ПАО «Промсвязьбанк», на расчетный счет ИП ФИО87 №, открытый в АО «Тинькофф Банк»,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15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зарегистрированная в системе «ЦРМ» под учетной записью «Наталья Киселева», изготовила сертификат о внесении ООО «&lt;данные изъяты&gt;» в реестр СДС «&lt;данные изъяты&gt;», который посредством электронного документооборота «Контур.Диадок» направила ИП ФИО87,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зарегистрированный в системе «ЦРМ», действующийпод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15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 не являлся, с целью сокрытия преступной деятельности, ввел в заблуждение ООО «&lt;данные изъяты&gt;», заведомо понимая, что договор на закупку услуги по лазерной резке листового металла заключен не будет и исполнить обязательства перед ООО «&lt;данные изъяты&gt;» реальной возможности нет, сообщил ложную информацию о положительном решении вопроса о заключении договора на закупку услуги по лазерной резке листового металла, о ведении работы с ООО «&lt;данные изъяты&gt;», после чего прекратил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Кроме того, при вышеописанных обстоятельствах, не позднее 02 ноября 2023 г., ФИО4 № 11, действующий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«Олег Долгов», действуя якобы от имени 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12, Лицом № 13, Лицом № 14, Лицом № 15, Лицом № 16, Лицом № 17, Лицом № 19, Лицом № 22, Лицом № 23, Лицом № 24,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пом. 1, которое осуществляет деятельность в сфере строительства жилых и нежилых зданий,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АО «&lt;данные изъяты&gt;», с почтового ящика, созданного неустановленным лицом с целью использования в преступной схеме, не имеющего отношения к 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АО «&lt;данные изъяты&gt;» на закупку услуги по покупке недвижимости, которые в действительности АО «&lt;данные изъяты&gt;» не проводились. Не позднее 02 ноября 2023 г. представители ООО «&lt;данные изъяты&gt;», введенные в заблуждение будучи заинтересованными в заключении договора с 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02 ноября 2023 г. ФИО4 № 11 направило представителям ООО «&lt;данные изъяты&gt;» информацию, согласно которой обязательным условием участия в торгах с АО «&lt;данные изъяты&gt;» является приобретение сертификата о внесении ООО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11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02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02 ноября 2023 г. введенные в заблуждение Лицом № 11представители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03 ноября 2023 г. с целью выполнения условий договора № от 02 ноября 2023 г. с расчетного счета ООО «&lt;данные изъяты&gt;» №, открытого в АО «Банк ДОМ.РФ», на расчетный счет ООО «Альфа &lt;данные изъяты&gt;» №, открытый в Точка ПАО Банка «ФК Открытие»,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03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03 ноября 2023 г. в системе «ЦРМ» сведения об оплате денежных средств за сертификат, используя средства связи, представляясь якобы сотрудником 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покупке недвижимости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покупке недвижимости,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11, ФИО4 № 12, ФИО4 № 13, ФИО4 № 14, ФИО4 № 15, ФИО4 № 16, ФИО4 № 17, ФИО4 № 19, ФИО4 № 22, ФИО4 № 23, ФИО4 № 24,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Кроме того, при вышеописанных обстоятельствах, не позднее 10 ноября 2023 г., ФИО4 № 5, действующий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«Иван Иванов»,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6, Лицом № 7, ФИО4 № 8, Лицом № 9,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автомобильного грузового транспорта,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аренде специализированной техники, которые в действительности ПАО «&lt;данные изъяты&gt;» не проводились. Не позднее 10 ноября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10 ноября 2023 г. ФИО4 № 5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ПАО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5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13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14 ноября 2023 г. введенные в заблуждение Лицом № 5представители ООО «&lt;данные изъяты&gt;», с целью приобретения сертификата СДС «&lt;данные изъяты&gt;» посредством электронной почты решили заключить договор о приобретении сертификата с ИП ФИО87, не осведомленным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15 ноября 2023 г. с целью выполнения условий договора № от 14 ноября 2023 г. с расчетного счета ООО «&lt;данные изъяты&gt;» №, открытого в ООО «Банк Точка», на расчетный счет ИП ФИО87 №, открытый в АО «Тинькофф Банк»,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16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ИП ФИО87, а тот, в свою очередь, перенаправил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аренде специализированной техники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аренде специализированной техники,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Кроме того, при вышеописанных обстоятельствах, не позднее 09 ноября 2023 г., ФИО4 № 5, действующий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«Иван Иванов»,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6, Лицом № 7, ФИО4 № 8, Лицом № 9,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зарегистрированной по адресу: &lt;адрес&gt;, &lt;адрес&gt;, которое осуществляет деятельность автомобильного грузового транспорта,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аренде специализированной техники, которые в действительности ПАО «&lt;данные изъяты&gt;» не проводились. Не позднее 09 ноября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10 ноября 2023 г. ФИО4 № 5 направило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ПАО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5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10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15 ноября 2023 г. введенные в заблуждение Лицом № 5представители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ИНН №, зарегистрированным по адресу: &lt;адрес&gt;, директором которого являлся ФИО89, не 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16 ноября 2023 г. с целью выполнения условий договора № от 15 ноября 2023 г. с расчетного счета ООО «&lt;данные изъяты&gt;» №, открытого в Приволжском филиале ПАО Росбанк на расчетный счет ООО «Альфа &lt;данные изъяты&gt;» №, открытый в ООО «Банк Точка»,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16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16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аренде специализированной техники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аренде специализированной техники,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Кроме того, при вышеописанных обстоятельствах, не позднее 02 ноября 2023 г., ФИО4 № 5, действующий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«Иван Иванов»,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6, Лицом № 7, ФИО4 № 8, Лицом № 9,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аренды и лизинга строительных машин,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по аренде специализированной техники, которые в действительности ПАО «&lt;данные изъяты&gt;» не проводились. Не позднее 02 ноября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02 ноября 2023 г. ФИО4 № 5 направило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ПАО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5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07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15 ноября 2023 г. введенные в заблуждение Лицом № 5представители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ФИО88, не 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17 ноября 2023 г. с целью выполнения условий договора № от 15 ноября 2023 г. с расчетного счета ООО «&lt;данные изъяты&gt;» №, открытого в филиале № ПАО КБ «ФИО2-Инвест» на расчетный счет ООО «&lt;данные изъяты&gt;» №, открытый в ООО «Банк Точка»,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по аренде специализированной техники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по аренде специализированной техники,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Кроме того, при вышеописанных обстоятельствах, не позднее 17 ноября 2023 г., неизвестное лицо, действующий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«Александр Новиков», действуя якобы от имени ПАО НК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10,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в сфере производства подъемно-транспортного оборудования,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НК «&lt;данные изъяты&gt;», с почтового ящика, созданного неустановленным лицом с целью использования в преступной схеме, не имеющего отношения к ПАО НК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НК «&lt;данные изъяты&gt;» на закупку лифтового оборудования, которые в действительности ПАО НК «&lt;данные изъяты&gt;» не проводились. Не позднее 17 ноября 2023 г. представители ООО «&lt;данные изъяты&gt;», введенные в заблуждение будучи заинтересованными в заключении договора с ПАО НК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17 ноября 2023 г. неизвестное лицо направило представителям ООО «&lt;данные изъяты&gt;» информацию, согласно которой обязательным условием участия в торгах с ПАО НК «&lt;данные изъяты&gt;» является приобретение сертификата о внесении ПАО НК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17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17 ноября 2023 г. введенные в заблуждение неизвестным лицомпредставители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17 ноября 2023 г. с целью выполнения условий договора № от 17 ноября 2023 г. с расчетного счета ООО «&lt;данные изъяты&gt;» №, открытого в филиале «Центральный» Банка ВТБ (ПАО),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20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20 ноября 2023 г. в системе «ЦРМ» сведения об оплате денежных средств за сертификат, используя средства связи, представляясь якобы сотрудником ПАО НК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лифтового оборудования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лифтового оборудования,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НК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10,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Кроме того, при вышеописанных обстоятельствах, не позднее 15 ноября 2023 г., неустановленное лицо, действующий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«Александр Александр», действуя якобы от имени ПАО НК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10,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прочими машинами и оборудованием,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НК «&lt;данные изъяты&gt;», с почтового ящика, созданного неустановленным лицом с целью использования в преступной схеме, не имеющего отношения к ПАО НК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НК «&lt;данные изъяты&gt;» на закупку чиллеров, которые в действительности ПАО НК «&lt;данные изъяты&gt;» не проводились. Не позднее 15 ноября 2023 г. представители ООО «&lt;данные изъяты&gt;», введенные в заблуждение будучи заинтересованными в заключении договора с ПАО НК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16 ноября 2023 г. неизвестное лицо направило представителям ООО «&lt;данные изъяты&gt;» информацию, согласно которой обязательным условием участия в торгах с ПАО НК «&lt;данные изъяты&gt;» является приобретение сертификата о внесении ПАО НК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16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21 ноября 2023 г. введенные в заблуждение неизвестным лицомпредставители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«Альфа &lt;данные изъяты&gt;», директором которого являлся ФИО89, неосведомленный о преступной деятельности, согласно которому ООО «Альфа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21 ноября 2023 г. с целью выполнения условий договора № от 21 ноября 2023 г. с расчетного счета ООО «&lt;данные изъяты&gt;» №, открытого в АО «Экономбанк» &lt;адрес&gt; на расчетный счет ООО «Альфа &lt;данные изъяты&gt;» №, открытый в ООО «Точка Банк» &lt;адрес&gt;,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21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«Альфа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21 ноября 2023 г. в системе «ЦРМ» сведения об оплате денежных средств за сертификат, используя средства связи, представляясь якобы сотрудником ПАО НК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чиллеров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чиллеров,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НК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10,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Кроме того, при вышеописанных обстоятельствах, не позднее 20 ноября 2023 г., неизвестное лицо, действующий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«Владимир Калеев», действуя якобы от имени ПАО НК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10,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строительства,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НК «&lt;данные изъяты&gt;», с почтового ящика, созданного неустановленным лицом с целью использования в преступной схеме, не имеющего отношения к ПАО НК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НК «&lt;данные изъяты&gt;» на закупку услуги ФИО56 спецтехники, которые в действительности ПАО НК «&lt;данные изъяты&gt;» не проводились. Не позднее 20 ноября 2023 г. представители ООО «&lt;данные изъяты&gt;», введенные в заблуждение будучи заинтересованными в заключении договора с ПАО НК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21 ноября 2023 г. неизвестное лицо направило представителям ООО «&lt;данные изъяты&gt;» информацию, согласно которой обязательным условием участия в торгах с ПАО НК «&lt;данные изъяты&gt;» является приобретение сертификата о внесении ПАО НК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21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22 ноября 2023 г. введенные в заблуждение неизвестным лицомпредставители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23 ноября 2023 г. с целью выполнения условий договора № от 22 ноября 2023 г. с расчетного счета ООО «&lt;данные изъяты&gt;» №, открытого в филиале «Нижегородский» АО «Альфа-Банк» &lt;адрес&gt;,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23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23 ноября 2023 г. в системе «ЦРМ» сведения об оплате денежных средств за сертификат, используя средства связи, представляясь якобы сотрудником ПАО НК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аренды спецтехники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аренды спецтехники,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НК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10,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Кроме того, при вышеописанных обстоятельствах, не позднее 21 ноября 2023 г., ФИО4 № 3, действующий согласно отведенной роли менеджера, реализуя указанные преступные намерения, находясь в офисе, расположенном по адресу: г. Саратов, Дегтярная площадь, д. 1, будучи зарегистрированным в системе «ЦРМ» менеджером под учетной записью «Дмитрий Дягилев»,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4, Лицом № 5, Лицом № 6, Лицом № 7, ФИО4 № 8, Лицом № 9, Лицом № 10,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оптовой торговли эксплуатационными материалами и принадлежностями машин,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неодимовых магнитов, которые в действительности ПАО «&lt;данные изъяты&gt;» не проводились. Не позднее 21 ноября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22 ноября 2023 г. ФИО4 № 3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ПАО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ФИО4 № 3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22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24 ноября 2023 г. введенные в заблуждение Лицом № 3представители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ФИО87, неосведомленным о преступной деятельности, согласно которому ИП ФИО87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24 ноября 2023 г. с целью выполнения условий договора № от 24 ноября 2023 г. с расчетного счета ООО «&lt;данные изъяты&gt;» №, открытого в Филиале «Нижегородский» АО «Альфа-Банк» на расчетный счет ИП ФИО87 №, открытый в АО «Тинькофф 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24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ИП ФИО87, а тот, в свою очередь, перенаправил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24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неодимовых магнитов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неодимовых магнитов,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10,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Кроме того, при вышеописанных обстоятельствах, не позднее 21 ноября 2023 г., неизвестное лицо, действующий согласно отведенной роли менеджера, реализуя указанные преступные намерения, находясь в офисе, расположенном по адресу: &lt;...&gt;, будучи зарегистрированным в системе «ЦРМ» менеджером под учетной записью «Мария Иванова», действуя якобы от имени ПАО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10, Лицом № 11, Лицом № 12, Лицом № 13, Лицом № 14, Лицом № 15, Лицом № 16, Лицом № 17, Лицом № 18, Лицом № 19,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зарегистрированной по адресу: &lt;адрес&gt;, которое осуществляет деятельность в сфере оптовой торговли металлами,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«&lt;данные изъяты&gt;», с почтового ящика, созданного неустановленным лицом с целью использования в преступной схеме, не имеющего отношения к ПАО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«&lt;данные изъяты&gt;» на закупку услуги металлопроката, которые в действительности ПАО «&lt;данные изъяты&gt;» не проводились. Не позднее 22 ноября 2023 г. представители ООО «&lt;данные изъяты&gt;», введенные в заблуждение будучи заинтересованными в заключении договора с ПАО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27 ноября 2023 г. неизвестное лицо направило представителям ООО «&lt;данные изъяты&gt;» информацию, согласно которой обязательным условием участия в торгах с ПАО «&lt;данные изъяты&gt;» является приобретение сертификата о внесении ПАО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27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«okk-rf.ru», подконтрольном Лицу № 1 и другим участникам организованной группы - преступного сообщества (преступной организации). Не позднее 27 ноября 2023 г. введенные в заблуждение неизвестным лицомпредставители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ИП ФИО105, являющейся активным участник организованной группы - преступного сообщества (преступной организации), согласно которому ИП ФИО105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27 ноября 2023 г. с целью выполнения условий договора № от 27 ноября 2023 г. с расчетного счета ООО «&lt;данные изъяты&gt;» №, открытого в Поволжском филиале АО «Райффайзенбанк», на расчетный счет ИП ФИО105 №, открытый в ПАО «АК БАРС» Банк, перечислены денежные средства в размере 53 000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28 ноября 2023 г., находясь в офисе, расположенном по адресу: &lt;...&gt; участник организованной группы - преступного сообщества (преступной организации) ФИО4 № 26, зарегистрированное в системе «ЦРМ» под учетной записью «Наталья Киселева», изготовило сертификат о внесении ООО «&lt;данные изъяты&gt;» в реестр СДС «СУЗ &lt;данные изъяты&gt;», который посредством электронного документооборота «Контур.Диадок» направило ИП ФИО105, а тот, в свою очередь, перенаправил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28 ноября 2023 г. в системе «ЦРМ» сведения об оплате денежных средств за сертификат, используя средства связи, представляясь якобы сотрудником ПАО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металлопроката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металлопроката,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«&lt;данные изъяты&gt;» заключен не был. Денежные средства в размере 53 000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53 000 рублей. В последствие ФИО1, ФИО4 № 1, ФИО4 № 2, ФИО4 № 3, ФИО4 № 4, ФИО4 № 5, ФИО4 № 6, ФИО4 № 7, ФИО4 № 8, ФИО4 № 9, ФИО4 № 10, ФИО4 № 11, ФИО4 № 12, ФИО4 № 13, ФИО4 № 14, ФИО4 № 15, ФИО4 № 16, ФИО4 № 17, ФИО4 № 18, ФИО4 № 19,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Кроме того, при вышеописанных обстоятельствах, не позднее 27 ноября 2023 г., неизвестное лицо, действующий согласно отведенной роли менеджера, реализуя указанные преступные намерения, находясь в офисе, расположенном по адресу: г. Саратов, будучи зарегистрированным в системе «ЦРМ» менеджером под учетной записью «Александр Александр», действуя якобы от имени ПАО НК «&lt;данные изъяты&gt;», в составе организованной группы - преступного сообщества (преступной организации), в соответствии с единым преступным умыслом с ФИО1, Лицом № 1, Лицом № 2, Лицом № 3, Лицом № 4, Лицом № 5, Лицом № 6, Лицом № 7, ФИО4 № 8, Лицом № 9, Лицом № 10, Лицом № 11, Лицом № 12, Лицом № 13, Лицом № 14, Лицом № 15, Лицом № 16, Лицом № 17, Лицом № 18, Лицом № 19, Лицом № 20, Лицом № 22, Лицом № 23, Лицом № 24, Лицом № 25, Лицом № 26, Лицом № 27, Лицом № 28 и другими неустановленными лицами на электронный почтовый ящик ООО «&lt;данные изъяты&gt;» ИНН №, зарегистрированному по адресу: &lt;адрес&gt;, которое осуществляет деятельность в сфере торговли прочими автотранспортными средствами, с целью хищения принадлежащих ему денежных средств путем обмана и злоупотребления доверием, под видом обеспечения участия в торгах, проводимых якобы от имени ПАО НК «&lt;данные изъяты&gt;», с почтового ящика, созданного неустановленным лицом с целью использования в преступной схеме, не имеющего отношения к ПАО НК «&lt;данные изъяты&gt;», сознательно направил техническое задание, содержащее заведомо ложные, несоответствующие действительности, сведения о возможности участия в торгах с целью заключения с ПАО НК «&lt;данные изъяты&gt;» на закупку услуги мини-погрузчиков, которые в действительности ПАО НК «&lt;данные изъяты&gt;» не проводились. Не позднее 27 ноября 2023 г. представители ООО «&lt;данные изъяты&gt;», введенные в заблуждение будучи заинтересованными в заключении договора с ПАО НК «&lt;данные изъяты&gt;», направили на указанную им электронную почту коммерческое предложение и анкету участника. Продолжая реализацию указанного преступного умысла, не позднее 28 ноября 2023 г. неизвестное лицо направило представителям ООО «&lt;данные изъяты&gt;» информацию, согласно которой обязательным условием участия в торгах с ПАО НК «&lt;данные изъяты&gt;» является приобретение сертификата о внесении ПАО НК «&lt;данные изъяты&gt;» в реестр СДС «&lt;данные изъяты&gt;», зарегистрированный от имени ООО «&lt;данные изъяты&gt;» в лице директора ФИО99, неосведомленного о преступной деятельности, используемый участниками организованной группы - преступного сообщества (преступной организации) с целью безвозмездного изъятия и обращения в свою пользу денежных средств, принадлежащих ООО «&lt;данные изъяты&gt;», внесенных в качестве оплаты за указанный сертификат. При этом неизвестное лицо с целью побуждения представителей ООО «&lt;данные изъяты&gt;», к заключению договора об оказании услуг сертификации, действующее согласно отведенной ему роли, не позднее 28 ноября 2023 г., направило в адрес последнего информацию, согласно которой приобрести сертификат можно в одном из сертифицирующих центров, перечень которых содержится на сайте СДС «&lt;данные изъяты&gt;» «suz2571.ru», подконтрольном Лицу № 1 и другим участникам организованной группы - преступного сообщества (преступной организации). Не позднее 29 ноября 2023 г. введенные в заблуждение неизвестным лицомпредставители ООО «&lt;данные изъяты&gt;», с целью приобретения сертификата СДС «&lt;данные изъяты&gt;» посредством электронной почты заключили договор о приобретении сертификата с ООО «&lt;данные изъяты&gt;», директором которого являлся ФИО86, неосведомленный о преступной деятельности, согласно которому ООО «&lt;данные изъяты&gt;» обязуется оказать консалтинговые услуги и выдать сертификат соответствия в электронном виде по стандарту СТО 6601.09-2022, который для участия в реальных торгах не требуется. 29 ноября 2023 г. с целью выполнения условий договора № от 29 ноября 2023 г. с расчетного счета ООО «&lt;данные изъяты&gt;» №, открытого в филиале «Нижегородский» АО «Альфа-Банк» &lt;адрес&gt;, на расчетный счет ООО «&lt;данные изъяты&gt;» №, открытый в Белгородском отделении № ПАО Сбербанк, перечислены денежные средства в размере 52 500 рублей за предоставление сертификата о внесении ООО «&lt;данные изъяты&gt;» в реестр СДС «&lt;данные изъяты&gt;», которые впоследствии перечислены на расчетный счет подконтрольного Лицу № 1 ООО «&lt;данные изъяты&gt;» №, открытый в АО «Альфа-Банк», тем самым поступив в распоряжение Лица № 1 и других участников преступного сообщества (преступной организации). Далее, после поступления денежных средств в распоряжение участников организованной группы - преступного сообщества (преступной организации), с целью сокрытия совершения преступления и создания видимости выполнения взятых обязательств по выпуску сертификата, выдавая свою деятельность за законную и реальную, в соответствии с единым преступным умыслом согласно отведенной преступной роли, не позднее 30 ноября 2023 г., находясь в офисе, расположенном по адресу: &lt;...&gt; участник организованной группы - преступного сообщества (преступной организации) ФИО4 № 27, зарегистрированное в системе «ЦРМ» под учетной записью «Маргарита Жилина», изготовило сертификат о внесении ООО «&lt;данные изъяты&gt;» в реестр СДС «&lt;данные изъяты&gt;», который посредством электронного документооборота «Контур.Диадок» направило ООО «&lt;данные изъяты&gt;», а те, в свою очередь, перенаправили его на электронный адрес представителей ООО «&lt;данные изъяты&gt;». Продолжая реализацию единого преступного умысла, действуя согласно отведенной преступной роли, ФИО4 № 28, находясь в офисе по адресу: &lt;...&gt;, зарегистрированное в системе «ЦРМ», действующеепод учетной записью «Иван Грызлов» в соответствии с единым преступным умыслом с руководителями и участниками организованной группы – преступного сообщества (преступной организации), получив 30 ноября 2023 г. в системе «ЦРМ» сведения об оплате денежных средств за сертификат, используя средства связи, представляясь якобы сотрудником ПАО НК «&lt;данные изъяты&gt;», которым в действительности оно не являлось, с целью сокрытия преступной деятельности, ввело в заблуждение представителей ООО «&lt;данные изъяты&gt;», заведомо понимая, что договор на закупку услуги мини-погрузчиков заключен не будет и исполнить обязательства перед ООО «&lt;данные изъяты&gt;» реальной возможности нет, сообщило ложную информацию о положительном решении вопроса о заключении договора на закупку услуги мини-погрузчиков, о ведении работы с ООО «&lt;данные изъяты&gt;», после чего прекратило общение посредством телефонной связи и электронной переписки, перестав отвечать на телефонные звонки и электронные письма. Впоследствии, договор между ООО «&lt;данные изъяты&gt;» и ПАО НК «&lt;данные изъяты&gt;» заключен не был. Денежные средства в размере 52 500 рублей ООО «&lt;данные изъяты&gt;» возвращены не были, а были похищены и поступили в распоряжение участников организованной группы - преступного сообщества (преступной организации). Тем самым, ООО «&lt;данные изъяты&gt;» причинен материальный ущерб на общую сумму 52 500 рублей. В последствие ФИО1, ФИО4 № 1, ФИО4 № 2, ФИО4 № 3, ФИО4 № 4, ФИО4 № 5, ФИО4 № 6, ФИО4 № 7, ФИО4 № 8, ФИО4 № 9, ФИО4 № 10, ФИО4 № 11, ФИО4 № 12, ФИО4 № 13, ФИО4 № 14, ФИО4 № 15, ФИО4 № 16, ФИО4 № 17, ФИО4 № 18, ФИО4 № 19, ФИО4 № 20, ФИО4 № 22, ФИО4 № 23, ФИО4 № 24, ФИО4 № 25, ФИО4 № 26, ФИО4 № 27, ФИО4 № 28 и неустановленные лица распределили похищенные денежные средства между собой в соответствии занимаемым преступным ролям и на дальнейшее развитие преступной деятельности. Таким образом, ФИО1 совершила мошенничество, то есть хищение чужого имущества путем обмана и злоупотребление доверием, совершенное организованной группой, то есть преступление, предусмотренное ч. 4 ст. 159 УК РФ . Судебное заседание в отношении подсудимой ФИО1, с которой заключено досудебное соглашение о сотрудничестве, проведено в порядке, установленном статьей 316 УПК РФ , с учетом требований ст. 317.7 УПК РФ . Подсудимая ФИО1 заявила о согласии с предъявленным ей обвинением, подтвердила добровольность заключения с прокурором досудебного соглашения о сотрудничестве в присутствии защитника и после консультаций с ним, и ходатайствовала о применении особого порядка судебного разбирательства. Государственный обвинитель подтвердил содействие подсудимой ФИО1 следствию, а также разъяснил суду, в чем именно оно выразилось. Судом в соответствии с ч. 4 ст. 317.7 УПК РФ исследованы: характер и пределы содействия подсудимой следствию в раскрытии и расследовании преступления, изобличении и уголовном преследовании других соучастников преступления; значение сотрудничества с подсудимой для раскрытия и расследования преступлений, изобличения и уголовного преследования других соучастников преступлений; преступления или уголовные дела, обнаруженные или возбужденные в результате сотрудничества с подсудимой; степень угрозы личной безопасности, которой подвергались подсудимая в результате сотрудничества со стороной обвинения, её близкие родственники, родственники и близкие лица; обстоятельства, характеризующие личность подсудимой, и обстоятельства, смягчающие наказание. Суд установил, что подсудимой ФИО1 соблюдены все условия и выполнены все обязательства, предусмотренные заключенным с ней досудебным соглашением о сотрудничестве. А именно, подсудимая ФИО1 указала, что входила в состав организованной группы - преступного сообщества (преступной организации) и участвовала в совершении мошеннических действий, различном соучастии, совместно с ее руководителями и участниками, дала изобличающие показания в качестве подозреваемой в отношении себя в совершении преступлений в составе организованной преступной группы - преступного сообщества (преступной организации) под руководством «Лица № 1», «Лица № 2», «Лица № 3», Лица № 4, Лица № 5, изобличила преступную деятельность и подробно рассказала о структуре организованной группы - преступного сообщества (преступной организации), дала правдивые показания о совершенных преступлениях, неизвестных правоохранительным органам, а именно о деятельности преступной группы, осуществляющей обман граждан и организаций путем оказания содействия за материальное вознаграждение в прохождении обязательной сертификации, необходимой для участия в конкурсах, тендерах, в других офисах в г. Саратове, лицах, входящих в состав преступной группы, осуществляющих руководство ею, приемах и методах ее работы, местонахождении других офисов, о личности менеджеров, системных администраторов, о наименовании программ для обмена текстовыми сообщениями и названия групп, содержащих переписку членов преступной группы, наименование и местонахождение программного обеспечения, используемого для учета работы менеджеров офисов и общей материально-технической базе, о получении и распределении доходов полученных преступным путем, о методах конспирации при осуществлении преступной деятельности. Дала показания по существу изъятых предметов, документов, имеющих доказательственное значение по уголовному делу, подтвердила свои показания в ходе проведения очных ставок со всеми участниками уголовного судопроизводства по уголовному делу. В ходе предварительного следствия ФИО1 при выполнении обязательств, предусмотренных заключенным с ней досудебным соглашением о сотрудничестве, сообщены полные и правдивые сведения. Оснований сомневаться в их достоверности не имеется, так как они согласуются с другими доказательствами, полученными в ходе расследования, и подтверждаются ими. В судебном заседании государственный обвинитель Кондриков В.И. документально подтвердил выполнение подсудимой ФИО1 условий досудебного соглашения. При этом, в судебном заседании были исследованы все протоколы допросов ФИО1, в которых она признавала свою вину, давала подробные показания, в том числе в изобличении иных лиц, объяснения, заявление прокурора, очные ставки. Сама же подсудимая ФИО1 в ходе судебного заседания подтвердила и указала, какие ей были выполнены условия досудебного соглашения. Обвинение, с которым согласилась подсудимая ФИО1, обоснованно, подтверждается доказательствами, собранными по уголовному делу, поэтому суд постановляет обвинительный приговор. При таких обстоятельствах суд считает возможным постановить приговор по настоящему уголовному делу без проведения судебного разбирательства. Действия подсудимой ФИО1 суд квалифицирует: - по ч. 2 ст. 210 УК РФ - как участие в преступном сообществе (преступной организации); - по ч. 4 ст. 159 УК РФ отдельно каждому по факту хищения денежных средств, принадлежащих ООО «&lt;данные изъяты&gt;», ООО «&lt;данные изъяты&gt;», ИП «ФИО119» (2 эпизода), ООО «&lt;данные изъяты&gt;», ИП «ФИО113», ООО «&lt;данные изъяты&gt;», ИП ФИО116, ООО «&lt;данные изъяты&gt;», ИП «ФИО95», ООО «&lt;данные изъяты&gt;», ООО «&lt;данные изъяты&gt;», ООО «Торговый Дом «Савой», ООО «&lt;данные изъяты&gt;», ООО «&lt;данные изъяты&gt;», ООО «&lt;данные изъяты&gt;», ООО «&lt;данные изъяты&gt;», ООО «&lt;данные изъяты&gt;», ООО «&lt;данные изъяты&gt;», ООО «Саратовская Пушно-меховая база Потребкооперации», АО «&lt;данные изъяты&gt;», ООО «ФИО3–МАРКЕТ», ИП «ФИО96», ООО «&lt;данные изъяты&gt;», ООО «&lt;данные изъяты&gt;», ООО «&lt;данные изъяты&gt;», ООО «&lt;данные изъяты&gt;», ООО «&lt;данные изъяты&gt;», ООО «&lt;данные изъяты&gt;», ГБУЗ «Медицинский ФИО2 «Династия», ООО «&lt;данные изъяты&gt;», ИП «ФИО97», АО «Экология–ФИО54», ООО «Аврора ФИО17», ООО «&lt;данные изъяты&gt;», ООО «&lt;данные изъяты&gt;», ООО «&lt;данные изъяты&gt;», ООО «&lt;данные изъяты&gt;», ИП «ФИО121», ООО «&lt;данные изъяты&gt;», ООО «&lt;данные изъяты&gt;», ИП «ФИО111», ООО «&lt;данные изъяты&gt;», ООО «&lt;данные изъяты&gt;»,ООО «&lt;данные изъяты&gt;», ООО «&lt;данные изъяты&gt;», ООО «&lt;данные изъяты&gt;», ИП «ФИО120», ООО «&lt;данные изъяты&gt;», ООО «&lt;данные изъяты&gt;», ИП «ФИО119», ООО «&lt;данные изъяты&gt;», ООО «&lt;данные изъяты&gt;», ИП «ФИО98», ООО «&lt;данные изъяты&gt;», ООО «&lt;данные изъяты&gt;», ООО «&lt;данные изъяты&gt;», ООО «&lt;данные изъяты&gt;», ООО «&lt;данные изъяты&gt;», ИП «ФИО117», ООО «&lt;данные изъяты&gt;», ИП «ФИО118»,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АО «&lt;данные изъяты&gt;», ИП «ФИО115», ООО «&lt;данные изъяты&gt;», ООО «&lt;данные изъяты&gt;», ИП «ФИО114», ООО «&lt;данные изъяты&gt;», ООО «&lt;данные изъяты&gt;», ООО «&lt;данные изъяты&gt;», ООО «&lt;данные изъяты&gt;», ИП «ФИО112»,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ООО «&lt;данные изъяты&gt;» - как мошенничество, то есть хищение чужого имущества путем обмана и злоупотребления доверием, совершенное организованной группой; Психическое состояние подсудимой судом проверено. В соответствии со справками медицинского учреждения ФИО1 на учете у врача-нарколога и врача-психиатра не состоит (т. 102 л.д. 170). Исходя из этого, а также учитывая данные о личности подсудимой, ее поведение в процессе предварительного следствия и судебного заседания, сомнений во вменяемости подсудимого у суда не возникло в связи с чем суд признает ФИО1 подлежащей уголовной ответственности и наказанию. При назначении наказания суд учитывает характер и степень общественной опасности совершенных преступлений, которые относятся к категориям тяжких, обстоятельства, смягчающие наказание, влияние назначенного наказания на исправление осужденной и на условия жизни ее семьи, а также достижение таких целей наказания как восстановление социальной справедливости и предотвращение совершения новых преступлений. Суд также учитывает личность виновной, ее возраст, состояние здоровья, которая не судима, к уголовной ответственности привлекается впервые, вину признала полностью, раскаялась в содеянном, неофициально, но работает, по месту жительства характеризуется положительно, на учете у врачей нарколога и психиатра не состоит, имеет родителей, страдающих заболеванием, добровольно частично возместила потерпевшим имущественный ущерб, причиненный преступлением. Обстоятельствами, смягчающими ФИО1 наказание по всем преступлениям в соответствии с п. «и» ч. 1 ст. 61 УК РФ суд признает активное способствование раскрытию и расследованию преступлений, изобличению и уголовному преследованию других соучастников преступлений. В соответствии с ч. 2 ст. 61 УК РФ суд также признает обстоятельствами, смягчающими ФИО1 наказание, признание своей вины, раскаяние в содеянном, добровольное частичное возмещение имущественного ущерба, причиненного преступлением, принесение извинений потерпевшим, положительные характеристики, состояние ее здоровья, а также ее родственников, добровольные пожертвования в благотворительные фонды. Обстоятельств, отягчающих наказание, по делу не имеется. Суд учитывает положения ч. 2 ст. 62 УК РФ и ч. 5 ст. 317.7 УПК РФ . Исключительных обстоятельств, существенно уменьшающих степень общественной опасности совершенных преступлений, дающих основания для назначения более мягкого наказания с применением ст. 64 УК РФ , а также для условного осуждения суд не усматривает. С учетом фактических обстоятельств преступления и степени его общественной опасности, размера причиненного преступлением имущественного ущерба суд не усматривает оснований для изменения категории преступления в соответствии с ч. 6 ст. 15 УК РФ на менее тяжкую. Оснований для назначения дополнительных наказаний суд также не усматривает. Принимая во внимание вышеизложенные обстоятельства, суд пришел к выводу о том, что восстановление социальной справедливости, исправление виновной и предупреждение совершения новых преступлений могут быть достигнуты только путем назначения ФИО1 наказания в виде лишения свободы. На основании п. «б» ч. 1 ст. 58 УК РФ отбывание наказания ФИО1 как женщине, осужденной к лишению свободы за совершение тяжких преступлений, следует назначить в исправительной колонии общего режима. Меру пресечения ФИО1 следует изменить на заключение под стражу до вступления приговора в законную силу в целях обеспечения исполнения приговора суда. Подсудимой ФИО1 следует зачесть в срок отбывания наказания время ее содержания под стражей в период с 04 июня 2025 г. до вступления настоящего приговора в законную силу. Оснований для назначения дополнительных видов наказаний не усматривается. Исключительных обстоятельств, существенно уменьшающих степень общественной опасности совершенных преступлений, дающих основания для назначения более мягкого наказания с применением ст. 64 УК РФ , а также оснований для изменения категории преступления в соответствии с ч. 6 ст. 15 УК РФ суд не усматривает. При обсуждении вопроса о замене ФИО1 наказания в виде лишения свободы принудительными работами в порядке, установленном ст. 53.1 УК РФ , суд приходит к выводу об отсутствии оснований для таковой замены. Гражданский иск по делу не заявлен. Судьбу вещественных доказательств следует разрешить в соответствии с ч. 3 ст. 81 УПК РФ . На основании изложенного, руководствуясь ст. 317.7 УПК РФ , суд приговорил: ФИО1 признать виновной в совершении преступления, предусмотренного ч. 2 ст. 210 УК РФ и 95 преступлений, предусмотренных ч. 4 ст. 159 УК РФ , и назначить ей наказание: - по ч. 2 ст. 210 УК РФ - в виде 2 (двух) лет 6 (месяцев) лишения свободы с ограничением свободы на срок 1 (один) год. В соответствии со ст. 53 УК РФ в период отбывания дополнительного наказания установить осужденной следующие ограничения: не выезжать за пределы территории муниципального образования, где осужденная будет проживать после отбытия лишения свободы,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(уголовно-исполнительной инспекции по месту жительства или пребывания); а также возложить на нее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по ч. 4 ст. 159 УК РФ - по факту хищения денежных средств принадлежащих ООО «&lt;данные изъяты&gt;» в сумме 47 500 руб. - в виде 1 (одного) года лишения свободы; по ч. 4 ст. 159 УК РФ - по факту хищения денежных средств принадлежащих ООО «&lt;данные изъяты&gt;» в сумме 47 500 руб. - в виде 1 (одного) года лишения свободы; по ч. 4 ст. 159 УК РФ - по факту хищения денежных средств принадлежащих ИП «ФИО119» в сумме 47 500 руб. - в виде 1 (одного) года лишения свободы; по ч. 4 ст. 159 УК РФ - по факту хищения денежных средств принадлежащих ООО «&lt;данные изъяты&gt;» в сумме 47 500 руб. - в виде 1 (одного) года лишения свободы; по ч. 4 ст. 159 УК РФ - по факту хищения денежных средств принадлежащих ИП «ФИО113» в сумме 47 500 руб. - в виде 1 (одного) года лишения свободы; по ч. 4 ст. 159 УК РФ - по факту хищения денежных средств принадлежащих ООО «&lt;данные изъяты&gt;» в сумме 47 500 руб. - в виде 1 (одного) года лишения свободы; по ч. 4 ст. 159 УК РФ - по факту хищения денежных средств принадлежащих ИП ФИО116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«ФИО95»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АО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«ФИО96»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ГБУЗ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«ФИО97» в сумме 52 500 руб. - в виде 1 (одного) года лишения свободы; по ч. 4 ст. 159 УК РФ - по факту хищения денежных средств принадлежащих АО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«ФИО121»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«ФИО111»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«ФИО120»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«ФИО119»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«ФИО98»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«ФИО117»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«ФИО118»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потерпевшего ООО «&lt;данные изъяты&gt;» в сумме 52 500 руб. - в виде 1 (одного) года лишения свободы; по ч. 4 ст. 159 УК РФ - по факту хищения денежных средств принадлежащих АО «&lt;данные изъяты&gt;» в сумме 52 500 руб. - в виде 1 (одного) года лишения свободы; по ч. 4 ст. 159 УК РФ - по факту хищения денежных средств принадлежащих ИП «ФИО115»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ИП «ФИО114» в сумме 53 000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ИП «ФИО112» в сумме 52 500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по ч. 4 ст. 159 УК РФ - по факту хищения денежных средств принадлежащих ООО «&lt;данные изъяты&gt;» в сумме 53 000 руб. - в виде 1 (одного) года лишения свободы; по ч. 4 ст. 159 УК РФ - по факту хищения денежных средств принадлежащих ООО «&lt;данные изъяты&gt;» в сумме 52 500 руб. - в виде 1 (одного) года лишения свободы; На основании ч. 3 ст. 69 УК РФ окончательное наказание ФИО1 по совокупности преступлений путем частичного сложения назначенных наказаний назначить в виде 3 (трех) лет 6 (шести) месяцев лишения свободы, с отбыванием наказания в исправительной колонии общего режима, с дополнительным наказанием в виде ограничением свободы на срок 1 (один) год. В соответствии со ст. 53 УК РФ в период отбывания дополнительного наказания установить осужденной ФИО1 следующие ограничения: не выезжать за пределы территории муниципального образования, где осужденный будет проживать после отбытия лишения свободы,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(уголовно-исполнительной инспекции по месту жительства или пребывания); а также возложить на него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Срок отбывания ФИО1 наказания в виде лишения свободы исчислять с момента вступления приговора в законную силу. Меру пресечения ФИО1 изменить на заключение под стражу, взяв ее под стражу в зале суда, поместить ее в ФКУ СИЗО-1 УФСИН России по Саратовской области до вступления приговора в законную силу. Зачесть ФИО1 в срок отбывания наказания в виде лишения свободы время содержания под стражей в период с 04 июня 2025 г. до вступления настоящего приговора в законную силу из расчета один день содержания под стражей за полтора дня отбывания наказания в исправительной колонии общего режима. Вещественные доказательства: - документы, хранящиеся в уголовном деле № 12301630023000958, - хранить в деле № 12301630023000958 до рассмотрения уголовного дела по существу (т. 45 л.д. 99-174, 192-238, т. 46 л.д. 9-150, т. 42 л.д. 229-249, т. 43 л.д. 1-242, т. 44 л.д. 18-96, 117-250, т. 45 л.д. 1-10, 32-77, т. 46 л.д. 177-250, т. 47 л.д. 1-20, 41-151, 170-217, 239-249, т. 48 л.д. 1-49, т. 49 л.д. 221-241, т. 50 л.д. 1-84, 105-153, 50 л.д. 175-249, т. 48 л.д. 71-228, 249, т. 49 л.д. 1-200, т. 41 л.д. 101-140, т. 39 л.д. 14-43, т. 37 л.д. 161-198, 229-249, т. 38 л.д. 28-80, 107-121, 151-182, 212-245, т. 41 л.д. 168-205, л.д. 238-251, т. 42 л.д. 1-8, 38-80, 108-142, 170-205, т. 32 л.д. 156-198, 220-250, т. 33 л.д. 1-76, 96-155, 179-249, т. 34 л.д.23-102, т. 39 л.д. 64-124, 219-250, т. 40 л.д. 1-85, 106-132, 157-249, т. 41 л.д. 1-72, т. 39 л.д. 145-206, т. 34 л.д.122-147, 165-246, т. 35 л.д. 21-103, 127-205, 230, т. 36 л.д. 10, 34-90, т. 29 л.д. 203-250, т. 30 л.д. 21-67, 250, т. 31 л.д. 1-131, 153-210, 234-251,т. 32 л.д. 1-80, 104-131, т. 36 л.д. 113-150, 179, т. 37 л.д. 53, 77-130, т. 74 л.д. 158-238, т. 70 л.д. 42-73, 90-105, 126-209, 229-251, т. 71 л.д. 1-5, 27-88, т. 69 л.д. 186-203, 224-250, т. 70 л.д. 1-26, т. 73 л.д. 9-62, 94-155, 179-250,т. 74 л.д. 1-24, 43-72, 90-107, 122-136, т. 71 л.д. 109-113, 132-172, 198-250, т. 72 л.д. 1-118, 138-172, 193-238, т. 67 л.д. 233-250, т. 68 л.д. 1-12, 34-79, 100-165, 185-250, т. 69 л.д. 1-15, 92-166, 27-69, т. 66 л.д. 212-250, т. 67 л.д. 1-17, 38-129, 152-212, т. 63 л.д. 17-26, 46-130, 152-250, т. 64 л.д. 1-33, 154-233, т. 65 л.д. 99-140, 160-201, 224-250, т. 66 л.д. 1-48, 69-107, 128-191, т. 64 л.д. 55-129, т. 65 л.д. 6-75, т. 51 л.д. 29-87, 108-121, 145-231, т. 52 л.д. 1-162, т. 55 л.д. 176-243, т. 56 л.д. 17-38, 60-132, 158-228, т. 57 л.д. 1-21, 49-250, т. 58 л.д. 1-77, 100-229, т. 52 л.д. 188-250,т. 53 л.д. 1-108, 129-227, 249-250, т. 54 л.д. 1-105, 127-176, 199-247, т. 55 л.д. 1-7, 29-91, 111-154, т. 59 л.д. 17-136, 168-239, т. 60 л.д.1-22, т. 61 л.д. 160-207, 240-250, т. 62 л.д. 1-51, 82-130, 158-184, 215-236, т. 61 л.д. 63-128, т. 60 л.д. 58-149, 186-246, т. 61 л.д. 1-28, т. 75 л.д. 15, 116-147, 167-198, т. 76 л.д. 28-38, т. 81 л.д. 88-107, т. 20 л.д. 215-247, т. 21 л.д. 1-41, 245-246, т. 22 л.д. 21-32, 56-73, т. 26 л.д. 123-217, т. 27 л.д. 103-106, т. 23 л.д. 131-203, 136-141, 232-251, т. 24 л.д. 1-23, 91-145, т. 25 л.д. 80-81, т. 22 л.д. 98-174, 202, 247-251, т. 23 л.д. 1, т. 79 л.д. 30-110, 129-218, 238-252, т. 80 л.д. 1-74, 97-121, 131-169, 179-250, т. 81 л.д. 10-68, т. 91 л.д. 243-244); - предметы, вещи и документы, хранящиеся при материалах уголовного дела № 12301630023000958, - хранить при деле № 12301630023000958 до рассмотрения уголовного дела по существу (т. 91 л.д. 14, т. 93 л.д. 244-249, т. 94 л.д. 9-10, 29-36, 97-98, т. 95 л.д. 220-221, т. 96 л.д. 43-44, т. 97 л.д. 90-92, 210-211, т. 98 л.д. 63, 84, 180). - предметы, вещи и документы, хранящиеся в камере хранения вещественных доказательств, - хранить до вынесения итогового решения уголовному делу № 12301630023000958 (т. 91 л.д. 103-107, 108- 118, 174-175, 243-244); - денежные средства в сумме 175 400 руб., 1 203 000 руб., хранящиеся в центре финансового обеспечения ГУ МВД России по Саратовской области, - хранить до вынесения итогового решения уголовному делу № 12301630023000958 (т. 91 л.д. 14, 36-40); Приговор может быть обжалован в апелляционном порядке в судебную коллегию по уголовным делам Саратовского областного суда, путем подачи апелляционной жалобы через Октябрьский районный суд г. Саратова, в течение пятнадцати суток со дня его провозглашения, а осужденным, находящимся под стражей - в тот же срок, со дня вручения копий приговора. Осужденный вправе ходатайствовать об участии в рассмотрении уголовного дела судом апелляционной инстанции, о чем он должен указать в своей апелляционной жалобе или в возражениях на апелляционные жалобы, представления, принесенные другими участниками уголовного процесса. Председательствующий С.В. Калашников Суд: Октябрьский районный суд г. Саратова (Саратовская область) (подробнее) Судьи дела: Калашников Сергей Владимирович (судья) (подробнее) Последние документы по делу: Приговор от 27 ноября 2025 г. по делу № 1-99/2025 Приговор от 3 июня 2025 г. по делу № 1-99/2025 Приговор от 12 марта 2025 г. по делу № 1-99/2025 Приговор от 12 марта 2025 г. по делу № 1-99/2025 Приговор от 24 февраля 2025 г. по делу № 1-99/2025 Показать все документы по этому делу Судебная практика по: По мошенничеству Судебная практика по применению нормы ст. 159 УК РФ Преступное сообщество Судебная практика по применению нормы ст. 210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