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03.04.2024 года в период времени с 17 часов 15 минут до 17 часов 40 минут, находясь в помещении торгового зала магазина «Пятерочка 006» Акционерного общества «Торговый Дом «ПЕРЕКРЕСТОК»,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магазина «Пятерочка 006», товарно-материальные ценности, принадлежащие Акционерному обществу «Торговый Дом «ПЕРЕКРЕСТОК», на общую сумму 4547 рублей 22 копейки с учетом НДС, а именно: 1) набор шоколадных конфет торговой марки «MERCI» в количестве 26 коробок, стоимостью 101 рубль 07 копеек с учетом НДС за 1 коробку, а на общую сумму 2627 рублей 82 копейки с учетом НДС; 2) масло торговой марки «Вкуснотеево» традиционное в количестве 5 пачек, массой 340 грамм каждая, стоимостью 91 рубль 77 копеек без учета НДС за 1 упаковку, а на общую сумму 458 рублей 85 копеек с учетом НДС; 3) масло торговой марки «Вкуснотеево» традиционное в количестве 13 пачек, массой 200 грамм каждая, стоимостью 112 рублей 35 копеек с учетом НДС за 1 упаковку, а на общую сумму 1460 рублей 55 копеек с учетом НДС, которые сложил в заранее приготовленную им черную сумку с ручками, находящуюся при нем. Продолжая реализовывать свой преступный умысел, ФИО2, минуя кассовую зону и не оплатив товары, вышел из помещения магазина «Пятерочка 006», тем самым тайно похитил имущество, принадлежащее Акционерному обществу «Торговый Дом «ПЕРЕКРЕСТОК». С похищенным имуществом ФИО2 с места совершения преступления скрылся, распорядился им по своему усмотрению, причинив тем самым Акционерному обществу «Торговый. Дом «ПЕРЕКРЕСТОК» материальный ущерб на общую сумму 4547 рублей 22 копейки с учетом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13.05.2024 года в период времени с 20 часов 25 минут до 20 часов 40 минут, находясь в помещении торгового зала магазина «Пятерочка №» Общества с ограниченной ответственностью «Агроторг»,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магазина «Пятерочка №», товарно-материальные ценности, принадлежащие ООО «Агроторг», на общую сумму 11 855 рублей 36 копеек с учетом НДС, а именно: 1) кофе «Ambassador Platinum» растворимый, в количестве 3 банок, массой 190 гр каждая, стоимостью 591 рубль 59 копеек с учетом НДС за 1 банку, а на общую сумму 1 774 рубля 77 копеек с учетом НДС; 2) кофе «NESCAFE Gold» растворимый, в количестве 5 банок, массой 130 гр каждая, стоимостью 479 рублей 99 копеек с учетом НДС за 1 банку, а на общую сумму 2 399 рублей 95 копеек с учетом НДС; 3) кофе «NESCAFE Gold Barista» в количестве 5 упаковок, массой 75 гр каждая, стоимостью 359 рублей 98 копеек с учетом НДС за 1 упаковку, а на общую сумму 1 799 рублей 90 копеек с учетом НДС; 4) печень трески натуральная торговой марки «Fish House» в количестве 12 банок, массой 230 гр каждая, стоимостью 347 рублей 99 копеек с учетом НДС за 1 банку, а на общую сумму 4175 рублей 85 копеек с учетом НДС; 5) Шоколад «KINDER CHOCOLATE» молочный с молочной начинкой в количестве 10 штук, стоимостью 170 рублей 49 копеек с учетом НДС за 1 штуку, а на общую сумму 1704 рубля 89 копеек с учетом НДС, которые сложил в продуктовую корзину, не представляющую материальную ценность для ООО «Агроторг». Продолжая реализовывать свой преступный умысел, ФИО2 минуя кассовую зону и не оплатив товары, вышел из магазина, тем самым тайно похитил имущество, принадлежащее ООО «Агроторг». С похищенным имуществом ФИО2 с места совершения преступления скрылся, распорядился им по своему усмотрению, чем причинил ООО «Агроторг» материальный ущерб на общую сумму 11 855 рублей 36 копеек с учетом НДС.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ФИО2 13.05.2024 года в период времени с 20 часа 55 минут до 21 часов 10 минут, находясь в помещении торгового зала магазина «Пятерочка №» Общества с ограниченной ответственностью «Агроторг»,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«Пятерочка №», товарно-материальные ценности, принадлежащие ООО «Агроторг», на общую сумму 3883 рубля 29 копеек с учетом НДС, а именно: 1) колбасу салями «Шарм» торговой марки «МПК ФИО3», массой 2,864 кг, стоимостью 497 рублей 50 копеек с учетом НДС за 1 кг, на общую сумму 1424 рубля 84 копейки с учетом НДС; 2) колбасу «Сальчичон» торговой марки ООО «Торговый Дом Черкизово», в количестве 2 штук, массой 300 гр каждая, стоимостью 209 рублей 07 копеек с учетом НДС за 1 штуку, а на общую сумму 418 рублей 14 копеек с учетом НДС; 3) колбасу «Балыковая» торговой марки «Красновъ», массой 2,571 кг, стоимостью 467 рублей 37 копеек с учетом НДС за 1 кг, на общую сумму 1201 рубль 61 копейка с учетом НДС; 4) колбасу «Медовая», массой 1,17 кг, стоимостью 716 рублей 84 копейки с учетом НДС за 1 кг, на общую сумму 838 рублей 70 копеек с учетом НДС, которые сложил в пакет, находящийся при нем. Продолжая реализовывать свой преступный умысел, ФИО2, минуя кассовую зону и не оплатив товары, вышел из помещения магазина «Пятерочка №», тем самым тайно похитил имущество, принадлежащее ООО «Агроторг». С похищенным имуществом ФИО2 с места совершения преступления скрылся, распорядился им по своему усмотрению, чем причинил ООО «Агроторг» материальный ущерб на общую сумму 3883 рубля 29 копеек с учетом НДС.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ФИО2 03.06.2024 года в период времени с 11 часов 50 минут до 12 часов 00 минут, находясь в помещении торгового зала магазина «Пятерочка №» Общества с ограниченной ответственностью «Агроторг», расположенного по адресу: &lt;адрес&gt;, ул. &lt;адрес&gt;,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«Пятерочка №», товарно-материальные ценности, принадлежащие ООО «Агроторг», на общую сумму 9 792 рублей 56 копеек с учетом НДС, а именно: 1) шампунь «Head&amp;Shoulders» против перхоти 2 в 1 основной уход в количестве 9 флаконов, объемом 400 мл каждый, стоимостью 525 рублей 24 копейки с учетом НДС за 1 флакон, а на общую сумму 4727 рублей 16 копеек с учетом НДС; 2) шампунь «Head&amp;Shoulders» против перхоти 2 в 1 в количестве 4 флаконов, объемом 200 мл каждый, стоимостью 292 рубля 79 копеек с учетом НДС за 1 флакон, а на общую сумму 1171 рубль 16 копеек с учетом НДС; 3) бальзам «ELSEVE» полное восстановление в количестве 3 флаконов, объемом 400 мл, стоимостью 427 рублей 94 копейки с учетом НДС за 1 флакон, а на общую сумму 1283 рубля 82 копейки с учетом НДС; 4) шампунь «ELSEVE» полное восстановление в количестве 3 флаконов, объемом 400 мл каждый, стоимостью 427 рублей 94 копейки с учетом НДС за 1 флакон, а на общую сумму 1283 рубля 82 копейки с учетом НДС; 5) бальзам «PANTENE» густые и крепкие в количестве 3 флаконов, объемом 360 мл каждый, стоимостью 442 рублей 20 копейки с учетом НДС за 1 шт. на общую сумму 1326 рублей 60 копеек с учетом НДС. Продолжая реализовывать свой преступный умысел, ФИО2 минуя кассовую зону и не оплатив товары, вышел из магазина, тем самым тайно похитил имущество, принадлежащее ООО «Агроторг». С похищенным имуществом ФИО2 с места совершения преступления скрылся, распорядился им по своему усмотрению, чем причинил ООО «Агроторг» материальный ущерб на общую сумму 9 792 рублей 56 копеек с учетом НДС.</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ФИО2 05.06.2024 года в период времени с 21 часа 27 минут до 21 часа 30 минут, находясь в помещении торгового зала магазина «Пятерочка 12947»,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«Пятерочка №», товарно-материальные ценности, принадлежащие ООО «Агроторг», на общую сумму 6 153 рубля 34 копейки с учетом НДС, а именно: 1) масло традиционное торговой марки «Вкуснотеево» в количестве 1 упаковки, массой 340 гр, стоимостью 327 рублей 47 копеек с учетом НДС за 1 упаковку с учетом НДС; 2) масло сладко-сливочное несоленое «Традиционное» в количестве 2 упаковок, массой по 200 гр каждая, стоимостью 159 рублей 54 копейки с учетом НДС за 1 упаковку, а на общую сумму 319 рублей 08 копеек с учетом НДС; 3) масло сливочное крестьянское в количестве 20 упаковок, массой 180 гр каждая, стоимостью 118 рублей 83 копейки с учетом НДС за 1 упаковку, а на общую сумму 2376 рублей 66 копеек с учетом НДС; 4) масло крестьянское торговой марки «Счастливое детство» в количестве 1 упаковки, массой 180 гр, стоимостью 111 рублей 89 копеек с учетом НДС за 1 упаковку с учетом НДС; 5) масло крестьянское сливочное в количестве 1 упаковки, массой 180 гр, стоимостью 128 рублей 94 копейки с учетом НДС за 1 упаковку с учетом НДС; 6) масло традиционное «Станция молочная» в количестве 7 упаковок, массой 175 гр каждая, стоимостью 137 рублей 76 копеек с учетом НДС за 1 упаковку, а на общую сумму 964 рубля 32 копейки с учетом НДС; 7) масло крестьянское в количестве 1 упаковки, массой 180 гр, стоимостью 125 рублей 83 копейки с учетом НДС; 8) масло традиционное торговой марки «Вкуснотеево» в количестве 4 упаковок, массой 200 гр каждая, стоимостью 164 рубля 52 копейки с учетом НДС за 1 упаковку, а на общую сумму 658 рублей 08 копеек с учетом НДС; 9) масло крестьянское сливочное в количестве 7 упаковок, массой 170 гр каждая, стоимостью 125 рублей 87 копеек с учетом НДС за 1 упаковку, на общую сумму 881 рубль 09 копеек с учетом НДС; 10) сыр сливочный плавленый торговой марки «LIEBENDORF» в количестве 2 упаковок, стоимостью 129 рублей 99 копеек с учетом НДС за 1 шт. на общую сумму 259 рублей 98 копеек с учетом НДС, которые сложил в находящийся при нем полимерный пакет. Продолжая реализовывать свой преступный умысел на тайное хищение чужого имущества, ФИО2 минуя кассовую зону и не оплатив товары, вышел из магазина, тем самым тайно похитил имущество, принадлежащее ООО «Агроторг». С похищенным имуществом ФИО2 с места совершения преступления скрылся, распорядился им по своему усмотрению, чем причинил ООО «Агроторг» материальный ущерб на общую сумму 6 153 рубля 34 копейки с учетом НДС.</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ФИО2 06.06.2024 года в период времени с 21 часа 15 минуты до 21 часов 30 минут, находясь в помещении торгового зала магазина «Пятерочка 12947»,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«Пятерочка №», товарно-материальные ценности, принадлежащие ООО «Агроторг», на общую сумму 9 125 рублей 66 копеек с учетом НДС, а именно: 1) Сыр сливочный торговой марки «Вкуснотеево», в количестве 6 упаковок, массой 200 гр каждая, стоимостью 183 рубля 12 копеек с учетом НДС за 1 упаковку, а на общую сумму 1098 рублей 70 копейки с учетом НДС; 2) Сыр «Тильзитер» в количестве 6 упаковок, массой 200 гр каждая, стоимостью 119 рублей 03 копейки с учетом НДС за 1 упаковку, а на общую сумму 714 рублей 19 копеек с учетом НДС; 3) Сыр «Калачеевский» торговой марки «Вкуснотеево» в количестве 4 упаковок, массой 200 гр каждая, стоимостью 130 рублей 02 копейки с учетом НДС за 1 упаковку, а на общую сумму 520 рублей 08 копеек с учетом НДС; 4) Сыр «Монастырский» торговой марки «Брест Литовский» в количестве 4 упаковок, массой 200 гр каждая, стоимостью 114 рублей 59 копеек с учетом НДС за 1 упаковку, а на общую сумму 458 рублей 36 копеек с учетом НДС; 5) Сыр «Ламбер» в количестве 2 кусков, массой 230 гр каждый, стоимостью 207 рублей 75 копеек с учетом НДС за 1 кусок, а на общую сумму 415 рублей 50 копеек с учетом НДС; 6) Сыр классический торговой марки «Брест Литовск» в количестве 2 упаковок, массой 200 гр каждая, стоимостью 122 рубля 88 копеек с учетом НДС за 1 упаковку, а на общую сумму 245 рублей 76 копеек с учетом НДС; 7) Сыр «Пармезан», массой 1 кг 531 гр, стоимостью 831 рубль 93 копейки с учетом НДС за 1 кг, а на общую сумму 1273 рублей 68 копеек с учетом НДС; 8) сыр «Ламбер», массой 970 гр, стоимостью 748 рублей 68 копеек с учетом НДС за 1 кг, а на общую сумму 726 рублей 22 копейки с учетом НДС; 9) Масло традиционное торговой марки «Лебедянь» в количестве 5 упаковок, массой 200 гр каждая, стоимостью 151 рубль 95 копеек с учетом НДС за 1 упаковку, а на общую сумму 759 рублей 75 копеек с учетом НДС; 10) Масло сливочное крестьянское торговой марки «Лебедянь» в количестве 20 упаковок, массой 180 гр каждая, стоимостью 118 рублей 83 копейки с учетом НДС за 1 упаковку, а на общую сумму 2376 рублей 66 копеек с учетом НДС; 11) Сыр «Ларец» с грецкими орехами в количестве 3 упаковок, массой 245 гр каждая, стоимостью 178 рублей 92 копейки с учетом НДС за 1 упаковку, а на общую сумму 536 рублей 76 копеек с учетом НДС, которые сложил в находящиеся при нем полимерные пакеты. Продолжая реализовывать свой преступный умысел, ФИО2 минуя кассовую зону и не оплатив товары, вышел из магазина, тем самым тайно похитил имущество, принадлежащее ООО «Агроторг». С похищенным имуществом ФИО2 с места совершения преступления скрылся, распорядился им по своему усмотрению, чем причинил ООО «Агроторг» причинен материальный ущерб на общую сумму 9 125 рублей 66 копеек с учетом НДС.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ФИО2 13.06.2024 года в период времени с 20 часов 25 минут до 20 часов 45 минут, находясь в помещении торгового зала магазина «Пятерочка 12947»,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«Пятерочка №», товарно-материальные ценности, принадлежащие ООО «Агроторг», на общую сумму 4 991 рублей 91 копейка с учетом НДС, а именно: 1) масло оливковое торговой марки «Global Village» рафинированное, в количестве 2 бутылок, объемом 500 мл каждая, стоимостью 473 рубля 30 копеек с учетом НДС за 1 бутылку, а общую сумму 946 рублей 60 копеек с учетом НДС; 2) масло сливочное традиционное торговой марки Вкуснотеево» в количестве 1 упаковки, массой 340 гр, стоимостью 327 рублей 47 копейки с учетом НДС за 1 упаковку; 3) масло сладко-сливочное несоленое «Традиционное» в количестве 1 упаковки, массой 200 гр, стоимостью 159 рублей 54 копейки с учетом НДС за 1 упаковку; 4) масло сливочное крестьянское в количестве 1 упаковки, массой 180 гр, стоимостью 118 рублей 83 копейки с учетом НДС за 1 упаковку; 5) сыр «Монастырский» торговой марки «Брест-Литовск» в количестве 10 упаковок, массой 200 гр каждая, стоимостью 114 рублей 59 копеек с учетом НДС за 1 упаковку, а на общую сумму 1145 рублей 90 копеек с учетом НДС; 6) сыр сливочный торговой марки «LIBENDORF» в количестве 8 упаковок, массой 400 гр каждая, стоимостью 129 рублей 99 копеек с учетом НДС за 1 упаковку, а на общую сумму 1039 рублей 92 копейки с учетом НДС; 7) сыр плавленый сливочный «Hochland»в количестве 4 упаковок, массой 200 гр каждая, стоимостью 124 рубля 73 копейки с учетом НДС на общую сумму 498 рублей 92 копейки с учетом НДС; 8) сыр «Голландский» торговой марки «LIBENDORF» в количестве 2 упаковок, массой 200 гр каждая, стоимостью 99 рублей 88 копеек с учетом НДС за 1 шт. на общую сумму 199 рублей 76 копеек с учетом НДС; 9) сыр «Ларец» с грецкими орехами в количестве 1 упаковки, массой 245 гр, стоимостью 180 рублей 63 копейки с учетом НДС за 1 упаковку; 10) сыр «Ламбер» массой 500 гр, стоимостью 748 рублей 68 копеек с учетом НДС за 1 кг., а на общую сумму 374 рубля 34 копейки с учетом НДС. Продолжая реализовывать свой преступный умысел, ФИО2 минуя кассовую зону и не оплатив товары, вышел из магазина, тем самым тайно похитил имущество, принадлежащее ООО «Агроторг».С похищенным имуществом ФИО2 с места совершения преступления скрылся, распорядился им по своему усмотрению, чем причинил ООО «Агроторг» материальный ущерб на общую сумму 4991 рубль 91 копейка с учетом НДС.</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ФИО2 17.06.2024 года в период времени с 18 часов 45 минуты до 19 часов 00 минут, находясь в помещении торгового зала магазина «Красное и Белое» Общества с ограниченной ответственностью «Альфа-М»,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стеллажа, установленного в торговом зале вышеуказанного магазина «Красное и Белое», товарно-материальные ценности, принадлежащие ООО «Альфа-М», а именно: бутылку виски «Макаллан Дабл Каск» объемом 0,7 л, стоимостью 8999 рублей 99 копеек с учетом НДС. Продолжая реализовывать свой преступный умысел, ФИО2 минуя кассовую зону и не оплатив товар, вышел из магазина, тем самым тайно похитил имущество, принадлежащее ООО «Альфа-М». С похищенным имуществом ФИО2 с места совершения преступления скрылся, распорядился им по своему усмотрению, чем причинил ООО «Альфа-М» материальный ущерб на общую сумму 8999 рублей 99 копеек с учетом НДС.</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ФИО2 17.06.2024 года в период времени с 19 часов 25 минут до 21 часов 05 минут, находясь в помещении торгового зала магазина «Красное и Белое» Общества с ограниченной ответственностью «Альфа-М», расположенного по адресу: &lt;адрес&gt;, пом. 4,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стеллажа, установленного в торговом зале вышеуказанного магазина «Красное и Белое», товарно-материальные ценности, принадлежащие ООО «Альфа-М», а именно: бутылку виски «Джек Дэниелс Теннесси» объемом 0,7 л, стоимостью 2889 рублей 99 копеек с учетом НДС. Продолжая реализовывать свой преступный умысел, ФИО2 минуя кассовую зону и не оплатив товар, вышел из магазина, тем самым тайно похитил имущество, принадлежащее ООО «Альфа-М».С похищенным имуществом ФИО2 с места совершения преступления скрылся, распорядился им по своему усмотрению, чем причинил ООО «Альфа-М» материальный ущерб на общую сумму 2889 рублей 99 копеек с учетом НДС.</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Он же, ФИО2 22.06.2024 года в период времени с 21 часа 30 минут до 21 часа 50 минут, находясь в помещении торгового зала магазина «Пятерочка №», расположенного по адресу: &lt;адрес&gt;,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«Пятерочка №», товарно-материальные ценности, принадлежащие ООО «Агроторг», на общую сумму 3 988 рублей 52 копеек с учетом НДС, а именно: 1) сыр «Ламбер» твердый 0,532 гр, стоимостью 748 рублей 68 копеек с учетом НДС за 1 кг, на общую сумму 398 рублей 30 копеек с учетом НДС; 2) масло торговой марки «Вкуснотеево» традиционное массой 340 гр в количестве 1 упаковки, стоимостью 327 рублей 47 копеек с учетом НДС; 3) масло «Традиционное» в количестве 1 упаковки, массой 200 гр, стоимостью 159 рублей 54 копейки с учетом НДС за 1 упаковку; 4) сыр «Щучанский» торговой марки «EKONIVA» в количестве 2 упаковок, массой 200 гр каждая, стоимостью 109 рублей 16 копеек с учетом НДС за упаковку, а на общую сумму 218 рублей 32 копейки с учетом НДС; 5) сыр «Ларец» с грецкими орехами в количестве 1 упаковки, массой 245 гр, стоимостью 180 рублей 63 копейки с учетом НДС за 1 упаковку; 6) масло сливочное крестьянское в количестве 20 упаковок, массой 180 гр, стоимостью 118 рублей 83 копейки с учетом НДС за 1 упаковку, а на общую сумму 2376 рублей 66 копеек с учетом НДС; 7) масло крестьянское «Красная цена» в количестве 1 упаковки, массой 180 гр, стоимостью 119 рублей 85 копейки с учетом НДС; 8) сыр «Ламбер» в количестве 1 упаковки, массой 230 гр, стоимостью 207 рублей 75 копейки за 1 упаковку с учетом НДС. Продолжая реализовывать свой преступный умысел на тайное хищение чужого имущества, ФИО2 минуя кассовую зону и не оплатив товары, вышел из магазина, тем самым тайно похитил имущество, принадлежащее ООО «Агроторг». С похищенным имуществом ФИО2 с места совершения преступления скрылся, распорядился им по своему усмотрению, чем причинил ООО «Агроторг» материальный ущерб на общую сумму 3 988 рублей 52 копеек с учетом НДС.</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Он же, ФИО2 22.06.2024 года в период времени с 22 часов 15 минут до 22 часов 45 минут, находясь в помещении торгового зала магазина «Магнит» Акционерного общества «Тандер», расположенного по адресу&lt;адрес&gt; имея умысел на тайное хищение чужого имущества, из корыстных побуждений, в целях личной наживы, путем свободного доступа, воспользовавшись моментом, когда за его действиями никто не наблюдает, взял со стеллажей, установленных в торговом зале вышеуказанного магазина «Магнит», товарно-материальные ценности, принадлежащие АО «Тандер», на общую сумму 10 752 рубля 31 копейка с учетом НДС, а именно: 1) кофе «Ambassador Platinum» натуральный растворимый в количестве 6 банок, массой 190 гр каждая, стоимостью 325 рублей 36 копеек с учетом НДС за 1 банку, а на общую сумму 1952 рубля 16 копеек с учетом НДС; 2) кофе «MONARCH ORIGINAL» натуральный растворимый в количестве 6 штук, массой 130 гр каждая, стоимостью 234 рубля 31 копеек с учетом НДС за 1 шт., а на общую сумму 1405 рублей 86 копеек с учетом НДС; 3) кофе «JACOBS MONARCH» сублимированный в количестве 15 упаковок, массой 75 каждая, стоимостью 180 рублей 83 копейки с учетом НДС за 1 упаковку, а на общую сумму 2712 рублей 45 копеек с учетом НДС; 4) кофе «MONARCH ORIGINAL» натуральный растворимый сублимированный в количестве 4 банок, массой 210 гр каждая, стоимостью 348 рублей 55 копеек с учетом НДС за 1 банку, а на общую сумму 1394 рубля 20 копейки с учетом НДС; 5) кофе «MONARCH/JACOBS Velour» натуральный растворимый в количестве 1 штуки, массой 70 гр, стоимостью 144 рубля 37 копеек с учетом НДС; 6) кофе «NESCAFE Gold Barista» в количестве 1 упаковки, массой 75 гр, стоимостью 160 рублей 79 копеек с учетом НДС; 7) кофе «NESCAFE Gold» натуральный растворимый сублимированный в количестве 6 упаковок, массой 130 гр каждая, стоимостью 268 рублей 99 копеек с учетом НДС за 1 упаковку, а на общую сумму 1613 рублей 94 копеек с учетом НДС; 8) кофе «NESCAFE Gold» натуральный растворимый сублимированный в количестве 3 упаковок, массой 190 гр каждая, стоимостью 326 рублей 75 копеек с учета НДС за 1 упаковку, а на общую сумму 980 рублей 25 копеек с учетом НДС; 9) кофе «TIBIO/TCHIBO Gold Selection» сублимированный в количестве 3 банок, массой 75 гр каждая, стоимостью 129 рублей 43 копейки с учетом НДС за 1 банку, а на общую сумму 388 рублей 29 копеек с учетом НДС. Продолжая реализовывать свой преступный умысел на тайное хищение чужого имущества, ФИО2 минуя кассовую зону и не оплатив товары, вышел из магазина, тем самым тайно похитил имущество, принадлежащее АО «Тандер». С похищенным имуществом ФИО2 с места совершения преступления скрылся, распорядился им по своему усмотрению, чем причинил АО «Тандер» материальный ущерб на общую сумму 10 752 рубля 31 копейку с учетом НДС.</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Он же, ФИО2 07.07.2024 года в период времени с 17 часов 00 минут до 17 часов 05 минут, находясь в помещении торгового зала магазина «Чижик» Акционерного общества «Продторг», расположенного по адресу: &lt;адрес&gt;, имея умысел на тайное хищение чужого имущества, действуя из корыстных побуждений, умышленно, будучи подвергнутым постановлением мирового судьи судебного участка № 7 Октябрьского судебного района г. Липецка от 20.12.2023 года, вступившим в законную силу 30.12.2023 года, по ч. 2 ст. 7.27 КоАП РФ административному наказанию в виде административного штрафа в размере 3000 рублей, осознавая это, в целях личной наживы, воспользовавшись тем, что за его действиями никто не наблюдает, путем свободного доступа, со стеллажа, установленного в торговом зале магазина «Чижик», похитил товарно-материальные ценности, принадлежащие АО «Продторг», на общую сумму 2066 рублей 90 копеек, а именно: 1) кофе «MONARCH ORIGINAL» в количестве 5 банок, массой 190 гр каждая, стоимостью 413 рублей 38 копеек с учетом НДС за 1 шт. на общую сумму 2066 рублей 90 копеек с учетом НДС. Продолжая реализовывать свой преступный умысел на тайное хищение чужого имущества, ФИО2 минуя кассовую зону и не оплатив товары, вышел из магазина, тем самым тайно похитил имущество, принадлежащее АО «Продторг». С похищенным имуществом ФИО2 с места совершения преступления скрылся, распорядился им по своему усмотрению, чем причинил АО «Продторг» причинен материальный ущерб на общую сумму 2066 рублей 90 копеек с учетом НДС. По преступлению от 20.06.2024 года Подсудимый ФИО1 виновным себя не признал, показал, что 20.06.2024 года он зашел в магазин «Пятерочка», расположенный на &lt;адрес&gt;&lt;адрес&gt;, что бы украсть кофе, подошел к стеллажам, положил около 10 банок кофе в корзину для покупок и направился к выходу. Заметив охранника он испугался и толкнул корзину с кофе к закрытой двери, после чего вышел из магазина ничего не похитив. Что в дальнейшем происходила данной корзиной, был ли кто-то за дверью он не видел. С ФИО2 он знаком не был, в магазине его не встречал. Подсудимый ФИО2 виновным себя не признал, показал, что 20.06.2024 года в ночное время он шел в магазин, чтобы похитить колбасу. В магазине был технический перерыв и двери были закрыты. Во время перерыва он наблюдал за охранником. Когда перерыв закончился он решил проникнуть в торговый зал магазина, через закрытую дверь, так как не хотел идти мимо охранника, которые его неоднократно видел и мог понять зачем он пришел в магазин. В тот момент, когда он разжимал магнитные двери из торгового зала к нему подкатилась корзина с кофе, которую он забрал и вышел с ней из магазина. Кто толкнул в его сторону корзину с кофе он не видел. О совершении преступления он ни с кем не договаривался. ФИО1 он видел один раз в общей компании, в этот день они не общались. В судебном заседании были оглашены показания ФИО2, данные им в ходе предварительного расследования, из которых следует, что 20.06.2024 года примерно в 2 часа ночи у магазина «Пятерочка», расположенного по адресу: &lt;адрес&gt; он встретил своего знакомого ФИО1 Они вместе зашли в данный магазин, ФИО1 пошел в сам магазин, а он остался в помещении где стоят банкоматы. После того как он вышел из магазина, корзину с кофе он спрятал под лавочку и заметив сотрудников полиции побежал. ( т.5 л.д 188-190, 203-205) Оглашенные показания ФИО2 в той части, что заходил в магазин вместе со ФИО1 не подтвердил, показал, что следователь неверно отразил его показания, а сам он на это внимание не обратил. В остальной части показания подтвердил. В судебном заседании была допрошена следователь ФИО48 которая показала, что в ходе предварительного расследования она в присутствии защитника допрашивала ФИО2, все показания она записывала с его слов, ФИО2 неоднократно знакомился с протоколом допроса в присутствии защитника, указывал на неточности в показаниях, которые она устраняла, после чего он вновь знакомился с протоколом. Когда он его подписывал никаких замечаний ни от него ни от его защитника не поступало. Оценивая показания, подсудимых, данные ими как в ходе предварительного расследования, так и в судебном заседании суд признает их правдивыми в той части, в которой они не противоречат установленным по делу обстоятельствам и согласуются с другими доказательствами по делу и принимает в этой части их в качестве доказательств по делу, в остальной части отвергает. В частности суд признает недостоверными показания ФИО1 в той части, что с ФИО2 он знаком не был, в магазине его не встречал, толкнул корзину с кофе к закрытой двери магазина, испугавшись охранника, а так же что был ли кто-то за стеклянной дверью он не видел; показания ФИО2 в той части, что из магазина он намеревался похитить колбасу и с этой целью пытался проникнуть в магазин через закрытые двери, опасаясь, что охранник его узнает, что он не видел кто толкнул в его сторону корзину с кофе, что со ФИО1 в день совершения преступления он не виделся и не общался, а также что ни с кем о совершении преступления он не договаривался. Данные показания полностью опровергаются исследованными в судебном заседании доказательствами, суд оценивает эти показания как попытку подсудимых приуменьшить свою роль в содеянном, избежать уголовной ответственности за совершенное преступление. Помимо показаний подсудимых, принятых судом во внимание, вина ФИО2, ФИО1 в содеянном подтверждается показаниями представителя потерпевшего, свидетелей и другими материалами дела. Представитель потерпевшего ФИО28, менеджер по безопасности ООО «Агроторг» и ТД «Перекресток», в ходе предварительного расследования показал, что 20.06.2024 года не позднее 02 часов 08 минут из помещения торгового зала магазина «Пятерочка», расположенного по адресу: &lt;адрес&gt; были похищены товарно-материальные ценности принадлежащие АО «Торговый дом «Перекресток». Согласно накладным стоимость похищенного имущества с учетом НДС составила 4031 рубль 15 копеек, а именно: 1)кофе MONARCH 180 гр. TROPICAL SELECTION в количестве 2 шт. стоимостью 296 рублей 03 копейки за 1 шт., с учетом НДС на общую сумму 592 рубля 06 копеек с учетом НДС; 2) кофе MONARCH ORIGINAL 190 гр. в количестве 2 шт., стоимостью 364 рубля 01 копейка за 1 шт. с учетом НДС, на общую сумму 728 рублей 02 копейки с учетом НДС, 3) кофе NESCAFE GOLD 190 гр. в количестве 9 шт. стоимостью 301 рубль 23 копейки за 1 шт. с учетом НДС на общую сумму 2711 рублей 07 копеек с учетом НДС. Таким образом, АО «Торговый дом «Перекресток» магазину «Пятерочка», расположенного по адресу: &lt;адрес&gt;, был причинен материальный ущерб на общую сумму 4031 рубль 15 копеек с учетом НДС. (т. 7 л.д. 13-17) Показания представителя потерпевшего сомнения у суда не вызывают, они согласуются с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№3, директор магазина «Пятерочка», в ходе предварительного расследования показала, что 20.06.2024 года, просматривая камеры видеонаблюдения, она увидела, что в период времени с 02 часов 08 минут до 02 часов 15 минут двое молодых людей зашли в магазин один из них был одет в черную кофту с капюшоном, второй молодой человек был одет в белую футболку. Молодой человек в белой футболке взял продуктовую корзину и направился к стеллажам с кофе, набрав целую корзину, он направился к входной двери, которая не работает в ночное время, там его ожидал молодой человек, который был одет в черную кофту с капюшоном, который пытался раздвинуть двери. Молодой человек в белой футболке оттолкнул корзину с кофе руками и она проскользила по полу к молодому человеку, который пытался открыть двери. Раздвинув двери молодой человек забрал корзину с кофе и покинул магазин. Второй молодой человек вышел из магазина через кассовую зону. После чего она обратилась в отдел полиции с заявлением о краже ТМЦ. Похищены были кофе MONARCH 180 гр. TROPICAL SELECTION в количестве 2 шт., кофе MONARCH ORIGINAL 190 гр. в количестве 2 шт., кофе NESCAFE GOLD 190 гр. в количестве 9 шт., на общую сумму с учетом НДС 4 031 рубль 94 копейки. (т. 5 л.д. 41-42) 20.06.2024 года Свидетель №3 обратилась с заявлением в полицию, в котором просит привлечь к уголовной ответственности неизвестных ли, которые 20.06.2024 года в период времени с 02 часов 8 минут до 02 часов 15 минут из магазина 5926 по адресу: г. &lt;адрес&gt; похитили товарно-материальные ценности, принадлежащие АО «ТД «Перекресток» (т. 4 л.д. 215) Анализируя показания свидетеля суд признает их правдивыми, достоверными, поскольку они согласуются с другими материалами дела, противоречий не содержат, оснований, позволяющих суду сделать вывод о том, что свидетель оговаривает подсудимых в совершении преступления, в судебном заседании не установлено. Кроме того, вина ФИО2, ФИО1 подтверждается другими материалами уголовного дела: - протоколом осмотра места происшествия от 20.06.2024 года, согласно которому с участием ФИО47 осмотрен торговый зал магазина «Пятерочка» по адресу: &lt;адрес&gt;. В ходе осмотра места происшествия изъят диск с видеозаписью и товары: кофе «нескафе голд» 190 гр. 9 пачек, кофе «якобс тропик» 180 гр. 2 банки, кофе «якобс монарх» 190 гр. 2 банки (т. 4 л.д. 217-218) - инвентаризационным актом от 20.06.2024 года, согласно которому в магазине «Пятерочка» №, расположенного по адресу: &lt;адрес&gt;, выявлена недостача товара: кофе MONARCH 180 гр. TROPICAL SELECTION в количестве 2 шт.; кофе MONARCH ORIGINAL 190 гр. в количестве 2 шт., кофе NESCAFE GOLD 190 гр., в количестве 9 шт. (т. 4 л.д. 223) - счетами - фактурами № 0202MFZG-34552 от 16.06.2024 года, № 0202MFZG-34947 от 18.06.2024 года, № 0202MFZG-32810 от 07.06.2024 года, согласно которым, в магазин «Пятерочка» №, поступил товар: кофе NESCAFE GOLD 190 гр., стоимостью 301 рубль 23 копейки за штуку, с учетом НДС, кофе MONARCH 180 гр. TROPICAL SELECTION, стоимостью 296 рублей 03 копейки за штуку, с учетом НДС, кофе MONARCH ORIGINAL 190 гр., стоимостью 364 рубля 01 копейка за штуку, с учетом НДС. (т. 4 л.д. 224-226, 227-229, 230-232) - протоколом осмотра предметов от 20.06.2024 года, согласно которому осмотрен диск с видеозаписью из магазина «Пятерочка» расположенного по адресу: &lt;адрес&gt; за 20.06.2024 года. Присутствовавший при осмотре ФИО2 узнал себя на видеозаписи в момент хищения товаров. Осмотренный диск признан вещественным доказательством и приобщен к материалам дела. (т. 5 л.д. 120-123) В судебном заседании был просмотрен диск с видеозаписями от 20.06.2024 года из магазина «Пятерочка», расположенного по адресу: &lt;адрес&gt; На видеозаписях ФИО2 и ФИО1 находятся в помещении магазина, где располагаются банкоматы. ФИО1 находится возле автоматических дверей работающих на вход и выход из магазина, следит за охранником торгового зала. В это время ФИО2 находится возле закрытой автоматической двери. При этом ФИО1, ФИО2 общаются между собой, в том числе жестами. Затем ФИО1 проходит в торговый зал магазина, при этом ФИО2 следит за его действиями через открытые автоматические двери, убедившись, что ФИО1 прошел в торговый зал и направился к стеллажам, ФИО2 перемещается к закрытой автоматической двери, продолжает следит за действиями ФИО1, который проходит к стеллажам с кофе, накладывает в корзину для покупок банки с кофе и направляется в сторону кассовой зоны магазина, выйдя в проход не между стеллажами, ФИО1 ставит корзину с кофе на пол, толкает её руками в сторону закрытых дверей, за которыми находится ФИО2 и продолжает идти в сторону выхода из магазина. В свою очередь ФИО2 увидев, что ФИО1 вышел из за стеллажей с корзиной наполненной кофе начинает руками раздвигать автоматические двери, через образовавшуюся щель протягивает корзину с кофе в помещение с банкоматами, аккуратно закрывает двери, берет корзину с кофе и выходит из магазина с подошедшим в этот момент к нему ФИО1 На видеозаписи и ФИО1 и ФИО2 себя узнали. Согласно расписке от 12.02.2025 года ФИО18, директор магазина, получила от ФИО2 4 059 рублей 86 копеек в счет возмещения ущерба. Исследовав и оценив доказательства в их совокупности, суд считает их относимыми, допустимыми, достоверными и достаточными для признания виновности ФИО2, ФИО1 в инкриминируемом им деянии. Исходя из фактических обстоятельств совершения преступления, следует, что умысел ФИО4, ФИО1 был направлен именно на хищения товаров из магазина, группой лиц по предварительному сговору, что подтверждается исследованными в судебном заседании доказательствами, в том числе видеозаписями просмотренными в судебном заседании, из которых следует, что действия ФИО2 и ФИО1 были объединены единым умыслом, направленным на хищение товаров, носили совместный и согласованный характер, при этом каждый из них выполнял свою роль ФИО1 направился в торговый зал магазина сложил товары в корзину для покупок, которую толкнул в сторону ФИО2, а затем беспрепятственно покинул торговый зал магазина без покупок. ФИО2, в свою очередь следил за действами ФИО1 дожидаясь когда ФИО1 толкнет в его сторону корзину с похищенным товаром, которую через раздвинутые им двери он протащил в помещение, где установлены банкоматы. С указанной корзиной ФИО2, ФИО1 вместе покинули магазин. Действия подсудимого ФИО2 суд квалифицирует по п. «а» ч.2 ст. 158 УК РФ , как кражу, то есть тайное хищение чужого имущества, группой лиц по предварительному сговору. Действия подсудимого ФИО1 суд квалифицирует по п. «а» ч.2 ст. 158 УК РФ , как кражу, то есть тайное хищение чужого имущества, группой лиц по предварительному сговору. По преступлению от 03.04.2024 года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03.04.2024 года вечером около 17 часов 20 минут он зашел в магазин «Пятерочка», по адресу: &lt;адрес&gt;, и направился в отдел с молочной продукцией, где убедившись, что за его действиями никто не наблюдает, с полки стеллажа взял 5 пачек масла сливочного «Вкуснотеево», 340 грамм, 13 пачек масла сливочного «Вкуснотеево», 200 грамм. Затем он направился к стеллажу с кондитерскими изделиями, где взял со стеллажа 26 коробок конфет «Мерси». Масло и конфеты он складывал в сумку, которая была при нем. После чего вышел из магазина. Похищенные масло и конфеты н продал прохожим на Центральном рынке. ( т.2 л.д. 17-19, т.5 л.д. 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23.05.2024 года ФИО2 была дана явка с повинной, в которой он добровольно сообщил о том, что 03.04.2024 года он из магазина «Пятерочка», по адресу: &lt;адрес&gt; похитил 18 пачек масла и примерно 26 коробок конфет, которые в последствии продал. ( т.2 л.д. 9)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согласуется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ФИО27 в ходе предварительного расследования показал, что 12.04.2024 года от директора магазина «Пятерочка» №, расположенного по адресу: &lt;адрес&gt;, ФИО20 ему стало известно о том, что при просмотре записей камер видеонаблюдения, установленных в торговом зале магазина, за 03.04.2024 года, выявлен факт хищения товаров. В результате проведенной инвентаризации было установлено, что 03.04.2024 года в период времени с 17 часов 20 минут до 17 часов 35 минут из магазина были похищены товарно-материальные ценности принадлежащие АО «Торговый дом «Перекресток», а именно: набор шоколадных конфет MERCI в количестве 26 шт. стоимостью 101 рубль 07 копеек с учетом НДС за 1 шт. на общую сумму 2627 рублей 82 копейки с учетом НДС; Вкуснотеево масло традиционное сливочное 340 грамм в количестве 5 шт. стоимостью 91 рубль 77 копеек за 1 шт. на общую сумму 458 рублей 85 копеек; Вкуснотеево масло традиционное сливочное 200 грамм в количестве 13 шт. стоимостью 112 рублей 35 копеек за 1 шт. на общую сумму 1460 рублей 55 копеек. Согласно представленным накладным стоимость похищенного имущества с учетом НДС составила 4547 рублей 22 копейки ( т.2 л.д. 1-3, т.7 л.д. 44-46)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№2, директор магазина «Пятерочка» №, в ходе предварительного расследования показала, что 12.04.2024 года при просмотре камер видеонаблюдения ею выявлен факт хищения товарно-материальных ценностей из магазина 03.04.2024 года, в период с 17:20 часов до 17 часов 35 часов. На видеозаписи молодой человек худощавого телосложения, в черной толстовке с капюшоном, синих джинсах, черных кроссовках, с черной сумкой подошел к стеллажу с молочной продукцией, и с полок взял масло «Вкуснотеево» Трад. Сл. 82,5% 340 г. в кол-ве 5 шт., масло «Вкуснотеево» Трад. Сл. 82,5 % 200 г. в кол-ве 13 шт., которые сложил в черную сумку, затем со стеллажа с кондитерскими изделиями взял конфеты «Наб. MERCI шок. ассорти 250 г.» в кол-ве 26 шт. После чего вышел из магазина, не оплатив товар. После обнаружения факта хищения, была проведена инвентаризации. (т. 2 л.д. 4-6) 12.04.2024 года свидетель Свидетель №2 обратилась с заявлением в полицию, в котром просит привлечь к ответственности неизвестное лицо, которое 03.04.2024 года из магазина «Пятерочка» по адресу: &lt;адрес&gt; похитило товарно-материальные ценности. ( т.1 л.д. 204) Показания свидетелей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12.04.2024 года, согласно которому с осмотрен торговый зал магазина «Пятерочка», расположенного по адресу: &lt;адрес&gt;. В ходе осмотра места происшествия изъят диск с видеозаписью камер видеонаблюдения за 03.04.2024 (т. 1 л.д. 206-212) - счетом - фактурой 0202MFZG-15464 от 03.03.2024 года, товарно-транспортной накладной № 1468589 от 08.02.2024 года, согласно которым в магазин «Пятерочка» согласно которой в магазин «Пятерочка», расположенный по адресу: &lt;адрес&gt;, поступил товар: набор шоколадных конфет MERCI 250 г. в количестве 26 шт., стоимостью 101 рубль 07 копеек с учетом НДС за 1 шт., Вкуснотеево масло традиционное 340 грамм в количестве 24 шт. стоимостью 91 рубль 77 копеек без учета НДС за 1 шт.; Вкуснотеево масло традиционное 200 грамм в количестве 24 шт. стоимостью 112 рублей 35 копеек без учета НДС за 1 шт. (т. 1 л.д. 218-220, 221-222) - протоколом осмотра предметов (документов) от 23.05.2024 года, согласно которому осмотрен диск с видеозаписью из магазина «Пятерочка», расположенного по адресу: &lt;адрес&gt;, от 03.04.2024 года. Участвовавший в осмотре ФИО2 под твердил, что на видеозаписи изображен именно он в момент хищения товаров. Осмотренный диск признан вещественным доказательством и приобщен к материалам уголовного дела. (т. 2 л.д. 21-28) Согласно расписке от 04.03.2025 года ФИО21, директор магазина, получила от ФИО2 4 547 рублей 22 копейки в счет возмещения материального ущерба. Ущерб возмещен в полном объеме, претензий не имеет.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ФИО6 суд квалифицирует по ч.1 ст. 158 УК РФ , как кражу, то есть тайное хищение чужого имущества. По преступлению от 13.05.2024 года ( «Пятерочка №)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13.05.2024 около 20 часов 30 минут он пришел в магазин «Пятёрочка», расположенный по адресу: г Липецк, &lt;адрес&gt;, взял продуктовую корзинку и прошел к витрине, где расположены консервы, откуда взял около 12 банок печени трески. Затем он проследовал к стеллажу, где находился шоколад, и с нижней полки взял коробку в которой находились шоколадки киндер, всего их было около 10 штук. Далее он направился к стеллажу с кофейной продукцией, откуда взял около 13 упаковок кофе «Нескафе» и «Амбассадор». Консервы, шоколад и кофе он сложил в корзину. И с наполненной корзиной вышел из магазина не оплатив товары. Похищенное он продал на &lt;данные изъяты&gt; рынке г. Липецка неизвестным ему людям, за 2300 рублей. Корзину выкинул. ( т.2 л.д. 98-100, т.5 л.д. 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18.05.2024 года ФИО2 была дана явка с повинной, в которой он добровольно сообщил о том, что 13.05.2024 года из магазина «Пятерочка», по адресу: г Липецк, &lt;адрес&gt; он похитил кофе, печень трески и шоколад. ( т.2 л.д. 9) В ходе проверки показаний на месте 18.05.2024 года, указал магазин из которого 13.05.2024 года совершил хищение, а также стеллажи откуда он похищал товар (т. 2 л.д. 109-115 ) Суд принимает протоколы явки с повинной и проверки показаний на месте в качестве доказательств вины подсудимого ФИО2 в совершенном преступлении, и учитывает их как смягчающие наказание обстоятельства по делу. Данные протоколы составлены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ФИО27, в ходе предварительного расследования показал, что 13.05.2024 года, в период времени с 20 часов 30 минут до 20 часов 45 минут из магазина «Пятерочка» расположенного по адресу: &lt;адрес&gt;, было похищено: Ambassador кофе Platinum растворимый 190 грамм в количестве 3 шт. стоимостью 591 рубль 59 копеек с учетом НДС за 1 шт. на общую сумму 1774 рубля 77 копеек с учетом НДС; NESCAFE кофе Gold растворимый 130 грамм в количестве 5 шт. стоимостью 479 рублей 99 копеек с учетом НДС за 1 шт. на общую сумму 2399 рублей 95 копеек с учетом НДС; NESCAFE Gold Barista ф/п 75 грамм в количестве 5 шт. стоимостью 359 рублей 98 копеек с учетом НДС за 1 шт. на общую сумму 1799 рублей 90 копеек с учетом НДС; «Fish House» печень трески натуральная 230 грамм в количестве 12 шт. стоимостью 349 рублей 99 копеек с учетом НДС за 1 шт. на общую сумму 4175 рублей 85 копеек с учетом НДС; Шоколад KINDER CHOC. молочный с молочной начинкой в количестве 10 шт. стоимостью 170 рублей 49 копеек с учетом НДС за 1 шт. на общую сумму 1704 рубля 89 копеек с учетом НДС, а всего на общую сумму 11855 рублей 36 копеек с учетом НДС. ФИО2 складывал похищенное в продуктовую корзину, с которой он скрылся, для магазина продуктовая корзина материальной ценности не представляет ( т.7 л.д. 44-46)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№5, директор магазина «Пятерочка» №, в ходе предварительного расследования показала, что, 17.05.2024 при просмотре камер видеонаблюдения ею было обнаружено, что 13.05.2024 в 20 час. 31 мин. неизвестный молодой человек, зашел в магазин «Пятерочка №» по адресу: &lt;адрес&gt;, взял продуктовую корзину и подошел к ближайшей витрине, взял банки с консервами и сложил в продуктовую корзину. Далее он прошел к витрине с шоколадной продукцией, где с нижней полки взял коробку с шоколадом. Затем направился к соседнему стеллажу с кофейной продукцией, откуда взял несколько банок кофе. После чего молодой человек с наполненной продуктовой корзиной, минуя кассовую зону, покинул магазин. По данному факту она обратилась в полицию. Всего было похищено:. Шоколад KINDER CHOCOLATE молочный с молочной начинкой 100 г. – в количестве 10 штук; Fish House Печень Трески натуральная 230 г. – в количестве 12 банок; NESCAFE Кофе Gold Barista ратс. ф/п 75 г. – в количестве 5 штук; NESCAFE Кофе Gold натуральный сублимированный раст. доб.мол. 130 г. - в количестве 5 штук; Ambassador Кофе Platinum натуральный раст. суб. 190 г. – в количестве 3 штук. (т. 2 л.д. 82-85) 17.05.2024 года Свидетель №5, обратилась с заявлением в полицию, в котром просит привлечь к уголовной ответственности неизвестное лицо, которое 13.05.2024 из в магазина «Пятерочка» по адресу: &lt;адрес&gt;, похитило товарно-материальные ценности, ООО «Агроторг» (т. 2 л.д. 32)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17.05.2024 года, согласно которому осмотрен торговый зал магазина «Пятерочка» по адресу: &lt;адрес&gt;. В ходе осмотра изъят диск с видеозаписью камер видеонаблюдения за 13.05.2024, упаковка кофе марки «Нескафе Голд Бариста». Изъятая банка кофе осмотрена, признана и приобщена к материалам дела в качестве вещественного доказательства (т. 2 л.д.34-35, 129-131) - товарно-транспортной накладной № от 02.02.2024 года согласно которой в магазин «Пятерочка» расположенного по адресу: &lt;адрес&gt; поступил товар: Шоколад KINDER CHOC. молочный с молочной начинкой 100 г. в количестве 10 шт., стоимостью 170 рублей 49 копеек с учетом НДС за 1 шт.; «Fish House» печень трески натуральная 230 грамм в количестве 12 шт., стоимостью 349 рублей 99 копеек с учетом НДС за 1 шт.; NESCAFE Gold Barista ф/п 75 грамм в количестве 6 шт. стоимостью 359 рублей 98 копеек с учетом НДС за 1 шт.; NESCAFE кофе Gold растворимый 130 грамм в количестве 6 шт. стоимостью 479 рублей 99 копеек с учетом НДС за 1 шт.; Ambassador кофе Platinum растворимый 190 грамм в количестве 6 шт. стоимостью 591 рубль 59 копеек с учетом НДС за 1 шт. (т. 2 л.д. 40-41) - протоколом осмотра предметов с фототаблицей от 18.05.2024 года, согласно которому осмотрен диск с видеозаписью от 13.05.2024 года. Учавствовавший в осмотре ФИО2 показал, что на видеозаписи изображен именно он в момент хищения товаров 13.05.2024 года. Осмотренный диск признан вещественным доказательством и приобщен к материалам уголовного дела. (т. 2 л.д. 102-106) Согласно расписке от 03.03.2025 года Свидетель №5, директор магазина, получила от ФИО2 11 855 рублей 36 копеек в счет возмещения ущерба. Ущерб возмещен в полном объеме.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13.05.2024 года ( «Пятерочка №)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13.05.2024 года около 21 часа 00 минут он зашел в магазин «Пятерочка», расположенный по адресу: &lt;адрес&gt;, подошел к стеллажу с колбасами, откуда взял: Сальчичон Черкизово, колбасу ФИО3 салями,, колбасу балыковую, колбасу ФИО3 медовую. Колбасы он сложил в пакет и вышел из магазина не оплатив товары. Похищенное он продал неизвестным людям. ( т.2 л.д. 208-210, т.5 л.д. 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17.05.2024 года ФИО2 была дана явка с повинной, в которой он добровольно сообщил о том, что 13.05.2024 года из магазина «Пятерочка», по адресу: г Липецк, &lt;адрес&gt; он колабасы. ( т.2 л.д. 200)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согласуется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ФИО28, в ходе предварительного расследования показал, что 13.05.2024 года, в период времени с 21 часа 00 минут до 21 часов 10 минут из помещения торгового зала магазина «Пятерочка», расположенного по адресу: &lt;адрес&gt;, были похищены: 1) МПК ФИО3 колбаса салями Шарм массой 2,864 кг, стоимостью 497 рублей 50 копеек с учетом НДС за 1 кг, на общую сумму 1424 рубля 84 копейки с учетом НДС; 2) Черкизово колбаса сальчичон с/к 300 грамм в количестве 2 шт., стоимостью 209 рублей 07 копеек с учетом НДС за 1 шт., на общую сумму 418 рублей 14 копеек с учетом НДС; 3) Красновъ колбаса Балыковская массой 2,571 кг, стоимостью 467 рублей 37 копеек с учетом НДС за 1 кг, на общую сумму 1201 рубль 61 копейка; 4) МПК ФИО3 колбаса медовая массой 1,17 кг, стоимостью 716 рублей 84 копейки с учетом НДС за 1 кг, на общую сумму 838 рублей 70 копеек с учетом НДС. Таким образом, ООО «Агроторг» был причинен материальный ущерб на общую сумму 3883 рубля 29 копеек с учетом НДС.( т.7 л.д. 13-17)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№1, директор магазина «Пятерочка» №, в ходе предварительного расследования показала, что 14.05.2024 года при просмотре камер видеонаблюдения было установлено, что 13.05.2024 года около 21 часа 01 минуты из торгового зала магазина «Пятерочка №», расположенного по адресу: &lt;адрес&gt;, неизвестным молодым человеком было совершено хищение товара, принадлежащего ООО «Агроторг», а именно: Салями Шарм с/к в индив. вак. (ФИО5) в количестве 2,864 кг.; СК САЛЬЧИЧОН СРЕЗ ФИБ ВУ ШТ 0,3 кг. (ТМ ЧЕРКИЗОВО ПРЕМИУМ) в количестве 2 штук; КОЛБАСА БАЛЫКОВАЯ (ГМ Красновь) колб. изд. п/к охл. в вак. (срез) в количестве 2,571 кг.; Медовая с/в в индив. вак. в количестве 1,17 кг.. О случившемся ею было сообщено в полицию.. (т. 2 л.д. 197-198) 14.05.2024 года Свидетель №1, обратилась с заявлением в полицию, в котором просит привлечь к уголовной ответственности неизвестное лицо, которое 13.05.2024 из в магазина «Пятерочка» по адресу: &lt;адрес&gt;, похитило товарно-материальные ценности, ООО «Агроторг» (т. 2 л.д. 140)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15.05.2024 года, согласно которому с осмотрен торговый зал магазина «Пятерочка №» по адресу: &lt;адрес&gt;. В ходе осмотра места происшествия изъят диск с видеозаписью камер видеонаблюдения за 13.05.2024 (т. 2 л.д. 142-145) - протоколом осмотра предметов от 23.05.2024 года, согласно которому осмотрен диск с видеозаписью. Участвовавший в осмотре ФИО2 на видеозаписи опознал себя в момент хищения товарой. Осмотренный диск признан вещественным доказательством и приобщен к материалам дела. (т. 2 л.д. 212-217) - счетами - фактурами № 8200 от 08.05.2024 года, № 701571165 от 05.05.2024 года, № 3624 от 11.05.2024 года, № 7990 от 03.05.2024 года, согласно которым, в магазин поступили: МПК ФИО3 колбаса салями Шарм, в количестве 648,492 кг, стоимостью 497 рублей 50 копеек с учетом НДС за 1 кг, Черкизово колбаса сальчичон с/к 300 грамм в количестве 1002 шт, стоимостью 209 рублей 07 копеек с учетом НДС за 1 шт, МПК ФИО3 колбаса медовая, в количестве 332,276 кг, стоимостью 716 рублей 84 копейки с учетом НДС за 1 кг. ( т.2 л.д. 149-150, 151-152, 153-154, 155-156) Согласно расписке от 03.03.2025 года Свидетель №1, директор магазина, получила от ФИО2 3 883 рубля 29 копеек в счет возмещения ущерба. Материальный ущерб возмещен в полном объеме.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03.06.2024 года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03.06.2024 года около 11 часов 50 минут он пришел в магазин «Пятерочка», расположенный по адресу: &lt;адрес&gt;, направился в отдел по продаже бытовой химии и продукции по уходу за телом, где с полок стеллажей взял 9 флаконов шампуня «Head&amp;Shoulders» 2в1 основной уход, объемом 400 мл. каждый, 4 флакона шампуня «Head&amp;Shoulders» основной уход, объемом 200 мл. каждый, 3 флакона бальзама для волос «ELSEVE» полное восстановление, объемом 400 мл. каждый, 3 флакона шампуня «ELSEVE» полное восстановление, объемом 400 мл. каждый и 3 флакона бальзама- ополаскивателя для волос «PANTENE» густые/крепкие, объемом 360 мл. каждый, которые он сложил в полимерный пакет находившийся при нем. Затем он вышел из магазина не оплатив товар. Похищенное он продал в районе &lt;данные изъяты&gt; рынка г. Липецка. (т. 3 л.д. 36-38, т.5 л.д. 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06.08.2024 года ФИО2 была дана явка с повинной, в которой он добровольно сообщил о том, что 03.06.2024 года из магазина «Пятерочка», по адресу: г Липецк, ул. &lt;адрес&gt; он похитил шампуни и бальзамы для волос. ( т.3 л.д. 26)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ФИО28 менеджер по безопасности ООО «Агроторг» и ТД «Перекресток», в ходе предварительного расследования показал, что 03.06.2024 года в период времени с 11 часов 50 минут до 12 часов 00 минут из помещения торгового зала магазина «Пятерочка», расположенного по адресу: &lt;адрес&gt;, были похищены, принадлежащие ООО «Агроторг»: «Head&amp;Shoulders» шампунь 400 мл. в количестве 9 шт. стоимостью 525 рублей 24 копейки с учетом НДС за 1 шт. на общую сумму 4727 рублей 16 копеек с учетом НДС; «Head&amp;Shoulders» шампунь 200 мл. в количестве 4 шт. стоимостью 292 рубля 79 копеек с учетом НДС за 1 шт. на общую сумму 1171 рубль 16 копеек с учетом НДС; Бальзам «ELSEVE» полное восстановление 400 мл. в количестве 3 шт. стоимостью 427 рублей 94 копейки с учетом НДС за 1 шт. на общую сумму 1283 рубля 82 копейки с учетом НДС; Шампунь «ELSEVE» полное восстановление 400 мл. в количестве 3 шт. стоимостью 427 рублей 94 копейки с учетом НДС за 1 шт. на общую сумму 1283 рубля 82 копейки с учетом НДС; «PANTENE» бальзам 360 мл. в количестве 3 шт. стоимостью 460 рублей 72 копейки с учетом НДС за 1 шт. на общую сумму 1382 рубля 16 копеек с учетом НДС. Таким образом, ООО «Агроторг» был причинен материальный ущерб на общую сумму 9 848 рублей 12 копеек с учетом НДС. (т. 7 л.д. 13-17)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№4, администратор магазина, в ходе предварительного расследования показала, что 04.06.2024 года проходя по торговому зала магазина она обнаружила отсутствие шампуней и бальзамов ополаскивателей. Она решила посмотреть видеозапись с камер видеонаблюдения. Просмотрев видеозапись за 03.06.2024 года она увидела, что мужчина зашел в торговый зал магазина «Пятерочка №» и направился в отдел по продаже бытовой химии, откуда похитил 9 флаконов шампуня «Head&amp;Shoulders» 2в1 основной уход, объемом 400 мл., 4 флакона шампуня «Head&amp;Shoulders» основной уход, объемом 200 мл., 3 флакона бальзама ополаскивателя для волос «Elseve» полное восстановление, объемом 400 мл., 3 флакона шампуня «Elseve» полное восстановление, объемом 400 мл., и 3 флакона бальзама ополаскивателя для волос «Pantene» густые/крепкие, объемом 360 мл., которые он сложил в полимерный пакет белого цвета, достав его из находящейся при нем мужской сумки черного цвета. После чего вышел из магазина не оплатив товар. По данному факту она обратилась в полицию и сообщила в службу безопасности ООО «Агроторг» (т. 3 л.д. 22-24)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заявлением от 04.06.2024 года, согласно которому ФИО22 просит привлечь к уголовной ответственности неизвестное лицо, которое 03.06.2024 из магазина 34СВ расположенного по адресу: &lt;адрес&gt;&lt;адрес&gt; похитило товарно-материальные ценности, принадлежащие ООО «Агроторг». (т. 2 л.д. 227) - протоколом осмотра места происшествия от 04.06.2024 года, согласно которому осмотрен торговый зал магазина «Пятерочка» по адресу: &lt;адрес&gt;. В ходе осмотра изъят диск с видеозаписью камер видеонаблюдения за 03.06.2024 года. (т. 2 л.д. 229-232) - счетами - фактурами 6275222679 от 10.02.2024 года и № от 21.05.2024 года, согласно которым, в магазин «Пятерочка» расположенный по адресу: &lt;адрес&gt; поступили: Head&amp;Shoulders шампунь 200 мл., стоимостью 292 рубля 79 копеек с учетом НДС за 1 шт.; PANTENE бальзам 360 мл., стоимостью 460 рублей 72 копейки с учетом НДС за 1 шт., бальзам «ELSEVE» полное восстановление 400 мл. стоимостью 427 рублей 94 копейки с учетом НДС за 1 шт.; шампунь «ELSEVE» полное восстановление 400 мл. стоимостью 427 рублей 94 копейки с учетом НДС за 1 шт (т. 2 л.д. 241-243) - протоколом осмотра предметов от 09.08.2024 года, согласно которому осмотрен диск с видеозаписью из от 03.06.2024 года. Учавствовавший в осмотре ФИО2 показал, что на видеозаписи изображен именно он в момент хищения товаров 03.06.2024 года. Осмотренный диск признан вещественным доказательством и приобщен к материалам уголовного дела. (т. 3 л.д. 40-42) Согласно расписке от 13.02.2025 года ФИО23, директор магазина, получила от ФИО2 9 792 рубля 56 копеек в счет возмещения ущерба. Претензий не имеет.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ФИО6 суд квалифицирует по ч.1 ст. 158 УК РФ , как кражу, то есть тайное хищение чужого имущества. По преступлению от 05.06.2024 года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05.06.2024 года около 21 часов 25 минут, он зашел в магазин «Пятерочка», расположенный по адресу &lt;адрес&gt;, прошел в отдел молочной продукции, убедившись, что за его действиями никто не наблюдает, со стеллажа холодильного оборудования взял около 45 штук сливочного масла «Вкуснотеево», «Лебедянское», «Станция молочная», «Ровеньки», со стеллажа холодильного оборудования взял 2 сыра «Либендорф. Сыр и сливочное масло он сложил в пакет, находившийся при нем. После чего вышел из магазина не оплатив товары. Похищенное он продал в район &lt;данные изъяты&gt; рынка г. Липецка. (т. 3 л.д. 127-129, т.5 л.д. 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20.06.2024 года ФИО2 была дана явка с повинной, в которой он добровольно сообщил о том, что 05.06.2024 года из магазина «Пятерочка», по адресу: г Липецк, &lt;адрес&gt; он похитил сыр и масло. ( т.3 л.д. 116)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ФИО28 менеджер по безопасности ООО «Агроторг» и ТД «Перекресток», в ходе предварительного расследования показал, что 05.06.2024 года с 21 часа 20 минут до 20 часов 30 минут, из помещения торгового зала магазина «Пятерочка», расположенного по адресу: &lt;адрес&gt; были похищены товарно-материальные ООО «Агроторг»: 1) масло традиционное торговой марки «Вкуснотеево» 1 упаковка, массой 340 гр., стоимостью 327 рублей 47 копеек с учетом НДС за 1 упаковку; 2) масло сладко-сливочное несоленое «Традиционное» 2 упаковки, массой по 200 гр. каждая, стоимостью 159 рублей 54 копейки с учетом НДС за 1 упаковку, а на общую сумму 319 рублей 08 копеек с учетом НДС; 3) масло сливочное крестьянское в количестве 20 упаковок, массой 180 гр. каждая упаковка, стоимостью 118 рублей 83 копейки с учетом НДС за 1 упаковку, а на общую сумму 2376 рублей 60 копеек с учетом НДС; 4) масло крестьянское торговой марки «Счастливое детство» в количестве 1 упаковки, массой 180 гр, стоимостью 111 рублей 89 копеек с учетом НДС за 1 упаковку с учетом НДС; 5) масло крестьянское сливочное в количестве 1 упаковки, массой 180 гр, стоимостью 128 рублей 94 копейки с учетом НДС за 1 упаковку с учетом НДС; 6) масло традиционное «Станция молочная» в количестве 7 упаковок, стоимостью 137 рублей 76 копеек с учетом НДС за 1 упаковку, а на общую сумму 964 рубля 32 копейки с учетом НДС; 7) масло крестьянское в количестве 1 упаковки стоимостью 125 рублей 83 копейки с учетом НДС; 8) масло традиционное торговой марки «Вкуснотеево» в количестве 4 упаковок, массой 200 гр каждая, стоимостью 164 рубля 52 копейки с учетом НДС за 1 упаковку, а на общую сумму 658 рублей 08 копеек с учетом НДС; 9) масло крестьянское сливочное в количестве 7 упаковок, стоимостью 125 рублей 87 копеек с учетом НДС за 1 упаковку, на общую сумму 881 рубль 09 копеек с учетом НДС; 10) сыр сливочный плавленый торговой марки «LIEBENDORF» в количестве 2 упаковок, стоимостью 129 рублей 99 копеек с учетом НДС за 1 шт. на общую сумму 259 рублей 98 копеек с учетом НДС. Таким образом, ООО «Агроторг» был причинен материальный ущерб на общую сумму 6153 рубля 28 копейки с учетом НДС (т. 7 л.д. 13-17)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№6, директор магазина, в ходе предварительного расследования показала, что в ходе просмотра записей с камер видеонаблюдения она увидела, что 05.06.2024 года в период с времени с 21 часа 27 минут до 21 часа 30 минут, из торгового зала «Пятерочка» было совершено хищение товара неизвестным ей лицом. Затем ею была проведена инвентаризация и была установлена недостача: сыра плавленого «Liedendorf» сливочного пастеризованного, 55% жирности, массой 400 граммов, в количестве двух штук; масла «Крестьянского», сливочного, 82% жирности; масла сливочного «Счастливое детство», крестьянского, 72.5% жирности, массой 180 граммов; масла сливочного «Станция молочная», традиционного, 82.5% жирности, массой 175 граммов в количестве семи штук; масла сливочного «Вкуснотеево», традиционного, жирностью 82.5%, массой 200 граммов в количестве четырех штук; масла сливочного «Вкуснотеево», традиционного, жирностью 82.5%, массой 340 граммов; масла сливочного, «Традиционное», 82.5% жирности, массой 200 граммов, в количестве двух штук; масла сливочного, «Крестьянское», 72.5% жирностью, массой 200 граммов, в количестве двадцати одной штуки; масла сливочного «Ровеньки», крестьянского, 72.5% жирности, массой 170 граммов, в количестве семи штук. О случившемся она сообщила в полицию и территориальному менеджеру по безопасности ООО «Агроторг» (т. 3 л.д. 111-114) 14.06.2024 года Свидетель №6 обратилась с заявлением в полицию, в котором просит привлечь к ответственности неизвестное лицо, которое 05.06.2024 года из магазина Н170, по адресу: &lt;адрес&gt;, похитило товары принадлежащие ООО «Агроторг»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14.06.2024 года, согласно которому осмотрен торговый зал магазина «Пятерочка» по адресу: &lt;адрес&gt;. В ходе осмотра места происшествия изъят диск с видеозаписью камер видеонаблюдения за 05.06.2024 (т. 3 л.д. 56) - протоколом осмотра предметов от 24.06.2024 года, согласно которому осмотрен диск с видеозаписью. В ходе осмотра ФИО2 узнал себя на видеозаписи в момент хищения товара 05.06.2025 года. Осмотренный диск признан вещественных доказательством и приобщен к материалам уголовного дела. (т. 3 л.д. 130-134) - счетами - фактурами № KС00-104068 от 01.06.2024 года, № 8119172304/5392 от 01.06.2024 года, № ЭОУП-018194 от 31.05.2024 года, № ЭОУП-018194 от 31.05.2024 года, № ЭМ000066195 от 02.06.2024 года, № 520 от 31.05.2024 года, № ЛП-94225/4 от 02.06.2024 года, № 706605 от 01.06.2024 года, № 713642 от 01.06.2024 года, № АК00-098907 от 07.05.2024 года, согласно которым в магазин поступили: сыр плавленый «Liedendorf» сливочный пастеризованный, 55% жирности, массой 400 граммов, стоимостью 129 рублей 99 копеек с учетом НДС за 1 шт., масло «Крестьянское», сливочное, 82% жирности, стоимостью 128 рублей 94 копейки с учетом НДС за 1 шт., масло сливочное «Станция молочная», традиционное, 82.5% жирности, массой 175 граммов, стоимостью 137 рублей 76 копеек с учетом НДС за 1 шт, масло сливочное «Счастливое детство», крестьянское, 72.5% жирности, массой 180 граммов, стоимостью 111 рублей 89 копеек с учетом НДС за 1 шт., масло сливочное «Валуйские просторы», крестьянское, 72.5% жирности, массой 180 граммов, стоимостью 125 рублей 83 копейки с учетом НДС за 1 шт., масло сливочное «Вкуснотеево», традиционное, жирность 82.5%, массой 200 граммов, стоимостью 164 рубля 52 копейки с учетом НДС за 1 шт.; масло сливочное «Вкуснотеево», традиционное, 82.5% жирности, массой 340 граммов, стоимостью 327 рублей 47 копеек с учетом НДС за 1 шт., масло сливочное, «Традиционное», 82.5% жирности, массой 200 граммов, стоимостью 159 рублей 54 копейки с учетом НДС за 1 шт., масло сливочное, «Крестьянское», 72.5% жирностью, массой 200 граммов, стоимостью 118 рублей 83 копейки с учетом НДС за 1 шт., масло сливочное «Ровеньки», крестьянское, 72.5% жирности, массой 170 граммов, стоимостью 125 рублей 87 копеек с учетом НДС за 1 шт. (т. 3 л.д. 99-100, 83-86, 87-87а, 81-82, 97-98, 91-93, 79-80, 88-90, 94-96) Согласно расписке от 18.02.2025 года ФИО24, директор магазина, получила от ФИО2 6 153 рубля 34 копейки в счет возмещения ущерба. Претензий не имеет.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Указание в обвинительном заключении на совершение ФИО2 преступления в период времени с 21 часа 20 минут до 20 часов 40 минут, суд признает явной технической ошибкой, поскольку в ходе судебного следствия установлено, что преступление совершено именно 05.06.2024 года в период с 21 часа 27 минут до 21 часа 30 минут, что следует из протокола осмотра диска с видеозаписями, согласно которому в 21 час 27 минут 05.06.2024 года молодой человек подошел к стеллажам с молочной продукцией, это обстоятельство подтверждается и показаниями свидетеля Свидетель №6, обнаружившей факт хищения товара, согласно которым преступление было совершено в период с 21 часа 27 минут до 21 часа 30 минут. Исправление данной технической ошибки не влияет на существо предъявленного обвинения, не нарушает пределов судебного разбирательства и права подсудимого на защиту, квалификации действий не изменяет. Действия подсудимого ФИО2 суд квалифицирует по ч.1 ст. 158 УК РФ , как кражу, то есть тайное хищение чужого имущества. По преступлению от 06.06.2024 года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06.06.2024 года около 21 часов 20 минут, он зашел в магазин «Пятерочка», расположенном по адресу &lt;адрес&gt; направился в отдел молочной продукции, где, убедившись, что за его действиями никто не наблюдает, со стеллажа холодильного оборудования взял сливочное масло различных наименования около 30 штук, а со стеллажа холодильного оборудования - сыр различных наименований среди которых были Вкуснотеево, Брест Литовский, Ламбер, Ларец, всего около 33 штук. Сыр и сливочное масло складывал в два пакета, находящиеся при нем. После чего он вышел из магазина не оплатив товары. Похищенное он продал в районе &lt;данные изъяты&gt; рынка г. Липецка. (т. 3 л.д. 219-221,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20.06.2024 года ФИО2 была дана явка с повинной, в которой он добровольно сообщил о том, что 06.06.2024 года из магазина «Пятерочка», по адресу: г Липецк, &lt;адрес&gt; он похитил сыр и масло. ( т.3 л.д. 208)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ФИО28 менеджер по безопасности ООО «Агроторг» и ТД «Перекресток», в ходе предварительного расследования показал, что 06.06.2024 года в период времени с 21 часа 21 минуты до 21 часов 23 минут, из магазина «Пятерочка», расположенного по адресу: &lt;адрес&gt; были похищены товарно-материальные ценности принадлежащие ООО «Агроторг»: 1) Сыр сливочный торговой марки «Вкуснотеево», в количестве 6 упаковок, стоимостью 183 рубля 15 копеек с учетом НДС за 1 упаковку, на общую сумму 1098 рублей 72 копейки с учетом НДС; 2) Сыр «Тильзитер» в количестве 6 упаковок, стоимостью 119 рублей 03 копейки с учетом НДС за 1 упаковку, на общую сумму 714 рублей 18 копеек с учетом НДС; 3) Сыр «Калачеевский» торговой марки «Вкуснотеево» в количестве 4 упаковок, стоимостью 130 рублей 02 копейки с учетом НДС за 1 упаковку, на общую сумму 520 рублей 08 копеек с учетом НДС; 4) Сыр «Монастырский» торговой марки «Брест Литовский» в количестве 4 упаковок, стоимостью 114 рублей 59 копеек с учетом НДС за 1 упаковку, на общую сумму 458 рублей 36 копеек с учетом НДС; 5) Сыр «Ламбер» кусок 230 гр в количестве 2 кусков, стоимостью 207 рублей 75 копеек с учетом НДС за 1 кусок, на общую сумму 415 рублей 50 копеек с учетом НДС; 6) Сыр классический торговой марки «Брест Литовск» в количестве 2 упаковок, стоимостью 122 рубля 88 копеек с учетом НДС за 1 шт. на общую сумму 245 рублей 76 копеек с учетом НДС; 7) Сыр «Пармезан», массой 1 кг 531 гр, стоимостью 831 рубль 93 копейки с учетом НДС за 1 кг., на общую сумму 1273 рублей 68 копеек без учета НДС; 8) Ламбер сыр, массой 970 гр, стоимостью 748 рублей 68 копеек с учетом НДС за 1 кг, на общую сумму 726 рублей 22 копейки с учетом НДС; 9) Масло традиционное торговой марки «Лебедянь» в количестве 5 упаковок, стоимостью 151 рубль 95 копеек с учетом НДС за 1 упаковку, а на общую сумму 759 рублей 75 копеек с учетом НДС; 10) Масло сливочное крестьянское торговой марки «Лебедянь» в количестве 20 упаковок, стоимостью 118 рублей 84 копейки с учетом НДС за 1 упаковку, на общую сумму 2852 рубля 16 копеек с учетом НДС; 11) Сыр «Ларец» с грецкими орехами в количестве 3 упаковок, стоимостью 178 рублей 92 копейки с учетом НДС за 1 упаковку, а на общую сумму 536 рублей 76 копеек с учетом НДС. Таким образом ООО «Агроторг» был причинен материальный ущерб на общую сумму 9 601 рубль 17 копеек.(т. 7 л.д. 13-17)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№6, директор магазина, в ходе предварительного расследования показала, что 10.06.2024 года при просмотре записей с камер видеонаблюдения она увидела, что 06.06.2024 года в магазин зашел молодой человек, который направился в отдел молочной продукции, где со стеллажей похитил сыры различного наименования и сливочное масло, которые сложил в пакеты, находившиеся при нем. После чего вышел из магазина не оплатив товары. Ею была проведена инвентаризация и установлена недостача следующих товаров: - «Сыр Сливочный Вкуснотеево 200 г 45%», 6 шт, «Сыр Калачеевский фасованный Вкуснотеево 200 г 45 %» 4 шт, «Масло сладко-сливочное несоленое Традиционное» 5 шт, «Сыр полутвердый Брест-Литовск классический» 2 шт, «Сыр полутвердый Брест-Литовск монастырский 45% 200 г» 4 шт, «Сыр Тильзитер Премиум Вкуснотеево 200 г 45%» 6 шт, «Ларец сыр с грецкими орехами 50%» 3 шт, «Масло сливочное крестьянское 72,5%» 20 шт, «Сыр твердый Parmesan (Пармезан) кусковой 40.0%» 1 кг 531 г, «Ламбер Сыр 50 % ? шара Вес», 0.97 кг.(т. 3 л.д. 203-206) 10.06.2024 года Свидетель №6 обратилась с заявлением в полицию, в котором просит привлечь к ответственности неизвестное лицо, которое 06.06.2024 года из магазина Н170, по адресу: &lt;адрес&gt;, похитило товары принадлежащие ООО «Агроторг»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10.06.2024 года, согласно которому осмотрен торговый зал магазина «Пятерочка» по адресу: &lt;адрес&gt;. В ходе осмотра места происшествия изъят диск с видеозаписью камер видеонаблюдения за 06.06.2024 (т. 3 л.д. 143-147 ) - протоколом осмотра предметов (документов) от 24.06.2024 года, согласно которому осмотрен диск с видеозаписью. Участвующий в осмотре ФИО2 на видеозаписи узнал себя в момент хищения товаров. Осмотренный диск признан вещественных доказательством и приобщен к материалам уголовного дела. (т. 3 л.д. 222-226) - счетами - фактурами № РЛЛБ-031950 от 22.05.2024 года, № ЛП-83493/4 от 25.05.2024 года, № 606304 от 20.05.2024 года, № СТ-57372 от 15.05.2024 года, № 59/00297109-24 от 20.05.2024 года, № 509-000003 от 09.05.2024 года, № 628730 от 25.05.2024 года, № ЛП-80197/4 от 20.05.2024 год, согласно которым в магазин поступили: сыр пармезан, стоимостью 831 рубль 93 копейки с учетом НДС за 1 кг., Вкуснотеево сыр сливочный стоимостью 183 рубля 15 копеек с учетом НДС за 1 шт.; БЗМЖ Вкуснотеево сыр калачеевский стоимостью 130 рублей 02 копейки с учетом НДС за 1 шт., Сыр Брест Литовск стоимостью 122 рубля 88 копеек с учетом НДС за 1 шт.; Брест Литовск сыр монастырский стоимостью 114 рублей 59 копеек с учетом НДС за 1 шт., Ламбер сыр кусок 230 г. стоимостью 207 рублей 75 копеек с учетом НДС за 1 шт.; Ламбер сыр твердый 50 % фас. стоимостью 748 рублей 68 копеек с учетом НДС за 1 шт., Ларец сыр с грецкими орехами стоимостью 178 рублей 92 копейки с учетом НДС за 1 шт., Лебедянь масло крестьянское стоимостью 118 рублей 84 копейки с учетом НДС за 1 шт., Сыр Тильзитер Премиум Вкуснотеево стоимостью 119 рублей 03 копейки с учетом НДС за 1 шт. ( т.3 л.д. 170-171, 172-174, 175-178, 179-182, 183-185, 189-190, 191-194, 186-188) Согласно расписке от 18.02.2025 года ФИО24, директор магазина, получила от ФИО2 9 125 рублей 66 копеек в счет возмещения ущерба. Претензий не имеет.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ФИО6 суд квалифицирует по ч.1 ст. 158 УК РФ , как кражу, то есть тайное хищение чужого имущества. По преступлению от 13.06.2024 года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13.06.2024 года около 20 часов 35 минут, он зашел в магазин «Пятерочка», расположенном по адресу &lt;адрес&gt;, прошел в отдел молочной продукции, убедившись, что за его действиями никто не наблюдает, со стеллажа холодильного оборудования взял сливочное масло различных наименований среди которых Вкуснотеево, Лебедянское, взял всего около 5 штук, а также взял сыр различных наименований среди которых был Брест Литовский, Либендорф, Хохланд, Ларец, Ламбер, всего сыра взял около 37 штук. После чего вышел из магазина не оплатив товары. Похищенное он продал в районе &lt;адрес&gt; рынка г. Липецка (т. 4 л.д. 39-41,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20.06.2024 года ФИО2 была дана явка с повинной, в которой он добровольно сообщил о том, что 13.06.2024 года из магазина «Пятерочка», по адресу: г Липецк, &lt;адрес&gt; он похитил сыр и масло. ( т.4 л.д. 31)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ФИО28 менеджер по безопасности ООО «Агроторг» и ТД «Перекресток», в ходе предварительного расследования показал, что 13.06.2024 года в период времени с 20 часов 30 минут до 20 часов 40 минут, из помещения торгового зала магазина «Пятерочка», расположенного по адресу: &lt;адрес&gt; были похищены товарно-материальные ценности принадлежащие ООО «Агроторг». Согласно представленным накладным стоимость похищенного имущества с учетом НДС составила 4991 рубль 91 копейка, а именно: 1) Масло GL.Vil. оливковое рафинированное 500 мл. в количестве 2 шт. стоимостью 473 рубля 30 копеек с учетом НДС за 1 шт. на общую сумму 946 рублей 58 копеек с учетом НДС; 2) Вкуснотеево масло традиционное 340 г. в количестве 1 шт. стоимостью 327 рублей 47 копейки с учетом НДС за 1 шт. на общую сумму 327 рублей 47 копеек с учетом НДС; 3) Лебед. масло 200 г. в количестве 1 шт. стоимостью 159 рублей 54 копейки с учетом НДС за 1 шт. на общую сумму 159 рублей 54 копейки с учетом НДС; 4) Лебед. Масло крестьянское в количестве 1 шт. стоимостью 118 рублей 83 копейки с учетом НДС за 1 шт. на общую сумму 118 рублей 83 копейки с учетом НДС; 4) Брест Литовск сыр монастырский в количестве 10 шт. стоимостью 114 рублей 59 копеек с учетом НДС за 1 шт. на общую сумму 1145 рублей 87 копеек с учетом НДС; 6) Liebend сыр сливочный в количестве 8 шт. стоимостью 129 рублей 99 копеек с учетом НДС за 1 шт. на общую сумму 1039 рублей 84 копейки с учетом НДС; 7) Hochl. Сыр пл. сливочный в количестве 4 шт. стоимостью 124 рубля 73 копейки с учетом НДС на общую сумму 498 рублей 91 копейку с учетом НДС. 8) Lieb. сыр голландский в количестве 2 шт. стоимостью 99 рублей 88 копеек с учетом НДС за 1 шт. на общую сумму 199 рублей 76 копеек с учетом НДС; 9) Ларец сыр с грецкими орехами в количестве 1 шт. стоимостью 180 рублей 63 копейки с учетом НДС за 1 шт. на общую сумму 180 рублей 63 копейки с учетом НДС. 10) Ламбер сыр твердый фас. 500 гр. в количестве 1 шт. стоимостью 748 рублей 68 копеек с учетом НДС за 1 кг. на общую сумму 374 рубля 34 копейки с учетом НДС. Таким образом, ООО «Агроторг» магазину «Пятерочка», расположенного по адресу: &lt;адрес&gt;, был причинен материальный ущерб на общую сумму 4991 рубль 91 копеек с учетом НДС. (т. 7 л.д. 13-17)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№6, директор магазина, в ходе предварительного расследования показала, что просматривая записи с камер видеонаблюдения, она увидела, что 13.06.2024 года в период времени с 20 часов 36минут до 20 часов 39минут, из торгового зала «Пятерочка» было совершено хищение товара неизвестным ей лицом. Ею была проведена инвентаризация и установлена недостача: масла сливочного «Вкуснотеево», традиционное, 82,5 % жирности, массой 340 граммов; сыра твердого «Ламбер» 50 % жирности, массой 500 граммов, ? шара, в количестве 500 граммов; сыра «Брест-Литовск», монастырского, полутвердого, 45 % жирности, массой 200 граммов, в количестве девяти штук; сыра плавленого плавленый «Liebendorf», сливочный, пастеризованный, 55 % жирности, массой 400 граммов; сыра «Ларец», полутвердого, с грецкими орехами, 50 % жирностью, массой 245 граммов; сыра голландского «Liebendorf» твердого, 45 % жирности, массой 200 граммов, в количестве двух штук; масла сливочного, «Крестьянское», 72,5% жирности, массой 180 граммов; масла сливочного «Традиционное», несоленое, 82,5 % жирности, массой 200 граммов; масла оливкового «Global village», рафинированного, объемом 0,5 литра, в количестве двух штук; сыра плавленого «Hochland», сливочного, 55 % жирности, массой 200 граммов, в количестве четырех штук. О случившемся она сообщила в полицию и территориальному менеджеру по безопасности ООО «Агроторг». (т. 4 л.д. 26-29) 10.06.2024 года Свидетель №6 обратилась с заявлением в полицию, в котором просит привлечь к ответственности неизвестное лицо, которое 13.06.2024 года из магазина Н170, по адресу: &lt;адрес&gt;, похитило товары принадлежащие ООО «Агроторг» ( т.3 л.д. 232)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14.06.2024 года, согласно которому осмотрен торговый зал магазина «Пятерочка» по адресу: &lt;адрес&gt;. В ходе осмотра места происшествия изъят диск с видеозаписью камер видеонаблюдения за 13.06.2024 (т. 3 л.д. 234) - протоколом осмотра предметов от 24.06.2024 года, согласно которому осмотрен диск с видеозаписью. Участвующий в осмотре ФИО2 узнал себя на видеозаписи в момент хищения товаров. Осмотренный диск признан вещественным доказательством и приощен к материалам уголовного дела. (т. 4 л.д. 45-49) - счетами - фактурами ЛП-94225/4 от 12.06.2024 года, № 59/00297109-24 от 20.05.2024 года, № СТ-65146 от 03.06.2024 года, № КС00-099017 от 25.05.2024 года, № 530-000010 от 30.05.2024 года, № 0112RI-3011 от 05.06.2024 года, № 713642 от 13.06.2024 года, № 706605 от 12.06.2024 года, № 0440RRVT-2460 от 21.04.2024 года, № 0304292105 от 27.05.2024 года, согласно которым в магазин поступили: масло сливочное, «Вкуснотеево», традиционное, 82,5 % жирности, стоимостью 327 рублей 47 копеек с учетом НДС за 1 шт., сыр твердый «Ламбер» 50 % жирности, массой 500 граммов, ? шара, в количестве 6,05, стоимостью 374 рубля 34 копейки с учетом НДС за 1 шт., сыр «Брест-Литовск», монастырский, полутвердый, 45 % жирности, стоимостью 114 рублей 59 копеек с учетом НДС за 1 шт., сыр плавленый «Liebendorf», сливочный, пастеризованный, 55 % жирности,, стоимостью 129 рублей 98 копеек с учетом НДС за 1 шт., сыр «Ларец», полутвердый, с грецкими орехами, 50 % жирностью, стоимостью 180 рублей 63 копейки с учетом НДС за 1 шт., сыр голландский «Liebendorf» твердый, 45 % жирности, массой 200 граммов, стоимостью 99 рублей 88 копеек с учетом НДС за 1 шт., масло сливочное, «Крестьянское», 72,5% жирности, массой 180 граммов, в количестве 20 шт. стоимостью 118 рублей 83 копейки с учетом НДС., масло сливочное «Традиционное», несоленое, 82,5 % жирности, массой 200 граммов, в количестве 10 шт. стоимостью 159 рублей 54 копейки с учетом НДС за 1 шт., масло оливковое «Global village», рафинированное, объемом 0,5 литра, стоимостью 473 рубля 30 копеек с учетом НДС за 1 шт., сыр плавленый «Hochland», сливочный, 55 % жирности, стоимостью 124 рубля 73 копейки с учетом НДС за 1 шт. (т. 3 л.д. 250-252, 246-248, 244-245, 242-243, 239-241, т.4 л.д. 1-3, 4-6, 7-9, 10-12, 13-15) Согласно расписке от 18.02.2025 года ФИО24, директор магазина, получила от ФИО2 4 991 рубль 91 копейку в счет возмещения ущерба. Претензий не имеет.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17.06.2024 года (магазин «Красное и Белое» по адресу: &lt;адрес&gt;)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17.06.2024 года около 18 часов 50 минут, он зашел в магазин «Красное и Белое», расположенный по адресу &lt;адрес&gt;, прошел в отдел реализации алкогольной продукции, убедившись, что за его действиями никто не наблюдает, с витринного стеллажа взял одну бутылку виски «Макаллан» в упаковочной коробке синего цвета, объемом 0,7 литра, которую спрятал под спортивную кофту, после чего вышел из магазина не оплатив товар. Похищенный виски он выпил (т. 4 л.д. 98-100,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21.06.2024 года ФИО2 была дана явка с повинной, в которой он добровольно сообщил о том, что 17.06.2024 года из магазина «Корасное и Белое», по адресу: г Липецк, &lt;адрес&gt;А он похитил бутылку виски. ( т.4 л.д. 91)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ФИО29 менеджер по безопасности ООО «Альфа-М», в ходе предварительного расследования показал, что 20.06.2024 года, просматривая видеозаписи камер видеонаблюдения, расположенных в магазине «Красное и Белое» увидел, что 17.06.2024 года в период времени с 18 часов 51 минуты до 18 часов 54 минут, в магазин зашел мужчина, подошел к стеллажу с алкогольной продукцией и с верхней полки стеллажа взял бутылку виски, спрятал бутылку завернув ее в футболку которая была надета на нем. После чего вышел из магазина не оплатив товар. Им была проведена инвентаризация, в ходе которой было установлена недостача одной бутылки виски «Макаллан Дабл Каск» 12 лет в п/у 40,0%», стоимостью, на момент хищения 8 999 рублей 99 копеек, с учетом НДС. По данному факту он обратился в полицию. (т. 4 л.д. 87-89) 20.06.2024 года ФИО29 написал заявление в полицию, в котором просит привлечь к уголовной ответственности неизвестное лицо, которое 17.06.2024 года из магазина «Красное и Белое» по адресу: &lt;адрес&gt; похитило бутылку виски, принадлежащую ООО «Альфа-М»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Кроме того, вина ФИО2 подтверждается другими материалами уголовного дела: - протоколом осмотра места происшествия от 20.06.2024 года, согласно которому торговый зал магазина «Красное Белое» по адресу: &lt;адрес&gt;. В ходе осмотра места происшествия изъят диск с видеозаписью камер видеонаблюдения за 17.06.2024 (т. 4 л.д. 54-56) - протоколом осмотра предметов от 25.11.2024 года, согласно которому осмотрен диск с видеозаписью от 17.06.2024. В ходе просмотра видеозаписи представитель потерпевшего ФИО29 на видео узнал ФИО2 (т.4 л.д. 107-110) - актом контрольно-ревизионной проверки от 20.06.2024 года согласно которого в магазин «Красное белое» расположенного по адресу: &lt;адрес&gt; поступил товар: «Виски Макаллан Дабл Каск 12 лет» п/к 40 % об. 0,7 в количестве 1 шт., стоимостью 8999 рублей 99 копеек с учетом НДС за 1 шт. (т. 4 л.д. 62) Согласно квитанции к приходному кассовому ордеру ООО «Альфа-М» получено от ФИО2 9 100 рублей, за совершенное 17.06.2024 года хищение виски.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17.06.2024 года (магазин «Красное и Белое» по адресу: &lt;адрес&gt;, пом 4)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17.06.2024 года около 19 часов 30 минут зашел в магазин «Красное и Белое», который расположен по адресу: &lt;адрес&gt;, на одной из витрин увидел бутылку виски « Джек Дениелс» объемом 1 литр, убедился, что за ним никто не смотрит, взял с витрины бутылку виски, завернул ее в находящуюся у него в руках кофту черного цвета, после чего он прошел мимо кассовой зоны и вышел из магазина не оплатив товар. (т. 4 л.д. 196-198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23.06.2024 года ФИО2 была дана явка с повинной, в которой он добровольно сообщил о том, что 17.06.2024 года около 19 часов 30 минут из магазина «Красное и Белое» он похитил бутылку виски. ( т.4 л.д. 188)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ФИО30 сотрудник ООО «Альфа-М», в ходе предварительного расследования показал, что 19.06.2024 года в ходе проведения инвентаризации и просмотра записей камер видеонаблюдения было установлено, что (дата) около 19 часов 30 минут в магазине «Красное и Белое» по адресу: &lt;адрес&gt;, неизвестный парень совершил хищение одной бутылки виски зерновой «Джек Дэниелс Теннесси» объемом 1 литр, стоимостью 2889 рублей 99 копеек с учетом НДС. По данному факту он обратился в полицию (т. 4 л.д. 169-171, 172-173) 29.06.2024 года ФИО30 написал заявление в полицию, в котором просит привлечь к уголовной ответственности неизвестное лицо, которое 17.06.2024 года из магазина «Красное и Белое» по адресу: &lt;адрес&gt; похитило бутылку виски, принадлежащую ООО «Альфа-М»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№8, сотрудник полиции, в ходе предварительного расследования показала, что он проводил проверку по факту хищения виски 17.06.2024 года из магазина Красное и Белое» по адресу: &lt;адрес&gt;. В ходе проведения которой им было установлено, что данное преступление было совершено ФИО2, который добровольно написал явку с повинной (т. 4 л.д. 184-186)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19.06.2024 года, осмотрен торговый зал магазина «Красное Белое» по адресу: &lt;адрес&gt;. (т. 4 л.д. 118-121) - протоколом выемки от 26.06.2024 года, согласно которому у представителя потерпевшего ФИО30 изъят диск с видеозаписью с камер видеонаблюдения от 17.06.2024 года. (т. 4 л.д175-177. ) - протоколом осмотра предметов от 22.11.2024 года согласно которому осмотрен диск с видеозаписью. В ходе осмотра видео представитель потерпевшего ФИО30 узнал ФИО2 в момент хищения товара. (т. 4 л.д. 200-203) Согласно квитанции к приходному кассовому ордеру ООО «Альфа-М» получено от ФИО2 2 889 рублей 99 копеек, за совершенное года хищение виски.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22.06.2024 года (магазин «Пятерочка» №)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22.06.2024 года около 21 часа 40 минут, он зашел в магазин «Пятерочка», расположенный по адресу &lt;адрес&gt;., открыв дверь своими руками, прошел к стеллажам отдела товаров «Молочная гастрономия», где со стеллажа он взял примерно 7 упаковок сыра «Ламбер», «Ларец сыр с грецким орехом», сыр «Щучанский», и примерно 12 упаковок, сливочного масла «ЛебедяньМолоко, Вкуснотеево», которые сложил в коробку взятую им возле входа в магазин. После чего вышел из магазина, вновь открыв закрытую дверь руками. Похищенное он продал в районе Центрального рынка г. Липецка. (т. 6 л.д. 47-49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04.07.2024 года ФИО2 была написана явка с повинной, в которой он добровольно сообщил о том, что 22.06.2024 года из магазина по адресу: &lt;адрес&gt;, похитил сыры и масло сливочное. ( т.6 л.д. 41) Суд принимает протокол явки с повинной в качестве доказательства вины подсудимого ФИО2 в совершенном преступлении, и учитывает его как смягчающее наказание обстоятельство по делу. Данный протокол составлен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ФИО28 менеджер по безопасности ООО «Агроторг» и ТД «Перекресток», в ходе предварительного расследования показал, что 22.06.2024 года в период с 21 часа 40 минут до 21 часа 45 минут, магазина «Пятерочка», расположенного по адресу: &lt;адрес&gt; были похищены: сыр «Ламбер» твердый 0,532 гр, на общую сумму 398 рублей 30 копеек с учетом НДС; масло «Вкуснотеево» традиционное массой 340 гр 1 упаковка, стоимостью 327 рублей 47 копеек с учетом НДС; масло «Традиционное» 1 упакова, массой 200 гр, стоимостью 159 рублей 54 копейки с учетом НДС; сыр «Щучанский» торговой марки «EKONIVA» 2 упаковки, на общую сумму 218 рублей 32 копейки с учетом НДС; сыр «Ларец» с грецкими орехами 1 упаковка, стоимостью 180 рублей 63 копейки с учетом НДС; масло сливочное крестьянское 20 упаковок, а на общую сумму 2376 рублей 66 копеек с учетом НДС; масло крестьянское «Красная цена» 1 упаковка, массой 180 гр, стоимостью 119 рублей 85 копейки с учетом НДС; сыр «Ламбер» 1 упаковка, стоимостью 207 рублей 75 копейки с учетом НДС. А всего на общую сумму 3 988 рублей 52 копейки с учетом НДС. (т. 7 л.д. 13-17)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№6, директор магазина, в ходе предварительного расследования показала, что 24.06.2024 просматривая запись с камер видеонаблюдения она увидела, что 22.06.2024 года в период с 21 часа 40 минут до 21 часа 43 минут, в магазин, разжав руками автоматические двери, зашел парень, подошел к товарам в отделе молочная гастрономия, и стал складывать с полок сыры и сливочное масло, различного наименования в коробку, которую он взял когда зашел в торговый зал магазина. С похищенным он вышел из магазина не оплатив товары. Ею была проведена инвентаризация и установлена недостача: Ламбер сыр 50 % 230 г»1 шт., стоимостью 207 рублей 74 копейки с учетом НДС; Ларец сыр с грецкими орехами» 1 шт, стоимостью 180 рублей 63 копейки с учетом НДС; Масло сливочное традиционное ФИО10» 1 шт., стоимостью 327 рублей 47 копеек с учетом НДС; Красная цена масло крестьянское» 1 шт., стоимостью 119 рублей 84 копейки с учетом НДС; Ekoniva Сыр Щучанский 200г» 2 шт., общей стоимостью 218 рублей 23 копейки с учетом НДС; Масло сладко-сливочное несоленое 82.5%» 1 шт., стоимостью 159 рублей 54 копейки с учетом НДС; Масло Лебедянь сливочное крестьянское 72.5% 20 шт, общей стоимостью 2376 рублей 66 копеек с учетом НДС; Сыр Ламбер 50% 12 шара» 0.532 гр, стоимостью 398 рублей 30 копеек с учетом НДС. (т. 6 л.д. 36-39) 24.06.2024 года Свидетель №6 обратилась с заявлением в полицию, в котором просит привлечь к ответственности неизвестное лицо, которое 22.06.2024 года из магазина Н170 по адресу: &lt;адрес&gt; похитило товары, принадлежащие ООО «Агроторг» (т.5 л.д. 234) Показания свидетеля суд признает правдивыми, достоверными, оснований для оговора подсудимого не установлено. Кроме того, вина ФИО2 подтверждается другими материалами уголовного дела: - протоколом осмотра места происшествия от 28.06.2024 года, согласно которому осмотрен торговый зал магазина «Пятерочка» по адресу: &lt;адрес&gt;. В ходе осмотра изъят диск с видеозаписью камер видеонаблюдения за 22.06.2024 (т. 5 л.д. 237) - протоколом осмотра предметов от 04.07.2024 года, согласно которому осмотрен диск с видеозаписью. Участвующий в осмотре ФИО2 узнал себя на видеозаписи в момент хищения товаров. ( т. 6 л.д. 53-58) - счетами - фактурами № 59/00359079-24 от 19.06.2024 года, № 530-000010 от 30.05.2024 года, № ЛП-94225/4 от 12.06.2024 года, № ЭОУП-020069 от 17.06.2024 года, № ЭОУП-020069 от 17.06.2024 года, № 10780 от 30.05.2024 года, № 706605 от 12.06.2024 года, № 754252 от 22.06.2024 года, № 59/ 00363721-24 от 21.06.2024 года, согласно которым в магазин поступили: Ламбер Сыр 50 % 230 г 10хСГ90/3369648/340033300, стоимостью 207 рублей 75 копеек с учетом НДС за 1 шт.; ЛАРЕЦ сыр с грецкими орехами 50% 245 г. в количестве 1014 шт., стоимостью 180 рублей 63 копейки с учетом НДС за 1 шт.; Масло слив. Традиционное Вкуснотеево 340 г 82.5% линкавер КЛ (6)4601751026057, стоимостью 327 рублей 47 копеек с учетом НДС за 1 шт.; КР.ЦЕНА Масло КРЕСТ. Слив.в/с 72.5% 180 г., стоимостью 119 рублей 85 копейки с учетом НДС за 1 шт.; Ekoniva Сыр Щучанский п/тв. 50% ф/п 200 г., стоимостью 109 рублей 16 копеек с учетом НДС за 1 шт.; Масло сладко сливочное несоленое «Традиционное» м.д.ж. 82.5% 200г/4607115352954, стоимостью 159 рублей 54 копейки с учетом НДС за 1 шт.; Масло сливочное крестьянское, м.д.ж. 72.5% 180г/4607115350592, стоимостью 118 рублей 83 копейки с учетом НДС за 1 шт.; Ламбер Сыр 50% ? шара, стоимостью 748 рублей 68 копеек с учетом НДС за 1 кг.; (т. 5 л.д. 245-246, 247-248, л.д. 242-244, л.д. 249-251, л.д. 7-8, л.д. 1-3, л.д. 9-10, л.д. 4-6) Согласно расписке от 18.02.2025 года ФИО24, директор магазина, получила от ФИО2 3 988 рублей 52 копейки в счет возмещения ущерба. Претензий не имеет.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22.06.2024 года (магазин «Магнит»)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22.06.2024 года около 22 часов 20 минут он зашел в магазин «Магнит», расположенный по адресу: &lt;адрес&gt;&lt;адрес&gt; он взял картонную коробку, высыпал содержимое и прошел к стеллажам с кофейной продукцией, взял около 45 упаковок различного кофе, которые сложил в коробку, а затем вышел из магазина не оплатив товары. Похищенный кофе он продал в районе Центрального рынка г. Липецка. (т. 6 л.д. 153-155,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23.06.2024 года ФИО2 была написана явка с повинной, в которой он добровольно сообщил о том, что 22.06.2024 года из магазина «Магнит» похитил кофе. ( т.6 л.д. 144) В ходе проверки показаний на месте 23.06.2024 года ФИО2 показал магазин, а также указал на стеллажи откуда 22.06.2024 года он похитил кофе. ( т.6 л.д. 164-168) Суд принимает протоколы явки с повинной и проверки показаний на месте в качестве доказательств вины подсудимого ФИО2 в совершенном преступлении, и учитывает его как смягчающее наказание обстоятельство по делу. Данные протоколы составлены с соблюдением требований норм УПК РФ, согласуются с показаниями ФИО2, и другими доказательствами по делу.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ФИО32 специалист сектора безопасности АО «Тандер», в ходе предварительного расследования показал, что 22.06.2024 года от Свидетель №7 директора магазина «Магнит», расположенного по адресу: &lt;адрес&gt; А, он узнал, что при просмотре записей с камер видеонаблюдения она увидела, что неизвестный ей мужчина 22.06.2024 около 22 часов 23 минут, совершил хищение: кофе «AMBASSADOR Platinum» (Амбассадор платинум) натуральное, растворимое массой 190 г., в количестве 6 штук, на общую сумму 1952 рубля 16 копеек с учетом НДС; кофе «MONARCH ORIGINAL» (монарх оригинал) натуральное, растворимое, сублимированное массой 130 г., в количестве 6 штук, на общую сумму 1405 рублей 86 копеек с учетом НДС; кофе «MONARCH Original» (монарх оригинал) сублимированное массой 75 г., в количестве 15 штук, на общую сумму 2712 рублей 45 копеек с учетом НДС; кофе «MONARCH/JACOBS MONARCH» (монарх якобс монарх) натуральное, растворимое, сублимированное массой 210г., в количестве 4 штук, на общую сумму 1394 рубля 20 копеек с учетом НДС; кофе «MONARCH/JACOBS Velor» (монарх якобс велюр) натуральное, растворимое, массой 70 г., в количестве 1 штуки, на общую сумму 144 рубля 37 копеек с учетом НДС; кофе «NESCAFE Gold Barista» (нескафе голд бариста) молотое в растворимом, массой 75г., в количестве 1 штуки, на общую сумму 160 рублей 78 копеек с учетом НДС; кофе «NESCALI Gold» (нескафе голд) натуральное, растворимое, сублимированное, массой 130г., в количестве 6 штук, на общую сумму 1613 рублей 94 копейки; кофе «NESCAFE Gold» (нескафе голд) натуральное, растворимое, сублимированное, массой 190г., в количестве 3 штук, на общую сумму 980 рублей 25 копеек с учетом НДС; кофе «TIBIO/TCHIBO Gold Selection» (чибо голд селектион) сублимированное, массой 75г., в количестве 3 штук, на общую сумму 388 рублей 30 копеек с учетом НДС. Тем самым АО «Тандер» был причинен материальный ущерб в размере 10 752 рубля 31 копейка с учетом НДС. (т. 6 л.д. 120-122, 123-124)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Свидетель Свидетель №7, директор магазина, в ходе предварительного расследования показала, что 22.06.2024 года при просмотре камер видеонаблюдения она увидела, что неизвестный ей мужчина около 22 часов 23 минут, из магазина «Магнит», расположенного по адресу: г. &lt;адрес&gt;, похитил: кофе «AMBASSADOR Platinum» (Амбассадор платинум) натуральное, растворимое массой 190г., 6 штук, кофе «MONARCH ORIGINAL» (монарх оригинал) натуральное, растворимое, сублимированное массой 130 г., 6 штук; кофе «MONARCH Original» (монарх оригинал) сублимированное массой 75 г., в количестве 15 штук; кофе «MONARCH/JACOBS MONARCH» (монарх якобс монарх) натуральное, растворимое, сублимированное массой 210г., в количестве 4 штук; кофе «MONARCH/JACOBS Velor» (монарх якобс велюр) натуральное, растворимое, массой 70 г., в количестве 1 штуки; кофе «NESCAFE Gold Barista» (нескафе голд бариста) молотое в растворимом, массой 75г., в количестве 1 штуки; кофе «NESCALI Gold» (нескафе голд) натуральное, растворимое, сублимированное, массой 130г., в количестве 6 штук; кофе «NESCAFE Gold» (нескафе голд) натуральное, растворимое, сублимированное, массой 190г., в количестве 3 штук; кофе «TIBIO/TCHIBO Gold Selection» (чибо голд селектион) сублимированное, массой 75г., в количестве 3 штук. О случившемся она сообщила в полицию. (т. 6 л.д. 139-141) 22.06.2024 года Свидетель №7 обратилась с заявлением в полицию, в котором просит привлечь к ответственности неизвестное лицо, которое 22.06.2024 года похитил кофе (т.6 л.д. 67) Показания свидетеля суд признает правдивыми, достоверными, оснований для оговора подсудимого не установлено. Кроме того, вина ФИО6 подтверждается другими материалами уголовного дела: - протоколом осмотра места происшествия от 22.06.2024 года, согласно которому осмотрен торговый зал магазина «Магнит» по адресу: &lt;адрес&gt;т. 6 л.д. 68) - протоколом осмотра предметов от 23.06.2024 года, согласно которому осмотрен диск с видеозаписью из магазина «Магнит» расположенного по адресу: &lt;адрес&gt;&lt;адрес&gt; от 22.06.2024. В ходе просмотра видеозаписи ФИО2 узнал сеюя в момент хищения товаров. Осмотренный диск признан вещественным доказательством и приобщен к материалам уголовного дела. (т. 6 л.д. 158-160) - счетами - фактурами № УТ-3345 от 04.06.2024 года, № 1249811980 от 27.04.2024 года, № 1249697791 от 14.03.2024 года, № 1249889032 от 03.06.2024 года, № 28490 от 01.05.2024 года, № 3010039210 от 12.04.2024 года, № 3010116616 от 21.10.2023 года, № 3010004153 от 20.01.2024 года, № 3010061121 от 07.06.2024 года, согласно которым в магазин поступили: TIBIO/TCHIBO Gold Selection кофе сублимированный 75 грамм, 129 рублей 43 копейки с учетом НДС за 1 шт., NESCAFE Gold кофе натуральный растворимый сублимированный 130 грамм, стоимостью 268 рублей 99 копеек с учетом НДС за 1 шт., NESCAFE Gold Barista, стоимостью 160 рублей 78 копеек с учетом НДС за 1 шт., NESCAFE Gold кофе натуральный растворимый сублимированный 190 грамм, стоимостью 326 рублей 75 копеек с учетом НДС за 1 шт., Ambassador Platinum кофе натуральный растворимый 190 грамм, стоимостью 325 рублей 36 копеек с учетом НДС за 1 шт., MONARCH/JACOBS MONARCH кофе натуральный растворимый сублимированный 210 грамм, стоимостью 348 рублей 55 копеек с учетом НДС за 1 шт., MONARCH ORIGINAL кофе сублимированный 75 грамм, стоимостью 180 рублей 83 копейки с учетом НДС за 1 шт., MONARCH ORIGINAL кофе натуральный растворимый 130 грамм, стоимостью 234 рубля 31 копеек с учетом НДС за 1 шт., MONARCH/JACOBS Velour кофе натуральный растворимый 70 грамм, стоимостью 144 рубля 37 копеек с учетом НДС за 1 шт. Указанные счета-фактуры осмотрены, признаны вещественными доказательствами и приобщены к материалам дела (т. 6 л.д. 73, 74-75, 76-77, 78-80, 81-82, 83-84, 85-86, 87-89, 90-91, 130-137) Согласно чеку-ордеру от 06.03.2025 года АО «Тандре» получено 10 752 рубля 31 копейка в счет возмещения ущерба причиненного ФИО2 Исследовав и оценив доказательства в их совокупности, суд считает их относимыми, допустимыми, достоверными и достаточными для признания вины ФИО2 в инкриминируемом ему деянии. Действия подсудимого ФИО2 суд квалифицирует по ч.1 ст. 158 УК РФ , как кражу, то есть тайное хищение чужого имущества. По преступлению от 07.07.2024 года Подсудимый ФИО2 свою вину в совершении указанного преступления признал, от дачи показаний отказался, ссылаясь на ст. 51 Конституции РФ. В ходе предварительного расследования ФИО2, показал, что 07.07.2024 года он действительно из магазина «Чижик» расположенного по адресу: &lt;адрес&gt;, похитил товарно-материальные ценности. Товары складывал в заранее приготовленный пакет. С похищенным товаром скрылся с места преступления, а после продал неизвестному ему человеку. (т. 5 л.д.203-206) Оглашенные показания ФИО2 подтвердил. Суд признает показания подсудимого ФИО2 правдивыми и принимает их в качестве доказательств по делу, поскольку изложенные в них факты соответствуют установленным судом обстоятельствам. Помимо признательных показаний подсудимого, его вина в содеянном подтверждается показаниями представителя потерпевшего, свидетеля и другими материалами дела. Представитель потерпевшего ФИО31 менеджера по безопасности АО «Продторг», в ходе предварительного расследования показал, что 11.07.2024 года в ходе проведенной инвентаризации в магазине была выявлена недостача кофе. В связи с этим им были просмотрены записи камер видеонаблюдения. В ходе просмотра установлено, что 07.07.2024 года в период с 17 часов 01 минуты до 17 часов 05 минут мужчина совершил хищение 5 штук кофе «Монарх». Таким образом, АО «Продторг» был причинен материальный ущерб на общую сумму 2066 рублей 90 копеек с учетом НДС. (т. 6 л.д. 217-219, 220-221) 11.07.2024 года ФИО31 обратился с заявлением в полицию, в котором просит привлечь к ответственности неизвестное лицо, которое 07.07.2024 года из магазина по адресу: &lt;адрес&gt; похитило товары, принадлежащие АО «Продторг» ( т. 6 л.д. 170) Показания представителя потерпевшего сомнения у суда не вызывают, они согласуются с показаниями подсудимого, а также другими доказательствами, собранными по делу и исследованными судом. Личной заинтересованности представителя потерпевшего в исходе дела судом не установлено, а потому суд признает его показания правдивыми и учитывает их в качестве доказательств по делу. Кроме того, вина ФИО2 подтверждается другими материалами уголовного дела: - протоколом осмотра места происшествия от 12.07.2024 года, согласно которому осмотрен торговый зал магазина «Чижик» по адресу: &lt;адрес&gt;. (т. 6 л.д. 172-174) - протоколом осмотра предметов с фототаблицей от 19.08.2024 года, согласно которому осмотрен диск с видеозаписью. Участвующий в осмотре ФИО2 узнал себя на видеозаписи в момент хищения товаров. Осмотренный диск признан вещественным доказательством, приобщен к материалам дела. (т. 6 л.д. 236-242) - товарно-транспортной накладной № от 04.07.2024 года согласно которой в магазин поступил товар: MONARCH Кофе ORIGINAL 190 грамм. (т. 6 л.д. 181-183) - актом инвентаризации от 11.07.2024 года, согласно которому обнаружена недостача пяти банок MONARCH Кофе ORIGINAL 190 грамм (т.6 л.д. 177) - справкой о стоимости от 11.07.2024 года, согласно которой общая стоимость похищенного составляет 2 066 рублей 90 копеек (т.6 л.д. 178) Согласно расписке от 20.02.205 года ФИО25, управляющая магазином, получила от ФИО2 2 066 рублей 90 копеек в счет возмещения ущерба. Материальный ущерб возмещен в полном объеме. В соответствии с постановлением Мирового судьи судебного участка № 7 Октябрьского судебного района г. Липецка от (дата) года, ФИО2 привлечен к административной ответственности за совершение административного правонарушения, предусмотренного ч. 2 ст. 7.27 КоАП РФ, ему назначено наказание в виде административного штрафа в размере 3000 рублей. (т.6 л.д. 176) Согласно ст. 4.6 КоАП РФ, лицо, которому назначено административное наказание за совершени административного правонарушения, считается подвернутым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Таким образом ФИО2 на момент совершения преступления считается подвергнутым административному наказанию за мелкое хищение чужого имущества. Исследовав и оценив доказательства в их совокупности, суд считает установленной виновность подсудимого в инкриминируемом ему деянии. Действия подсудимого суд квалифицирует по ст. 158.1 УК РФ , как мелкое хищение чужого имущества, лицом подвергнутым административному наказанию за мелкое хищение предусмотренное ч.2 ст. 7.27 КоАП РФ. При назначении ФИО2, ФИО1 вида и размера наказания, за совершенные преступления, суд в соответствии с ч.3 ст. 60 УК РФ , учитывает характер и степень их общественной опасности, данные о личности виновных, смягчающие и отягчающие наказание обстоятельства, влияние назначенного наказания на исправление осужденных и на условия жизни их семей. ФИО2 на учете у врача нарколога и врача психиатра не состоит, участковым уполномоченным, по месту жительства характеризуется посредственно, соседями – положительно. ( т.7 л.д.99, 100, 112) В качестве обстоятельств смягчающих наказание ФИО2 по преступлениям, предусмотренным ч.1 ст. и ст. 158.1 УК РФ суд учитывает: явки с повинной, признание вины, раскаяние в содеянном, активное способствование расследованию преступлений, поскольку в ходе предварительного расследования он давал признательные показания, изобличая себя в совершении преступлений, а по преступлениям, от 13.05.2024 года (магазин «Пятерочка» №) и от 22.06.2024 года подтвердил свои показания при их проверке на месте, кроме того по каждому из совершенных преступлений (в том числе и по преступлению, предусмотренному п. «а» ч.2 ст. 158 УК РФ ) суд учитывает, в том числе и добровольное возмещение ущерба, состояние его здоровья и его родственников. Отягчающих наказание обстоятельств не установлено. ФИО1 на учете у врача нарколога и врача психиатра не состоит, участковым уполномоченным, по месту жительства характеризуется посредственно, соседями – положительно, и.о начальника филиала по Левобережному району г. Липецка ФКУ УИИ УФСИН России по Липецкой области – отрицательно, по месту предыдущей работы – положительно ( т.7 л.д.66, 67, 83, 85) В качестве обстоятельств смягчающих наказание ФИО1 суд учитывает: состояние его здоровья и его близких родственников. Отягчающих наказание обстоятельств не установлено. Принимая во внимание характер и степень общественной опасности преступлений, совершённых ФИО2, ФИО1 все обстоятельства дела, мотивы, цели и способ совершения преступлений, данные о личности подсудимых, их отношение к содеянному, суд приходит к убеждению, что для обеспечения целей наказания, указанных в ст. 43 УК РФ , и, прежде всего, цели предупреждения совершения ими новых преступлений, ФИО1 необходимо назначить наказание за совершенное преступление в виде лишения свободы, ФИО2 по преступлениям, предусмотренным ч.1 ст. и 158.1 УК РФ необходимо назначить наказание в виде обязательных работ, а по преступлению, предусмотренному п. «а» ч.2 ст. 158 УК РФ в виде лишения свободы. Оснований для назначения по п. «а» ч.2 ст. 158 УК РФ ФИО2, ФИО1 иных, более мягких видов наказания суд не находит с учетом их данных о личности. Суд полагает, что именно такое наказание будет справедливым исходя из всех обстоятельств дела, данных о личности подсудимых и на условия жизни их семей не повлияет. При определении ФИО2 размера наказания по каждому преступлению, суд учитывает положения ч.1 ст. 62 УК РФ . Исключительных обстоятельств, связанных с целями и мотивами преступлений, поведением подсудимых во время и после совершения преступлений, а также иных обстоятельств, существенно уменьшающих степень общественной опасности преступлений, и дающих основания для применения ст. , ст. 53.1 , ч. 6 ст. , 73 УК РФ суд не находит. Суд считает возможным не назначать ФИО2, ФИО1 дополнительное наказание, предусмотренное санкцией ч.2 ст. 158 УК РФ в виде ограничения свободы, полагая, что назначенное наказание будет достаточным для их исправления. Окончательное наказание ФИО1 суд назначает в соответствии с ч.1 ст. 70 УК РФ , путем частичного присоединения неотбытой части наказания по приговору Правобережного районного суда г. Липецка от 24.08.2023 года, с учетом требований п. «в» ч.1 ст. 71 УК РФ , согласно которому одному дню лишения свободы соответствуют три дня исправительных работ. Наказание ФИО1 в соответствии с п. «а» ч.1 ст. 58 УК РФ надлежит отбывать в колонии-поселении, куда осужденный следует самостоятельно. Из материалов уголовного дела следует, что ФИО1 20.06.2024 года был задержан и до 28.03.2025 года содержался под стражей, данный период, суд засчитывает в срок лишения свободы в соответствии с п. «в» ч. 3.1 ст. 72 УК РФ . 28.03.2025 года ФИО1 мера пресечения изменена на запрет определенных действий, с установлением запрета, предусмотренного п.1 ч. 6 ст. 105.1 УПК РФ покидать места жительства в период с 23 часов до 06 часов. Суд считает необходимым в соответствии с п.1.1 ч. 10 ст. 109 УПК РФ зачесть ФИО1 в срок отбывания наказания время применения к нему запрета определенных действий, с 28.03.2025 года до дня вступления приговору суда в законную силу, из расчета два дня его применения за один день содержания под стражей. Суд назначает ФИО2 наказание с применением положений ч.2 ст. 69 УК РФ путем частичного сложения назначенных наказаний, с учетом требований п. «г» ч.1 ст. 71 УК РФ , согласно которому одному дню лишения свободы соответствуют 8 часов обязательных работ. Поскольку преступления, по которым ФИО2 осуждается, совершены им до вынесения в отношении него приговора мирового судьи судебного участка № 8 Октябрьского судебного района г. Липецка от 01.10.2024 года, суд назначает окончательное наказание по правилам ч.5 ст. 69 УК РФ путем частичного сложения назначенных наказаний, с учетом требований п. «г» ч.1 ст. 71 УК РФ . Наказание ФИО2, в соответствии с п. «б» ч.1 ст. 58 УК РФ надлежит отбывать в колонии-поселении, куда осужденный следует под конвоем. В целях исполнения приговора, суд считает необходимым до вступления приговора суда в законную силу оставить ФИО2 без изменения меру пресечения в виде заключения под стражу. Из материалов уголовного дела следует, что ФИО2 20.06.2024 года был задержан и до 21.06.2024 года содержался в ИВС, с 11.07.2024 года он содержится под стражей, данный период, суд засчитывает в срок лишения свободы в соответствии с п. «в» ч. 3.1 ст. 72 УК РФ . В период с 21.06.2024 года и до 11.07.2024 года ФИО2 находился под запретом определенных действий, ему был установлен запрет, предусмотренный п.1 ч. 6 ст. 105.1 УПК РФ покидать места жительства в период с 20 часов до 08 часов. Суд считает необходимым в соответствии с п.1.1 ч. 10 ст. 109 УПК РФ зачесть ФИО2 в срок отбывания наказания время применения к нему запрета определенных действий, с 21.06.2024 года и до 11.07.2024 года, из расчета два дня его применения за один день содержания под стражей. Процессуальные издержки по делу в виде оплаты труда адвокатов в сумме 43 456 рублей подлежат взысканию в федеральный бюджет с ФИО2, в сумме 19 252 рубля подлежат взысканию со ФИО1 Оснований для освобождения осужденных от возмещения процессуальных издержек не имеется, они молоды, трудоспособны, инвалидами не являются. Судьбу вещественных доказательств по делу суд разрешает в резолютивной части приговора в соответствии со ст. 81 УПК РФ . По данному уголовному делу представителем потерпевшего ФИО30 был заявлен гражданский иск о взыскании с ФИО2 в пользу ООО «Альфа М» в возмещение материального ущерба в сумме 2 889 рублей 99 копеек. Гражданский ответчик – подсудимый ФИО2 признал исковые требования потерпевшего о взыскании материального ущерба, причиненного преступлением в полном объеме. В соответствии с положениями ст.ст. , 173 ГПК РФ суд принимает признание иска и в силу требований ст. 1064 ГК РФ , взыскивает с ФИО2 в пользу потерпевшего ООО «Альфа М» в счет возмещения материального ущерба, причиненного преступлением, сумму 2 889 рублей 99 копеек рублей. В судебном заседании установлено, что ущерб, причиненный «Альфа М» в размере 2 889 рублей 99 копеек, возмещен в полном объеме, что подтверждается квитанцией к приходному кассовому ордеру. При таких обстоятельствах суд считает не обходимым не приводить в исполнение приговор в части принятого по гражданскому иску решения, в связи с фактическим возмещение ущерба. На основании изложенного и руководствуясь ст.ст. - 309 УПК РФ , суд приговорил: ФИО1 признать виновным в совершении преступления, предусмотренного п. «а» ч.2 ст. 158 УК РФ , и назначить ему наказание в виде лишения свободы на срок 2 года 5 месяцев. На основании ч.1 ст. 70 УК РФ с учетом п. «в» ч.1 ст. 71 УК РФ по совокупности приговоров частично присоединить к назначенному наказанию, неотбытое наказание по приговору Правобережного районного суда г. Липецка от 24.08.2023 года, с учетом постановления Левобережного районного суда г. Липецка от 16.11.2023 года и окончательно ФИО1 назначить наказание в виде лишения свободы сроком 2 года 6 месяцев. Наказание отбывать в колонии-поселении, куда осужденный следует самостоятельно за счет средств государства. Срок наказания в виде лишения свободы исчислять со дня прибытия осужденного в колонию поселение. Меру пресечения ФИО1 в виде запрета определенных действий оставить без изменения до вступления приговора суда в законную силу. Зачесть в срок лишения свободы время следования к месту отбывания наказания из расчета один день следования за один день лишения свободы. В соответствии с п.1.1 ч. 10 ст. 109 УПК РФ зачесть ФИО1 в срок отбывания наказания время применения к нему запрета, предусмотренного п.1 ч. 6 ст. 105.1 УПК РФ , с 28.03.2025 года и до вступления приговора суда в законную силу из расчета два дня его применения за один день содержания под стражей. На основании п. «в» ч.3.1 ст. 72 УК РФ время содержания ФИО1 под стражей с 20.06.2024 года и до 28.03.2025 года, зачесть в срок лишения свободы из расчета один день содержания под стражей за два дня отбывания наказания колонии-поселении. ФИО2 признать виновным в совершении 11 преступлений, предусмотренных ч.1 ст. 158 УК РФ , одного преступления, предусмотренного ст. 158.1 УК РФ , одного преступления, предусмотренного п. «а» ч.2 ст. 158 УК РФ , и назначить ему наказание: 1.по ч.1 ст. 158 УК РФ (преступление от 03.04.2024 года) в виде обязательных работ на срок 180 часов,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ч.1 ст. 158 УК РФ (преступление от 13.05.2024 года магазин «Пятерочка № 12755») в виде обязательных работ на срок 180 часов,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ч.1 ст. 158 УК РФ (преступление от13.05.2024 года магазин «Пятерочка № 26495») в виде обязательных работ на срок 180 часов,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ч.1 ст. 158 УК РФ (преступление от 03.06.2024 года ) в виде обязательных работ на срок 180 часов,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ч.1 ст. 158 УК РФ (преступление от 05.06.2024 года ) в виде обязательных работ на срок 180 часов,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ч.1 ст. 158 УК РФ (преступление от 06.06.2024 года) в виде обязательных работ на срок 180 часов,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ч.1 ст. 158 УК РФ (преступление от 13.06.2024 года) в виде обязательных работ на срок 180 часов,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ч.1 ст. 158 УК РФ (преступление от 17.06.2024 года по адресу: &lt;адрес&gt;) в виде обязательных работ на срок 180 часов,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ч.1 ст. 158 УК РФ (преступление от 17.06.2024 года по адресу: &lt;адрес&gt;, пом. 4) в виде обязательных работ на срок 180 часов,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ч.1 ст. 158 УК РФ (преступление от 22.06.2024 года магазин «Пятерочка № 12947») в виде обязательных работ на срок 180 часов,</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ч.1 ст. 158 УК РФ (преступление от 22.06.2024 года магазин «Магнит») в виде обязательных работ на срок 180 часов,</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ст. 158.1 УК РФ (преступление от 07.07.2024 года) в виде обязательных работ на срок 180 часов,</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п. «а» ч.2 ст. 158 УК РФ в виде лишения свободы на срок 2 года. В соответствии с ч.2 ст. 69 УК РФ с учетом п. «г» ч.1 ст. 71 УК РФ наказание ФИО2 назначить путем частичного сложения назначенных наказаний, в виде лишения свободы на срок 2 года 1 месяц. В соответствии с ч.5 ст. 69 УК РФ , с учетом п. «г» ч.1 ст. 71 УК РФ по совокупности преступлений путем частичного сложения назначенного наказания и наказания по приговору мирового судьи судебного участка № 8 Октябрьского судебного района г. Липецка от 01.10.2024 года окончательно назначить ФИО2 наказание в виде лишения свободы на срок 2 года 2 месяца. Наказание в виде лишения свободы отбывать в колонии-поселении, куда осужденный следует под конвоем. Меру пресечения в виде заключения под стражу, до вступления приговора суда в законную силу оставить без изменения. В соответствии с п.1.1 ч. 10 ст. 109 УПК РФ зачесть ФИО2 в срок отбывания наказания время применения к нему запрета, предусмотренного п.1 ч. 6 ст. 105.1 УПК РФ , с 21.06.2024 года и до 11.07.2024 года из расчета два дня его применения за один день содержания под стражей. На основании п. «в» ч.3.1 ст. 72 УК РФ время содержания ФИО2 под стражей с 20.06.2024 года до 21.06.2024 года, с 11.07.2024 года и до вступления приговора суда в законную силу, зачесть в срок лишения свободы из расчета один день содержания под стражей за два дня отбывания наказания колонии-поселении. Взыскать с ФИО2 процессуальные издержки в виде оплаты труда адвокатов в федеральный бюджет в сумме 43 456 рублей. Взыскать со ФИО1 процессуальные издержки в виде оплаты труда адвокатов в федеральный бюджет в сумме 19 252 рубля. Взыскать с ФИО2 в пользу ООО «Альфа М» 2 889 рублей 99 копеек в счет возмещения имущественного ущерба, причиненного преступлением. Приговор в части решения, принятого по гражданскому иску в исполнение не приводить в связи с фактическим возмещением ущерба. Вещественные доказательства: диски с видеозаписями, расписку представителя потерпевшего ФИО27, счета-фактуры – хранить в материалах уголовного дела, упаковку с кофе - оставить у представителя потерпевшего ФИО27 Приговор может быть обжалован в судебную коллегию по уголовным делам Липецкого областного суда в порядке, предусмотренном главой 45.1 УПК РФ, путем подачи апелляционных жалобы и представления в Октябрьский районный суд г. Липецка в течение 15 суток со дня его провозглашения, а осужденным, содержащимся под стражей, в тот же срок со дня его получения. В случае обжалования приговора, осужденные вправе ходатайствовать о своем участии в рассмотрении уголовного дела судом апелляционной инстанции. Председательствующий К.И. Власов Суд: Октябрьский районный суд г. Липецка (Липецкая область) (подробнее) Судьи дела: Власов Кирилл Игоревич (судья) (подробнее) Последние документы по делу: Апелляционное постановление от 15 сентября 2025 г. по делу № 1-102/2025 Приговор от 4 июня 2025 г. по делу № 1-102/2025 Приговор от 24 марта 2025 г. по делу № 1-102/2025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