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0,90 грамм, что является значительным размером, разместил в тайник «закладку» - на деревянной доске крыши деревянного строения, расположенного на участке местности около дома &lt;номер обезличен&gt; по ул. Большой Подгорной в г.Томске; 2.часть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0,95 грамм, что является значительным размером, разместил в тайник «закладку» - между кирпичей, расположенных на участке местности около дома &lt;номер обезличен&gt; по ул. Большой Подгорной в г.Томске;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1,04 грамм, что является крупным размером, разместил в тайник «закладку» - в кирпичной кладке стены здания &lt;номер обезличен&gt; по ул. Большой Подгорной в г.Томске; 4.часть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0,94 грамм, что является значительным размером, разместил в тайник «закладку» - между металлическим листом и трубой забора, огораживающего дом &lt;номер обезличен&gt; по пер. Донскому (дом имеет второй адрес: пер. Шегарский, &lt;номер обезличен&gt;) в г.Томске;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0,96 грамм, что является значительным размером, разместил в тайник «закладку» - на деревянной доске крыши пристройки, прилегающей к дому &lt;номер обезличен&gt; по пер. Донскому (дом имеет второй адрес: ул. Кубанская, &lt;номер обезличен&gt;) в г.Томске;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0,90 грамм, что является значительным размером, разместил в тайник «закладку» - в снегу около забора, огораживающего дом &lt;номер обезличен&gt; по ул. Кубанской в г.Томске;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0,87 грамм, что является значительным размером, разместил в тайник «закладку» - на дереве, расположенном на участке местности около дома &lt;номер обезличен&gt; по ул. Кубанской в г.Томске;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0,89 грамм, что является значительным размером, разместил в тайник «закладку» - на металлическом листе крыши гаража, расположенного на участке местности около дома &lt;номер обезличен&gt; по ул. Ялтинской (дом имеет второй адрес: пер. Зеленый, &lt;номер обезличен&gt;) в г.Томске;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1,02 грамма, что является крупным размером, разместил в тайник «закладку» - на деревянной доске крыши постройки, расположенной на участке местности около дома &lt;номер обезличен&gt; по пер. Зеленому в г.Томске;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1,00 грамма, что является значительным размером, разместил в тайник «закладку» - под адресной табличкой на заборе, огораживающем дом &lt;номер обезличен&gt; по пер. Зеленому в г.Томске;</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0,46 грамм, что является значительным размером, разместил в тайник «закладку» - в лотке водоотвода крыши постройки, расположенной около дома &lt;номер обезличен&gt; по пер. Зеленому в г.Томске;</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0,33 грамм, что является значительным размером, разместил в тайник «закладку» - на крыше деревянного строения, расположенного на участке местности около дома &lt;номер обезличен&gt; по пер. Зеленому в г.Томске;</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0,95 грамм, что является значительным размером, разместил в тайник «закладку» - на снегу около деревянного забора, огораживающего дом &lt;номер обезличен&gt; по пер. Зеленому в г.Томске;</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0,81 грамма, что является значительным размером, разместил в тайник «закладку» - в кирпичной кладке стены гаража, расположенного на участке местности около дома &lt;номер обезличен&gt; по пер. Донскому в г.Томске;</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0,52 грамм, что является значительным размером, разместил в тайник «закладку» - между кирпичей, расположенных на участке местности около дома &lt;номер обезличен&gt; по пер. Донскому в г.Томске; 16.часть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0,32 грамм, что является значительным размером, разместил в тайник «закладку» - на крыше деревянной постройки, расположенной на участке местности около дома &lt;номер обезличен&gt; по пер. Донскому (дом имеет второй адрес: ул. Омская, 55) в г.Томске; 17.часть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0,97 грамм, что является значительным размером, разместил в тайник «закладку» - под адресной табличкой на заборе, огораживающем дом &lt;номер обезличен&gt; по пер. Березовскому в г.Томске; 18.часть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0,23 грамм, что является значительным размером, разместил в тайник «закладку» - на снегу около дерева, расположенного на участке местности около здания &lt;номер обезличен&gt; по ул. Пролетарской в г.Томске; 19.часть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0,90 грамм, что является значительным размером, разместил в тайник «закладку» - под крышей деревянной постройки, расположенной на участке местности около дома &lt;номер обезличен&gt; по ул. Ялтинской (дом имеет второй адрес: ул. Омская, &lt;номер обезличен&gt;) в г.Томске; 20.часть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0,78 грамм, что является значительным размером, разместил в тайник «закладку» - под почтовым ящиком на заборе, огораживающем дом &lt;номер обезличен&gt; по пер. Заварзинскому в г.Томске; 21.часть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0,93 грамм, что является значительным размером, разместил в тайник «закладку» - на снегу около забора, огораживающего дом &lt;номер обезличен&gt; по ул. Омской в г.Томске; 22.часть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0,27 грамм, что является значительным размером, разместил в тайник «закладку» - на деревянной доске крыши постройки, расположенной на участке местности около дома &lt;номер обезличен&gt; по ул. Омской в г.Томске; 23.часть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1,04 грамма, что является крупным размером, разместил в тайник «закладку» - между досок, расположенных на участке местности около дома &lt;номер обезличен&gt; по пер. Омскому в г.Томске; 24.часть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не менее 0,46 грамм, что является значительным размером, разместил в тайник «закладку» - на деревянном столбе, расположенном на участке местности около дома &lt;номер обезличен&gt; по пер. Омскому в г.Томске; 25.часть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0,45 грамм, что является значительным размером, разместил в тайник «закладку» - на снегу около автомобильной шины колеса, расположенной на участке местности около дома &lt;номер обезличен&gt; по пер. Флотскому в г.Томске; 26.часть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0,92 грамм, что является значительным размером, разместил в тайник «закладку» - в трещине бетонного фундамента здания, расположенного на участке местности около дома &lt;номер обезличен&gt; по пер. Флотскому в г.Томске; 27.часть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0,38 грамм, что является значительным размером, разместил в тайник «закладку» - под металлическим листом крыши гаража, расположенного на участке местности около дома &lt;номер обезличен&gt; по пер. Флотскому в г.Томске; 28.часть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0,84 грамма, что является значительным размером, разместил в тайник «закладку» - между металлическим листом крыши и деревянной доской постройки, расположенной на участке местности около дома &lt;номер обезличен&gt; по пер. Флотскому в г.Томске; 29.часть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0,44 грамм, что является значительным размером, разместил в тайник «закладку» - на снегу на фундаменте дома &lt;номер обезличен&gt; по пер. Флотскому в г.Томске; 30.часть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0,92 грамм, что является значительным размером, разместил в тайник «закладку» - на деревянной доске разрушенного деревянного строения, расположенного на участке местности около дома &lt;номер обезличен&gt; по пер. Флотскому в г.Томске; 31.часть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0,75 грамм, что является значительным размером, разместил в тайник «закладку» - на крыше деревянного строения, расположенного на участке местности около дома &lt;номер обезличен&gt; по ул. Большой Подгорной в г.Томске; 32.часть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1,03 грамм, что является крупным размером, разместил в тайник «закладку» - между досок деревянного строения, расположенного на участке местности около дома &lt;номер обезличен&gt; по пер. Флотскому в г.Томске; 33.часть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0,49 грамм, что является значительным размером, разместил в тайник «закладку» - на крыше деревянной постройки, расположенной на участке местности около дома &lt;номер обезличен&gt; по ул. Большой Подгорной в г.Томске; 34.часть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1,00 грамма, что является значительным размером, разместил в тайник «закладку» - на деревянном поддоне, расположенном на участке местности около дома &lt;номер обезличен&gt; по ул. Большой Подгорной в г.Томске; 35.часть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1,26 грамм, что является крупным размером, разместил в тайник «закладку» - на металлическом листе крыши деревянного строения, расположенного на участке местности около дома &lt;номер обезличен&gt; по пер. Флотскому в г.Томске; 36.часть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0,92 грамм, что является значительным размером, разместил в тайник «закладку» - межу металлическим листом крыши и деревянной доской постройки, расположенной на участке местности около дома &lt;номер обезличен&gt; по пер. Флотскому в г.Томске; 37.часть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0,94 грамма, что является значительным размером, разместил в тайник «закладку» - на деревянной доске дома &lt;номер обезличен&gt; по пер. Флотскому в г.Томске; 38.часть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0,90 грамм, что является значительным размером, разместил в тайник «закладку» - на доске деревянного забора, огораживающего дом &lt;номер обезличен&gt; по пер. Флотскому (дом имеет второй адрес: ул. Большая Подгорная, &lt;номер обезличен&gt;) в г.Томске; 39.часть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0,95 грамм, что является значительным размером, разместил в тайник «закладку» - на деревянной доске крыши постройки, расположенной на участке местности около дома &lt;номер обезличен&gt; по пер. Зырянскому в г.Томске; 40.часть вещества, содержащего в своем составе-пирролидиновалерофенон (другое название PVP), который является наркотическим средством, а именно производным N-метилэфедрона, массой не менее 0,38 грамм, что является значительным размером, разместил в тайник «закладку» - между рядов деревянного бруса постройки, расположенной на участке местности около дома &lt;номер обезличен&gt; по пер. Зырянскому в г.Томске, и в то же время согласно отведенной ему роли сфотографировал на свой сотовый телефон с координатами, описанием и фотографией мест тайников («закладок»), однако отправить указанные сведения иному лицу не успел. Оставшееся вещество, содержащее в своем составе ?-пирролидиновалерофенон (другое название PVP), который является наркотическим средством, а именно производным N-метилэфедрона, общей массой не менее 5,81 грамма, что является крупным размером, ФИО11, действуя группой лиц по предварительному сговору с иным лицом, умышленно, с целью дальнейшего сбыта содержал при себе. 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общей массой не менее 54,61 грамма, что является крупным размером, ФИО11, действуя группой лиц по предварительному сговору с иным лицом, умышленно, с целью дальнейшего сбыта содержал по месту проживания по &lt;адрес обезличен&gt;. Однако умысел ФИО11 и иного лица, направленный на незаконный сбыт с использованием информационно-телекоммуникационных сетей (включая сеть «Интернет»), 1.вещества,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0,90 грамм, что является значительным размером; 2.умысел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0,95 грамм, что является значительным размером; 3.умысел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1,04 грамма, что является крупным размером; 4.умысел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0,94 грамма, что является значительным размером; 5.умысел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0,96 грамм, что является значительным размером; 6.умысел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0,90 грамм, что является значительным размером; 7.умысел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0,87 грамм, что является значительным размером; 8.умысел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0,89 грамм, что является значительным размером; 9.умысел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1,02 грамма, что является крупным размером; 10.умысел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1,00 грамм, что является значительным размером; 11.умысел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0,46 грамм, что является значительным размером; 12.умысел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0,33 грамма, что является значительным размером; 13.умысел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0,95 грамм, что является значительным размером; 14.умысел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0,81 грамм, что является значительным размером; 15.умысел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0,52 грамма, что является значительным размером;</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0,32 грамма, что является значительным размером;</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0,97 грамм, что является значительным размером;</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0,23 грамма, что является значительным размером;</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0,90 грамм, что является значительным размером;</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0,78 грамм, что является значительным размером;</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0,93 грамма, что является значительным размером;</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0,27 грамм, что является значительным размером;</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1,04 грамма, что является крупным размером;</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0,46 грамм, что является значительным размером;</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0,45 грамм, что является значительным размером;</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0,92 грамма, что является значительным размером;</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0,38 грамм, что является значительным размером; 28.умысел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0,84 грамма, что является значительным размером;</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0,44 грамма, что является значительным размером;</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0,92 грамма, что является значительным размером;</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0,75 грамм, что является значительным размером; 32.умысел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1,03 грамма, что является крупным размером;</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0,49 грамм, что является значительным размером;</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1,00 грамм, что является значительным размером;</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1,26 грамм, что является крупным размером;</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0,92 грамма, что является значительным размером;</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0,94 грамма, что является значительным размером;</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0,90 грамм, что является значительным размером;</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0,95 грамм, что является значительным размером;</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0,38 грамм, что является значительным размером;</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умысел ФИО11 и иного лица, направленный на незаконный сбыт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5,81 грамм, что является крупным размером, и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массой 54,61 грамм, что является крупным размером, не был доведен до конца по независящим от ФИО11 и иного лица обстоятельствам, так как не позднее 14 часов 00 минут 17.01.2025 около дома &lt;номер обезличен&gt; по пер. Анжерскому в г.Томске ФИО11 был задержан сотрудниками полиции по подозрению в совершении преступлений в сфере незаконного оборота наркотических средств и -вещество,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общей массой не менее 5,81 грамма, что является крупным размером, было обнаружено и изъято сотрудниками полиции при проведении личного досмотра ФИО11 в период времени с 14 часов 00 минут до 14 часов 25 минут 17.01.2025 около дома &lt;номер обезличен&gt; по пер. Анжерскому в г. Томске; -вещество,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общей массой не менее 54,61 грамма, что является крупным размером, содержимое ФИО11 в целях совместного сбыта с иным лицом по месту проживания по &lt;адрес обезличен&gt;, было обнаружено и изъято в ходе проведения обыска в данном жилище в период времени с 23 часов 23 минут до 23 часов 55 минут 17.01.2025; 1.вещество,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0,90 грамм, что является значительным размером, было обнаружено и изъято на деревянной доске крыши деревянного строения, расположенного на участке местности около дома &lt;номер обезличен&gt; по ул. Большой Подгорной в г.Томске, сотрудниками правоохранительных органов с участием ФИО11 18.01.2025 в период времени с 00 часов 35 минут до 00 часов 40 минут при проведении осмотра места происшествия; 2.вещество,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0,95 грамм, что является значительным размером, было обнаружено и изъято между кирпичей, расположенных на участке местности около дома &lt;номер обезличен&gt; по ул. Большой Подгорной в г.Томске, сотрудниками правоохранительных органов с участием ФИО11 18.01.2025 в период времени с 00 часов 42 минут до 00 часов 47 минут при проведении осмотра места происшествия; 3.вещество,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1,04 грамма, что является крупным размером, было обнаружено и изъято в кирпичной кладке стены здания &lt;номер обезличен&gt; по ул. Большой Подгорной в г.Томске, сотрудниками правоохранительных органов с участием ФИО11 18.01.2025 в период времени с 01 часа 00 минут до 01 часа 05 минут при проведении осмотра места происшествия; 4.вещество,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0,94 грамма, что является значительным размером, было обнаружено и изъято между металлическим листом и трубой забора, огораживающего дом &lt;номер обезличен&gt; по пер. Донскому (дом имеет второй адрес: пер. Шегарский, &lt;номер обезличен&gt;) в г.Томске, сотрудниками правоохранительных органов с участием ФИО11 18.01.2025 в период времени с 01 часа 15 минут до 01 часа 20 минут при проведении осмотра места происшествия; 5.вещество,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0,96 грамм, что является значительным размером, было обнаружено и изъято на деревянной доске крыши пристройки прилегающей к дому &lt;номер обезличен&gt; по пер. Донскому (дом имеет второй адрес: ул. Кубанская, &lt;номер обезличен&gt;) в г.Томске, сотрудниками правоохранительных органов с участием ФИО11 18.01.2025 в период времени с 01 часа 23 минут до 01 часа 28 минут при проведении осмотра места происшествия; 6.вещество,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0,90 грамм, что является значительным размером, было обнаружено и изъято в снегу около забора, огораживающего дом &lt;номер обезличен&gt; по ул. Кубанской в г.Томске, сотрудниками правоохранительных органов с участием ФИО11 18.01.2025 в период времени с 01 часа 32 минут до 01 часа 39 минут при проведении осмотра места происшествия; 7.вещество,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0,87 грамм, что является значительным размером, было обнаружено и изъято на дереве, расположенном на участке местности около дома &lt;номер обезличен&gt; по ул. Кубанской в г.Томске, сотрудниками правоохранительных органов с участием ФИО11 18.01.2025 в период времени с 01 часа 45 минут до 01 часа 50 минут при проведении осмотра места происшествия; 8.вещество,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0,89 грамм, что является значительным размером, было обнаружено и изъято на металлическом листе крыши гаража, расположенного на участке местности около дома &lt;номер обезличен&gt; по ул. Ялтинской (дом имеет второй адрес: пер. Зеленый, &lt;номер обезличен&gt;) в г.Томске, сотрудниками правоохранительных органов с участием ФИО11 18.01.2025 в период времени с 01 часа 55 минут до 02 часов 00 минут при проведении осмотра места происшествия; 9.вещество, содержащее в своем составе -пирролидиновалерофенон (другое название PVP), который является наркотическим средством, а именно производным N-метилэфедрона, массой 1,02 грамма, что является крупным размером, было обнаружено и изъято на деревянной доске крыши постройки, расположенной на участке местности около дома &lt;номер обезличен&gt; по пер. Зеленому в г.Томске, сотрудниками правоохранительных органов с участием ФИО11 18.01.2025 в период времени с 02 часов 05 минут до 02 часов 10 минут при проведении осмотра места происшествия; 10.вещество,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1,00 грамм, что является значительным размером, было обнаружено и изъято под адресной табличкой на заборе, огораживающем дом &lt;номер обезличен&gt; по пер. Зеленому в г.Томске, сотрудниками правоохранительных органов с участием ФИО11 18.01.2025 в период времени с 02 часов 13 минут до 02 часов 19 минут при проведении осмотра места происшествия; 11.вещество,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0,46 грамм, что является значительным размером, было обнаружено и изъято в лотке водоотвода крыши постройки, расположенной около дома &lt;номер обезличен&gt; по пер. Зеленому в г.Томске, сотрудниками правоохранительных органов с участием ФИО11 18.01.2025 в период времени с 02 часов 23 минут до 02 часов 30 минут при проведении осмотра места происшествия; 12.вещество,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0,33 грамма, что является значительным размером, было обнаружено и изъято на крыше деревянного строения, расположенного на участке местности около дома &lt;номер обезличен&gt; по пер. Зеленому в г.Томске, сотрудниками правоохранительных органов с участием ФИО11 18.01.2025 в период времени с 02 часов 35 минут до 02 часов 40 минут при проведении осмотра места происшествия; 13.вещество,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0,95 грамм, что является значительным размером, было обнаружено и изъято на снегу около деревянного забора, огораживающего дом &lt;номер обезличен&gt; по пер. Зеленому в г.Томске, сотрудниками правоохранительных органов с участием ФИО11 18.01.2025 в период времени с 02 часов 44 минут до 02 часов 49 минут при проведении осмотра места происшествия; 14.вещество,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0,81 грамм, что является значительным размером, было обнаружено и изъято в кирпичной кладке стены гаража, расположенного на участке местности около дома &lt;номер обезличен&gt; по пер. Донскому в г.Томске, сотрудниками правоохранительных органов с участием ФИО11 18.01.2025 в период времени с 02 часов 52 минут до 03 часов 00 минут при проведении осмотра места происшествия; 15.вещество,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0,52 грамма, что является значительным размером, было обнаружено и изъято между кирпичей, расположенных на участке местности около дома &lt;номер обезличен&gt; по пер. Донскому в г.Томске, сотрудниками правоохранительных органов с участием ФИО11 18.01.2025 в период времени с 03 часов 05 минут до 03 часов 10 минут при проведении осмотра места происшествия; 16.вещество,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0,32 грамма, что является значительным размером, было обнаружено и изъято на крыше деревянной постройки, расположенной на участке местности около дома &lt;номер обезличен&gt; по пер. Донскому (дом имеет второй адрес: ул. Омская, &lt;номер обезличен&gt;) в г.Томске, сотрудниками правоохранительных органов с участием ФИО11 18.01.2025 в период времени с 03 часов 13 минут до 03 часов 20 минут при проведении осмотра места происшествия; 17.вещество,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0,97 грамм, что является значительным размером, было обнаружено и изъято под адресной табличкой на заборе, огораживающем дом &lt;номер обезличен&gt; по пер. Березовскому в г.Томске, сотрудниками правоохранительных органов с участием ФИО11 18.01.2025 в период времени с 03 часов 23 минут до 03 часов 29 минут при проведении осмотра места происшествия; 18.вещество,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0,23 грамма, что является значительным размером, было обнаружено и изъято на снегу около дерева, расположенного на участке местности около здания &lt;номер обезличен&gt; по ул. Пролетарской в г.Томске, сотрудниками правоохранительных органов с участием ФИО11 18.01.2025 в период времени с 03 часов 35 минут до 03 часов 40 минут при проведении осмотра места происшествия; 19.вещество,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0,90 грамм, что является значительным размером, было обнаружено и изъято под крышей деревянной постройки, расположенной на участке местности около дома &lt;номер обезличен&gt; по ул. Ялтинской (дом имеет второй адрес: ул. Омская, &lt;номер обезличен&gt;) в г.Томске, сотрудниками правоохранительных органов с участием ФИО11 18.01.2025 в период времени с 03 часов 45 минут до 03 часов 55 минут при проведении осмотра места происшествия; 20.вещество,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0,78 грамм, что является значительным размером, было обнаружено и изъято под почтовым ящиком на заборе, огораживающем дом &lt;номер обезличен&gt; по пер. Заварзинскому в г.Томске, сотрудниками правоохранительных органов с участием ФИО11 18.01.2025 в период времени с 04 часов 00 минут до 04 часов 05 минут при проведении осмотра места происшествия; 21.вещество,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0,93 грамма, что является значительным размером, было обнаружено и изъято на снегу около забора, огораживающего дом &lt;номер обезличен&gt; по ул. Омской в г.Томске, сотрудниками правоохранительных органов с участием ФИО11 18.01.2025 в период времени с 04 часов 08 минут до 04 часов 15 минут при проведении осмотра места происшествия; 22.вещество,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0,27 грамм, что является значительным размером, было обнаружено и изъято на деревянной доске крыши постройки, расположенной на участке местности около дома &lt;номер обезличен&gt; по ул. Омской в г.Томске, сотрудниками правоохранительных органов участием ФИО11 18.01.2025 в период времени с 04 часов 17 минут до 04 часов 25 минут при проведении осмотра места происшествия; 23.вещество,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1,04 грамма, что является крупным размером, было обнаружено и изъято между досок, расположенных на участке местности около дома &lt;номер обезличен&gt; по пер. Омскому в г.Томске, сотрудниками правоохранительных органов с участием ФИО11 18.01.2025 в период времени с 04 часов 30 минут до 04 часов 35 минут при проведении осмотра места происшествия; 24.вещество,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0,46 грамм, что является значительным размером, было обнаружено и изъято на деревянном столбе, расположенном на участке местности около дома &lt;номер обезличен&gt; по пер. Омскому в г.Томске, сотрудниками правоохранительных органов с участием ФИО11 18.01.2025 в период времени с 04 часов 40 минут до 04 часов 45 минут при проведении осмотра места происшествия; 25.вещество,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0,45 грамм, что является значительным размером, было обнаружено и изъято на снегу около автомобильной шины колеса, расположенной на участке местности около дома &lt;номер обезличен&gt; по пер. Флотскому в г.Томске, сотрудниками правоохранительных органов с участием ФИО11 18.01.2025 в период времени с 04 часов 50 минут до 04 часов 55 минут при проведении осмотра места происшествия; 26.вещество,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0,92 грамма, что является значительным размером, было обнаружено и изъято в трещине бетонного фундамента здания, расположенного на участке местности около дома &lt;номер обезличен&gt; по пер. Флотскому в г.Томске, сотрудниками правоохранительных органов с участием ФИО11 18.01.2025 в период времени с 05 часов 00 минут до 05 часов 05 минут при проведении осмотра места происшествия; 27.вещество,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0,38 грамм, что является значительным размером, было обнаружено и изъято под металлическим листом крыши гаража, расположенного на участке местности около дома &lt;номер обезличен&gt; по пер. Флотскому в г.Томске, сотрудниками правоохранительных органов с участием ФИО11 18.01.2025 в период времени с 05 часов 08 минут до 05 часов 14 минут при проведении осмотра места происшествия; 28.вещество,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0,84 грамма, что является значительным размером, было обнаружено и изъято между металлическим листом крыши и деревянной доской постройки, расположенной на участке местности около дома &lt;номер обезличен&gt; по пер. Флотскому в г.Томске, сотрудниками правоохранительных органов с участием ФИО11 18.01.2025 в период времени с 05 часов 18 минут до 05 часов 25 минут при проведении осмотра места происшествия; 29.вещество,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0,44 грамма, что является значительным размером, было обнаружено и на снегу на фундаменте дома &lt;номер обезличен&gt; по пер. Флотскому в г.Томске, сотрудниками правоохранительных органов с участием ФИО11 18.01.2025 в период времени с 05 часов 30 минут до 05 часов 35 минут при проведении осмотра места происшествия; 30.вещество,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0,92 грамма, что является значительным размером, было обнаружено и изъято на деревянной доске разрушенного деревянного строения, расположенного на участке местности около дома &lt;номер обезличен&gt; по пер. Флотскому в г.Томске, сотрудниками правоохранительных органов с участием ФИО11 18.01.2025 в период времени с 05 часов 40 минут до 05 часов 45 минут при проведении осмотра места происшествия; 31.вещество,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0,75 грамм, что является значительным размером, было обнаружено и изъято на крыше деревянного строения, расположенного на участке местности около дома &lt;номер обезличен&gt; по ул. Большой Подгорной в г.Томске, сотрудниками правоохранительных органов с участием ФИО11 18.01.2025 в период времени с 05 часов 49 минут до 05 часов 57 минут при проведении осмотра места происшествия; 32.вещество,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1,03 грамма, что является крупным размером, было обнаружено и изъято между досок деревянного строения, расположенного на участке местности около дома &lt;номер обезличен&gt; по пер. Флотскому в г.Томске, сотрудниками правоохранительных органов с участием ФИО11 18.01.2025 в период времени с 06 часов 00 минут до 06 часов 05 минут при проведении осмотра места происшествия; 33.вещество,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0,49 грамм, что является значительным размером, было обнаружено и изъято на крыше деревянной постройки, расположенной на участке местности около дома &lt;номер обезличен&gt; по ул. Большой Подгорной в г.Томске, сотрудниками правоохранительных органов с участием ФИО11 18.01.2025 в период времени с 06 часов 10 минут до 06 часов 15 минут при проведении осмотра места происшествия; 34.вещество,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1,00 грамм, что является значительным размером, было обнаружено и изъято на деревянном поддоне, расположенном на участке местности около дома &lt;номер обезличен&gt; по ул. Большой Подгорной в г.Томске, сотрудниками правоохранительных органов с участием ФИО11 18.01.2025 в период времени с 06 часов 19 минут до 06 часов 25 минут при проведении осмотра места происшествия; 35.вещество,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1,26 грамм, что является крупным размером, было обнаружено и изъято на металлическом листе крыши деревянного строения, расположенного на участке местности около дома &lt;номер обезличен&gt; по пер. Флотскому в г.Томске, сотрудниками правоохранительных органов с участием ФИО11 18.01.2025 в период времени с 06 часов 30 минут до 06 часов 35 минут при проведении осмотра места происшествия; 36.вещество,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0,92 грамма, что является значительным размером, было обнаружено и изъято между металлическим листом крыши и деревянной доской постройки, расположенной на участке местности около дома &lt;номер обезличен&gt; по пер. Флотскому в г.Томске, сотрудниками правоохранительных органов с участием ФИО11 18.01.2025 в период времени с 06 часов 38 минут до 06 часов 43 минут при проведении осмотра места происшествия; 37.вещество,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0,94 грамма, что является значительным размером, было обнаружено и изъято на деревянной доске дома &lt;номер обезличен&gt; по пер. Флотскому в г.Томске, сотрудниками правоохранительных органов с участием ФИО11 18.01.2025 в период времени с 06 часов 50 минут до 06 часов 55 минут при проведении осмотра места происшествия; 38.вещество,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0,90 грамм, что является значительным размером, было обнаружено и изъято на доске деревянного забора, огораживающего дом &lt;номер обезличен&gt; по пер. Флотскому (дом имеет второй адрес: ул. Большая Подгорная, &lt;номер обезличен&gt;) в г.Томске, сотрудниками правоохранительных органов с участием ФИО11 18.01.2025 в период времени с 07 часов 00 минут до 07 часов 05 минут при проведении осмотра места происшествия; 39.вещество,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0,95 грамм, что является значительным размером, было обнаружено и изъято на деревянной доске крыши постройки, расположенной на участке местности около дома &lt;номер обезличен&gt; по пер. Зырянскому в г.Томске, сотрудниками правоохранительных органов с участием ФИО11 18.01.2025 в период времени с 07 часов 08 минут до 07 часов 15 минут при проведении осмотра места происшествия; 40.вещество, содержащее в своем составе а-пирролидиновалерофенон (другое название PVP), который является наркотическим средством, а именно производным N-метилэфедрона, массой 0,38 грамм, что является значительным размером, было обнаружено и изъято между рядов деревянного бруса постройки, расположенной на участке местности около дома &lt;номер обезличен&gt; по пер. Зырянскому в г.Томске, сотрудниками правоохранительных органов с участием ФИО11 18.01.2025 в период времени с 07 часов 19 минут до 07 часов 25 минут при проведении осмотра места происшествия. В судебном заседании подсудимый ФИО11 полностью признал свою вину по всем эпизодам совершенных им преступлений, выразил раскаяние в содеянном. Дать показания по обстоятельствам дела подсудимый не пожелал, воспользовавшись правом, предусмотренным ст. 51 Конституции РФ. В ходе предварительного следствия ФИО11 давал последовательные показания, уточняя и дополняя их в отдельной части, в присутствии защитника, при этом ему разъяснялись его процессуальные права, в том числе, право не свидетельствовать против себя самого; замечаний к протоколам, как по процедуре следственного действия, так и по содержанию показаний от него не поступало. В соответствии со ст. 276 УПК РФ в судебном заседании были оглашены показания ФИО11, данные им в ходе предварительного расследования, согласно которым в связи со сложным финансовым положением он решил искать работу. В мессенджере «Телеграм», установленном на его смартфоне, ему пришло сообщение от ранее не известного ему пользователя о наличии подработки, которая его заинтересовала. По скинутой ему ссылке он стал общаться с пользователем с ником «ФИО1», который в процессе общения пояснил, что ему нужно будет раскладывать разные «груза» по адресам. Он сразу понял, что будет раскладывать наркотические средства и отправил «ФИО1» для трудоустройства свой паспорт. Его работа заключалась в следующем: он должен был забрать «мастер-клад», то есть большое количество наркотического средства, расфасовать его самостоятельно на мелкие дозы, каждую из которых разложить по тайникам, сделать фотографию данного тайника с близкого и дальнего расстояния, определить координаты местонахождения тайника и посредством мессенджера «Телеграм» отправить «ФИО1». За каждый оборудованный им тайник он должен был получить денежные средства в размере 400 рублей. Так же «ФИО1» провел с ним инструктаж о мерах конспирации, объяснил, в каких местах делать тайники нельзя. 15.01.2025 ему пришло сообщение с указанием места нахождения «мастер-клад» с наркотическим средством, который он должен был забрать и расфасовать на дозы. С этой целью он направился на ул. Бирюкова в г.Томске, где в снегу нашел сверток желтого цвета, с которым направился по месту своего жительства - &lt;адрес обезличен&gt;. Также он купил электронные весы для расфасовки и изоленту желтого и синего цветов, пакеты с самозакрывающейся горловиной. 16.01.2025 он расфасовал наркотическое средство примерно на 70 свертков, а затем направился в Ленинский район г.Томска, где разложил по тайникам 11 свертков, сделал фотографии с координатами и отправил их в чат с «ФИО1». 17.01.2025 в утреннее время он снова собирался оборудовать тайники с наркотическим средством, для чего взял с собой около 50 свертков, оставшиеся свертки оставил дома. Он шел по территории Ленинского района, оборудовал тайники и с помощью программы, установленной на его смартфоне, определял координаты к данным фотографиям. По возвращению домой он хотел отправить фотографии в чат с «ФИО1», однако когда он находился на пер. Анжерском в г.Томске, к нему подошли мужчины, представились сотрудниками полиции и предъявили служебное удостоверение. Он очень испугался и попятился в сторону, в результате чего к нему были применены наручники. Он сразу же пояснил сотрудникам полиции, что оборудует тайники. После этого на место были приглашены двое понятых, в присутствии которых был проведен его личный досмотр, в ходе которого у него был изъят сотовый телефон, от которого он добровольно сообщил пароль, а также свертки с наркотическим средством в количестве 17 штук, которые он хотел разложить по тайникам, однако не успел этого сделать. Свою вину в совершении преступления он признает, в содеянном искренне раскаивается (т. 3 л.д. 45-48, 55-57, 128-130). Показания, оглашенные в судебном заседании, подсудимый ФИО11 подтвердил, указав, что в них все изложено верно. Подсудимый уточнил, что в преступный сговор с пользователем с ником «ФИО1» он вступил 13.01.2025; указал, что показания даны им добровольно, в присутствии защитника. Перед началом допроса ему были разъяснены его процессуальные права. По окончании допроса протокол был им прочитан, подписан, замечаний к протоколу следственного действия не имелось. Заслушав подсудимого, исследовав доказательства, представленные стороной обвинения и стороной защиты, а также материалы дела, выслушав стороны обвинения и защиты в прениях, суд приходит к выводу о подтверждении вины ФИО11 в совершении преступлений совокупностью исследованных в судебном следствии доказательств. Учитывая, что рассматриваемые преступления совершены подсудимым в небольшой промежуток времени, имеют определенную последовательность и взаимосвязаны между собой, суд приводит описание исследованных доказательств в целом по уголовному делу, с мотивированием выводов о наличии события преступления и виновности подсудимого по каждому эпизоду его преступной деятельности. Суд находит вину подсудимого установленной совокупностью следующих доказательств. Так, оперуполномоченный ОКОН ОМВД России по Ленинскому району г.Томска ФИО3 засвидетельствовал, что в январе 2025 года поступила оперативная информация о том, что мужчина, отождествленный как ФИО11, на территории Ленинского района г.Томска осуществляет незаконный сбыт путем оборудования тайников с «закладкой» веществ, оборот которых запрещен на территории Российской Федерации. Было принято решение о проведении оперативно-розыскного мероприятия «Наблюдение», которое было начато в 13 часов 30 минут 17.01.2025 в месте возможного появления ФИО11 - вблизи дома &lt;номер обезличен&gt; по пер. Анжерскому в г. Томске. В ходе «Наблюдения» было установлено, что мужчина, отождествленный как ФИО11, двигался по дороге и постоянно оглядывался, держа в руке сотовый телефон, при этом неоднократно сходил с тропы, производил манипуляции с телефоном и возвращался обратно на дорогу, а также убирал и вынимал руку из кармана куртки и что-то проверял. В какой-то момент, оглядевшись по сторонам, ФИО11 достал руку из кармана, подошел к дому &lt;номер обезличен&gt; по пер. Анжерскому в г. Томске и стал оглядываться по сторонам. Учитывая, имеющуюся оперативную информацию о причастности ФИО11 к незаконному сбыту наркотических средств, было принято решение о его задержании с целью проверки информации о его незаконной деятельности. ФИО11 был задержан около дома &lt;номер обезличен&gt; по пер. Анжерскому в г. Томске. Он и оперуполномоченный ФИО2 подошли к ФИО11, предъявили служебное удостоверение, представились. ФИО11 предпринял попытку к бегству, после чего к нему были применены физическая сила и специальные средства. В связи с наличием оснований полагать, что при нем могут находиться вещества, оборот которых на территории Российской Федерации запрещен, было принято решение о проведении личного досмотра ФИО11, для чего были приглашены двое понятых мужского пола. Личный досмотр ФИО11 проводился на улице около дома &lt;номер обезличен&gt; по пер. Анжерскому в г.Томске. В ходе его проведения у ФИО11 были обнаружены и изъяты: в правом нагрудном кармане куртки - два свертка в изоляционной ленте желтого цвета, в левом нагрудном кармане куртки - один сверток в изоляционной ленте желтого цвета и сотовый телефон в корпусе черного цвета, в правом боковом кармане находилась перчатка, внутри которой содержалось 3 свертка в изоляционной ленте желтого цвета. Все изъятое было упаковано в полимерные мешки. После этого ФИО11 был доставлен в отдел полиции для дачи объяснений. Также он принимал участие при проведении осмотра сотового телефона ФИО11, в котором были обнаружены фотографии участков местности. Он совместно со следователем, ФИО11 и его защитником выехал на место проведения сорока осмотров мест происшествий, в ходе которых было обнаружено и изъято 40 полимерных свертков (т. 3 л.д. 23-26). Свидетель ФИО4 в ходе предварительного расследования подтвердил, что 17.01.2025 около дома &lt;номер обезличен&gt; по пер. Анжерскому в г. Томске принимал участие в качестве понятого при проведении личного досмотра мужчины, представившегося ФИО11 В ходе проведения личного досмотра ФИО11 были обнаружены и изъяты: в правом нагрудном кармане куртки два свертка в изоляционной ленте желтого цвета, в левом нагрудном кармане куртки один сверток в изоляционной ленте желтого цвета и сотовый телефон в корпусе черного цвета, в правом боковом кармане -перчатка, внутри которой находилось три свертка в изоляционной ленте желтого цвета (т. 3 л.д. 27-29) Факты, изложенные свидетелями, объективно подтверждаются протоколами следственных действий, иными документами и вещественными доказательствами, приобщенными к материалам дела. В частности, в рапорте о проведении ОРМ «Наблюдение» зафиксированы обстоятельства проведения оперативно-розыскного мероприятия, аналогичные тем, что изложены в показаниях свидетеля ФИО3 (т.1 л.д. 182). В ходе личного досмотра ФИО11, проведенного 17.01.2025 в период времени с 14 часов 00 минут до 14 часов 25 минут около дома &lt;номер обезличен&gt; по пер. Анжерскому в г. Томске в присутствии двух понятых ФИО4 и ФИО5, были обнаружены и изъяты - в правом нагрудном кармане куртки два свертка в изоляционной ленте желтого цвета, в левом нагрудном кармане куртки один сверток в изоляционной ленте желтого цвета и сотовый телефон в корпусе черного цвета, в правом боковом кармане - перчатка, внутри которой находилось три свертка в изоляционной ленте желтого цвета. Все изъятое было упаковано в полимерные мешки. По факту изъятия ФИО11 пояснил, что в свертках находится наркотическое средство, которое он сбывал путем оборудования тайников (т. 1 л.д. 184). 17.01.2025 в период времени с 23 часов 23 минут до 23 часов 55 минут с участием подсудимого и его защитника был проведен обыск в жилище ФИО11 – в квартире &lt;адрес обезличен&gt;. В ходе обыска ФИО11 были добровольно выданы: 69 полимерных свертков в виде изоляционной ленты, один полимерный мешок с самозакрывающейся горловиной с веществом белого цвета, электронные весы с остатками вещества, изоляционная лента синего, красного, черного цветов. Участвующий в обыске ФИО11 пояснил, что данное вещество является наркотическим, которое он хотел сбыть (т.1 л.д. 220-226). 18.01.2025 в период времени с 00 часов 35 минут до 07 часов 25 минут был проведен осмотр места происшествия, в ходе которого осмотрены участки местности, расположенные в г. Томске: около дома &lt;номер обезличен&gt; по ул. Большой Подгорной (т.1 л.д. 232-237), около здания &lt;номер обезличен&gt; по ул. Большой Подгорной (т.1 л.д. 238-243), около здания &lt;номер обезличен&gt; по ул. Большой Подгорной (т.1 л.д. 244-249), около дома &lt;номер обезличен&gt; по пер. Донскому (дом имеет второй адрес: пер. Шегарский, &lt;номер обезличен&gt;) (т.2 л.д. 1-6), около дома &lt;номер обезличен&gt; по пер. Донскому (дом имеет второй адрес: ул. Кубанская, &lt;номер обезличен&gt;) (т.2 л.д. 7-12), около дома &lt;номер обезличен&gt; по ул. Кубанской (т.2 л.д. 13-18), около дома &lt;номер обезличен&gt; по ул. Кубанской (т.2 л.д. 19-&lt;номер обезличен&gt;), около дома &lt;номер обезличен&gt; по ул. Ялтинской (дом имеет второй адрес: пер. Зеленый,&lt;номер обезличен&gt;) (т.2 л.д. 25-30), около дома &lt;номер обезличен&gt; по пер. Зеленому (т.2 л.д. 31-36), около дома &lt;номер обезличен&gt; по пер. Зеленому (т.2 л.д. 37-42), около дома &lt;номер обезличен&gt; по пер. Зеленому (т.2 л.д. 43-48), около дома &lt;номер обезличен&gt; по пер. Зеленому (т.2 л.д. 49-54), около дома &lt;номер обезличен&gt; по пер. Зеленому (т.2 л.д. 55-60), около дома &lt;номер обезличен&gt; по пер. Донскому (т.2 л.д. 61-66), около дома &lt;номер обезличен&gt; по пер. Донскому (т.2 л.д. 67-72), около сооружения &lt;номер обезличен&gt; по пер. Донскому (т.2 л.д. 73-78), около дома &lt;номер обезличен&gt; по пер. Березовскому (т.2 л.д. 79-85), около здания &lt;номер обезличен&gt; по ул. Пролетарской (т.2 л.д. 86-91), около дома &lt;номер обезличен&gt; по ул. Ялтинской (дом имеет второй адрес: ул. Омская, &lt;номер обезличен&gt;) (т.2 л.д. 92-97), около дома &lt;номер обезличен&gt; по пер. Заварзинскому (т.2 л.д. 98-103), около дома &lt;номер обезличен&gt; по ул. Омской (т.2 л.д. 104-109), около дома &lt;номер обезличен&gt; по ул. Омской (т.2 л.д. 110-115), около дома &lt;номер обезличен&gt; по пер. Омскому (т.2 л.д. 116-121), около дома &lt;номер обезличен&gt; по пер. Омскому (т.2 л.д. 122-127), около дома &lt;номер обезличен&gt; по пер. Флотскому (т.2 л.д. 128-133), около дома &lt;номер обезличен&gt; по пер. Флотскому (т.2 л.д. 134-139), около дома &lt;номер обезличен&gt; по пер. Флотскому (т.2 л.д. 140-145), около дома № 2а по пер. Флотскому (т.2 л.д. 146-151), около дома &lt;номер обезличен&gt; по пер. Флотскому (т.2 л.д. 152-157), около дома &lt;номер обезличен&gt; по пер. Флотскому (т.2 л.д. 158-163), около дома &lt;номер обезличен&gt; по ул. Большой Подгорной (т.2 л.д. 164-169), около дома &lt;адрес обезличен&gt; по пер. Флотскому (т.2 л.д. 170-175), около дома &lt;номер обезличен&gt; по ул. Большой Подгорной (т.2 л.д. 176- 181), около дома &lt;номер обезличен&gt; по ул. Большой Подгорной (т.2 л.д. 182-187), около дома &lt;номер обезличен&gt; по пер. Флотскому (т.2 л.д. 188-193), около дома &lt;номер обезличен&gt; по пер. Флотскому (т.2 л.д. 194-199), около дома &lt;номер обезличен&gt; по пер. Флотскому (т.2 л.д. 200-205), около дома &lt;номер обезличен&gt; по пер. Флотскому (дом имеет второй адрес: ул. Большая Подгорная, &lt;номер обезличен&gt;) (т.2 л.д. 206-211), около дома &lt;номер обезличен&gt; по пер. Зырянскому (т.2 л.д. 212-217), около дома &lt;номер обезличен&gt; по пер. Зырянскому (т.2 л.д.218-223), в ходе которого сотрудниками правоохранительных органов было обнаружено и изъято наркотическое средство, предназначавшееся для последующего сбыта ФИО11, действующим в группе лиц по предварительному сговору с иным лицом. Заключением эксперта № 55 от 05.02.2025 установлено, что вещество, светло-желтого цвета, изъятое в ходе личного досмотра ФИО11, массами 0,34 грамма, 0,39 грамм, 0,38 грамм, 0,23 грамма, 0,24 грамма, 0,31 грамм, 0,32 грамма, 0,44 грамма, 0,39 грамм, 0,27 грамм, 0,39 грамм, 0,33 грамма, 0,46 грамм, 0,37 грамм, 0,24 грамма, 0,50 грамм, 0,21 грамм содержит в своем составе а-пирролидиновалерофенон (другое название PVP), который является наркотическим средством, а именно производным N-метилэфедрона. Вещество, светло-желтого цвета, изъятое в ходе обыска в жилище ФИО11, массами 0,80 грамм, 0,92 грамма, 0,93 грамма, 0,76 грамм, 0,61 грамм, 1,00 грамм, 1,01 грамм, 0,99 грамм, 1,03 грамма, 0,94 грамма, 0,89 грамм, 0,95 грамм, 1,02 грамма, 0,58 грамм, 0,99 грамм, 0,98 грамм, 0,56 грамм, 0,95 грамм, 1,00 грамм, 0,96 грамм, 0,65 грамм, 0,55 грамм, 0,68 грамм, 0,30 грамм, 0,61 грамм, 0,43 грамма, 0,44 грамма, 0,42 грамма, 0,59 грамм, 0,73 грамма, 0,32 грамма, 0,23 грамма, 0,63 грамма, 0,66 грамм, 0,37 грамм, 0,60 грамм, 0,33 грамма, 0,71 грамм, 0,32 грамма, 0,71 грамм, 0,52 грамма, 0,30 грамм, 0,30 грамм, 0,36 грамм, 0,48 грамм, 0,28 грамм, 0,67 грамм, 0,22 грамма, 0,36 грамм, 0,44 грамма, 0,42 грамма, 0,39 грамма, 0,51 грамм, 0,72 грамма, 0,58 грамм, 0,40 грамм, 0,55 грамм, 0,54 грамма, 0,72 грамма, 0,49 грамм, 0,67 грамм, 0,55 грамм, 0,26 грамм, 0,31 грамм, 0,42 грамма, 0,38 грамм, 0,30 грамм, 0,74 грамма, 0,34 грамма, 13,24 грамма содержит в своем составе а-пирролидиновалерофенон (другое название PVP), который является наркотическим средством, а именно производным N-метилэфедрона. Вещество светло-желтого цвета, изъятое в ходе осмотра места происшествия, массами 0,90 грамм, 0,95 грамм, 1,04 грамма, 0,94 грамма, 0,96 грамм, 0,90 грамм, 0,87 грамм, 0,89 грамм, 1,02 грамма, 1,00 грамм, 0,46 грамм, 0,33 грамма, 0,95 грамм, 0,81 грамм, 0,52 грамма, 0,32 грамма, 0,97 грамм, 0,23 грамма, 0,90 грамм, 0,78 грамм, 0,93 грамма, 0,27 грамм, 1,04 грамма, 0,46 грамм, 0,45 грамм, 0,92 грамма, 0,38 грамм, 0,84 грамма, 0,44 грамма, 0,92 грамма, 0,75 грамм, 1,03 грамма, 0,49 грамм, 1,00 грамм, 1,26 грамм, 0,92 грамма, 0,94 грамма, 0,90 грамм, 0,95 грамм, 0,38 грамм содержит в своем составе а-пирролидиновалерофенон (другое название PVP), который является наркотическим средством, а именно производным N-метилэфедрона (т.2 л.д. 234-251). Таким образом, полученные доказательства, на которых основаны выводы суда, исследованы в судебном заседании, являются допустимыми, получены в период установленного срока расследования, надлежащими должностными лицами – следователями. Анализируя вышеприведенные показания подсудимого, суд исходит из того, что они получены при надлежащем соблюдении требований уголовно-процессуального законодательства и прав подозреваемого и обвиняемого, уполномоченным на то лицом, после разъяснения указанному лицу всех предоставленных законом прав, в том числе, права не свидетельствовать против себя, а также возможности использования данных им показаний в качестве доказательств и при отказе от них. Допросы проводились при участии защитника, что являлось гарантией соблюдения всех прав допрашиваемого, в обстановке, исключающей возможность нарушения закона и оказания на подсудимого какого-либо физического или психологического давления. Как следует из содержания оглашенных протоколов,ФИО11 ознакомился с ними и лично удостоверил правильность изложения в них своих показаний. Соответственно, суд находит оглашенные показания ФИО11 допустимыми доказательствами, которые могут быть использованы в доказывании по данному делу. При этом суд учитывает, что все показания являются подробными и последовательными, содержат сведения, которые могли стать известными лишь от допрашиваемого, а потому приходит к убеждению, что они были получены именно с его слов. Таким образом, суд не находит оснований для признания в качестве недопустимых доказательств вышеприведенных протоколов допроса ФИО11 в качестве подозреваемого и обвиняемого. Показания подсудимого суд находит достоверными, объективно свидетельствующими о событиях, имевших место в действительности, при этом суд приходит к выводу, что подсудимый последовательно изобличил самого себя в совершении преступлений, связанных с незаконным оборотом наркотических средств, описав время, место и способ совершения им преступлений при установленных судом обстоятельствах. Кроме того, показания подсудимого в ходе предварительного расследования согласуются между собой и с другими доказательствами по делу, исследованными в судебном заседании, - показаниями свидетелей, протоколами следственных действий, заключением судебной экспертизы, вещественными доказательствами и иными документами, исследованными в ходе судебного следствия. Сведений о заинтересованности свидетелей обвинения при даче показаний в отношении ФИО11, оснований для оговора, существенных противоречий по обстоятельствам дела, ставящих их под сомнение, которые повлияли или могли повлиять на выводы и решение суда о виновности подсудимого, не установлено. В ходе допросов свидетелям разъяснены их права, предусмотренные ст. 56 УПК РФ , свидетели предупреждены об уголовной ответственности за отказ от дачи показаний и за дачу заведомо ложных показаний по ст. , 308 УК РФ . Оснований не доверять показаниям свидетеля – сотрудника полиции ФИО3 у суда не имеется, поскольку они последовательны, согласуются с письменными материалами дела, основания для признания его показаний процессуально недопустимыми, предусмотренные п. 2 ч. 2 ст. 75 УПК РФ , – отсутствуют. Каких-либо данных, свидетельствующих о том, что подсудимый ФИО11 действовал под угрозами, уговорами, либо под иным давлением со стороны сотрудников полиции, понуждающими его к сбыту наркотических средств, материалы дела не содержат. Исследованные судом сведения, содержащиеся в документах оперативно-розыскных мероприятий, получены в соответствии с требованиями Федерального закона от 12.08.1995 № 144-ФЗ «Об оперативно-розыскной деятельности». Результаты оперативно-розыскных мероприятий могут быть положены в основу приговора, если они не только получены в соответствии с требованиями закона, но и свидетельствуют о наличии у виновного умысла на осуществление незаконной деятельности, сформировавшегося независимо от деятельности сотрудников оперативных подразделений, а также о проведении всех подготовительных действий, необходимых для совершения противоправного деяния. Эти условия по настоящему делу, по убеждению суда, соблюдены. По данному делу установлено, что умысел подсудимого на незаконный сбыт наркотических средств сформировался вне зависимости от деятельности правоохранительных органов. Какая-либо провокация в отношении ФИО11 со стороны сотрудников полиции отсутствует. В материалах уголовного дела не содержится данных о том, что сотрудники правоохранительных органов искусственно создавали доказательства обвинения либо их фальсифицировали. Судом установлено, что действия указанных сотрудников осуществлялись в соответствии с требованиями закона, были направлены на исполнение своих служебных обязанностей и каких-либо незаконных действий с их стороны не установлено. Результаты оперативно-розыскной деятельности рассекречивались, представлялись органу предварительного следствия и после возбуждения уголовного дела проверялись процессуальными средствами. Каких-либо оснований полагать недобросовестным фиксирование результатов проведения оперативных мероприятий, при даче показаний сотрудниками полиции, преследовании ими личной заинтересованности, данных о наличии причин для оговора ФИО11, желания незаконного привлечения подсудимого к уголовной ответственности у суда не имеется. Оценивая заключение проведенной по настоящему уголовному делу экспертизы, суд исходит из того, что экспертное исследование проведено в соответствии с требованиями закона компетентным и квалифицированным экспертом на основе утвержденных научно-признанных методик, предметом исследования являлись доказательства, добытые в рамках процессуальной деятельности по данному уголовному делу и в установленном законом порядке, в связи с чем оно также признается допустимым и достоверным доказательством. Законных оснований сомневаться в правильности определения вида и размера наркотического средства при проведении исследования не имеется. Суд смог убедиться в том, что на экспертизу поступили именно те объекты, которые были изъяты в ходе осмотра места происшествия, личного досмотра подсудимого и обыска в его жилище. Указанное ни подсудимым ФИО11, ни ее защитником не оспаривается. Сомнений и неясностей экспертное заключение не содержит. Суд также считает, что следственные и иные процессуальные действия, проведенные по настоящему уголовному делу и составленные в результате их проведения процессуальные акты, в том числе протоколы, соответствуют правилам уголовно-процессуального закона, что позволяет расценивать сами указанные процессуальные акты, а также доказательства, закрепленные в них, как допустимые доказательства, с достаточной степенью подтверждающие обстоятельства инкриминируемых подсудимому преступления. Таким образом, судом с соблюдением требований ст. 240 УПК РФ в рамках состязательного процесса проверены все представленные сторонами доказательства. Каждое доказательство, положенное в основу приговора, отвечает требованиям уголовно-процессуального закона, все они взаимно дополняют друг друга, составляя единую и логичную картину преступлений, и свидетельствуют о том, что они имело место и совершено с участием подсудимого. Органами предварительного расследования действия подсудимого были квалифицированы по пп. «а,б» ч.3 ст. 228.1 (35 эпизодов), п. «г» ч.4 ст. 228.1 УК РФ (5 эпизодов), ч.3 ст. – п. «г» ч.4 ст. 228.1 УК РФ . В судебном заседании государственный обвинитель просил переквалифицировать действия подсудимого по тридцати пяти эпизодам преступлений, предусмотренных пп. «а,б» ч.3 ст. 228.1 УК РФ , на ч.3 ст.30 - пп. «а,б» ч.3 ст. 228.1 УК РФ , а также по пяти эпизодам преступлений, предусмотренных п. «г» ч.4 ст. 228.1 УК РФ , на ч.3 ст. – п. «г» ч.4 ст. 228.1 УК РФ , указав на то, что в ходе судебного разбирательства совершение подсудимым оконченных преступлений не нашло своего объективного подтверждения. Совокупность исследованных в судебном заседании доказательств, подтверждающих факт совершения подсудимым противоправных деяний, приводят суд к убеждению о виновности ФИО11 в совершении преступлений. Суд принимает во внимание позицию государственного обвинителя, что в соответствии со ст. , 246 УПК РФ является обязательным для суда, уточняет время совершения преступлений, с учетом установленных по делу фактических обстоятельств, что не ухудшает положение подсудимого и не нарушает его право на защиту, и квалифицирует действия подсудимого ФИО11:</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0,90 грамм, на деревянной доске крыши деревянного строения, расположенного на участке местности около дома &lt;номер обезличен&gt; по ул. Большой Подгорной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0,95 грамм, между кирпичей, расположенных на участке местности около дома &lt;номер обезличен&gt; по ул. Большой Подгорной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ч.3 ст. – п. «г» ч.4 ст. 228.1 УК РФ (по эпизоду покушения на сбыт наркотического средства, массой 1,04 грамма, в кирпичной кладке стены здания &lt;номер обезличен&gt; по ул. Большой Подгорной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крупном размере;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0,94 грамма, между металлическим листом и трубой забора, огораживающего дом &lt;номер обезличен&gt; по пер. Донскому (дом имеет второй адрес: пер. Шегарский, &lt;номер обезличен&gt;)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0,96 грамм, на деревянной доске крыши пристройки прилегающей к дому &lt;номер обезличен&gt; по пер. Донскому (дом имеет второй адрес: ул. Кубанская, &lt;номер обезличен&gt;)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0,90 грамм, в снегу около забора, огораживающего дом &lt;номер обезличен&gt; по ул. Кубанской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0,87 грамм, на дереве, расположенном на участке местности около дома &lt;номер обезличен&gt; по ул. Кубанской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0,89 грамм, на металлическом листе крыши гаража, расположенного на участке местности около дома &lt;номер обезличен&gt; по ул. Ялтинской (дом имеет второй адрес: пер. Зеленый, &lt;номер обезличен&gt;)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ч.3 ст. – п. «г» ч.4 ст. 228.1 УК РФ (по эпизоду покушения на сбыт наркотического средства, массой 1,02 грамма, на деревянной доске крыши постройки, расположенной на участке местности около дома &lt;номер обезличен&gt; по пер. Зеленому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крупном размере;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1,00 грамм, под адресной табличкой на заборе, огораживающем дом &lt;номер обезличен&gt; по пер. Зеленому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0,46 грамм, в лотке водоотвода крыши постройки, расположенной около дома &lt;номер обезличен&gt; по пер. Зеленому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0,33 грамма, на крыше деревянного строения, расположенного на участке местности около дома &lt;номер обезличен&gt; по пер. Зеленому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0,95 грамм, на снегу около деревянного забора, огораживающего дом &lt;номер обезличен&gt; по пер. Зеленому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0,81 грамм, в кирпичной кладке стены гаража, расположенного на участке местности около дома &lt;номер обезличен&gt; по пер. Донскому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0,52 грамма, между кирпичей, расположенных на участке местности около дома &lt;номер обезличен&gt; по пер. Донскому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0,32 грамма, на крыше деревянной постройки, расположенной на участке местности около дома &lt;номер обезличен&gt; по пер. Донскому (дом имеет второй адрес: ул. Омская, &lt;номер обезличен&gt;)в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0,97 грамм, под адресной табличкой на заборе, огораживающем дом &lt;номер обезличен&gt; по пер. Березовскому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0,23 грамма, на снегу около дерева, расположенного на участке местности около здания &lt;номер обезличен&gt; по ул. Пролетарской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0,90 грамм, под крышей деревянной постройки, расположенной на участке местности около дома &lt;номер обезличен&gt; по ул. Ялтинской (дом имеет второй адрес: ул. Омская, &lt;номер обезличен&gt;)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0,78 грамм, под почтовым ящиком на заборе, огораживающем дом &lt;номер обезличен&gt; по пер. Заварзинскому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0,93 грамма, на снегу около забора, огораживающего дом &lt;номер обезличен&gt; по ул. Омской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0,27 грамм, на деревянной доске крыши постройки, расположенной на участке местности около дома &lt;номер обезличен&gt; по ул. Омской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по ч.3 ст. – п. «г» ч.4 ст. 228.1 УК РФ (по эпизоду покушения на сбыт наркотического средства, массой 1,04 грамма, между досок, расположенных на участке местности около дома &lt;номер обезличен&gt; по пер. Омскому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крупном размере;</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0,46 грамм, на деревянном столбе, расположенном на участке местности около дома &lt;номер обезличен&gt; по пер. Омскому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0,45 грамм, на снегу около автомобильной шины колеса, расположенной на участке местности около дома &lt;номер обезличен&gt; по пер. Флотскому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0,92 грамма, в трещине бетонного фундамента здания, расположенного на участке местности около дома &lt;номер обезличен&gt; по пер. Флотскому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0,38 грамм, под металлическим листом крыши гаража, расположенного на участке местности около дома &lt;номер обезличен&gt; по пер. Флотскому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0,84 грамма, между металлическим листом крыши и деревянной доской постройки, расположенной на участке местности около дома &lt;номер обезличен&gt; по пер. Флотскому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0,44 грамма, на снегу на фундаменте дома &lt;номер обезличен&gt; по пер. Флотскому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0,92 грамма, на деревянной доске разрушенного деревянного строения, расположенного на участке местности около дома &lt;номер обезличен&gt; по пер. Флотскому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0,75 грамм, на крыше деревянного строения, расположенного на участке местности около дома &lt;номер обезличен&gt; по ул. Большой Подгорной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по ч.3 ст. – п. «г» ч.4 ст. 228.1 УК РФ (по эпизоду покушения на сбыт наркотического средства, массой 1,03 грамма, между досок деревянного строения, расположенного на участке местности около дома &lt;номер обезличен&gt; по пер. Флотскому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крупном размере;</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0,49 грамм, на крыше деревянной постройки, расположенной на участке местности около дома &lt;номер обезличен&gt; по ул. Большой Подгорной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1,00 грамм, на деревянном поддоне, расположенном на участке местности около дома &lt;номер обезличен&gt; по ул. Большой Подгорной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по ч.3 ст. – п. «г» ч.4 ст. 228.1 УК РФ (по эпизоду покушения на сбыт наркотического средства, массой 1,26 грамм, на металлическом листе крыши деревянного строения, расположенного на участке местности около дома &lt;номер обезличен&gt; по пер. Флотскому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крупном размере;</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0,92 грамма, между металлическим листом крыши и деревянной доской постройки, расположенной на участке местности около дома &lt;номер обезличен&gt; по пер. Флотскому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0,94 грамма, на деревянной доске дома &lt;номер обезличен&gt; по пер. Флотскому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0,90 грамм, на доске деревянного забора, огораживающего дом &lt;номер обезличен&gt; по пер. Флотскому ( дом имеет второй адрес: ул. Большая Подгорная, &lt;номер обезличен&gt;в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0,95 грамм, на деревянной доске крыши постройки, расположенной на участке местности около дома &lt;номер обезличен&gt; по пер. Зырянскому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по ч.3 ст.30 –пп. «а,б» ч.3 ст. 228.1 УК РФ (по эпизоду покушения на сбыт наркотического средства, массой 0,38 грамм, между рядов деревянного бруса постройки, расположенной на участке местности около дома &lt;номер обезличен&gt; по пер. Зырянскому в г.Томске)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по ч.3 ст. – п. «г» ч.4 ст. 228.1 УК РФ (по эпизоду покушения на сбыт наркотического средства, массой 5,81 грамм, обнаруженного в ходе личного досмотра ФИО11, и массой, 54,61 грамм, обнаруженного в ходе обыска в жилище подсудимого)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крупном размере. Квалифицируя действия подсудимого, суд исходит из того, что согласно Постановлению Правительства РФ от 01.10.2012 № 1002 N-метилэфедрон и его производные являются наркотическим средством, включены в Список наркотических средств и психотропных веществ, оборот которых запрещен в соответствии с законодательством Российской Федерации и международными договорами Российской Федерации. Незаконный сбыт наркотических средств предполагает незаконную деятельность лица, направленную на их возмездную либо безвозмездную реализацию другому лицу. При этом сама передача лицом реализуемых средств приобретателю может быть осуществлена любыми способами, в том числе непосредственно, путем сообщения о месте их хранения приобретателю, проведения закладки в обусловленном с ним месте. Об умысле подсудимого на сбыт указанных средств свидетельствует их количество, размещение в удобной для сбыта упаковке, в частности, в ходе осмотра мест происшествий, при проведении обыска в жилище подсудимого обнаружены наркотические средства в расфасованном виде, при этом также в ходе обыска в жилом помещении ФИО11 обнаружена изолента разных цветов, а также весы, на рабочей поверхности которых согласно заключению экспертизы № 55 от 05.02.2025 обнаружены следы а-пирролидиновалерофенона (другое название PVP), который является наркотическим средством, а именно производным N- метилэфедрона (т.2 л.д. 234-251), что свидетельствует о том, что наркотические средства перед помещением их в тайники («закладки») расфасовывались и упаковывались. Об умысле подсудимого на сбыт наркотических средств указывают и данные, содержащиеся в протоколе осмотра предметов. Так, при осмотре принадлежащего подсудимому сотового телефона обнаружена информация о размещении наркотических средств в виде фотографий с изображением участков местности с координатами. Участвующий в осмотре обвиняемый ФИО11 пояснил, что данные фотографии сделал он, на них изображены участки, где он разложил свертки с наркотическим средством с целью их дальнейшего сбыта. Сотовый телефон признан вещественным доказательством, приобщен к материалам дела и сдан на хранение в камеру хранения вещественных доказательств ОМВД России по Ленинскому району г.Томска (т. 1 л.д.197-213, т. 3 л.д. 22). Учитывая, что диспозиция части 1 статьи 228.1 УК РФ не предусматривает в качестве обязательного признака объективной стороны данного преступления наступление последствий в виде незаконного распространения наркотических средств, их незаконный сбыт следует считать оконченным преступлением с момента выполнения лицом всех необходимых действий по передаче приобретателю указанных средств, независимо от их фактического получения приобретателем, тем самым доведение до приобретателей наркотических средств информации об ох местонахождении свидетельствует о выполнении лицом всех необходимых действий по передаче приобретателю указанных средств, а соответственно, о совершении оконченного преступления. Если лицо в целях осуществления умысла на незаконный сбыт наркотических средств, незаконно приобретает, хранит, перевозит, изготавливает, перерабатывает эти средства, тем самым совершает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передает указанные средства, то такое лицо несет уголовную ответственность за покушение на незаконный сбыт этих средств. В судебном заседании установлено, что подсудимый ФИО11 в процессе реализации своей роли в преступной группе создал тайники с веществами, содержащими наркотическое средство, однако не успел передать информацию иному лицу, которое, в свою очередь, не смогло обеспечить доведение данной информации до сведений конкретных наркопотребителей. Таким образом, поскольку преступная деятельность ФИО11 была пресечена сотрудниками полиции в ходе задержания подсудимого и изъятия наркотического средства, а сведения о местонахождении «закладок» не были доведены до наркопотребителей, при отсутствии признаков добровольного отказа от совершения преступления, в действиях ФИО11 по всем эпизодам преступлений имеет место покушение на незаконный сбыт этих средств. В ходе судебного разбирательства установлено, что каждый из созданных подсудимыми тайников с наркотическим средством («закладка») предназначался для передачи наркотика отдельному приобретателю. В каждом таком случае подсудимый, осознавая указанные обстоятельства, действовал с самостоятельным умыслом на сбыт того количества наркотического средства, которое находится в созданном им тайнике («закладке»). При указанных обстоятельствах, с учетом установленных по делу фактических обстоятельств, принимая во внимание, что ФИО11 создал в целях последующего сбыта 40 тайников («закладок») с наркотическим средством, действия подсудимого по фактам покушения на сбыт каждой «закладки» с наркотическим средством подлежат квалификации как самостоятельные деяния, образующие совокупность преступлений. Также обоснованной является квалификация действий подсудимого по преступлению, предусмотренному ч. 3 ст. - п. «г» ч. 4 ст. 228.1 УК РФ (в отношении наркотических средств, изъятых в ходе его личного досмотра и обыска в его жилище) в качестве неоконченного преступления, поскольку, как установлено в ходе судебного разбирательства, подсудимый незаконно содержал при себе наркотическое средство, массой 5,81 грамм, а также в своем жилом помещении наркотическое средство, массой 54,61грамм, с целью его последующего незаконного сбыта, однако довести свой преступный умысел до конца не смог, поскольку был задержан и его преступная деятельность была пресечена сотрудниками полиции, а вышеуказанное наркотическое средство было изъято в ходе личного досмотра ФИО11 и обыска в его жилище. Совершение преступлений ФИО11, действующим в группе лиц по предварительному сговору с иным лицом, подтверждается показаниями подсудимого в ходе предварительного расследования, в которых он описывал разработанную схему сбыта наркотических средств; об этом же свидетельствует взаимовыгодное сотрудничество подсудимого с иным лицом, что следует из показаний ФИО11 в ходе предварительного расследования о том, что за каждый оборудованный им тайник он должен был получить денежные средства в размере 400 рублей. Наличие в действиях подсудимого квалифицирующего признака «с использованием информационно-телекоммуникационных сетей (сеть «Интернет»)» подтверждается как признательными показаниями самого подсудимого, согласно которым его общение с «Иваном Грозным» в ходе их деятельности, связанной с незаконной реализацией наркотических средств, осуществлялась посредством его сотового телефона, с помощью которого он должен был сфотографировать, описать и определить координаты тайников (закладок), о местоположении которых сообщить иному лицу путем передачи письменных сообщений с координатами, описанием и фотографиями мест тайников («закладок») посредством мессенджера «Telegram», который функционировал посредством использования информационно-телекоммуникационной сети «Интернет». Судом установлено, что сеть «Интернет» использовалась как на стадии сговора подсудимым с иным лицом на совершение преступления, так и в ходе его совершения, в том числе, для передачи иным лицом ФИО11 информации о месте нахождения тайника с наркотическим средством, а также для передачи ФИО11 сведений иному лицу о созданных им тайниках. Наличие в действиях подсудимого данного квалифицирующего признака подтверждается и осмотром сотового телефона ФИО11, в котором обнаружена информация о деятельности, связанной с незаконным сбытом наркотических средств (т.1 л.д. 197-213). Тем самым из оглашенных в ходе судебного следствия показаний подсудимого, данных им в ходе предварительного расследования и принятых судом в качестве доказательств, подтверждающих его виновность, показаний свидетелей, вещественных доказательств, следует, что умысел подсудимого, учитывая способ совершения преступления, а именно сбыт наркотических средств путем закладок-тайников был направлен именно на совершение преступленияболее общественно опасным способом, а именно бесконтактный сбыт наркотических средств неопределенному кругу лиц, посягающий на здоровье отдельного человека - конечного потребителя данных средств, на условиях анонимности через информационно-телекоммуникационную сеть «Интернет». Количество наркотического средства установлено заключением эксперта № 55 от 05.02.2025, которое суд признает объективным и достоверным. Наличие в действиях подсудимого квалифицирующих признаков преступления «в значительном размере» и «в крупном размере» в судебном заседании также нашло свое подтверждение, так как в соответствии с примечанием к ст. 228 УК РФ и на основании Постановления Правительства РФ от 01.10.2012 № 1002 значительным размером вещества, содержащего в своем составе а-пирролидиновалерофенон (другое название PVP), который является наркотическим средством, а именно производным N-метилэфедрона является вес свыше 0,2 грамм, а крупным размером – свыше 1 грамма. Сведения о поведении подсудимого ФИО11 в процессе совершения противоправных действий, а также его поведение во время судебного разбирательства не вызвало у суда каких – либо сомнений в способности подсудимого правильно воспринимать обстоятельства, имеющие значение для уголовного дела. ФИО11 на учетах в специализированных учреждениях не состоит. С учетом этого суд признает подсудимого ФИО11 вменяемым и на момент совершения им преступлений, и на момент постановления настоящего приговора, а потому считает, что подсудимый ФИО11 подлежит уголовному наказанию за совершенные им преступления. При назначении подсудимому наказания суд руководствуется его общим началами, установленными ст. 60 УК РФ . ФИО11 вину в совершении всех преступлений признал, раскаялся в содеянном, страдает рядом тяжелых хронических заболеваний и как следствие имеет группу инвалидности, содержит на иждивении двух несовершеннолетних детей своей супруги, один из которых является малолетним и имеет проблемы со здоровьем, в силу чего нуждается в дорогостоящем лечении, принимает участие в благотворительной деятельности, внося добровольные пожертвования в фонд «Народный фронт. Все для Поебеды». Данные обстоятельства суд в соответствии с ч.2 ст. 61 УК РФ признает смягчающими наказание по всем эпизодам совершенных подсудимым преступлений. Кроме того, ФИО11 в ходе предварительного расследования активно способствовал раскрытию и расследованию всех преступлений, изобличению и уголовному преследованию другого соучастника преступлений, что выразилось в даче полных признательных, изобличающих себя и другого участника преступлений показаний, добровольной выдаче в ходе обыска предметов, представляющих оперативный интерес, участии в осмотрах мест происшествия и осмотре сотового телефона, в ходе которых подсудимый сообщил сведения, имеющие значение для дела. О наличии в действиях подсудимого данного обстоятельства, смягчающего наказание, свидетельствуют и показания допрошенного судом сотрудника ОКОН отдела полиции ФИО6 и справка следователя ФИО7, в чьем производстве находилось уголовное дело в отношении ФИО11, согласно которым ФИО11 предоставил сотрудникам отдела по контролю за оборотом наркотиков оперативно-значимую информацию, благодаря которой были установлены и привлечены к уголовной ответственности лица, принимающие участие в незаконной деятельности, связанной с оборотом наркотических средств. Данные обстоятельства суд в соответствии с п. «и» ч.1 ст. 61 УК РФ также признает смягчающими наказание по всем эпизодам совершенных подсудимым преступлений. Суд не признает наличие в действиях подсудимого такого обстоятельства, смягчающего наказание, как совершение преступлений в силу стечения тяжелых жизненных обстоятельств (п. «д» ч.1 ст. 61 УК РФ ). Под тяжелыми жизненными обстоятельствами понимаются события личного, семейного, служебного характера, которые являются негативными для виновного, усложняют ему жизнь, доставляют горе, ставят в тупик, а потому занимают заметное место в причинном комплексе, породившем данное преступление. Суду не представлено и в материалах дела не имеется соответствующих данных о наличии в действиях ФИО11 вышеуказанного обстоятельства, смягчающего наказание. Само по себе финансовое положение ФИО11, вызванное желанием подсудимого оплатить курсы массажа сыну своей супруги, не свидетельствует о наличии тяжелых жизненных обстоятельств, обусловивших совершение подсудимым сорока одного покушения на особо тяжкое преступление. При назначении наказания суд принимает во внимание те обстоятельства, что ФИО11 молод, имеет место регистрации и жительства, социально адаптирован, занимается трудовой деятельностью без официального трудоустройства, участковым уполномоченным по месту жительства характеризуется удовлетворительно, соседями, а также допрошенными судом в качестве свидетелей – супругой ФИО8 и сестрой ФИО9 подсудимый характеризуется исключительно положительно. Вместе с тем суд принимает во внимание те обстоятельства, что ФИО11 ранее судим за совершение аналогичных преступлений, новые преступления совершил по прошествии крайне непродолжительного времени после освобождения из исправительного учреждения. В действиях ФИО11 в соответствии с п. «а» ч.1 ст. 63 УК РФ имеет место обстоятельство, отягчающее наказание, -рецидив преступлений, вид которого суд в соответствии с п. «б» ч.3 ст. 18 УК РФ признает особо опасным. Подсудимый ФИО11 совершил сорок одно покушение на особо тяжкое преступление. С учетом наличия в действиях подсудимого обстоятельства, отягчающего наказание, суд лишен возможности обсудить вопрос об изменении категории всех совершенных подсудимым преступлений на менее тяжкую в соответствии с ч. 6 ст. 15 УК РФ . Обсуждая вопрос о наказании, суд при его назначении учитывает обстоятельства дела, характер и степень общественной опасности преступлений, характер и степень фактического участия в их совершении, обстоятельства, в силу которых преступления не были доведены до конца, данные о личности подсудимого, состоянии его здоровья, обстоятельства, смягчающие наказание, обстоятельство, отягчающее наказание, а также влияние назначенного наказания на исправление ФИО11 и на условия жизни его семьи. Учитывая изложенные обстоятельства, суд приходит к выводу о необходимости назначения ФИО11 за каждое из совершенных им преступлений наказания в виде лишения свободы, полагая данный вид наказания оправданным, соответствующим принципам восстановительного правосудия и отвечающим целям наказания, установленным ст. 43 УК РФ , а также о невозможности применения к назначенному ФИО11 наказанию положений ст. 73 УК РФ об условном осуждении, так как в соответствии с положениями п. «в» ч.1 ст. 73 УК РФ условное осуждение при особо опасном рецидиве преступлений назначено быть не может. При назначении наказания за каждое из совершенных ФИО11 преступлений суд учитывает положения ч.2 ст. , ч.3 ст. 66 УК РФ . С учетом наличия в действиях ФИО11 обстоятельства, отягчающего наказание, положения ч. 1 ст. 62 УК РФ применению по всем совершенным подсудимым эпизодам преступлений не подлежат. Несмотря на наличие в действиях ФИО11 обстоятельств, смягчающих наказание, учитывая характер и степень общественной опасности совершенных преступления, данные о личности подсудимого, суд приходит к выводу о невозможности применения при назначении ФИО11 наказания за каждое из совершенных им преступлений положений ч.3 ст. 68 УК РФ . Оснований для признания каких-либо обстоятельств исключительными и применения в связи с этим положений ст. 64 УК РФ по всем эпизодам преступлений не усматривается, поскольку в судебном заседании не установлено исключительной совокупности смягчающих наказание обстоятельств, существенно уменьшающих степень общественной опасности личности подсудимого или совершенных им преступлений. С учетом данных о личности подсудимого, его материального положения, а также наличия обстоятельств, смягчающих наказание, полагая, что наказание в виде реального лишения свободы будет достаточным для исправления подсудимого, суд считает возможным не назначать ФИО11 за совершение им всех преступлений дополнительный вид наказания в виде штрафа, за совершение всех эпизодов преступлений, предусмотренных ч.3 ст.30 - пп. «а,б» ч.3 ст. 228.1 УК РФ – в виде ограничения свободы, а за совершение всех эпизодов преступлений, предусмотренных ч.3 ст. – п. «г» ч.4 ст. 228.1 УК РФ – в виде лишения права занимать определенные должности или заниматься определенной деятельностью. Вид исправительного учреждения подлежит назначению ФИО11 в соответствии с п. «г» ч. 1 ст. 58 УК РФ – исправительная колония особого режима. Вопрос о судьбе вещественных доказательств суд разрешает с учетом требований ст. 81 УПК РФ . На основании изложенного, руководствуясь ст. - 309 УПК РФ , суд ПРИГОВОРИЛ: ФИО11 признать виновным в совершении преступления, предусмотренного ч.3 ст.30 –пп. «а,б» ч.3 ст. 228.1 УК РФ (по эпизоду покушения на сбыт наркотического средства, массой 0,90 грамм, на деревянной доске крыши деревянного строения, расположенного на участке местности около дома &lt;номер обезличен&gt; по ул. Большой Подгорной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0,95 грамм, между кирпичей, расположенных на участке местности около дома &lt;номер обезличен&gt; по ул. Большой Подгорной в г.Томске), и назначить ему наказание в виде 8 лет лишения свободы. Его же, признать виновным в совершении преступления, предусмотренного ч.3 ст. – п. «г» ч.4 ст. 228.1 УК РФ (по эпизоду покушения на сбыт наркотического средства, массой 1,04 грамма, в кирпичной кладке стены здания &lt;номер обезличен&gt; по ул. Большая Подгорная в г.Томске), и назначить ему наказание в виде 10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0,94 грамма, между металлическим листом и трубой забора, огораживающего дом &lt;номер обезличен&gt; по пер. Донскому (дом имеет второй адрес: пер. Шегарский, &lt;номер обезличен&gt;)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0,96 грамм, на деревянной доске крыши пристройки прилегающей к дому &lt;номер обезличен&gt; по пер. Донскому (дом имеет второй адрес: &lt;адрес обезличен&gt;) в &lt;адрес обезличен&gt;),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0,90 грамм, в снегу около забора, огораживающего дом &lt;номер обезличен&gt; по ул. Кубанской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0,87 грамм, на дереве, расположенном на участке местности около дома &lt;номер обезличен&gt; по ул. Кубанской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0,89 грамм, на металлическом листе крыши гаража, расположенного на участке местности около дома &lt;номер обезличен&gt; по ул. Ялтинской (дом имеет второй адрес: пер. Зеленый, &lt;номер обезличен&gt; в г.Томске), и назначить ему наказание в виде 8 лет лишения свободы. Его же, признать виновным в совершении преступления, предусмотренного ч.3 ст. – п. «г» ч.4 ст. 228.1 УК РФ (по эпизоду покушения на сбыт наркотического средства, массой 1,02 грамма, на деревянной доске крыши постройки, расположенной на участке местности около дома &lt;номер обезличен&gt; по пер. Зеленому в г.Томске), и назначить ему наказание в виде 10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1,00 грамм, под адресной табличкой на заборе, огораживающем дом &lt;номер обезличен&gt; по пер. Зеленому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0,46 грамм, в лотке водоотвода крыши постройки, расположенной около дома &lt;номер обезличен&gt; по пер. Зеленому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0,33 грамма, на крыше деревянного строения, расположенного на участке местности около дома &lt;номер обезличен&gt; по пер. Зеленому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0,95 грамм, на снегу около деревянного забора, огораживающего дом &lt;номер обезличен&gt; по пер. Зеленому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0,81 грамм, в кирпичной кладке стены гаража, расположенного на участке местности около дома &lt;номер обезличен&gt; по пер. Донскому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0,52 грамма, между кирпичей, расположенных на участке местности около дома &lt;номер обезличен&gt; по пер. Донскому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0,32 грамма, на крыше деревянной постройки, расположенной на участке местности около дома &lt;номер обезличен&gt; по пер. Донскому (дом имеет второй адрес: ул. Омская, &lt;номер обезличен&gt;в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0,97 грамм, под адресной табличкой на заборе, огораживающем дом &lt;номер обезличен&gt; по пер. Березовскому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0,23 грамма, на снегу около дерева, расположенного на участке местности около здания &lt;номер обезличен&gt; по ул. Пролетарской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0,90 грамм, под крышей деревянной постройки, расположенной на участке местности около дома &lt;номер обезличен&gt; по ул. Ялтинской (дом имеет второй адрес: ул. Омская, &lt;номер обезличен&gt;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0,78 грамм, под почтовым ящиком на заборе, огораживающем дом &lt;номер обезличен&gt; по пер. Заварзинскому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0,93 грамма, на снегу около забора, огораживающего дом &lt;номер обезличен&gt; по ул. Омской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0,27 грамм, на деревянной доске крыши постройки, расположенной на участке местности около дома &lt;номер обезличен&gt; по ул. Омской в г.Томске), и назначить ему наказание в виде 8 лет лишения свободы. Его же, признать виновным в совершении преступления, предусмотренного ч.3 ст. – п. «г» ч.4 ст. 228.1 УК РФ (по эпизоду покушения на сбыт наркотического средства, массой 1,04 грамма, между досок, расположенных на участке местности около дома &lt;номер обезличен&gt; по пер. Омскому в г.Томске), и назначить ему наказание в виде 10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0,46 грамм, на деревянном столбе, расположенном на участке местности около дома &lt;номер обезличен&gt; по пер. Омскому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0,45 грамм, на снегу около автомобильной шины колеса, расположенной на участке местности около дома &lt;номер обезличен&gt; по пер. Флотскому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0,92 грамма, в трещине бетонного фундамента здания, расположенного на участке местности около дома &lt;номер обезличен&gt; по пер. Флотскому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0,38 грамм, под металлическим листом крыши гаража, расположенного на участке местности около дома &lt;номер обезличен&gt; по пер. Флотскому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0,84 грамма, между металлическим листом крыши и деревянной доской постройки, расположенной на участке местности около дома &lt;номер обезличен&gt; по пер. Флотскому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0,44 грамма, на снегу на фундаменте дома &lt;номер обезличен&gt; по пер. Флотскому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0,92 грамма, на деревянной доске разрушенного деревянного строения, расположенного на участке местности около дома &lt;номер обезличен&gt; по пер. Флотскому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0,75 грамм, на крыше деревянного строения, расположенного на участке местности около дома &lt;номер обезличен&gt; по ул. Большой Подгорной в г.Томске), и назначить ему наказание в виде 8 лет лишения свободы. Его же, признать виновным в совершении преступления, предусмотренного ч.3 ст. – п. «г» ч.4 ст. 228.1 УК РФ (по эпизоду покушения на сбыт наркотического средства, массой 1,03 грамма, между досок деревянного строения, расположенного на участке местности около дома &lt;номер обезличен&gt; по пер. Флотскому в г.Томске), и назначить ему наказание в виде 10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0,49 грамм, на крыше деревянной постройки, расположенной на участке местности около дома &lt;номер обезличен&gt; по ул. Большой Подгорной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1,00 грамм, на деревянном поддоне, расположенном на участке местности около дома &lt;номер обезличен&gt; по ул. Большой Подгорной в г.Томске), и назначить ему наказание в виде 8 лет лишения свободы. Его же, признать виновным в совершении преступления, предусмотренного ч.3 ст. – п. «г» ч.4 ст. 228.1 УК РФ (по эпизоду покушения на сбыт наркотического средства, массой 1,26 грамм, на металлическом листе крыши деревянного строения, расположенного на участке местности около дома &lt;номер обезличен&gt; по пер. Флотскому в г.Томске), и назначить ему наказание в виде 10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0,92 грамма, между металлическим листом крыши и деревянной доской постройки, расположенной на участке местности около дома &lt;номер обезличен&gt; по пер. Флотскому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0,94 грамма, на деревянной доске дома &lt;номер обезличен&gt; по пер. Флотскому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0,90 грамм, на доске деревянного забора, огораживающего дом &lt;номер обезличен&gt; по пер. Флотскому ( дом имеет второй адрес: ул. Большая Подгорная, 116)в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0,95 грамм, на деревянной доске крыши постройки, расположенной на участке местности около дома &lt;номер обезличен&gt; по пер. Зырянскому в г.Томске), и назначить ему наказание в виде 8 лет лишения свободы. Его же, признать виновным в совершении преступления, предусмотренного ч.3 ст.30 –пп. «а,б» ч.3 ст. 228.1 УК РФ (по эпизоду покушения на сбыт наркотического средства, массой 0,38 грамм, между рядов деревянного бруса постройки, расположенной на участке местности около дома &lt;номер обезличен&gt; по пер. Зырянскому в г.Томске), и назначить ему наказание в виде 8 лет лишения свободы. Его же, признать виновным в совершении преступления, предусмотренного ч.3 ст. – п. «г» ч.4 ст. 228.1 УК РФ (по эпизоду покушения на сбыт наркотического средства, массой 5, 81 грамм, обнаруженного в ходе личного досмотра ФИО11, и массой, 54,61 грамм, обнаруженного в ходе обыска в жилище подсудимого), и назначить ему наказание в виде 10 лет лишения свободы. На основании ч. 2 ст. 69 УК РФ по совокупности преступлений путем частичного сложения назначенных наказаний окончательно назначить ФИО11 наказание в виде 11 лет лишения свободы с отбыванием в исправительной колонии особого режима. Срок наказания исчислять со дня вступления приговора в законную силу. Зачесть в срок лишения свободы период со дня задержания ФИО11 -17.01.2025 до дня вступления приговора в законную силу в соответствии с ч.3.2 ст. 72 УК РФ из расчета один день содержания под стражей за один день отбывания наказания в исправительной колонии особого режима. Меру пресечения ФИО11 в виде заключения под стражей оставить прежней, содержать ФИО11 в учреждении ФКУ СИЗО-1 УФСИН России по Томской области до вступления приговора в законную силу. Вещественные доказательства по делу, находящиеся в камере хранения вещественных доказательств ОМВД России по Ленинскому району г. Томска, – хранить до принятия окончательных процессуальных решений по уголовным делам, выделенным в порядке ст. 154 УПК РФ . Приговор может быть обжалован в апелляционном порядке в судебную коллегию по уголовным делам Томского областного суда в течение 15 суток со дня постановления приговора, осужденным, содержащимся под стражей – в тот же срок со дня вручения копии приговора путем принесения апелляционной жалобы, отвечающей требованиям ст. 389.6 УПК РФ , через Ленинский районный суд г. Томска. В случае подачи осужденным апелляционной жалобы ходатайство об участии в рассмотрении уголовного дела судом апелляционной инстанции указывается в его апелляционной жалобе или в возражениях на жалобы, представления, принесенные другими участниками уголовного процесса. Приговор может быть обжалован в кассационном порядке в судебную коллегию по уголовным делам соответствующего кассационного суда общей юрисдикции. Судья А.Ю. Резаева Суд: Ленинский районный суд г. Томска (Томская область) (подробнее) Судьи дела: Резаева Анжелика Юрьевна (судья) (подробнее) Судебная практика по: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