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мая 2023 г., у неустановленного лица, зарегистрированного в интернет-мессенджере «Telegram» под аккаунтом «Приятель» (далее –неустановленный руководитель), обладающего организаторскими способностями, склонного к лидерству, осознающего, что его действия будут направлены против здоровья населения, возник преступный умысел, направленный на создание сплоченной и устойчивой организованной группы с целью незаконных сбытов наркотических средств бесконтактным способом на территории г. Саратова, с целью извлечения материальной выгоды и незаконного обогащения его самого и членов организованной группы. Реализуя свой преступный умысел, направленный на создание организованной группы, осознавая, что длительная и эффективная преступная деятельность по незаконному сбыту наркотических средств невозможна без создания устойчивой организованной группы, с четким распределением ролей между ее участниками, неустановленный руководитель начал активные действия по ее формированию и подбору ее членов и решил привлечь в качестве ее участника для совершения незаконных сбытов наркотических средств ФИО1, а также иных неустановленных следствием лиц. Не позднее мая 2023 г. неустановленный руководитель, в ходе общения в сети «Интернет» предложил ФИО1 осуществлять совместные, в составе организованной группы, незаконные сбыты наркотических средств на территории Саратовской области с целью получения незаконного дохода от данной преступной деятельности в роли «розничного закладчика», на что последняя согласилась. В свою очередь, ФИО1, используя длительные доверительные отношения с лицом, в отношении которого уголовное дело выделено в отдельное производство (далее - Лицо № 2), не позднее мая 2023 г. предложила последнему осуществлять совместно с ней и другими участниками интернет-магазина «Приятель» сбыты наркотических средств на территории Саратовской области, в составе организованной группы, в роли «розничного закладчика», на что Лицо № 2 ответило согласием. Таким образом, в указанное время, ФИО1, Лицо №2, а так же другие неустановленные лица вошли в состав организованной группы, с целью незаконного сбыта наркотических средств с использованием сети интернет на территории Саратовской области. Создав устойчивую организованную группу с целью совершения систематических незаконных сбытов наркотических средств и став ее руководителем, неустановленный руководитель разработал схему совершения преступлений, которая исключала непосредственный контакт с наркопотребителями при сбыте членами организованной группы наркотических средств, а также распределил роли каждого члена организованной группы. В соответствии с распределенными ролями, неустановленный руководитель осуществлял общее руководство организованной группой, разработку схем незаконного сбыта наркотических средств, распределял полученную материальную прибыль, приобретал крупнооптовые партии наркотических средств и организовывал их помещение в тайники, после чего передавал посредством сети «Интернет» сведения о данных тайниках в виде адресов, фотографий и географических координат «оптовым фасовщикам-закладчикам», последние получив данные сведения, получали крупнооптовую партию наркотических средств, обеспечивали ее хранение в законспирированных местах, расфасовывали на мелко оптовые партии, которые помещали в тайники, а сведения о их местонахождении в виде адресов, фотографий и географических координат с использованием сети «Интернет» сообщали «куратору». В свою очередь, «куратор» получая информацию в виде географических координат, адресов и фотографий о местонахождении тайников с оптовыми партиями наркотических средств, передавал ее «розничным закладчикам», и давал «розничным закладчикам» указания на расфасовку имеющегося наркотического средства и организацию розничных тайников с условно разовыми дозами наркотических средств. «Розничные закладчики», в том числе ФИО1 и Лицо № 2, получив от «куратора» информацию в виде географических координат, адресов и фотографий о местонахождении тайников с мелкооптовыми партиями наркотических средств, получали, транспортировали и обеспечивали их хранение, расфасовывали их на условно разовые дозы, оборудовали тайники, передавали «куратору» информацию об организации тайников в виде географических координат, адресов и фотографий их местонахождения, либо самостоятельно загружали данную информацию в бот-программу автоматических продаж интернет-магазина «Приятель». При осуществлении преступной деятельности по незаконному сбыту наркотических средств ФИО1 использовала сотовый телефон марки «iPhone 12», Лицо № 2 - «iPhone 11», снабженные сим-картами операторов сотовой связи технически обеспечивающими свободный доступ к сети «Интернет», в каждом из которых была установлена программа «Telegram», являющаяся интернет-мессенджером, посредством которого неустановленный руководитель вовлек указанных лиц в преступную деятельность, а «куратор» координировал их преступные действия, давая им указания, получая от них сведения об оборудованных тайниках с наркотическими средствами. Созданная неустановленным руководителем, организованная группа, в состав которой входили ФИО1, Лицо № 2 и другие неустановленные лица, характеризовалась следующими признаками: - устойчивостью и сплоченностью, выразившимися в общности интересов и целей, заключавшихся в извлечении материальной прибыли в виде незаконных сбытов наркотических средств, соблюдении строгой дисциплины и соподчинении, а также планировании и тщательной подготовке; - постоянством форм и методов совершения преступлений, согласованностью действий участников; - четким распределением ролей между участниками организованной группы при совершении незаконных сбытов наркотических средств; - сложным, многоступенчатым способом незаконного сбыта наркотических средств; - отчетностью о выполнении поставленных задач, контролем качественных и количественных показателей преступной деятельности; - наличием общих денежных средств, полученных в результате преступной деятельности, которые аккумулировались на банковских счетах и распределялись между членами организованной группы, а также использовались на обеспечение непрекращающейся незаконной деятельности организованной группы и приобретение последующих партий наркотических средств, для дальнейшего незаконного сбыта; - наличием системы конспирации и защиты от правоохранительных органов, которая выражалась в том, что незаконный сбыт наркотических средств осуществлялся бесконтактным способом. Так, не позднее 10 час. 34 мин. 22 ноября 2024 г., неустановленный руководитель, реализуя совместный с ФИО1, Лицом № 2 и иными неустановленными участниками организованной группы преступный умысел, выполняя свою роль в совершении преступления, приобрел наркотическое средство – смесь, в состав которой входит наркотическое средство Мефедрон (4-метилметкатинон), массой 0,93 гр., затем поместил в тайник, о чем сообщил «куратору», дав указание на организацию его незаконного сбыта. Затем «куратор» по указанию неустановленного руководителя сообщил указанную информацию ФИО1 посредством интернет-мессендрежа «Telegram». Реализуя совместный умысел, не позднее 10 час. 34 мин. 22 ноября 2024 г., выполняя свою роль в организованной группе, ФИО1 прибыла на участок местности, где обнаружила тайник, из которого извлекла наркотическое средство – смесь, в состав которой входит наркотическое средство Мефедрон (4-метилметкатинон), массой 0,93 гр., что согласно Постановлению Правительства РФ от 1 октября 2012 г. № 1002 является значительным размером, тем самым стала его незаконно хранить. Продолжая реализовывать задуманное, не позднее 10 час. 34 мин. 22 ноября 2024 г. ФИО1, выполняя свою роль в составе организованной группы, прибыла на участок местности, расположенный в 5 м. от &lt;...&gt; где оборудовала тайник с наркотическим средством – смесь, в состав которой входит наркотическое средство Мефедрон (4-метилметкатинон), массой 0,93 гр., сфотографировала его на сотовый телефон, определила его координаты и направила данные сведения посредством интернет-мессендрежа «Telegram» Лицу № 2, которое в этот же день посредством сотового телефона загрузило сведения о местонахождении тайника в бот-программу автоматических продаж наркотических средств интернет-магазина «Приятель». 03 декабря 2024 г. в 12 час. 10 мин. у 1 подъезда д. 46/52 по ул. Новоузенская г. Саратова Лицо № 2 было задержано сотрудниками полиции. 03 декабря 2024 г. в 16 час. 10 мин. у 1 подъезда д. 46/52 по ул. Новоузенская г. Саратова ФИО1 была задержана сотрудниками полиции. 04 декабря 2024 г. в период с 01 час. 07 мин. по 01 час. 11 мин. в ходе осмотра места происшествия, расположенного в 5 м. от &lt;...&gt; указанное наркотическое средство было обнаружено и изъято сотрудниками полиции в связи с чем, ФИО1, Лицо № 2 и неустановленные лица, действовавшие в составе организованной группы,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при вышеописанных обстоятельствах, не позднее 10 час. 23 мин. 26 ноября 2024 г., неустановленный руководитель, реализуя совместный с ФИО1, Лицом № 2 и иными неустановленными участниками организованной группы преступный умысел, выполняя свою роль в совершении преступления, приобрел наркотическое средство – смесь, в состав которой входит наркотическое средство Мефедрон (4-метилметкатинон), массой 118,72 гр. и наркотическое средство – смесь, в состав которой входит наркотическое средство 4-СМС (Клефедрон) – производное наркотического средства Эфедрон (меткатинон) массой 0,98 гр., затем поместил в тайник, расположенный в 45 м. от &lt;...&gt; о чем сообщил «куратору», дав указание на организацию его незаконного сбыта. Затем «куратор» по указанию неустановленного руководителя сообщил указанную информацию Лицу № 2 посредством интернет-мессендрежа «Telegram», в свою очередь, Лицо № 2, в указанное время, сообщило полученные от «куратора» сведения о местонахождении тайниковой закладки ФИО1, дав указания забрать наркотическое средство. Реализуя совместный умысел, в период примерно с 10 час. 23 мин. 26 ноября 2024 г. до 16 час. 10 мин. 03 декабря 2024 г., выполняя свою роль в организованной группе, ФИО1 прибыла на участок местности, по вышеуказанному адресу, где обнаружила тайник, из которого извлекла наркотическое средство – смесь, в состав которой входит наркотическое средство Мефедрон (4-метилметкатинон), массой 118,72 гр., что согласно Постановлению Правительства РФ от 1 октября 2012 г. № 1002 является крупным размером, и наркотическое средство – смесь, в состав которой входит наркотическое средство 4-СМС (Клефедрон) – производное наркотического средства Эфедрон (меткатинон) массой 0,98 гр., что согласно Постановлению Правительства РФ от 1 октября 2012 года № 1002 является значительным размером, тем самым стала их незаконно хранить, при этом ФИО1 должна была расфасовать указанные наркотические средства, разместить их в тайники, сфотографировать на сотовый телефон, определить их координаты и направить данные сведения посредством интернет-мессендрежа «Telegram» Лицу № 2, которое должно было загрузить сведения о местонахождении тайников в бот-программу автоматических продаж наркотических средств интернет-магазина «Приятель». 03 декабря 2024 г. в 12 час. 10 мин. у 1 подъезда д. 46/52 по ул. Новоузенская г. Саратова Лицо № 2 было задержано сотрудниками полиции. 03 декабря 2024 г. в 16 час. 10 мин. у 1 подъезда д. 46/52 по ул. Новоузенская г. Саратова ФИО1 была задержана сотрудниками полиции. 03 декабря 2024 г. в период с 20 час. по 21 час в ходе личного досмотра ФИО1, у последней сотрудником полиции обнаружены и изъяты вышеуказанные наркотические средства, в связи с чем, ФИО1, Лицо № 2 и неустановленные лица, действовавшие в составе организованной группы,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не позднее 09 час. 42 мин. 03 декабря 2024 г., неустановленный руководитель, реализуя совместный преступный умысел с ФИО1 и иными неустановленными участниками организованной группы, не ставя в известность Лицо № 2, выполняя свою роль в совершении преступления, приобрел наркотическое средство – смесь, в состав которой входит наркотическое средство Мефедрон (4-метилметкатинон), массой 196,49 гр., что согласно Постановлению Правительства РФ от 1 октября 2012 г. № 1002 является крупным размером, и наркотическое средство – Каннабис (марихуана) массой 3,50 гр. Согласно Перечню наркотических средств, психотропных веществ и их прекурсоров, утвержденного Постановлением Правительства РФ № 681 от 30 июня 1998 г. «Об утверждении перечня наркотических средств, психотропных веществ и их прекурсоров, подлежащих контролю в Российской Федерации» - смесь, в состав которой входит наркотическое средство Мефедрон (4-метилметкатинон), Каннабис (марихуана) являются наркотическим средством (список 1, раздел «Наркотические средства»), оборот которых в РФ запрещен. Затем неустановленный руководитель поместил указанные наркотические средства в тайник, расположенный в 35 м. от д. 9 СНТ «Тюльпан» г. Саратова, о чем сообщил «куратору», дав указание на организацию его незаконного сбыта. После этого «куратор» по указанию неустановленного руководителя сообщил указанную информацию ФИО1 посредством интернет-мессендрежа «Telegram», не ставя в известность Лицо № 2. ФИО1 должна была самостоятельно забрать из тайника вышеуказанные наркотические средства, произвести их расфасовку, оборудовать тайники с данными наркотическими средствами, сфотографировать их, определить географические координаты, отправить указанные сведения посредством интернет-мессендрежа «Telegram» «куратору», с целью дальнейшего незаконного сбыта. Однако 03 декабря 2024 г. в 16 час. 10 мин. у 1 подъезда д. 46/52 по ул. Новоузенская г. Саратова ФИО1 была задержана сотрудниками полиции. 04 декабря 2024 г. в период с 00 час. 03 мин. по 00 час. 08 мин. в ходе осмотра места происшествия, расположенного в 35 м. от д. 9 СНТ «Тюльпан» г. Саратова, сотрудниками полиции обнаружен указанный тайник, из которого изъято наркотическое средство Мефедрон (4-метилметкатинон), массой 196,49 гр. и наркотическое средство – Каннабис (марихуана) массой 3,50 гр. в связи с чем, ФИО1 и неустановленные лица, действовавшие в составе организованной группы, не смогли довести совместный преступный умысел до конца по независящим от них обстоятельствам. В судебном заседании подсудимая ФИО1 свою вину в совершении указанных преступлений признала частично, при этом указала, что предложение о сбыте наркотических средств поступило от ФИО14 Первоначально последний попросил ему помочь в закупке наркотических средств, расфасовке и подготовке закладок. Согласившись, она, по указанию ФИО14, стала взаимодействовать с интернет магазином «Приятель». Доступ ко всем аккаунтам по сбыту наркотических средств находился у нее и у ФИО14 Переписку с куратором вела она и ФИО14 ФИО14 мог вести переписку с ее телефона или с телефона своей супруги. Деньги от сбыта наркотических средств сначала приходили ей на карту, а затем она переводила их ФИО14 Приблизительно летом 2023 г. она переехала жить в квартиру к ФИО14, где он проживал с супругой. В последствие она решила отказаться от занятия данной преступной деятельностью, но ФИО14 начал ей угрожать физической расправой, а затем применял к ней насилие, если она отказывалась заниматься сбытом наркотических средств. Она его боялась и продолжала заниматься под принуждением, но в полицию о применении насилия со стороны последнего не обращалась. Наркотическое средство «Мефедрон» массой 0,93 гр. ей передал ФИО14 и она сделала закладку. Закладку с наркотическим средством – смесь, в состав которой входит наркотическое средство Мефедрон (4-метилметкатинон), массой 118,72 гр., и наркотическим средством – смесь, в состав которой входит наркотическое средство 4-СМС (Клефедрон) – производное наркотического средства Эфедрон (меткатинон), массой 0,98 гр., она забрала по указанию ФИО14 из тайника приблизительно за неделю до задержания и должна была расфасовать и разложить, но делать этого не стала и вместе с весами и другими средствами для расфасовки, решила передать наркотическое средство последнему, но была задержана сотрудниками полиции. Наркотическое средство Мефедрон (4-метилметкатинон), массой 196,49 гр. и наркотическое средство – Каннабис (марихуана) массой 3,50 гр., она также заказывала по указанию ФИО14 Ей на телефон &lt;***&gt; декабря 2024 г. пришло сообщение от куратора с координатами закладки, но она ничего не успела с этим сделать, так как была задержана сотрудниками полиции. Указанное наркотическое средство по координатам из ее телефона было изъято сотрудниками полиции. Несмотря на частичное признание вины, суд приходит к мнению о доказанности виновной в совершении вышеописанных деяний ФИО1 совокупностью исследованных и установленных в судебном заседании доказательств.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Мефедрон (4-метилметкатинон) массой 0,93 гр. в 5 м. от &lt;...&gt; подтверждают следующие доказательства. Из показаний подсудимого – ФИО14 (уголовное дело в отношении которого выделено в отдельное производство), который от дачи показаний в суде отказался и подтвердил свои показания, данные на предварительном следствии в качестве подозреваемого и обвиняемого, оглашенные на основании ст. 276 УПК РФ , следует, что у него есть знакомая ФИО1, которая в мае 2023 г. рассказала, что устроилась работать закладчиком в интернет-магазин «Приятель», который занимается распространением наркотиков на территории Саратовской области. При этом она пояснила, что получала оптовые партии наркотиков, осуществляла их фасовку, оборудовала тайники, фотографировала места с оборудованными закладками и направляла фотографии «куратору» о проделанной работе, получала за это 1 200 руб. за 1 тайниковую закладку. ФИО1 предложила ему помочь ей в раскладке тайников с наркотиками, обещала за это денежное вознаграждение, на что он согласился. Они решили, что ФИО1 будет забирать оптовые партии наркотиков, производить их расфасовку на разовые дозы, организовывать тайники, фотографировать их с указанием адресов, координат и условных обозначений о месте нахождения наркотика, а он будет отправлять на площадку «Приятель», а именно в бот-программу автоматических продаж, фотографии, полученные от ФИО1, заходил он на данную площадку под логином и паролем, который ему сказала ФИО1 ФИО1 получала оплату за проделанную работу на карту банка «Тинькофф», часть денег она переводила ему на карту. После этого ФИО1 переехала к нему на квартиру, где он проживал с женой Свидетель №1, так как у нее были сложные отношения с мамой. 22 ноября 2024 г. ФИО1 отправила в приложении «Телеграм» оборудованные ею тайниковые закладки с наркотиками на телефон его жены, поскольку в тот период его телефон не работал, в тот же день в первой половине дня, он выгрузил указанные фотографии с телефона жены в бот-программу автоматических продаж интернет-магазина «Приятель». 03 декабря 2024 г. в обеденное время он был задержан возле его дома сотрудниками полиции. После чего в арендованной квартире, в ходе обследования, были обнаружены и изъяты 5 банковских карт, принадлежащих ФИО1, телефон марки «Айфон 13», принадлежащий ему, телефон марки «Айфон 11», принадлежащий его супруге. Затем он был доставлены в здание УНК ГУ МВД России по Саратовской области, где был произведен его личный досмотр. После чего, он увидел ФИО1, которая также была задержана. Позже он и ФИО1 совместно с сотрудниками полиции проследовали на участок местности в районе &lt;...&gt; где был проведен осмотр места происшествия, в ходе которого ФИО1 пояснила, что на данном участке она подняла оптовую тайниковую закладку. Далее они проследовали на участок местности, расположенный в районе &lt;...&gt; где в ходе осмотра места происшествия был обнаружен и изъят сверток из изоленты синего цвета. По данному факту он пояснил, что 22 ноября 2024 г. он получил фотографии тайниковых закладок на аккаунт его жены в приложении «Телеграм», оборудованных ФИО1, которые он отправил на бот-программу автоматических продаж интернет-магазина «Приятель». ФИО1 пояснила, что организовала тайник на данном участке местности для последующего сбыта через интернет-магазин «Приятель» (т. 1 л.д. 182-186, 210-212, т. 2 л.д. 230-232, т. 3 л.д. 60-62). Согласно показаниям свидетелей – сотрудников УНК ГУ МВД России по Саратовской области Свидетель №7, оглашенных на основании ч. 1 ст. 281 УПК РФ , а также Свидетель №3, Свидетель №5, Свидетель №6, Свидетель №2, Свидетель №4, данных в ходе судебного заседания, оглашенных в порядке ч. 3 ст. 281 УПК РФ , в мае 2023 г. в УНК ГУ МВД России по &lt;адрес&gt; поступила оперативно-розыскная информация в отношении организованной преступной группы, участники которой организовали и осуществляли на территории Саратовской области незаконный сбыт наркотических средств с использованием информационно-телекоммуникационной сети «Интернет». В ходе проверки поступившей информации установлено, что сбыт наркотических средств производился через интернет-приложение «Telegram» через интернет-магазин «Приятель». Также установлено, что участниками данной группы являются неустановленные лица – организатор, который руководил интернет - магазином «Приятель» и деятельностью организованной группы; куратор, который в программе «Telegram» в магазине «Приятель» зарегистрирован под именем «ВИТЬКА ФИО2», в обязанности которого входило получение информации о закладках от «оптовых закладчиков» и направление ее розничным закладчикам; финансист, который в программе «Telegram» в магазине «Приятель» зарегистрирован под именем «Рабочий акк»; оптовые фасовщики-закладчики; розничные закладчики, между которыми были распределены преступные роли. Как было установлено в ходе ОРМ «Наблюдение» в число розничных закладчиков входили ФИО1 и ФИО14, которые хранят и расфасовывают наркотические средства по адресу: &lt;адрес&gt;. В ходе дальнейшего ОРМ «Наблюдение», 03 декабря 2024 г. в 12 час. 10 мин. был задержан ФИО14, после чего совместно с задержанным было проведено обследование указанной квартиры, в ходе которого изъято 5 банковских карт, принадлежащие ФИО1; сотовый телефон марки «Айфон 13», принадлежащий ФИО14 сотовый телефон марки «Айфон 11», принадлежащий Свидетель №1 После чего ФИО14 был доставлены в здание УНК России по Саратовской области, затем туда же была доставлена ФИО1, задержанная в 16 час. 10 мин. 03 декабря 2024 г. у д. 46/52 по ул. Новоузенская г. Саратова. В ходе личного досмотра ФИО1 были обнаружены и изъяты сотовый телефон марки «Айфон 12», пароль от которого последняя предоставила добровольно, электронные весы; фрагмент полимерного пакета зеленого цвета; полимерный пакет с порошкообразным веществом светлого цвета; два полимерных пакетика с содержимым, полимерный пакет с пакетиками «Zip Loock» с остатками вещества светлого цвета, три изоляционных ленты синего цвета; магниты. В ходе личного досмотра и опроса ФИО1 давала подробные пояснения относительно ее участия в сбыте наркотических средств совместно с ФИО14 Далее в ходе осмотра места происшествия с участием ФИО1, расположенного в 35 м. от д. 9 СНТ «Тюльпан» г. Саратова, обнаружен и изъят сверток с содержимым. Затем был проведен осмотр места происшествия с участием ФИО14 и ФИО1, расположенного в 45 м. от &lt;...&gt; где ФИО1 подняла оптовую закладку с наркотическим средством. После чего в ходе осмотра места происшествия с участием ФИО14 и ФИО1, по координатам, обнаруженным в телефоне последней в 5 м. от &lt;...&gt; был обнаружен и изъят сверток из изоляционной ленты синего цвета с наркотическим средством (т. 2 л.д. 99-101, 119-121, 134-137, 194-197, 198-200, т. 3 л.д. 26-29); Свидетель Свидетель №1 в судебном заседании показала, что о противоправной деятельности ФИО1 и ФИО14 ей ни чего не было известно до задержания их сотрудниками полиции. К показаниям свидетеля Свидетель №1, данным в судебном заседании, суд относится критически, поскольку они противоречат совокупности исследованных доказательств в судебном заседании. Как следует из протоколов допросов Свидетель №1, данных ей в ходе предварительного следствия, оглашенными в судебном заседании в порядке ч. 3 ст. 281 УПК РФ , в мае 2023 г. ФИО1 сообщила ее мужу, что ей катастрофически не хватает денег, в связи с чем, она устроилась работать закладчиком наркотиков в магазин «Приятель». С лета 2023 г. ФИО1, добровольно стала проживать вместе с ними, как подруга. В ноябре 2024 г. она узнала, что ее муж помогает ФИО1 в организации тайников с закладками, так как он направлял фотографии с тайниками через ее телефон, поскольку его телефон не работал, она была категорически против такой деятельности, но муж решил помогать ФИО1, так как за это получал хорошие деньги. Она не видела, чтобы ФИО1 при ней фасовала наркотики, так как она жила в отдельной комнате. 03 декабря 2024 г. ее муж вернулся домой с сотрудниками полиции, в арендованной квартире в ходе ее обследования были обнаружены и изъяты 5 банковских карт, принадлежащих ФИО1, а также сотовый телефон, принадлежащий ей и сотовый телефон ее мужа. Затем они были доставлены в здание УНК ГУ МВД России по Саратовской области для дальнейшего разбирательства (т. 1 л.д. 188-190); Вину подсудимой также подтверждают следующие доказательства: - рапорт от 03 декабря 2024 г., согласно которому в отношении ФИО14 и ФИО1 проводилось оперативно-розыскное мероприятие «Наблюдение», в ходе которого последние были задержаны и доставлены в УНК ГУ МВД России по Саратовской области (т. 1 л.д. 37-38); - акт обследования помещения от 03 декабря 2024 г., согласно которому в ходе обследования &lt;адрес&gt;, обнаружено и изъято: 2 банковские карты ПАО «Сбербанк», 1 банковская карата «Тинькофф банк», 2 банковские карты «Альфа банк», мобильный телефон марки «Айфон 13», мобильный телефон «Айфон 11» (т. 1 л.д. 41-45); - акт личного досмотра от 03 декабря 2024 г., в ходе которого у ФИО1 были обнаружены и изъяты мобильный телефон марки «Айфон 12» в чехле, с сим-картой оператора сотовой связи «Билайн», электронные весы, фрагмент полимерного зеленого цвета, полимерный пакет с пакетиками «Zip Loock», три изоляционных ленты синего цвета, магниты, банковская карта ПАО «Сбербанк» (т. 1 л.д. 54-78); - протокол осмотра места происшествия от 04 декабря 2024 г., согласно которому осмотрен участок местности, расположенный в 5 м. от &lt;...&gt; где на входе в подъезд на полу под металлическим уголком был обнаружен и изъят сверток в изоляционной ленте синего цвета (т. 1 л.д. 170-175); - справка об исследовании № 3548 от 04 декабря 2024 г., согласно которой представленное на исследование вещество массой 0,93 гр. является наркотическим средством – смесь, в состав которой входит наркотическое средство Мефедрон (4-метилметкатинон) (т.1 л.д. 140); - протокол осмотра предметов от 04 декабря 2024 г., согласно которому осмотрено наркотическое средство – смесь, в состав которой входит наркотическое средство Мефедрон (4-метилметкатинон), а также первоначальные упаковки (т. 1 л.д. 141-149); - заключение эксперта № 3939 от 20 декабря 2024 г., согласно которому, представленное на экспертизу вещество массой 0,92 гр. (объект № 5), является наркотическим средством – смесь, в состав которой входит наркотическое средство Мефедрон (4-метилметкатинон) (т. 1 л.д. 237-246); - заключение эксперта № от 23 декабря 2024 г., согласно которому, на поверхности трех мотков изоляционной ленты, фрагмента полимерного материала, магнитов, пакета с пакетами типа «зип-лок», корпуса весов, обнаружен биологический материал, который произошел от генетического профиля ФИО1; на поверхности платформы для взвешивания электронных весов выявлены следы наркотического средства – смесь, в состав которой входит наркотическое средство Мефедрон (4-метилметкатинон) (т. 2 л.д. 8-30); - протокол осмотра предметов от 25 декабря 2025 г., согласно которому осмотрены 3 банковские карты ПАО «Сбербанк» №, №, №; банковская карта ПАО «Тинькофф» №; 2 банковские карты АО «Альфа банк» №, №; электронные весы; 3 мотка изоляционной ленты синего цвета; фрагмент полимерного материала зеленого цвета, магниты, пакет с пакетами типа «зип-лок»; батарейка (т. 2 л.д. 102-113); - протокол осмотра предметов от 08 января 2025 г., согласно которому осмотрены: детализация вызовов из ООО «Т-Моб» абонентского номера, находящегося в пользовании ФИО14, выписка по банковской карте ПАО «Сбербанк» №, зарегистрированной на имя ФИО1, где были обнаружены переводы и поступления по счету № (т. 2 л.д. 122-128); - протокол осмотра предметов от 14 января 2025 г., согласно которому осмотрен сотовый телефон «iPhone 11 Pro», IMEI 1: № IMEI 2: №; сотовый телефон «iPhone 12», IMEI 1: № IMEI 2: №, где были обнаружены фотографии и переписки, подтверждающие умысел ФИО1 на незаконный сбыт наркотических средств (т. 2 л.д. 138-172); - протокол следственного эксперимента от 02 февраля 2025 г., в ходе которого установлено, что на канале «Приятель», который зарегистрирован под ник-неймом «@Priyatel124bizbot», работает бот-программа, которая предлагает произвести заказ наркотического средства (т. 3 л.д. 7-9).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Мефедрон (4-метилметкатинон), массой 118,72 гр., и наркотического средства – смесь, в состав которой входит наркотическое средство 4-СМС (Клефедрон) – производное наркотического средства Эфедрон (меткатинон) массой 0,98 гр., подтверждают следующие доказательства. Вышеизложенные показания свидетелей ФИО14, Свидетель №1, Свидетель №7, Свидетель №3, Свидетель №5, Свидетель №6, Свидетель №2, Свидетель №4 (т. 1 л.д. 182-186, 210-212, т. 2 л.д. 230-232, т. 3 л.д. 60-62, т. 1 л.д. 197-198, т. 2 л.д. 99-101, 119-121, 134-137, 194-197, 198-200, т. 3 л.д. 26-29); - вышеуказанный рапорт от 03 декабря 2024 г. (т. 1 л.д. 37-38); - вышеуказанный акт обследования помещения от 03 декабря 2024 г. (т. 1 л.д. 41-45); - вышеуказанный акт личного досмотра от 03 декабря 2024 г., согласно которому, помимо прочего, обнаружено и изъято: наркотического средства – смесь, в состав которой входит наркотическое средство Мефедрон (4-метилметкатинон), массой 118,72 гр.; наркотического средства – смесь, в состав которой входит наркотическое средство 4-СМС (Клефедрон) – производное наркотического средства Эфедрон (меткатинон) массой 0,98 гр. (т. 1 л.д. 54-78); - протокол осмотра места происшествия от 04 декабря 2024 г., согласно которому осмотрен участок местности, расположенный в 45 м. по ул. Нижнегусельская г. Саратова, где ФИО1 обнаружила и подняла оптовую тайниковую закладку (т. 1 л.д. 10-13); - справка об исследовании № 3545 от 04 декабря 2024 г., согласно которой представленное на исследование вещество массой 118,72 гр. является наркотическим средством – смесь, в состав которой входит наркотическое средство Мефедрон (4-метилметкатинон), вещество массой 0,98 гр. является наркотическим средством – смесь, в состав которой входит наркотическое средство 4-СМС (Клефедрон) – производное наркотического средства Эфедрон (меткатинон) (т.1 л.д. 81-82); - вышеизложенный протокол осмотра предметов от 04 декабря 2024 г., согласно которому, помимо прочего, осмотрено наркотическое средство – смесь, в состав которой входит наркотическое средство Мефедрон (4-метилметкатинон), массой 118,72 гр., и наркотического средства – смесь, в состав которой входит наркотическое средство 4-СМС (Клефедрон) – производное наркотического средства Эфедрон (меткатинон) массой 0,98 гр. (т. 1 л.д. 141-149); - вышеуказанное заключение эксперта № 3939 от 20 декабря 2024 г., согласно которому, представленное на экспертизу вещество массой 118,69 гр. (объект № 1) является наркотическим средством – смесь, в состав которой входит наркотическое средство Мефедрон (4-метилметкатинон), вещество массой 0,97 гр. (объект № 2) является наркотическим средством – смесь, в состав которой входит наркотическое средство 4-СМС (Клефедрон) – производное наркотического средства Эфедрон (меткатинон) (т. 1 л.д. 237-246); - вышеуказанное заключение эксперта № 3935/3936/3937/3938 от 23 декабря 2024 г. (т. 2 л.д. 8-30); - вышеуказанный протокол осмотра предметов от 25 декабря 2025 г. (т. 2 л.д. 102-113); - вышеуказанный протокол осмотра предметов от 08 января 2025 г. (т. 2 л.д. 122-128); - вышеуказанный протокол осмотра предметов от 14 января 2025 г. (т. 2 л.д. 138-172); - вышеуказанный протокол следственного эксперимента от 02 февраля 2025 г. (т. 3 л.д. 7-9).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Вину ФИО1 по эпизоду приготовления к незаконному сбыту наркотического средства – смесь, в состав которой входит наркотическое средство Мефедрон (4-метилметкатинон), массой 196,49 гр. и наркотического средства – Каннабис (марихуана) массой 3,50 гр., подтверждают следующие доказательства. Вышеизложенные показания свидетелей ФИО14, Свидетель №1, Свидетель №7, Свидетель №3, Свидетель №5, Свидетель №6, Свидетель №2, Свидетель №4 (т. 1 л.д. 182-186, 210-212, т. 2 л.д. 230-232, т. 3 л.д. 60-62, т. 1 л.д. 197-198, т. 2 л.д. 99-101, 119-121, 134-137, 194-197, 198-200, т. 3 л.д. 26-29); - вышеуказанный рапорт от 03 декабря 2024 г. (т. 1 л.д. 37-38); - вышеуказанный акт обследования помещения от 03 декабря 2024 г. (т. 1 л.д. 41-45); - протокол осмотра места происшествия от 04 декабря 2024 г., согласно которому осмотрен участок местности, расположенный в 35 м. от д. 9 СНТ «Тюльпан» г. Саратова, где в строительном мусоре под камнем обнаружен и изъят сверток с содержимым и маркировкой «200+5» (т. 1 л.д. 120-123) - справка об исследовании № 3549 от 04 декабря 2024 г., согласно которой представленное на исследование вещество массой 196,49 гр. является наркотическим средством – смесь, в состав которой входит наркотическое средство Мефедрон (4-метилметкатинон), вещество массой 3,50 гр. является наркотическим средством – Каннабис (марихуана) (т.1 л.д. 126); - вышеизложенный протокол осмотра предметов от 04 декабря 2024 г., согласно которому, помимо прочего, осмотрено наркотического средства – смесь, в состав которой входит наркотическое средство Мефедрон (4-метилметкатинон), массой 196,49 гр. и наркотического средства – Каннабис (марихуана) массой 3,50 гр. (т. 1 л.д. 141-149); - вышеуказанное заключение эксперта № 3939 от 20 декабря 2024 г., согласно которому, представленное на экспертизу вещество массой 196,48 гр. (объект № 3) является наркотическим средством – смесь, в состав которой входит наркотическое средство Мефедрон (4-метилметкатинон), вещество массой 3,40 гр. (объект № 4) является наркотическим средством – Каннабис (марихуана) (т. 1 л.д. 237-246); - вышеуказанное заключение эксперта № 3935/3936/3937/3938 от 23 декабря 2024 г. (т. 2 л.д. 8-30); - вышеуказанный протокол осмотра предметов от 25 декабря 2025 г. (т. 2 л.д. 102-113); - вышеуказанный протокол осмотра предметов от 08 января 2025 г. (т. 2 л.д. 122-128); - вышеуказанный протокол осмотра предметов от 14 января 2025 г. (т. 2 л.д. 138-172); - вышеуказанный протокол следственного эксперимента от 02 февраля 2025 г. (т. 3 л.д. 7-9). Психическое состояние подсудимой судом проверено. В соответствии со справками медицинского учреждения ФИО1 на учете у врача-нарколога и врача-психиатра не состоит (т. 3 л.д. 103). Согласно заключению амбулаторной судебно-психиатрической экспертизы с привлечением врача психиатра-нарколога № 36 от 22 января 2025 г. ФИО1 в настоящее время хроническим психическим расстройством, временным болезненным расстройством психической деятельности, слабоумием либо иным болезненным состоянием психики, не страдает и не страдала ими во время совершения инкриминируемого ей деяния; во время совершения инкриминируемого ей деяния была в состоянии наркотического опьянения, могла в полной мере осознавать фактический характер и общественную опасность своих действий либо руководить ими; по своему психическому состоянию не представляет собой опасности для себя и других лиц, либо возможности причинения им иного существенного вреда, в применении принудительных мер медицинского характера не нуждается, может лично осуществлять принадлежащие ей и предусмотренные ст.ст. и 47 УПК РФ процессуальные права. ФИО1 наркоманией не страдает, в лечении от наркомании не нуждается, обнаруживает пагубное употребление нескольких наркотических средств и использование других психоактивных веществ, в связи с этим ей рекомендовано наблюдение у врача-психиатра-нарколога (т. 1 л.д. 217-219). Выводы экспертов суд находит обоснованными, а подсудимую ФИО1 вменяемой и подлежащей уголовной ответственности. Анализируя собранные и исследованные в судебном заседании изложенные доказательства в их совокупности, суд приходит к выводу о доказанности вины подсудимой в совершении преступлений. Все доказательства стороны обвинения получены в соответствии с требованиями закона, обстоятельств, при которых суд мог бы не доверять этим доказательствам, в судебном заседании не установлено, в связи с чем, суд признает их допустимыми, достоверными и кладет в основу приговора. Совокупность указанных последовательных и непротиворечивых доказательств полностью изобличает подсудимую в совершении преступлений. Вместе с тем, органами предварительного расследования действия ФИО1 по эпизоду изъятия наркотического средства – смеси, в состав которой входит наркотическое средство Мефедрон (4-метилметкатинон), массой 196,49 гр., и наркотического средства – Каннабис (марихуана) массой 3,50 гр., квалифицированы по ч. 3 ст. и п. «а, г» ч. 4 ст. 228.1 УК РФ . Пленум Верховного Суда РФ в п. 13.2 постановления от 15 июня 2006 года № 14 «О судебной практике по делам о преступлениях, связанных с наркотическими средствами, психотропными, сильнодействующими и ядовитыми веществами" дал разъяснения, согласно которым, если лицо в целях осуществления умысла на незаконный сбыт наркотических средств, психотропных веществ или их аналогов,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незаконно приобретает, хранит, перевозит, изготавливает, перерабатывает эти средства, вещества, растения,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вещества, растения приобретателю, то такое лицо несет уголовную ответственность за покушение на незаконный сбыт этих средств, веществ, растений. В соответствии с чч. 1 и 3 ст. 30 УК РФ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Как установлено судом, ФИО1 по данному эпизоду только получила информацию о месте хранения наркотического средства - смеси, в состав которой входит наркотическое средство Мефедрон (4-метилметкатинон), массой 196,49 гр., и наркотического средства – Каннабис (марихуана) массой 3,50 гр., которое она должна была получить и организовать тайники с закладками, но не довела его до конца по причинам, от нее не зависящим. Действий по приобретению, хранению, перевозке, изготовлению или переработке указанного наркотического средства она не осуществили. При таких обстоятельствах суд полагает необходимым переквалифицировать действия ФИО1 по данному преступлению с ч. 3 ст. и п.п. «а», «г» ч. 4 ст. 228.1 УК РФ на ч. 1 ст. и п.п. «а», «г» ч. 4 ст. 228.1 УК РФ Оценив все доказательства в совокупности, суд находит доказанной вину подсудимой ФИО3 и квалифицирует ее действия: - по ч. 3 ст. , п. «а» ч. 4 ст. 228.1 УК РФ , как покушение на незаконный сбыт наркотического средства, совершенный с использованием информационно-телекоммуникационных сетей (включая сеть «Интернет») организованной группой, в значительно размере (массой 0,93 гр); - по ч. 3 ст. , п.п. «а», «г» ч. 4 ст. 228.1 УК РФ , как покушение на незаконный сбыт наркотических средств, совершенный с использованием информационно-телекоммуникационных сетей (включая сеть «Интернет») организованной группой, в значительном и крупном размере (массой 118,72 гр. и 0,98 гр.); - по ч. 1 ст. и п. «г» ч. 4 ст. 228.1 УК РФ , как приготовление на незаконный сбыт наркотических средств, совершенный с использованием информационно-телекоммуникационных сетей (включая сеть «Интернет») организованной группой, в крупном размере (массой 196,49 гр., и 3,50 гр.). Данная квалификация действий ФИО1 нашла свое подтверждение в судебном заседании. Ее вина в содеянном подтверждается, в том числе оглашенными показаниями свидетеля – оперативного сотрудника УНК ГУ МВД России по Саратовской области Свидетель №7 и допрошенных в судебном заседании Свидетель №3, Свидетель №5, Свидетель №6, Свидетель №2, Свидетель №4, подтвердивших свои ранее данные показания, которые по поступившей информации проводили следственные действия «Наблюдение», а так же после задержания проводили личный досмотр ФИО1, оглашенными показаниями подсудимого ФИО14, который совместно с ФИО1 и неустановленным организатором, куратором и иными лицами осуществляли незаконный оборот наркотических средств на протяжении длительного времени, оглашенными показаниями свидетеля Свидетель №1, которая была осведомлена о противоправной деятельности ФИО1 и сообщила суду, что последняя добровольно проживала в квартире с ней и ФИО14 Показания указанных лиц последовательны, согласуются между собой и дополняют друг друга, в достоверности которых у суда нет оснований сомневаться, так как они подтверждаются другими доказательствами по делу, объективно - заключениями экспертов, поэтому суд кладет их в основу приговора. Каких-либо оснований для оговора свидетелями подсудимой ФИО1 в судебном заседании не установлено, никто из указанных свидетелей неприязненных отношений к ней не испытывает. Доводы ФИО4 о том, что в незаконный оборот наркотических средств ее вовлек ФИО14, а она первоначально помогала ему добровольно, а затем действовала по принуждению последнего под психическим и физическим воздействием, суд находит несостоятельными, поскольку как следует из оглашенных показаний ФИО14, данных им в качестве подозреваемого и обвиняемого в ходе предварительного расследования и подтвержденных в судебном заседании, он подробно рассказывал о совершенных им и ФИО1 преступлениях в составе организованной группы, указав, что именно ФИО1 еще в мае 2023 г. предложила ему совместное участие в совершении незаконных сбытов наркотических средств, на что он согласился, при этом именно ФИО1 была зарегистрирована в интернет магазине «Приятель», через который она общалась с куратором о получении наркотических средств и оборудовании закладок, так же ФИО1 напрямую получала денежное вознаграждение от куратора за сбыт наркотических средств, на банковскую карту, при этом часть денежных средств передавал ему. Данные показания подтверждены совокупностью исследованных в суде доказательств. Свидетель Свидетель №1, которая была осведомлена и противоправной деятельности ФИО1, сообщила суду, что последняя длительное время добровольно проживала в квартире с ней и ФИО14, о причинении ФИО1 ФИО14 телесных повреждений ей ни чего не известно. Кроме того именно у ФИО1 в ходе личного досмотра было обнаружено и изъято наркотическое средство, средства для расфасовки наркотических средств, а именно: электронные весы, полимерные пакетики «Zip Loock», изоляционная лента, магниты, а также мобильные телефоны, при осмотре которых были обнаружены сведения о местонахождении наркотических средств, которые в последствии с участием последней были изъяты, фотографии и переписки, подтверждающие прямой умысел и активные действия ФИО1 на незаконный сбыт наркотических средств. В этой связи ссылку стороны защиты на исследованные в суде материалы процессуальных проверок по заявлениям ФИО1 о применении в отношении нее насилия со стороны ФИО14, как факта принуждения к совершению преступления, суд считает необоснованной, поскольку, как установлено в судебном заседании, факты, изложенные в заявлении ФИО1, своего подтверждения в ходе процессуальных проверок не нашли. В связи с этим уполномоченными лицами органов внутренних дел вынесены постановления об отказе в возбуждении уголовного дела. В связи с изложенным, вопреки доводам защиты, оснований для применения положений предусмотренных ст. 40 УК РФ , суд не усматривает. Представленный стороной защиты свидетель ФИО12 - мать подсудимой охарактеризовала ее с положительной стороны. Квалифицирующий признак совершения преступления с использованием информационно-телекоммуникационных сетей (включая сеть «Интернет») подтвержден данными о том, что ФИО1 при совершении всех вышеуказанных преступлений использовала компьютерное устройство – мобильный телефон марки «iPhone 12», установленный в нем интернет-мессенджер «Telegram». А именно, с помощью указанного приложения она вела переписку с Лицом № 2, а также с неустановленными соучастниками о незаконном сбыте наркотиков, в том числе согласовывала условия совершения преступлений и свою роль; получала от Лица № 2 и неустановленных соучастников информацию о местах нахождения закладок с наркотиками, откуда их извлекала; с помощью указанного телефона фотографировала места нахождения оборудованным ей закладок с наркотиками и с целью их сбыта через приложение «Telegram» передавала фотографии с координатами закладок Лицу № 2 с помощью сети «Интернет». Квалифицирующий признак совершения преступления «организованной группой» нашел свое подтверждение в судебном заседании. По смыслу закона, организованная группа характеризуется, в частности, устойчивостью, заблаговременным объединением ее участников для совершения одного или нескольких преступлений, наличием в составе группы организатора и заранее разработанного плана совместной преступной деятельности, распределением ролей между членами группы при подготовке к совершению преступлений и осуществлении преступного умысла. При этом об устойчивости организованной группы, в числе прочего, могут свидетельствовать значительный временной промежуток ее существования и неоднократность совершения преступлений членами группы. Так в судебном заседании установлено, что организованная преступная группа, состоящая из неустановленных руководителя, куратора, оптовых фасовщиков-закладчиков, розничных закладчиков, в число которых входили подсудимая ФИО1 и Лицо № 2, характеризовалась устойчивостью и сплоченностью действий участников группы, созданной для совершения систематических незаконных сбытов наркотических средств на территории Саратовской области. При этом, став руководителем организованной группы, неустановленный руководитель разработал схему совершения преступлений, которая исключала непосредственный контакт с наркопотребителями при сбыте членами организованной группы наркотических средств, а также распределило роли каждого члена организованной группы, в том числе ФИО1 и Лица № 2. Взаимодействие между руководителем и участниками организованной группы – ФИО1 и Лица № 2 строилось на дистанционном общении, посредством интернет-мессенджера «Telegram». Благодаря спланированной, детальной организации совместной преступной деятельности и принятым мерам конспирации, неустановленному руководителю, являющемуся руководителем организованной группы, а также ее участникам ФИО1 и Лицу № 2 длительное время удавалось оставаться неразоблаченными правоохранительными органами. Роль ФИО1 и Лица № 2 в организованной группе была в качестве «розничных закладчиков», и им были определены обязанности: получение от неустановленного руководителя адресов тайников с мелкооптовыми партиями наркотических средств на территории г. Саратова, их последующее изъятие из тайников и хранение в законспирированных местах; получение от неустановленного руководителя указаний о необходимости оборудования к конкретному сроку розничных тайников с условно «разовыми дозами» наркотических средств; оборудование розничных тайников с наркотическими средствами; сообщение неустановленному руководителю посредством интернет-мессенджера «Telegram», адресов оборудованных розничных тайников с условно «разовыми дозами» наркотических средств в виде адресов, фотографий и географических координат, для дальнейшего незаконного сбыта потребителям. Квалифицирующий признак незаконного сбыта наркотических средств в значительном и крупном размерах подтверждены данными о том, что в соответствии с Постановлением Правительства № 1002 от 01.10.2012 наркотическое средство – смесь, в состав которой входит наркотическое средство Мефедрон (4-метилметкатинон), массой свыше 0,2 гр. признается значительным размером, а свыше 2,5 гр. – крупным размером; наркотическое средство – смесь, в состав которой входит наркотическое средство 4-СМС (Клефедрон) – производное наркотического средства Эфедрон (меткатинон), массой свыше 0,2 гр. до 2,5 гр. признается значительным размером. Кроме того согласно Перечню наркотических средств, психотропных веществ и их прекурсоров, утвержденного Постановлением Правительства РФ № 681 от 30 июня 1998 г. «Об утверждении перечня наркотических средств, психотропных веществ и их прекурсоров, подлежащих контролю в Российской Федерации» - смесь, в состав которой входит наркотическое средство Мефедрон (4-метилметкатинон), Каннабис (марихуана) являются наркотическим средством (список 1, раздел «Наркотические средства»), оборот которых в РФ запрещен. При назначении наказания суд учитывает характер и степень общественной опасности преступлений, которые относятся к категории особо тяжких преступлений; личность виновной, в том числе состояние ее здоровья и ее близких, влияние наказания на ее исправление и условия жизни ее семьи, достижение таких целей наказания, как восстановление социальной справедливости и предупреждение совершения новых преступлений. ФИО1 по месту регистрации и месту жительства характеризуется положительно, не официально, но работает, находится в состоянии беременности (13-14 недель), на учете у врачей нарколога и психиатра не состоит, ранее не судима. Обстоятельствами, смягчающими наказание ФИО1 по всем преступлениям, суд в соответствии с п. «в», ч. 1 ст. 61 УК РФ признает состояние ее беременности, в соответствии с ч. 2 ст. 61 УК РФ суд также признает молодой возраст подсудимой, состояние ее здоровья и ее родственников, Обстоятельств, отягчающих наказание, не имеется. Решая вопрос о виде и мере наказания подсудимой ФИО1, суд, руководствуясь принципом справедливости, учитывает характер и степень общественной опасности совершенного ФИО1 преступления, принимает во внимание: обстоятельства данного конкретного дела, личность подсудимой, положительные характеристики, обстоятельства, смягчающие наказание, и отсутствие отягчающих обстоятельств, влияние наказания на исправление подсудимой, на условия жизни ее семьи и на достижение иных целей наказания, таких как восстановление социальной справедливости и предупреждение совершения новых преступлений. С учетом изложенного, характера и степени общественной опасности совершенного преступления, личности подсудимой и других вышеуказанных обстоятельств, суд приходит к выводу, что наказание ФИО1 должно быть назначено в виде лишения свободы и считает, что исправление и перевоспитание подсудимой возможно лишь в условиях изоляции от общества. Правовых оснований для назначения наказания ФИО1 с применением ст. 73 УК РФ , или ч. 6 ст. 15 УК РФ с целью изменения подсудимой категорий преступлений на менее тяжкую, суд не усматривает. При этом при назначении наказания за неоконченное преступление суд применяет правила ч. 3 ст. 66 УК РФ , за приготовление к преступлению правила ч. 2 ст. 66 УК РФ . Назначая подсудимой ФИО1 наказание по указанным преступлениям, - ч. 3 ст. и п. «а» ч. 4 ст. 228.1 УК РФ и ч. 3 ст. и п.п. «а», «г» ч. 4 ст. 228.1 УК РФ суд учитывает, что санкция указанной уголовно-правовой нормы с учетом положений ч. 3 ст. 66 УК РФ (3/4 от 20 – 15 лет); - ч. 1 ст. и п.п. «а», «г» ч. 4 ст. 228.1 УК РФ суд учитывает, что санкция указанной уголовно-правовой нормы с учетом положений ч. 2 ст. 66 УК РФ (1/2 от 20 – 10 лет). Учитывая обстоятельства совершения ФИО1 вышеуказанных преступлений, ее роль в ходе выполнения объективной стороны преступлений, наличие вышеуказанных смягчающих наказание обстоятельств (наличие беременности, состояние ее здоровья и ее родственников, положительные характеристики), которые суд признает исключительными и существенно уменьшающими степень общественной опасности совершенных преступлений, суд применяет положения ст. 64 УК РФ по каждому преступлению и назначает подсудимой лишение свободы ниже низшего предела, предусмотренных санкций указанных норм УК РФ, полагая, что такое наказание обеспечит достижение целей наказания. С учетом вида назначаемого подсудимой ФИО1 наказания, суд считает возможным не применять в качестве дополнительного наказания штраф и лишение права занимать определенные должности или заниматься определенной деятельностью, полагая, что цели наказания будут достигнуты применением основного наказания. ФИО1 совершила преступления, которые относятся к категории особо тяжких, поэтому суд в соответствии п. «б» ч. 1 ст. 58 УК РФ определяет ей отбывание наказания в исправительной колонии общего режима. Одновременно, принимая решение о назначении наказания в виде реального лишения свободы ФИО1, суд полагает необходимым в соответствии положениями ст. 82 УК РФ , в приговоре обсудить заявление стороны защиты о предоставлении ФИО1 отсрочки исполнения назначаемого наказания. Согласно ч. 1 ст. 82 УК РФ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суд может отсрочить реальное отбывание наказания до достижения ребенком четырнадцатилетнего возраста. Во время рассмотрения дела ФИО1 указала на то, что беременна. Сторона защиты представила суду соответствующие документы и просила отсрочить реальное отбывание наказания до достижения ребенком четырнадцатилетнего возраста. Целью правовой нормы, предусмотренной ч. 1 ст. 82 УК РФ , является обеспечение разумного баланса между публичным интересом в неотвратимости наказания лица, совершившего преступление, и интересами его ребенка, развитию которого и формированию его личности в малолетнем возрасте противоречит отстранение от воспитательного процесса его матери либо отца как единственного родителя. По смыслу закона, в применении института отсрочки отбывания наказания первостепенное значение придается интересам ребенка, которые затрагиваются осуждением его родителя. При этом отсрочка отбывания наказания не применяется в исключительных предусмотренных законом случаях, а именно: к лицам, которым назначено наказание в виде лишения свободы на срок свыше пяти лет за тяжкие и особо тяжкие преступления против личности; к лицам, которым назначено лишение свободы за преступления, предусмотренные ст. , 205.1 , 205.2 , 205.3 , 205.4 и 205.5 , ч. 3 и ст. , ч. 4 ст. , ст. 361 УК РФ , и сопряженные с осуществлением террористической деятельности преступления, предусмотренные ст. , , и 360 УК РФ ; к лицам, которым назначено наказание в виде лишения свободы либо ограничения свободы за преступления против половой неприкосновенности несовершеннолетних, не достигших четырнадцатилетнего возраста, а также, если с учетом личности родителя либо совершения им преступления в отношении малолетнего, применение данной нормы права противоречит интересам самого ребенка. Совершенные ФИО1 преступления не относятся к числу преступлений, при которых запрещается применение положений ч. 1 ст. 82 УК РФ . Предусмотренная п. 2 ч. 1 ст. 398 УПК РФ возможность применения отсрочки исполнения приговора в стадии его исполнения, не освобождает суд от рассмотрения вопроса применения ч. 1 ст. 82 УК РФ при постановлении приговора. Судом установлено, что ФИО1 совершила преступления впервые, находится в состоянии беременности. Имеются также сведения о наличии положительной характеристики с места обучения и по месту жительства, и удовлетворительной характеристики, выданной участковым уполномоченным полиции, отсутствуют и отягчающие наказание обстоятельства. Таким образом, сведения о личности ФИО1 не свидетельствуют о том, что применение ч. 1 ст. 82 УК РФ противоречило бы интересам ребенка, рождение которого ожидается. Учитывая, что ФИО1 находится в состоянии беременности, что подтверждается справкой, суд считает справедливым на основании ч. 1 ст. 82 УК РФ отсрочить ФИО1 как беременной женщине реальное отбывание наказания в виде лишения свободы до достижения ребенком четырнадцатилетнего возраста. В связи с вышеизложенным, суд считает необходимым изменить подсудимой ФИО1 меру пресечения с домашнего ареста на подписку о невыезде и надлежащем поведении до вступления приговора в законную силу. Разрешая вопрос о зачете в срок отбывания наказания времени задержания и содержания подсудимой ФИО1 под домашним арестом, суд полагает, что фактически ФИО1 была задержана 03 декабря 2025 г., что следует из показаний самой подсудимой ФИО1, а также из рапорта старшего оперуполномоченного УНК ГУ МВД России по Саратовской области от 03 декабря 2024 г. (т. 1 л.д. 37-38), а согласно протоколу задержания подозреваемого в порядке ст.ст. , 92 УПК РФ – 04 декабря 2024 г. Судьбу вещественных доказательств следует решить в соответствии со ст. 81 УПК РФ . Руководствуясь статьями ст.ст. , и 309 УПК РФ , суд приговорил: ФИО1 признать виновной в совершении преступлений, предусмотренных ч. 3 ст. , п. «а» ч. 4 ст. 228.1 , ч. 3 ст. , п.п. «а», «г» ч. 4 ст. 228.1 , ч. 1 ст. , п.п. «а», «г» ч. 4 ст. 228.1 УК РФ , и назначить ей наказание с применением ст. 64 УК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и п. «а» ч. 4 ст. 228.1 УК РФ (по факту покушения на незаконный сбыт наркотических средств массой 0,93 гр.), в виде 6 (шести) лет 6 (шести) месяцев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и п.п. «а», «г» ч. 4 ст. 228.1 УК РФ (по факту покушения на незаконный сбыт наркотических средств массой 118,72 гр. и массой 0,98 гр.), в виде 7 (семи) лет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1 ст. и п.п. «а», «г» ч. 4 ст. 228.1 УК РФ , (по факту приготовления на незаконный сбыт наркотических средств массой 196,49 гр., и массой 3,50 гр.), в виде 6 (шести) лет 6 (шести) месяцев лишения свободы; На основании ч. 2 ст. 69 УК РФ по совокупности преступлений окончательное наказание ФИО1 назначить путем поглощения менее строгого наказания более строгим в виде 7 (семи) лет лишения свободы с отбыванием наказания в исправительной колонии общего режима. На основании ч. 1 ст. 82 УК РФ отсрочить осужденной ФИО1 как беременной женщине реальное отбывание наказания в виде лишения свободы до достижения ребенком четырнадцатилетнего возраста. Меру пресечения ФИО1 изменить с домашнего ареста на подписку о невыезде и надлежащем поведении до вступления приговора в законную силу. В соответствии с ч. 3.2, ч. 3.4 ст. 72 УК РФ зачесть ей в срок отбывания наказания время фактического задержания с 03 по 06 декабря 2024 г. из расчета один день задержания за один день отбывания наказания в исправительной колонии общего режима. Время нахождения под домашним арестом в период с 07 декабря 2024 г. по 09 июня 2025 г. включительно из расчета два дня нахождения под домашним арестом за один день лишения свободы; Вещественные доказательства: - наркотическое средство – смесь, в состав которой входит наркотическое средство Мефедрон (4-метилметкатинон), остаточной массой 118,68 гр., 196,47 гр., 0,91 гр., наркотическое средство – смесь, в состав которой входит наркотическое средство 4-СМС (Клефедрон) – производное наркотического средства Эфедрон (меткатинон), остаточной массой 0,96 гр., наркотическое средство – Каннабис (марихуана), остаточной массой 3,30 гр., 1,86 гр.; первоначальные упаковки наркотических средств; 6 банковских карт; электронные весы; 3 мотка изоляционной ленты синего цвета; фрагмент полимерного материала зеленого цвета; магниты; пакет с пакетами типа «зип-лок»; батарейка; детализация вызовов из ООО «Т-Моб»; выписки по банковским картам; сотовый телефон «iPhone 13», IMEI 1: №, IMEI 2: №, сотовый телефон «iPhone 11 Pro», IMEI 1: №, IMEI 2: №, сотовый телефон «iPhone 12», IMEI 1: №, IMEI 2: №, хранящиеся в ФКУ ЦХиСО ГУ МВД России по Саратовской области по квитанциям №№ 1959, 1960, 1961, 1962, 1074, 1081, 1082, 1083, 1084, 1085 - хранить до принятия итогового решения по уголовному делу, выделенному в отношении Лица № 2 (т. 2 л.д. 92-93, 95-98, 114-115, 117, 129-130, 132-133, 173-174, 176-178); Приговор может быть обжалован в апелляционном порядке в судебную коллегию по уголовным делам Саратовского областного суда через Октябрьский районный суд г. Саратова в течение 15 суток со дня его провозглашения, а осужденным, содержащимся под стражей, - в тот же срок со дня вручения копии приговора. Осужденная вправе ходатайствовать о своем участии в рассмотрении уголовного дела судом апелляционной инстанции, о чем указывается в своей апелляционной жалобе или в возражениях на жалобы, представления, принесенные другими участниками уголовного процесса. Председательствующий С.В. Калашников Суд: Октябрьский районный суд г. Саратова (Саратовская область) (подробнее) Судьи дела: Калашников Сергей Владимирович (судья) (подробнее) Последние документы по делу: Приговор от 24 сентября 2025 г. по делу № 1-51/2025 Приговор от 12 августа 2025 г. по делу № 1-51/2025 Приговор от 8 июня 2025 г. по делу № 1-51/2025 Постановление от 23 марта 2025 г. по делу № 1-51/2025 Приговор от 4 марта 2025 г. по делу № 1-51/2025 Приговор от 20 января 2025 г. по делу № 1-51/2025 Приговор от 20 января 2025 г. по делу № 1-51/2025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