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июня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Вывод о виновности ФИО1 в хищении денежных средств ФИО4 №6 подтверждается следующими доказательствами. Показаниям потерпевшей ФИО4 №6, согласно которым 21.04.2023 в 13:21 час. по месту ее жительства (&lt;...&gt;) поступил телефонный звонок. Звонивший мужчина представился следователем и сообщил, что её племянница ФИО66 (Свидетель №12) попала в аварию, произошедшую по ее вине. В результате происшествия потерпевшей требуется дорогостоящая операция, на которую не хватает денег - 250 000 рублей. Данную сумму необходимо передать, чтобы племянницу ФИО66 не осудили. Затем мужчина передал трубку девушке, которая от лица ФИО66 стала невнятно говорить, ссылалась на боль и прервала разговор. Затем под диктовку того же мужчины она стала писать заявления о возмещении материального ущерба за племянницу. В ходе диалога она сообщила звонившему домашний телефон и адрес, а тот сказал, что к ней прибудет «курьер» ФИО70 за деньгами для племянницы. Спустя время к ней постучался парень на вид 30 лет, худой и высокий, ему она отдала в конверте 100 000 рублей и он ушел. Продолжая телефонный разговор с мужчиной, она согласилась передать племяннице еще 150 000 рублей. После чего собеседник вернул ФИО70, и она отдала ему очередной конверт со 150 000 рублей. Закончив телефонный разговор, ФИО4 №6 позвонила племяннице и та, сообщила ей, что в аварию не попадала и денег не просила. Поняв, что была обманута, в тот же день потерпевшая обратилась в полицию, с заявлением о привлечении виновных к ответственности (л.д. 171 т.3). Из показаний свидетеля Свидетель №12 известно, что 21.04.2023 она пребывала весь день дома, в аварию не попадала и денежных средств не просила. В тот день после телефонного разговора с ФИО4 №6, настояла, чтобы та обратилась в полицию и рассказала о хищении 250 тыс. рублей. (л.д. 18-20 т.4). Показания потерпевшей со свидетелями согласуются с письменными доказательствами. Осмотром места происшествия установлено, что потерпевшая ФИО4 №6 проживает одна в &lt;...&gt;. 21.04.2023 там состоялся ее телефонный разговор с неизвестными лицами, звонившими с абонентского номера № .... После чего, находясь в квартире по указанному адресу, она дважды передала денежные средства Свидетель №3 в общей сумме 250 000 рублей (л.д. 174-180 т.3). Согласно протоколу осмотра детализации соединений по абонентскому номеру № ... установлено, что 21.04.2023 на стационарный телефон ФИО4 №6 с 13:14 по 16:35 час. поступали многочисленные входящие звонки с абонентского номера № ..., продолжительностью до полутора часов. Этому предшествовали входящие соединения на сотовый телефон № ...) ФИО4 №6, состоявшиеся с того же номера с 13:22 до 14:27 час., длительностью до 40 минут, почему потерпевшая не могла опомниться и позвать на помощь (л.д. 131-167 т.5). Этому способствовал и престарелый возраст потерпевшей (85 лет), влекший ее большую внушаемость (л.д. 206 т.3). Состояние здоровья и материальное положение потерпевшей исключили ее сторонние заработки. В силу этого похищенная сумма сложилась исключительно из накоплений пенсии, составлявшей 30 000 рублей (л.д. 204-205 т.3). Осмотр детализации соединений абонентского номера № ... Свидетель №3 в тот же день показал, что по привязке к базовым станциям связи он с 13:40 по 16 час. находился в г. ФИО6, вблизи места жительства ФИО4 №6 (л.д. 131-167 т.5). По осмотру мобильного телефона Свидетель №3 марки «Honor 8s», находившегося при нем после задержания, обнаружена выписка АО «Тинькофф Банк», содержащая указание на пополнение его банковского счета через банкомат: - 21.04.2023 в 14:15 на 95 000 рублей пополнение через банкомат Тинькофф, - 21.04.2023 в 14:54 на 150 000 рублей через ATM 60033929 KURCHATOV. Осмотром мест происшествия 28.01.2024 установлено, что Свидетель №3 через банкомат ПАО «Сбербанк», установленный в административном здании по адресу: &lt;...&gt;, и банкомат АО «ТинькоффБанк», расположенный в ТЦ «Европа» по адресу: Курская область, Курчатовский район, г. ФИО6, пр-кт. Коммунистический, д. 33 «А», пополненил свои счета деньгами ФИО4 №6 (л.д. 36-41, 42-47 т.4). Помимо этого в ходе осмотра места происшествия 28.01.2024 был осмотрен банкомат ПАО «Сбербанк» (АТМ №60031632), расположенный по адресу: &lt;...&gt;, являющийся местом перевода 5 000 рублей, похищенных у ФИО4 №6 Осмотром предметов- видеозаписи (на компакт диске), ведшейся в дополнительном офисе №8596/0119 ПАО «Сбербанк» (&lt;...&gt;), установлено, что Свидетель №3, одетый в камуфляжную куртку, обращался к банкомату с денежными средствами. В ходе осмотра информации АО «Тинькофф Банк» с оптическим диском, содержащим выписки по банковским счетам № ..., № ... на имя Свидетель №3, установлены следующие банковские операции ФИО112 за 21.04.2023: в 08:43:45 пополнение счета на 1 950 рублей с Киви кошелька, что оговаривается в переписке соучастников преступления транспортными расходами, в 14:15:14 пополнение счета на 95 000 рублей в банкомате Тинькофф TINKOFF BANK ФИО6 Коммунистический пр-кт 33А, в 14:54:38 пополнение счета на 150 000 рублей в банкомате ПАО «Сбербанк», ATM 60033929 KURCHATOV ФИО6 Коммунистический 27, по времени и сумме, соответствующие деньгам у ФИО4 №6, в 14:17:40 внутренний онлайн перевод им 94 000 рублей на карту № ... ФИО8 № ..., в 14:58:50 внутренний онлайн перевод им 142 000 рублей на карту № ... ФИО23 № ... / Клиенту Тинькофф ФИО114 № ..., что свидетельствует о распределении денежных средств между соучастниками организованной группы за минусом доли «курьера» (л.д. 153-170, 171-183 т.6). Осмотр предметов- компакт диска, представленного АО «Киви Банк», подтверждает, что именно ФИО1 в сервисе «Киви кошелек» перевел Свидетель №3 на банковскую карту № ... в 08:43:42 час. 21.04.2023 денежные средства на транспорт в размере 1 950 рублей (л.д. 36-40 т.8). В ходе осмотра изъятых мобильных телефонов «POCO X5 5 G 22111317PG» (Поко Икс 5 5 Джи 22111317 Пи Джи), «ZTE Blade L 210» (ЗТЕ Блэйд Эл 210) в приложение «Телеграмм» в разделе «чаты» установлена переписка за 21.04.2023 с пользователями: «Sergo12345», «financier», &lt;данные изъяты&gt; следующего содержания. В чате с пользователем «Sergo12345» с 7:48 до 14:59 час., сводящаяся к тому, что ФИО112 сообщает «Sergo12345», что едет на такси в г. ФИО6, и готов к работе. Когда ФИО112 находится в г. ФИО6, то получает инструкцию по действиям и передвижению по городу с использованием такси. В 13:43 ему называют: «&lt;...&gt;, ФИО4 №6, ты водитель Юра, везёшь деньги в прокуратуру (помогаем ФИО66), 100К (100 000 рублей)». В 13:47 ФИО112 указывает, что на месте, а в 14:00 забрал деньги и едет в банк. Пользователь «Sergo12345» в 14:17 сообщает, что к ФИО110 нужно вернуться. ФИО112 в 14:18 отправил пользователю изображен скриншот чека АО «Тинькофф Банк» о внесении наличных денежных средств на 94 000 рублей. Пользователь сообщает, что будет еще 150 000 рублей. Далее из переписки следует, что 14:38 ФИО112 взял деньги, идет считать. Указывает, что идет к банкомату. В чате с пользователем «financier» имеется переписка с 08:02 до 14:47, из которой следует, что «financier» предлагает произвести расчет и просит ФИО112 указать точную сумму денежных средств, которую он забрал. ФИО112 сообщает, что взял 100 000 рублей, а «financier» указывает, что ему достается 5 000 рублей. При этом собеседники обсуждают траты ФИО112 на такси в связи с совершением преступлений. Далее ФИО112 отчитывается перед «financier» о своей поездке к банкомату, где «financier» сообщает ему реквизиты для перечисления - «94 тысячи и квитанцию обязательно мне пришли…Переводить только через приложение или браузер. № ..., ФИО8». После осуществления перевода, ФИО112 в 14:22 отправил скриншот с приложения банка «Тинькофф», на котором имеется карта получателя: № ...», получатель: «ФИО8 А.», сумма: «94 000 Р», отправитель: «Свидетель №3», статус: «Успешно». В 14:22 отправлен скриншот с приложения банка «Тинькофф», на котором имеется карта получателя: № ...», получатель: «ФИО8 А.», сумма: «94 000 Р», отправитель: «Свидетель №3», статус: «Успешно». В 14:22: отправлен скриншот с приложения банка «Тинькофф», на котором имеется карта получателя: № ...», получатель: «ФИО8 А.», сумма: «94 000 Р», отправитель: «Свидетель №3», статус: «Успешно». Также в дальнейшем указанные лица согласовывают размер вознаграждения для ФИО112 - 8 000 рублей. В чате с пользователем &lt;данные изъяты&gt; имеется переписка 21.04.2023, где ФИО112 в 13:42 сообщает, что едет на заказ. Сообщает указанному пользователю о всех вышеперечисленных действиях, совершенных в отношении ФИО4 №6 Помимо этого из переписки следует, что ФИО112 выполнил 3 заказа и у него будет 4 заказ. Исследованная переписка в сопоставлении с характером движения денежных средств на счетах Свидетель №3 и ФИО1 указывает о вовлеченности и общем умысле всех соучастников хищения согласно плану и ролям, заблаговременно распределенных между ними, в целях извлечения прибыли. В ходе осмотра информации АО «Райффайзенбанк» с оптическим диском, содержащим выписки по банковскому счету № ... на имя ФИО1, установлены регулярные денежные поступления и траты по счету подсудимого, равные его проценту незаконного заработка, в отсутствие другой работы. В частности 22.04.2023, сразу после хищения на суммы 20 000, 5 000 и 29 435 рублей (л.д. 45-51 т.8).</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Вывод о виновности ФИО1 в хищении денежных средств ФИО4 №8 подтверждается следующими доказательствами. Показаниям потерпевшей ФИО4 №8, согласно которым 21.04.2023 в 16 час. по месту ее жительства (&lt;...&gt;) поступил телефонный звонок с абонентского номера № .... В ходе телефонного разговора она услышала голос парня, представившегося её внуком ФИО69 (Свидетель №16). Он сказал ей, что переходил дорогу на красный свет светофора, и его сбила машина. Поскольку он виноват, то должен возместить ущерб на 300 000 рублей. Параллельно на телефон стала звонить девушка, представлявшаяся следователем, она утверждала, что внук совершил ДТП и должен оплатить операцию женщине, пострадавшей в аварии. С нею также разговаривал мужчина, под диктовку которого она писала заявление о возмещении ущерба через прокуратуру на 300 000 рублей и сообщила свой адрес. В ходе диалога ей сообщили, что подъедет водитель прокуратуры, который заберет деньги для ФИО69 и ее заявление с распиской. Ее с супругом постоянно отвлекали, не давая возможность опомниться и созвониться с родственниками. Собрав 300 000 рублей, она сложила их в конверт, а муж (Свидетель №15) передал мужчине, представившемуся водителем. Написав все заявления, она попросила «следователя», дать поговорить с внуком, но тот, спросил сумму и положил трубку (л.д. 162-180 т.4). Спустя несколько дней, поняла, что была обманута, и обратилась в полицию, с заявлением о привлечении виновных к ответственности (л.д. 126 т.4). Из оглашенных показаний свидетеля Свидетель №15 известно, что вечером 21.04.2023 он с супругой находился дома, когда на их стационарный телефон поступил звонок, якобы от ФИО69. Они посчитали, что разговаривают с внуком, сообщившим, что тот попал в аварию и плохо себя чувствует, т.к. ранил голову и ребра. Он просил деньги 300 000 рублей на лечение женщины, которая его сбила, и лежит в реанимации. После этого трубку взяла «следователь», сообщившая, что внуку грозит тюрьма, и стала требовать деньги, заставила писать заявления. Ему дали возможность поговорить с женщиной, которая от лица его дочери ФИО64, подтвердила обстоятельства аварии с внуком. Продолжая телефонный разговор, они писали заявления, которые им надиктовали и ждали водителя прокуратуры за деньгами. Около 17:00 он с деньгами вышел на улицу, где у подъезда № ... &lt;...&gt; к нему подошел парень 30 лет, худощавого телосложения, с медицинской маской на лице. Он представился водителем, забрал деньги 300 000 рублей, сложенные в три конверта и ушел (л.д. 164-165, 187-190 т.4). По оглашенным в суде показаниям свидетеля Свидетель №16 установлено, что в день, когда был обманута его бабушка ФИО4 №8, он работал и в дорожно-транспортное происшествие не попадал. От своей матери ФИО88) знает, что бабушку обманули мошенники, похитившие у нее 300 000 рублей (л.д. 212-214 т.4). Показания потерпевшей со свидетелями согласуются с письменными доказательствами. Осмотром места происшествия установлено, что потерпевшая ФИО4 №8 проживает с супругом в &lt;...&gt;. 21.04.2023 там состоялся ее телефонный разговор с неизвестными лицами, звонившими с номеров № .... После чего, выйдя из квартиры ее супруг передал денежные средства Свидетель №3 С места происшествия также изъяты 4 листа, на которых ФИО111 писали заявления (л.д. 131-143 т.4). Согласно протоколу осмотра детализации соединений по абонентскому номеру № ... установлено, что 21.04.2023 на телефон ФИО4 №8 с 15:30 по 16:52 час. поступали многочисленные входящие звонки от абонента № ..., продолжительностью до полутора часов. Наряду с восьмью входящими соединениями на сотовый телефон (№ ...) ФИО4 №8, осуществленные с номеров &lt;данные изъяты&gt; в период с 14:47 до 20:39 час., длительностью до 40 минут (л.д. 169-174 т.5). Тем самым продолжительность телефонных соединений, а равно возраст потерпевших (84 года) не позволяли им опомниться и прибегнуть к помощи посторонних. Состояние здоровье и материальное положения потерпевшей исключили сторонние заработки. В силу этого похищенная сумма сложилась исключительно из накоплений пенсии супругов, выплачиваемой им по 24 000 рублей каждому (л.д. 154 т.4). Осмотр детализации соединений абонентского номера Свидетель №3 (№ ...) в тот же день показал, что по привязке к базовым станциям связи в 08:40 час. он выехал из г. Курск, а с 16:10 по 16:47 час. пребывал в пос. им. Карла Либкнехта, вблизи места жительства ФИО4 №8 (л.д. 131-167 т.5). По осмотру мобильного телефона Свидетель №3 марки «Honor 8s», остававшегося при нем во время задержания, обнаружена выписка АО «Тинькофф Банк» содержащая указание на пополнение его банковского счета через банкомат в 16:49 час. 21.04.2023 на 283 000 рублей. Осмотром места происшествия от 28.01.2024 установлено, что Свидетель №3 через банкомат, расположенный по адресу: &lt;...&gt;, пополнил свой счет денежными средствами ФИО4 №8 (л.д. 200-205 т.4). Осмотром предметов- оптического диска с видеозаписью с камер видеонаблюдения, установленных в дополнительном офисе № 8596/0119 ПАО «Сбербанк» (&lt;...&gt;), подтверждено обращение Свидетель №3, одетого в камуфляжную куртку, к банкомату для денежных операций (л.д. 208-210 т.3). В ходе осмотра оптического диска, на который в результате компьютерной экспертизы перенесена информация с телефонов «курьера», установлена переписка ФИО87 с абонентами «KRABIK БИО ИНФА WORK 24/7 ONLINE» и «Sergo12345». В ее содержании присутствует чек, отправленный «кураторам», о переводе 300 тыс. рублей на счет, указанный «финансером» (л.д. 15-18, 22-25 т.5). В ходе осмотра информации АО «Тинькофф Банк» с оптическим диском, содержащим выписки по банковским счетам № ..., № ... на имя Свидетель №3, установлены следующие банковские операции Свидетель №3 за 21.04.2023: в 08:43:45 пополнение его счета на 1 950 рублей с QIWI кошелька (Moscow QIWI Bank), что оговаривается в переписке соучастников преступления транспортными расходами, в 16:49:12 пополнение счета и внутреннем переводе 283 000 рублей на карту № ... Клиенту Тинькофф ФИО2 ИНН: &lt;данные изъяты&gt;, т.е дальнейшем распределении денежных средств между соучастниками организованной группы, за минусом доли, оставшейся «курьеру» (л.д. 153-170, 171-183 т.6). Осмотром предметов- компакт диска, представленного АО «Киви Банк», подтверждает, что именно ФИО1 в сервисе «Киви кошелек» перевел Свидетель №3 на банковскую карту № ... в 08:43:42 час. 21.04.2023 денежные средства на транспорт в размере 1 950 рублей (л.д. 36-40 т.8). В ходе осмотра изъятых мобильных телефонов «POCO X5 5 G 22111317PG» (Поко Икс 5 5 Джи 22111317 Пи Джи), «ZTE Blade L 210» (ЗТЕ Блэйд Эл 210) в приложение «Телеграмм» в разделе «чаты» установлена переписка за 21.04.2023 с пользователями: «Sergo12345», «financier», «KRABIK|БИО ИНФА|WORK 24/7 ONLINE» следующего содержания. В чате с пользователем «Sergo12345» с 7:48 до 12:42, сводящаяся к тому, что ФИО112 сообщает «Sergo12345», что едет в такси в г. ФИО6, и готов к работе. Когда ФИО112 пребывает в г. ФИО6, «Sergo12345» сообщает ему, что в этом городе два адреса (в п. Карла Либкнехта). В частности, в 15:02 адрес: &lt;...&gt;, куда ФИО112 едет на такси. На месте получает номер квартиры – «8», с указанием имени « ФИО4 №8, и данные легенды – «Ты водитель Юра везёшь деньги в прокуратуру (помогаем ФИО69)», с указанием суммы – 300 000 рублей». Из переписки следует, что ФИО112 останавливается недалеко от адреса и идет пешком к подъезду № 2. При этом узнает, что в квартире муж и жена, подниматься не надо, выйдет Свидетель №15. ФИО112 в сообщении указывает, что Свидетель №15 требует паспорт, на что пользователь сообщает ФИО112, что «паспорт в прокуратуре». После того, как ФИО112 забрал деньги, он делает соответствующее сообщение пользователю Sergo12345» в 15:56. В чате с пользователем «financier» переписка сводится к тому, что в 16:42 «financier» сообщает ФИО112 о готовности счета для перевода 283 тысяч рублей, которые нужно перевести через приложение или браузер на карту № ... ФИО47 К., и квитанцию обязательно прислал ему. В 16:50 ФИО112 отправлен скриншот из приложения банка «Тинькофф», на котором имеется изображение карты получателя: &lt;данные изъяты&gt; получатель: «ФИО47 К.», сумма: «283 000 Р», отправитель: «Свидетель №3», статус: «Успешно». В чате с пользователем «KRABIK|БИО ИНФА|WORK 24/7 ONLINE» в 15:52 ФИО112 сообщает, что были проблемы в получении денег с мужем ФИО111. Он забрал деньги, пересчитал, 300 000 рублей и ждет такси. Далее сообщает, что он приехал в банкомат и выполнил «перевод» в 16:51. Далее из переписки следует, что ФИО112 ждет еще заказ, однако в 19:00 ему поступает сообщение от Sergo12345, что «сегодня все, завтра на связи», на что пользователь под ником «KRABIK|БИО ИНФА|WORK 24/7 ONLINE» в 19:00 указывает, что «отлично поработали сегодня». Исследованная переписка в сопоставлении с характером движения денежных средств на счетах Свидетель №3 и ФИО1 указывает о вовлеченности и общем умысле всех соучастников хищения согласно плану и ролям, заблаговременно распределенных между ними, в целях извлечения прибыли. В ходе осмотра информации АО «Райффайзенбанк» с оптическим диском, содержащим выписки по банковскому счету № ... на имя ФИО1, установлены регулярные денежные поступления и траты по счету подсудимого, равные его проценту незаконного заработка, в отсутствие другой работы. В частности 22.04.2023, сразу после хищения на суммы 20 000 и 5 000 рублей (л.д. 45-51 т.8).</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Вывод о виновности ФИО1 в хищении денежных средств ФИО4 №5 подтверждается следующими доказательствами. Показаниями потерпевшей ФИО4 №5, согласно которым 24.04.2023 утром по месту ее жительства (&lt;...&gt;) ей на номера сотовой связи № ... и стационарный телефон № ... звонил мужчина, представившийся сотрудником прокуратуры. Он сообщил, что её внучка переходила дорогу в неположенном месте и стала виновником аварии. Затем передал телефон девушке, с голосом очень похожим на её внучку ФИО64. «ФИО64» стала просить деньги, чтобы на нее не завели уголовное дело, и ФИО109 согласилась помочь 150 000 рублей. После этого «ФИО64» передала телефон «прокурору», тот спросил номер стационарного телефона и ее адрес, чтобы приехал его помощник. Мужчина сказал, что приедет молодой человек по имени ФИО57 и ему необходимо будет передать деньги. Продолжая разговор, она собрала деньги и под диктовку писала заявления, пока не приехал «курьер». Через некоторое время к ней пришел высокий, худой парень, одетый в темную одежду с кепкой на голове, представившийся Вовой. Она передала ему 150 тыс. рублей, после чего он ушел, пообещав принести квитанцию. После произошедшего, спустя несколько минут к ней домой пришел сын ФИО89 с невесткой Свидетель №9, вызвавшие полицию (л.д. 141-143, 178-181 т.2). Согласно сообщению о преступлении, зарегистрированному в КУСП, хищение состоялось 24.04.2023 не позднее 10:20 час. (л.д. 114 т.2). По установлению обмана, потерпевшая написала заявление в полицию с просьбой привлечь виновных (л.д. 116 т.2). Из показаний свидетеля Свидетель №9 известно, что приехав к свекрови, та рассказала ей, что была обманута мошенниками, представившимися полицейскими. В процессе обмана они сообщили ей, что внучка ФИО64 попала в ДТП, передали трубку девушке, с похожим голосом, и та, выступая за ФИО64, просила деньги на лечение. После чего к ней приехал курьер и ФИО4 №5 отдала ему 150 000 рублей. По оглашенным в суде показаниям свидетеля Свидетель №10 С. установлено, что в день, когда была обманута бабушка, она работала, в дорожно-транспортное происшествие не попадала и за лечением не обращалась (л.д. 173-174 т.2). Показания потерпевшей со свидетелями согласуются с письменными доказательствами. Согласно протоколу осмотра места происшествия установлено, что потерпевшая ФИО4 №5 проживает одна в &lt;...&gt;. 24.04.20223 там состоялся ее телефонный разговор с неизвестными лицами. После чего находясь в квартире, она передала денежные средства «курьеру» Свидетель №3 в размере 150 000 рублей. С места происшествия также изъяты 3 листа бумаги, на которых ФИО4 №5 писала под диктовку заявления (л.д. 123-131 т.2). Согласно протоколу осмотра детализации соединений по абонентскому номеру № ... установлено, что 24.04.2023 на телефон ФИО4 №5 с 08:43 до 10:04 час. поступали многочисленные входящие звонки с абонентских номеров № ..., длительностью более часа. Наряду с входящими соединениями на сотовый телефон (№ ...) ФИО4 №5, осуществленными с абонентских номеров &lt;данные изъяты&gt; в период с 08:55 до 09:36 час. (л.д. 131-167 т.5). Тем самым продолжительность телефонных соединений, а равно возраст потерпевшей (89 лет) не позволяли ей опомниться и прибегнуть к помощи посторонних (л.д. 41-45 т.5). Состояние здоровье и материальное положения потерпевшей исключали сторонние заработки. В силу этого похищенная сумма сложилась исключительно из накоплений пенсии, выплачиваемой ей в размере 22 000 рублей (л.д. 41-45 т.5). Осмотр детализации соединений абонентского номера Свидетель №3 (№ ...) в тот же день показал, что по привязке к базовым станциям связи с 09:40 до 11:20 час. он пребывал в г. Новый Оскол, вблизи места жительства ФИО4 №5 (л.д. 131-167 т.5). По осмотру мобильного телефона марки «Honor 8s», находившегося при Свидетель №3 после задержания, обнаружена выписка АО «Тинькофф Банк», содержащая указание на пополнение им банковского счета через банкомат: - 24.04.2023 09:39 +150 000.00 RUB Пополнение ATM 60015980 NOVYY OSKOL RUS номер карты: &lt;данные изъяты&gt; (л.д. 220-222 т.3). Осмотром места происшествия от 28.01.2024 установлено, что Свидетель №3 через банкомат ПАО «Сбербанк», расположенный в здании магазина «Пятерочка» по адресу: &lt;...&gt;, пополнил свой счет денежными средствами ФИО4 №5 (л.д. 190-194 т.2). В ходе осмотра информации АО «Тинькофф Банк» с оптическим диском, содержащим выписки по банковским счетам № ..., № ... на имя Свидетель №3, установлены следующие банковские операции Свидетель №3 за 23-24.04.2023: 23.04.2023 в 12:06 пополнение его счета на 4 000 рублей с QIWI кошелька (Moscow QIWI Bank), 24.04.2023 в 03:37:49 пополнение его счета на 4 800 рублей и в 20:36:28 на 2 900 рублей с QIWI кошелька (Moscow QIWI Bank), что оговаривается в переписке соучастников преступления транспортными расходами, 24.04.2023 в 09:39:39 пополнение счета на 150 000 рублей в банкомате ATM 60015980 NOVYY OSKOL RUS, Sberbank Новый Оскол Ливенская 128; 24.04.2023 в 09:44:18 перевод им 142 000 рублей на карту № ... клиенту Тинькофф, ФИО10 № ..., что указывает на распределение похищенного (л.д. 153-170, 171-183 т.6). Осмотром предметов- компакт диска, представленного АО «Киви Банк», подтверждает, что именно ФИО1 в сервисе «Киви кошелек» перевел 23.04.2023 Свидетель №3 на банковскую карту № ... денежные средства на транспорт в размере 4 000 рублей, а 24.04.2023 на суммы 4 800 и 2 900 рублей (л.д. 36-40 т.8). В ходе осмотра изъятых мобильных телефонов «POCO X5 5 G 22111317PG» (Поко Икс 5 5 Джи 22111317 Пи Джи), «ZTE Blade L 210» (ЗТЕ Блэйд Эл 210) в приложение «Телеграмм» в разделе «чаты» установлена переписка за 21.04.2023 с пользователями: «Sergo12345», «financier», «KRABIK|БИО ИНФА|WORK 24/7 ONLINE» следующего содержания. В чате с пользователем «Sergo12345», сводящаяся к тому, что ФИО112 сообщает ему, что в 07:36 он приехал в г. Новый Оскол и готов работать. Пользователь указывает, что они «Ведут адрес». Сообщает ФИО112, что ему нужно ехать на такси на &lt;...&gt;. В ходе поездки пользователь сообщает ФИО112 необходимые сведения о потерпевшей и легенду: «&lt;данные изъяты&gt;, имя ФИО44 (ФИО109), отдаст деньги для проплаты в прокуратуру (&lt;...&gt;, если спросит) для Светы. Ты - водитель ФИО57, Приехал, если спросит, от ФИО11». В 09:29: ФИО112 сообщил, что он находится у подъезда, зашел в подъезд и поднялся к квартире. Далее, после общения с потерпевшей, ФИО112 сообщает пользователю, что ФИО109 требует расписку, на что пользователь указывает, чтобы она подошла к телефону. В 09:36 ФИО112 указывает, что он забрал деньги. В чате с пользователем «financier» имеется переписка от 24.04.2023 в период с 08:02 до 09:58. Из содержания переписки следует, что пользователь обсуждает с ФИО112 вопросы расчета после того, как он похитил деньги у потерпевшей ФИО109. Пользователь указывает ФИО112, чтобы он посмотрел, где находится ближайший банкомат Тинькофф. ФИО112 идет к банкомату, где вносит на свой счет похищенные 150 000 рублей, а затем переводит деньги по реквизитам, указанным пользователем «financier» и следует его указаниям – «142 тысячи и квитанцию обязательно. Переводить только через приложение или браузер. № ... ФИО52. В 09:45 ФИО112 пересылает пользователю изображение квитанции об оплате банка «Тинькофф» на сумму 142 000 рублей. В чате с пользователем «KRABIK|БИО ИНФА|WORK 24/7 ONLINE» имеется переписка от 24.04.2023 за период с 03:48 до 09:45. Из содержания переписки следует, что ФИО112 в 06:17 приехал (в г. Новый Оскол). В 09:15 ФИО112 сообщает пользователю полученный адрес - &lt;...&gt;, а пользователь «KRABIK|БИО ИНФА|WORK 24/7 ONLINE» в 09:17 сбрасывает скриншот с вызванным такси &lt;данные изъяты&gt;, водитель ФИО57, автомобиль &lt;данные изъяты&gt;. Далее ФИО112 подтверждает, что он сел в такси. После хищения денежных средств у ФИО109, в 09:40 ФИО112 сообщает пользователю, что он забрал деньги и идет к банкомату, а также сообщает похищенную сумму – 150 000 рублей, и подтверждает факт перевода денежных средств. Исследованная переписка в сопоставлении с характером движения денежных средств на счетах Свидетель №3 и ФИО1 указывает о вовлеченности и общем умысле всех соучастников хищения согласно плану и ролям, заблаговременно распределенных между ними, в целях извлечения прибыли. В ходе осмотра информации АО «Райффайзенбанк» с оптическим диском, содержащим выписки по банковскому счету № ... на имя ФИО1, установлены регулярные денежные поступления и траты по счету подсудимого, равные его проценту незаконного заработка, в отсутствие другой работы. В частности 24.04.2023, сразу после хищений на суммы 28 896, 10 000, 9 000 и 6 000 рублей (л.д. 45-51 т.8).</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Вывод о виновности ФИО1 в хищении денежных средств ФИО91 подтверждается следующими доказательствами. Показаниями потерпевшей ФИО91, согласно которым 24.04.2023 в утреннее время по месту ее жительства (&lt;...&gt;) ей на городской телефон № ... поступил входящий звонок. Звонившая женщина представилась следователем по имени «ФИО48». Женщина сообщила, что её родственница ФИО65 (Свидетель №11) ехала на красный сигнал светофора и стала виновником дорожной аварии, в ходе которой она сбила девушку. ФИО65 также пострадала и ей необходима операция. На вопросы «следователя» она сообщила, что у нее есть 200 000 рублей, на что следователь указала, что этого недостаточно. При этом у неё (ФИО9) действительно была родственница Свидетель №11, которая проживает с мужем на &lt;...&gt;. Отказать в помощи родственнице она не смогла. В ходе разговора по телефону, она услышала плачь и трубку взяла другая женщина. Она плакала, называла ее тетей Раей, представлялась ФИО65 и сказала, что вернет 200 000 рублей через несколько дней. Также сказала, что после передачи денег в отношении нее не будет возбуждено уголовное дело. Затем трубку взяла следователь «ФИО48». Женщина пояснила, что вскоре к ней придет мужчина по имени «ФИО63», которому она должна передать 200 000 рублей. Она подумала, что «ФИО63» возместит ущерб потерпевшей девушке, а ей принесет чек на эту сумму. При этом «следователь» попросила взять тетрадь и сесть писать, что передает деньги в счет возмещения потерпевшей в ДТП девушке. В тетрадь она под диктовку «ФИО48» написала заявление о прекращении уголовного преследования в отношении родственницы, и что она обязуется возместить причиненный ущерб. Кроме того, «ФИО48» просила записать ее требования о запрете общаться с 3-ми лицами, о неразглашении информации. Женщина сказала, что «ФИО63» пришел. Она открыла входную дверь и на лестничной площадке увидела парня в темной одежде, на лице у него была черная повязка, на плече висел рюкзак черного цвета. Она, не выходя из квартиры, передала ему 200 000 рублей. «ФИО63» ушел. Звонок со «следователем» был не сброшен, трубка лежала возле телефона. Во время разговора с «ФИО48» она вспомнила, что дома у неё было еще 80 000 рублей, о чем она сказала женщине по телефону. «ФИО48» сказала, чтобы она подготовила деньги, и за ними снова придет «ФИО63». Деньги она завернула в бумагу и стала ждать «ФИО63», «ФИО48» все это время была с ней на связи и стала спрашивать, где она может еще найти деньги, тогда она (ФИО9) вспомнила, что на банковском счете у неё есть 140 000 рублей, о чем она сказала «ФИО48». Та ей сказала, чтобы она обналичила в банке деньги. При этом попросила не отключать стационарный телефон. Она собралась в банк, трубка осталась лежать возле телефона. Около 11 часов она пришла в банк, где обналичила со счета 140 000 рублей. После чего вернулась домой. По телефону она сообщила следователю, что деньги у неё. Та пояснила, что вскоре вернется за деньгами «ФИО63». В дверь позвонили, она открыла, там находился «ФИО63». Она отдала ему деньги. Затем вернулась к телефону и сообщила «ФИО48», что деньги «ФИО63» забрал. Та пояснила, что позднее он принесет чеки. После чего разговор закончился. Всего в тот день она передала «ФИО63» 420 000 рублей. Всю ночь она переживала за свою родственницу. Утром она через общих знакомых нашла телефон своей родственницы ФИО65. После чего созвонилась с ФИО65. В ходе разговора с племянницей она поняла, что ее обманули мошенники и похитили деньги (л.д. 217-219 т.2). Поняв, что была обманута, потерпевшая написала заявление в полицию с просьбой привлечь к ответственности виновных (л.д. 200 т.2). Согласно ответу ЗАГС потерпевшая ФИО81 скончалась 27.10.2023, почему ее интересы представлял специалист управления социальной защиты населения ФИО90 (л.д. 222-225 т.2). Из показаний свидетеля Свидетель №11 известно, что 24.04.2023 она находилась дома, в аварию не попадала и не общалась со ФИО81 В ходе телефонного разговора, состоявшегося с нею на следующий день, узнала, что она была обманута мошенниками, похитившими ее сбережения (л.д. 25-28 т.3). Показания потерпевшей со свидетелем согласуются с письменными доказательствами. Осмотром места происшествия, согласно которому ФИО91 проживала одна в &lt;...&gt;. 21.04.2023 там состоялся ее телефонный разговор с неизвестными лицами по стационарному телефону. После чего находясь в квартире, она в несколько приемов передала денежные средства «курьеру» Свидетель №3 в сумме 420 000 рублей (л.д. 204-207 т.2). В ходе осмотра места происшествия в служебном кабинете ОМВД России по Новооскольскому городскому округу, состоявшемся 26.04.2023, у ФИО81 была изъята тетрадь с заявлениями, продиктованными ей злоумышленниками (л.д. 132-149 т.6). Согласно протоколу осмотра детализации соединений по абонентскому номеру № ... установлено, что 24.04.2023 на телефон ФИО81 с 09:01 до 14:17 час. поступали многочисленные входящие звонки с абонентского номера № ..., продолжительностью более двух часов (л.д. 131-167 т.5). Тем самым продолжительность телефонных соединений, а равно возраст потерпевшей (85 лет) не позволяли ей опомниться и прибегнуть к помощи посторонних (л.д. 41-45 т.5). Состояние здоровье и материальное положения потерпевшей исключали сторонние заработки. В силу этого похищенная сумма сложилась исключительно из накоплений пенсии, выплачиваемой ей в размере 29 000 рублей (л.д. 41-45 т.5). Осмотр детализации соединений абонентского номера Свидетель №3 (№ ...) в тот же день показал, что согласно привязки к базовым станциям связи с 09:40 до 13:28 час. он пребывал в г. Новый Оскол, вблизи места жительства ФИО81 (л.д. 131-167 т.5). По осмотру мобильного телефона марки «Honor 8s», находившегося при Свидетель №3 при задержании, обнаружена выписка АО «Тинькофф Банк», содержащая указание на пополнение им банковского счета через банкомат: - 24.04.2023 10:20 +200 000.00 RUB Пополнение ATM 60024678 NOVYY OSKOL RUS номер карты: &lt;данные изъяты&gt;, - 24.04.2023 10:31 -190 000.00 RUB Внутренний перевод на карту № ... номер карты: &lt;данные изъяты&gt;; - 24.04.2023 13:06 +37 000.00 RUB Пополнение ATM 60025372 NOVYY OSKOL RUS номер карты: &lt;данные изъяты&gt;; - 24.04.2023 13:07 +32 000.00 RUB Пополнение ATM 60025372 NOVYY OSKOL RUS номер карты: &lt;данные изъяты&gt;; - 24.04.2023 13:08 +13 000.00 RUB Пополнение ATM 60025372 NOVYY OSKOL RUS номер карты: &lt;данные изъяты&gt;; - 24.04.202313:08 +90 000.00 RUB Пополнение ATM 60025372 NOVYY OSKOL RUS номер карты: &lt;данные изъяты&gt;; - 24.04.2023 13:09 +6 000.00 RUB Пополнение ATM 60025372 NOVYY OSKOL RUS номер карты: &lt;данные изъяты&gt;; - 24.04.2023 13:18 -168 000.00 RUB Внутренний перевод на карту № ... номер карты: &lt;данные изъяты&gt;. В ходе осмотра информации АО «Тинькофф Банк» с оптическим диском, содержащим выписки по банковским счетам № ..., № ... Свидетель №3, установлены следующие банковские операции: 23.04.2023 в 12:06 пополнение его счета на 4 000 рублей с QIWI кошелька (Moscow QIWI Bank), 24.04.2023 в 03:37:49 пополнение его счета на 4 800 рублей и в 20:36:28 на 2 900 рублей с QIWI кошелька (Moscow QIWI Bank), что оговаривается в переписке соучастников преступления транспортными расходами, 24.04.2023 в 10:20:05 пополнение счета на 200 000 рублей в банкомате ATM 60024678 NOVYY OSKOL RUS, Sberbank, 24.04.2023 в 10:31:50 перевод им 190 000 рублей на карту № ... клиенту Тинькофф, ФИО12, № ..., указывающем на распределение похищенного, 24.04.2023 в 13:06, 13:07, 13:08 и 13:09 час. пополнение счета на 37 000, 32 000, 13 000, 90 000 и 6 000 рублей в банкомате ATM 60025372 NOVYY OSKOL RUS, Sberbank Новый Оскол Центральная 5, 24.04.2023 в 13:18:08 час. преревод им 168 000 рублей на карту № ... клиенту Тинькофф ФИО12, № ..., очередной раздел похищенного (л.д. 153-170, 171-183 т.6). Осмотром предметов- компакт диска, представленного АО «Киви Банк», подтверждено, что именно ФИО1 в сервисе «Киви кошелек» перевел 23.04.2023 Свидетель №3 на банковскую карту № ... денежные средства на транспорт в размере 4 000 рублей, а 24.04.2023 на суммы 4 800 и 2 900 рублей (л.д. 36-40 т.8). В ходе осмотра изъятых мобильных телефонов «POCO X5 5 G 22111317PG» (Поко Икс 5 5 Джи 22111317 Пи Джи), «ZTE Blade L 210» (ЗТЕ Блэйд Эл 210) в приложение «Телеграмм» в разделе «чаты» установлена переписка за 21.04.2023 с пользователями: «Sergo12345», «financier», «KRABIK|БИО ИНФА|WORK 24/7 ONLINE» следующего содержания. В чате с пользователем «Sergo12345», сводящаяся к тому, что он сообщает ФИО112 в 09:37, что «два адреса готовы». В 09:43 указывает адрес (потерпевшей ФИО115) - &lt;...&gt;. После чего ФИО112 едет по указанному адресу. По дороге пользователь «Sergo12345» дополнительно сообщает - &lt;...&gt;, ФИО116), Отдаст деньги для проплаты в прокуратуру (&lt;...&gt;, если спросит) для ФИО65, Ты водитель ФИО63, Приехал, если спросит, от ФИО13. Прибыв на такси по указанному адресу, ФИО112 сообщает об этом «Sergo12345», на что тот в 09:59 указывает, чтобы он заходил в подъезд и стучал в дверь и сказал, что позже привезет квитанции. ФИО112 в 10:03 указывает, что он забрал деньги, а названный пользователь указывает, чтобы он посчитал деньги. Свидетель №3 в 10:06 сообщает, что 40 по 5 (тысяч). После этого пользователь «Sergo12345» еще раз дважды указывает ФИО112, что нужно снова вернуться к ФИО117. При этом в 10:20 ФИО112 отчитывается, что внес деньги на счет. Из переписки следует, что ФИО112 передвигается по городу на такси, либо пешком и также возвращается к ФИО81 Из переписки с пользователем «financier» следует, что ФИО112 сообщает, что он в адресе ФИО118, на что получает указание, чтобы сразу сделал перевод и отошел подальше от дома, затем прислал квитанцию. Пользователь «financier» в 10:32 указывает - 190 тысячи и квитанцию обязательно, Переводить только через приложение или браузер, № .... ФИО112 в 10:32 отправляет названному пользователю подтверждающую квитанцию банка «Тинькофф» на сумму 190 000 рублей. Затем из содержания переписки следует, что в ходе общения пользователя «financier» с ФИО112, последнему пришло сообщение от Sergo12345, чтобы он снова ехал к ФИО119 в 11:40, а деньги «потом скинешь… все вместе». Далее из переписки следует, что ФИО112 забрал у ФИО120 деньги в сумме 140 000 рублей и 80 000 рублей, которые вносил через банкомат частями, и предоставлял отчеты пользователю «financier», на что тот указывает - 169 тысяч и квитанцию обязательно, Переводить только через приложение или браузер, № ... ФИО53 Ф.. После перевода в 13:19 ФИО112 отправляет сообщение названному пользователю - квитанция банка «Тинькофф» на сумму 168 000 рублей. Пользователь «financier» в 13:29 спрашивает, использовал ли ФИО112 разные банкоматы. ФИО112 указывает, что использовал банкоматы Сбер, Втб. ФИО112 в 13:38 сообщает, что внес 139. В чате с пользователем «KRABIK|БИО ИНФА|WORK 24/7 ONLINE» имеется переписка, из содержания которой следует, что в ходе выполнения требований пользователем «Sergo12345», направленных на хищение денежных стредств у потерпевшей ФИО121, ФИО112 предоставляет подробный отчет действий этому пользователю. В частности он указывает, что едет в такси, ждет, забрал деньги (у ФИО122), идет к банкомату и носит деньги. Далее «KRABIK|БИО ИНФА|WORK 24/7 ONLINE» вызывает такси ФИО112 по адресу, который он ему указал. Далее в 10:07 ФИО112 делает сообщению указанному пользователю, что забрал деньги - 40 тысяч по 5 тысяч и ищет банкомат. Позже указывает, что вносит в банкомат 80 000 рублей. После на вопрос названного пользователя, откуда у него деньги, он ему сообщает «Дали 2 раз, адрес тот же». ФИО112 снова ищет банкомат для перевода денег (л.д. 1-130 т.6). Исследованная переписка в сопоставлении с характером движения денежных средств на счетах Свидетель №3 и ФИО1 указывает о вовлеченности и общем умысле всех соучастников хищения согласно плану и ролям, заблаговременно распределенных между ними, в целях извлечения прибыли. В ходе осмотра информации АО «Райффайзенбанк» с оптическим диском, содержащим выписки по банковскому счету № ... на имя ФИО1, установлены регулярные денежные поступления и траты по счету подсудимого, равные его проценту незаконного заработка, в отсутствие другой работы. В частности 24.04.2023, сразу после хищений на суммы 28 896, 10 000, 9 000 и 6 000 рублей (л.д. 45-51 т.8).</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Вывод о виновности ФИО1 в хищении денежных средств ФИО4 №1 подтверждается следующими доказательствами. Показаниями потерпевшей ФИО4 №1, согласно которым 24.04.2023 в утреннее время по месту ее жительства (&lt;...&gt;), ей на мобильный телефон № ... поступил звонок с абонентского номера № .... Она ответила, с ней начал говорить мужчина, представившийся следователем ФИО14. Следователь сообщил, что ее сын попал в ДТП и сбил девушку - ФИО15, которая в настоящее время находится в реанимации. Девушке необходимы деньги на лечение. Следователь пояснил ей, что ее сын отделался легким испугом, и все можно решить. Нужно отдать деньги девушке на лечение и претензий никаких не будет. Пока она разговаривала по телефону, то ей кто-то позвонил на ее домашний № .... Она ответила параллельно на звонок и услышала мужской голос. В ходе этого разговора она подумала, что это ее сын, который сообщил, что он попал в ДТП. Она положила домашний телефон и продолжила разговор по мобильному телефону. Следователь сказал, что обо всем договорится и спросил, сколько у нее есть денег. Она ему пояснила, что у нее есть 100 000 рублей наличными. Тот пояснил, что как раз данной суммы и не хватает и нужно написать несколько заявлений о прекращении уголовного дела в отношении ее сына, а деньги нужно отдать человеку, который к ней приедет. По требованию «следователя» деньги она завернула в конверт, написала сумму и свою фамилию. Следователь просил, чтобы она никому не звонила и не рассказывала об этом, так как это тайна следствия. Следователь пояснил, что пока человек, который заберет деньги, тоже является сотрудником полиции. После передачи денег она должна была находиться дома и ждать, когда ей привезут чеки. Следователь ей звонил все время с разных номеров, а именно: № ..., № ..., № ..., № ..., № ..., № .... Около 12 по указанию «следователя» она вышла во двор. Она увидела, что к воротам быстрым шагом подошел мужчина, которому на вид было около тридцати лет, в камуфляжной куртке и черных штанах, худощавого телосложения. На лице у него была медицинская маска, которая закрывала все лицо, кроме глаз. Мужчина забрал конверт с деньгами и ушел. Машины возле двора не было. После этого она позвонила сыну. В ходе разговора с ним выяснилось, что он в ДТП не попадал, а она стала жертвой мошенников (л.д. 62-64, 79-82 т.3). Согласно сообщению о преступлении, зарегистрированному в КУСП, хищение состоялось 24.04.2023 не позднее 14:55 час. (л.д. 41 т.3). По вскрытию обмана, потерпевшая написала заявление в полицию с просьбой привлечь виновных (л.д. 41 т.3). Из показаний свидетеля Свидетель №17 известно, что он проживает и работает в г. Серпухов. У него есть мать - ФИО4 №1, которая проживает в п. Волоконовка. 24.04.2023 он находился на работе, когда ему позвонила его мать. В ходе телефонного разговора выяснилось, что мошенники похитили у нее 100 000 рублей, указав, что деньги нужны для него, поскольку он попал в дорожно-транспортное происшествие, что не соответствовало действительности (л.д. 122-123 т.3). Показания потерпевшей со свидетелем согласуются с письменными доказательствами. Осмотром места происшествия установлено, что потерпевшая ФИО4 №1 проживает одна в &lt;...&gt;. 24.04.2023 по месту жительства состоялся ее телефонный разговор с неизвестными лицами, после чего потерпевшая передала «курьеру» Свидетель №3 денежные средства в размере 200 000 рублей (л.д. 46-53 т.3). Согласно протоколу осмотра детализации соединений по абонентскому номеру № ... установлено, что 24.04.2023 на телефон ФИО4 №1 с 08:42 до 14:44 час. поступали многочисленные входящие звонки с абонентских номеров &lt;данные изъяты&gt;, продолжительностью более двух часов (л.д. 131-167 т.5). Тем самым продолжительность телефонных соединений, а равно возраст потерпевшей (75 лет) не позволяли ей опомниться и прибегнуть к помощи посторонних (л.д. 41-45 т.5). Состояние здоровье и материальное положения потерпевшей исключали сторонние заработки. В силу этого похищенная сумма сложилась исключительно из накоплений пенсии, выплачиваемой ей в размере 20 000 рублей (л.д. 41-45 т.5). Осмотр детализации соединений абонентского номера Свидетель №3 (№ ...) в тот же день показал, что согласно привязки к базовым станциям связи полуденное время он пребывал в п. Волоконовка, вблизи места жительства ФИО4 №1, а с 13:07 час. в г. Новый Оскол (л.д. 131-167 т.5). Протоколом предъявления для опознания от 29.04.2023 потерпевшая ФИО4 №1 опознала Свидетель №3, как лицо, которому она 24.04.2023 передала денежные средства в сумме 100 000 рублей для сына. По осмотру мобильного телефона Свидетель №3 марки «Honor 8s», находившегося при нем после задержания, обнаружена выписка АО «Тинькофф Банк», содержащая указание на пополнение его банковского счета через банкомат: 24.04.2023 в 13:38 на 139 000 рублей пополнение через ATM 60024678 NOVYY OSKOL RUS номер карты: № .... В ходе осмотра информации АО «Тинькофф Банк» с оптическим диском, содержащим выписки по банковским счетам № ..., № ... Свидетель №3, установлены следующие банковские операции: 23.04.2023 в 12:06 пополнение его счета на 4 000 рублей с QIWI кошелька (Moscow QIWI Bank), 24.04.2023 в 03:37:49 пополнение его счета на 4 800 рублей и в 20:36:28 на 2 900 рублей с QIWI кошелька (Moscow QIWI Bank), что оговаривается в переписке соучастников преступления транспортными расходами, 24.04.2023 в 13:38:12 пополнение счета на 139 000 рублей в банкомате ATM 60024678 NOVYY OSKOL RUS Sberbank, 24.04.2023 в 13:44:02 перевод им 132 000 рублей на карту № ... клиенту Тинькофф ФИО12, № ..., что свидетельствует о распределении денежных средств между соучастниками (л.д. 153-170, 171-183 т.6). Осмотром предметов- компакт диска, представленного АО «Киви Банк», подтверждено, что именно ФИО1 в сервисе «Киви кошелек» перевел 23.04.2023 Свидетель №3 на банковскую карту № ... денежные средства на транспорт в размере 4 000 рублей, а 24.04.2023 на суммы 4 800 и 2 900 рублей (л.д. 36-40 т.8). В ходе осмотра изъятых мобильных телефонов «POCO X5 5 G 22111317PG» (Поко Икс 5 5 Джи 22111317 Пи Джи), «ZTE Blade L 210» (ЗТЕ Блэйд Эл 210) в приложение «Телеграмм» в разделе «чаты» установлена переписка за 24.04.2023 с пользователями: «Sergo12345», «financier», «KRABIK|БИО ИНФА|WORK 24/7 ONLINE» следующего содержания. В чате с пользователем «Sergo12345», сводящаяся к тому, что в 10:25 куратор предоставляет ФИО112 адрес – «&lt;...&gt;», и говорит, чтобы тот вызывал такси. При этом из содержания разговора следует, что ФИО112 сообщает о своих действиях, связанных с хищением денежных средств у потерпевших в г. Новый Оскол. Куратор «Sergo12345» в 10:34 указывает, что такси вызывать к дому &lt;...&gt; нужно пройти пешком и отпустить такси. Также «Sergo12345» в 11:32 дополнительно указывает ФИО112 данные потерпевшей ФИО4 №1 и легенду, которой должен тот придерживаться: - «ФИО42, &lt;...&gt;, Темно синяя металлическая калитка на табличке «&lt;...&gt;». ФИО112 должен представиться, как «ФИО57 от ФИО123, деньги в прокуратуру для проплаты Юры (&lt;...&gt;). В 12:20 ФИО112 сообщает, что подошел к дому по указанному адресу, а в 12:22 указывает, что ФИО112 сообщает собеседнику, что он забрал деньги и идет к такси. При этом названный пользователь указывает, чтобы он снова ехал в г. Новый Оскол (в целях совершения преступления на территории г. Новый Оскол), чтобы забрать еще 140 000 рублей. В чате с пользователем «financier» имеется переписка от 24.04.2023 в период с 10:39 до 13:19. Из содержания переписки следует, что ФИО112 исполняет указания пользователя «financier», связанные с совершением преступлений в г. Новый Оскол. При этом деньги похищенные у потерпевших в г.Новый Оскол и в пос. Волоконовка у ФИО4 №1 вносит в банкомат в одно время. Пользователь «financier» в 12:24 предлагает ФИО112 рассчитаться. Также ФИО112 сообщает пользователю, что в 13:09 вносит деньги, 178 000 рублей остаток. Пользователь «financier» указывает - 169 тысяч и квитанцию обязательно, Переводить только через приложение или браузер, № ..., ФИО124 В 13:19 ФИО112 делает сообщение - Квитанция банка «Тинькофф» на сумму 168 000 рублей, а пользователь «financier» его благодарит. В чате с пользователем «KRABIK|БИО ИНФА|WORK 24/7 ONLINE» имеется переписка, из содержания которой следует, что ФИО112 делает сообщение пользователю, что едет по адресу - &lt;...&gt;, на что тот указывает, - Волоконовка 20. «KRABIK|БИО ИНФА|WORK 24/7 ONLINE» в 11:13 отправляет ФИО112 скриншот вызова такси государственный регистрационный № ..., водитель ФИО70, Вольцваген гольф белого цвета. В 12:25 ФИО112 сообщает, что он уже забрал деньги (у ФИО106) и едет обратно к банку, деньги не успел пересчитать. В 12:54 ФИО112 указывает, что он находится в г. Новый Оскол, а в 13:19 что выполнил заказ (л.д. 1-130 т.6). Исследованная переписка в сопоставлении с характером движения денежных средств на счетах Свидетель №3 и ФИО1 указывает о вовлеченности и общем умысле всех соучастников хищения согласно плану и ролям, заблаговременно распределенных между ними, в целях извлечения прибыли. В ходе осмотра информации АО «Райффайзенбанк» с оптическим диском, содержащим выписки по банковскому счету № ... на имя ФИО1, установлены регулярные денежные поступления и траты по счету подсудимого, равные его проценту незаконного заработка, в отсутствие другой работы. В частности 24.04.2023, сразу после хищений на суммы 28 896, 10 000, 9 000 и 6 000 рублей (л.д. 45-51 т.8).</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Вывод о виновности ФИО1 в хищении денежных средств ФИО4 №2 подтверждается следующими доказательствами. Показаниями потерпевшей ФИО4 №2, согласно которым 24.04.2023 примерно в 14 часов по месту ее жительства (&lt;...&gt;) на стационарный телефон &lt;данные изъяты&gt; позвонил мужчина, представившийся следователем ФИО14. Следователь сообщил, что ее дочь ФИО48 переходила ФИО55 в г. Воронеже на красный свет светофора и стала виновником дорожной аварии. В аварии пострадала сама ФИО48 и женщина водитель автомобиля. Следователь сказал, что отец пострадавшей требует деньги на лечение своей дочери. ФИО4 №2 сказала, что у нее есть 500 000 рублей. ФИО14 предложил передать деньги через работника прокуратуры г. Алексеевка, который перечислит их пострадавшим в г. Воронеж, на что она согласилась. После чего вышла на ФИО55, открыла калитку и увидела перед собой парня возрастом 20-25 лет, одетого в куртку, камуфляжного цвета с капюшоном, и с рюкзаком на плече. Он забрал деньги и ушел. После этого она продолжила разговаривать со следователем. ФИО14 сообщил, что отец пострадавшей требует еще деньги за ремонт машины, на что она (ФИО105) согласилась передать еще 300 000 рублей. При этом следователь в течение нескольких часов надиктовывал ей с супругом различные заявления. Ближе к 18 часам тот же молодой человек вернулся, забрал 300 000 рублей и вновь ушел, пообещав принести расписки. После этого она положила трубку стационарного телефона, на который сразу же позвонила дочь ФИО48 и сказала, что не может дозвониться (л.д.77-79, 146-147 т.1). Согласно сообщению о преступлении, зарегистрированному в КУСП, хищение состоялось 24.04.2023 с 16 до 19 час. (л.д. 59, 60 т.1). По вскрытию обмана, потерпевшая написала заявление в полицию с просьбой привлечь виновных (л.д. 61 т.1). Из показаний свидетеля Свидетель №5 известно, что им домой позвонилил сотрудник полиции, сообщивший, что их дочь попала в ДТП и ей требуются деньги для возмещения ущерба. Его супруга ФИО4 №2 двумя суммами передала мошенникам 800 000 рублей для ФИО48, проживающей в г. Воронеже (л.д. 152-153 т.1). Свидетель Свидетель №4 показал суду, что в день происшествия находился на работе. Вечером, около 18:30 ему позвонила сестра Свидетель №1 В., от которой он узнал, что родители отдали неизвестным лицам 800 000 рублей. Из показаний свидетеля Свидетель №1 В. известно, что в день происшествия она с 14 час. не могла дозвониться до родителей, т.к их номера были постоянно заняты. Когда около 18:00 дозвонилась до матери, то та сообщила, что они заплатили за нее выкуп 800 000 рублей (л.д. 156-157 т.1). Показания потерпевшей со свидетелями согласуются с письменными доказательствами. Осмотром места происшествия, согласно которому установлено, что потерпевшая ФИО4 №2 проживает с супругом в &lt;...&gt;. 24.04.2023 там состоялся их телефонный разговор с неизвестными лицами, звонившими с абонетских номеров № ..., № ..., № ..., № ..., № ..., № ..., № .... После чего ФИО4 №2 дважды передавала денежные средства Свидетель №3 в общей сумме 800 000 рублей (л.д. 66-71 т.1). Согласно протоколу осмотра детализации соединений по абонентскому номеру &lt;данные изъяты&gt; установлено, что 24.04.2023 на телефон ФИО4 №2 с 08:43 до 20:36 час. поступали многочисленные входящие звонки с абонентских номеров &lt;данные изъяты&gt;, продолжительностью более двух часов (л.д. 131-167 т.5). Тем самым продолжительность телефонных соединений, а равно возраст потерпевшей (73 года) не позволяли ей опомниться и прибегнуть к помощи посторонних (л.д. 41-45 т.5). Состояние здоровье и материальное положения потерпевшей исключали сторонние заработки. В силу этого похищенная сумма сложилась исключительно из накоплений пенсии, выплачиваемой ей в размере 22 000 рублей (л.д. 41-45 т.5). Осмотр детализации соединений абонентского номера Свидетель №3 (&lt;данные изъяты&gt;) в тот же день показал, что согласно привязки к базовым станциям связи с 16:47 до 20:04 час. он пребывал в г. Алексеевка, вблизи места жительства ФИО4 №2 (л.д. 131-167 т.5). По осмотру мобильного телефона Свидетель №3 марки «Honor 8s», находившегося при нем после задержания, обнаружена выписка АО «Тинькофф Банк», содержащая на пополнение его банковского счета через банкомат: - 16:28 +100 000.00 RUB Пополнение VB24 D. 63, UL. POBEDY ALEKSEEVKA G RUS номер карты: &lt;данные изъяты&gt;; - 16:29 +100 000.00 RUB Пополнение VB24 D. 63, UL. POBEDY ALEKSEEVKA G RUS номер карты: &lt;данные изъяты&gt;; - 16:30 +100 000.00 RUB Пополнение VB24 D. 63, UL. POBEDY ALEKSEEVKA G RUS номер карты: &lt;данные изъяты&gt;; - 16:31 +100 000.00 RUB Пополнение VB24 D. 63, UL. POBEDY ALEKSEEVKA G RUS номер карты: &lt;данные изъяты&gt;; - 16:32 +100 000.00 RUB Пополнение VB24 D. 63, UL. POBEDY ALEKSEEVKA G RUS номер карты: &lt;данные изъяты&gt;; - 16:35 -250 000.00 RUB Внутренний перевод на карту &lt;данные изъяты&gt; номер карты: &lt;данные изъяты&gt;; - 16:36 -250 000.00 RUB Внутренний перевод на карту &lt;данные изъяты&gt; номер карты: &lt;данные изъяты&gt;; - 18:38 +300 000.00 RUB Пополнение ATM 60030360 ALEKSEEVKA RUS номер карты: &lt;данные изъяты&gt;; - 18:48 -300 000.00 RUB Внутренний перевод на карту &lt;данные изъяты&gt; номер карты: &lt;данные изъяты&gt;. В ходе осмотра информации АО «Тинькофф Банк» с оптическим диском, содержащим выписки по банковским счетам № ..., № ... Свидетель №3, установлены следующие банковские операции: 23.04.2023 в 12:06 пополнение его счета на 4 000 рублей с QIWI кошелька (Moscow QIWI Bank), 24.04.2023 в 03:37:49 пополнение его счета на 4 800 рублей и в 20:36:28 на 2 900 рублей с QIWI кошелька (Moscow QIWI Bank), что оговаривается в переписке соучастников преступления транспортными расходами, 24.04.2023 в 16:28, 16:29, 16:30, 16:31 и 16:32 час. пополнение счета на суммы 100 000, 100 000, 100 000, 100 000 и 100 000 рублей в банкомате VB24 D.63.UL. POBEDY ALEKSEEVKA G VTB RUS, 24.04.2023 в 18:38 час. пополнение счета на 300 000 рублей в ATM 60030360 ALEKSEEVKA RUS Sberbank Алексеевка 1-й Мостовой 2, по времени и сумме соотвествующим хищению у ФИО4 №2 и распределению средств между соучастниками организованной группы, путем двух переводов в 16:35 и 16:36 час. 24.04.2023 по 250 000 рублей на карту № ... клиенту Тинькофф ФИО19 № ..., и в 18:48 час. на 300 000 рублей на карту № ... клиенту Тинькофф ФИО20, № ... (л.д. 153-170, 171-183 т.6). Осмотром предметов- компакт диска, представленного АО «Киви Банк», подтверждает, что именно ФИО1 в сервисе «Киви кошелек» перевел 23.04.2023 Свидетель №3 на банковскую карту № ... денежные средства на транспорт в размере 4 000 рублей, а 24.04.2023 на суммы 4 800 и 2 900 рублей (л.д. 36-40 т.8). В ходе осмотра изъятых мобильных телефонов «POCO X5 5 G 22111317PG» (Поко Икс 5 5 Джи 22111317 Пи Джи), «ZTE Blade L 210» (ЗТЕ Блэйд Эл 210) в приложение «Телеграмм» в разделе «чаты» установлена переписка за 24.04.2023 с пользователями: «Sergo12345», «financier», «KRABIK|БИО ИНФА|WORK 24/7 ONLINE» следующего содержания. В чате с пользователем «Sergo12345», сводящаяся к тому, что указанный пользователь сообщает ФИО112 данные, необходимые для хищения денежных средств (адрес, имя отчество потерпевшей ФИО105, сообщает легенду, которой должен следователь ФИО112. В частности в 16:01 куратор «Sergo12345» указывает – &lt;...&gt;, Зеленая калитка, ФИО4 №2, Отдаст деньги для проплаты в прокуратуру (по &lt;...&gt;) для Ани, Ты водитель ФИО21 (она может спросить ФИО), Отдаст деньги в пакете, Если спросит документы, скажешь - оставил в прокуратуре. Скажи, через час будут квитанции об оплате ей». В 16:09 куратор «Sergo12345» сообщает, что ФИО105 идет, на что в 16:11 ФИО112 сообщает, что забрал деньги, и он уходит. Куратор в 16:11 указывает, что нужно быстрее внести деньги на счет, в том числе и ранее похищенные денежные средства в городе Алексеевка у другого потерпевшего. После этого пользователь «Sergo12345» в 17:24 снова указывает ФИО112 адрес ФИО4 №2, к которой ему нужно ехать на - &lt;...&gt;. ФИО112 в 18:08 сообщает, что он забрал деньги 300 000 рублей, на что «Sergo12345» поясняет, что он ждет счет. В чате с пользователем «financier» имеется переписка 24.03.2024. Из содержания переписки следует, что «financier» указывает, чтобы ФИО112 вносил деньги себе на карту Тинькоф через банк ВТБ по «100 тысяч за пополнение». «financier» в 16:21 указывает, что ФИО112 с этого заказа (500 тысяч +1 тысяча долларов) причитается 29 тысяч. Куратор сообщает ФИО112, что ему для того, чтобы внести доллары, нужен Тинькофф банкомат. В дальнейшем из переписки следует, что похищенные в рублях деньги у потерпевших он внес на свою карты, а после куратор предоставляет ФИО112 реквизиты для перевода внесенных денежных средств и указывает – «отправляй двумя транзакциями по 250 тысяч и не забудь прислать квитанцию после каждого. Отправил 250- прислал квитанцию, отправил 250 - прислал квитанцию, переводить только через приложение или браузер, № ..., ФИО56 П.» ФИО112 подтверждает, что сделал перевод денежных средств. ФИО112 в 16:37 отправляет изображение двух квитанций «Тинькофф», подтверждающих перевод на сумму 250 000 рублей, каждый. При этом ФИО112 необходимо осуществить внесение похищенных денежных средств в виде долларов, когда ему поступает указание снова вернуться к ФИО4 №2 для хищения дополнительной суммы. «financier» поясняет в 17:27, - «Сначала заказ. Доллары потом». ФИО112 в 18:11 указывает, что он забрал 300 000 рублей в основном купюры по одной тысячи рублей, указывает, что ему не далеко до банкомата. Далее собеседники обсуждают вопросы конспирации, в частности ФИО112 указывает, что он переоденется, поскольку у него с собой вторая куртка спрятана, второй комплект, на что «financier» поясняет – «Ты просто спецагент». Далее из содержания разговора следует, что ФИО112 пытается внести похищенные деньги черед банкомат ВТБ, однако выясняет, что взимается комиссия. После этого ФИО112 едет в Сбербанк. В 18:38 ФИО112 внес на свою банковскую карту 300 000 рублей. В 18:42 «financier» инструктирует ФИО112, куда следует перести 300 тысяч, и оправить ему «квитанцию обязательно. Переводить только через приложение или браузер, № ..., ФИО47 А.» ФИО112 в 18:48 отправляет изображении квитанции банка «Тинькофф», подтверждающую перевод на сумму 300 000 рублей. В чате с пользователем «KRABIK|БИО ИНФА|WORK 24/7 ONLINE» имеется переписка из содержания которой следует, что ФИО112 сообщает о всех своих действиях, связанных с хищение денежных средств в виде долларов, а также денежных средств у ФИО4 №2 В 16:49 ФИО112 подтверждает, что он уже перевел 500 000 рублей (похищенные у ФИО4 №2), на что указывает ФИО112, что, когда он закончит, то ему скажут другой город, куда следует ехать. В 17:18 ФИО112 поясняет, что нужно уезжать, как можно дальше. В 17:23 ФИО112 сообщает, что он меняет доллары на рубли, однако в это время ему поступает «заказ», на что «KRABIK|БИО ИНФА|WORK 24/7 ONLINE» в 17:32 поясняет – «главное заказ». В 17:33 указывает ФИО112, чтобы он поменял полностью одежду «от А до Я» в целях безопасности. В 18:25 ФИО112 сообщает, что у ФИО105 похитил 300 000 рублей и в 18: 48 внес деньги на карту (л.д. 1-130 т. 6). Исследованная переписка в сопоставлении с характером движения денежных средств на счетах Свидетель №3 и ФИО1 указывает о вовлеченности и общем умысле всех соучастников хищения согласно плану и ролям, заблаговременно распределенных между ними, в целях извлечения прибыли. В ходе осмотра информации АО «Райффайзенбанк» с оптическим диском, содержащим выписки по банковскому счету № ... на имя ФИО1, установлены регулярные денежные поступления и траты по счету подсудимого, равные его проценту незаконного заработка, в отсутствие другой работы. В частности 24.04.2023, сразу после хищений на суммы 28 896, 10 000, 9 000 и 6 000 рублей (л.д. 45-51 т.8).</w:t>
      </w:r>
    </w:p>
    <w:p>
      <w:pPr>
        <w:pStyle w:val="Heading3"/>
      </w:pPr>
      <w:r>
        <w:rPr>
          <w:rFonts w:ascii="Times New Roman" w:hAnsi="Times New Roman" w:eastAsia="Times New Roman" w:cs="Times New Roman"/>
          <w:b/>
          <w:i w:val="0"/>
          <w:sz w:val="22"/>
        </w:rPr>
        <w:t>Пункт 8. Выводы</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Вывод о виновности ФИО1 в хищении денежных средств ФИО4 №3 подтверждается следующими доказательствами. Показаниями потерпевшей ФИО4 №3, согласно которым 24.04.2023 в примерно в 15 час. по месту ее жительства (&lt;...&gt;) ей на стационарный телефон № ... позвонила девушка. Она стала плакать и говорила, что попала в ДТП. В ходе разговора девушка никак не представилась, почему она решила, что ей звонит невестка ФИО49. Она задала звонившей вопрос, и она подтвердила, что она ее невестка. При этом девушка сказала, что находится в больнице, у нее разбита губа, в связи с чем, у той не похож голос. После этого трубку взял мужчина, который представился следователем ФИО22 и пояснил, что ФИО49 стала виновником ДТП, так как та переходила проезжую часть в неположенном месте. Девушка, которая ехала на автомобиле за рулем, не справилась с управлением, и врезалась в дерево. Помимо этого следователь пояснил, что пострадавшая девушка находится в реанимации, и чтобы ФИО49 избежать уголовной ответственности, нужны деньги. После этого мужчина спросил номер её мобильного телефона. После того как она ему сообщила номер мобильного телефона, мужчина сразу же перезвонил на её мобильный телефон, и просил оказать Юле финансовую помощь, на что она ответила согласием. Сообщила, что дома есть 1000 долларов США, купюрами по 100 долларов. Тогда мужчина спросил адрес и сказал оставаться дома, до приезда его водителя, которому нужно будет передать деньги. Пока она ждала водителя, мужчина стал диктовать, а она записывала заявления на оказание материальной помощи пострадавшей. Спустя время «следователь» сказал, что к ней прибыл водитель, и ожидает её на лестничной площадке, попросил выйти к нему. В этот момент в дверь постучали, она открыла и увидела парня лет 25, худощавого телосложения Он был одет в камуфляжную куртку с капюшеном. Она отдала ему пакет с постельным бельем и 1000 долларов США. Взяв указанный пакет, парень ушел, а ФИО22 заставлял далее писать заявления. Затем ФИО22 пояснил, что тех денег не достаточно для пострадавшей, и родственники девушки требуют еще. Далее мужчина спросил, готова ли она оказать еще материальную помощь в решении данного вопроса, на что она согласилась и сказала, что у неё на счету в Сбербанке и Металлинвест банке имеются денежные средства, примерно около 90 000 рублей. Тогда ФИО22 сказал ей, чтобы она поехала в банк и сняла со счета деньги. Пока она ходила в Металлинвест банк и Сбербанк, ФИО22 постоянно находился с ней на связи и не отключался. После того, как она обналичила денежные средства 70 000 рублей в Металлинвест банке и 17 000 рублей в Сбербанке, ФИО22 сказал, чтобы она ехала домой, куда к ней снова приедет водитель за деньгами. Когда она была дома, ей снова перезвонил ФИО22 и сказал, что к ней в квартиру идет водитель по имени ФИО57, и попросил её выйти на лестничную площадку. Она положила деньги в сумме 87 000 рублей в подарочный конверт, вышла на площадку и передала его тому же парню. Парень ушел, а ФИО22 в телефонном режиме пояснил, что ей нужно написать еще одно заявление, аналогичное ранее написанному и, через некоторое время тот вновь с ней свяжется. Утром 25.04.2023 она позвонила своему сыну Свидетель №6 поинтересоваться здоровьем невестки ФИО49. В ходе беседы с сыном она узнала, ФИО49 в ДТП не попадала, а она стала жертвой мошенников. Свидетель Свидетель №6 подтвердил в суде, что утром 25.04.2023 ему позвонила мать (ФИО4 №3), стала спрашивать о ДТП и здоровье супруги ФИО49. В процессе разговора выяснилось, что ФИО4 №3 отдала деньги мошенникам, после чего он вызвал полицию. В тот же день потерпевшая написала заявление в полицию с просьбой привлечь виновных (л.д. 182 т.1). Согласно сообщению о преступлении, зарегистрированному в КУСП, хищение состоялось 24.04.2023 с 12 до 19 час. (л.д. 181 т.1). По оглашенным в суде показаниям свидетеля Свидетель №2 В. установлено, что 24.04.2023 она целый день находилась на работе, в ДТП не попадала и не обращалась к свекрови (л.д. 233-236 т.1). Показания потерпевшей со свидетелями согласуются с письменными доказательствами. Протоколом осмотра места происшествия, согласно которому потерпевшая ФИО4 №3 проживает одна в &lt;...&gt;. 24.04.2023 в квартире состоялся ее телефонный разговор с неизвестными лицами. После чего она в два приема передала денежные средства Свидетель №3 в суммах 1 000 долларов США и 87 000 рублей. С места происшествия изъяты три листа бумаги с рукописными заявлениями, написанными потерпевшей поддиктовку мошенников (л.д. 187-194 т.1). Согласно протоколу осмотра детализации соединений по абонентскому номеру № ... установлено, что 24.04.2023 на телефон ФИО4 №3 с 14:24 до 19:30 час. поступали многочисленные входящие звонки с абонентских номеров &lt;данные изъяты&gt;, продолжительностью до двух часов. Равно как в тот же период на мобильный № ... ФИО4 №3, поступали входящие звонки с абонентских номеров &lt;данные изъяты&gt;, продолжительностью до получаса (л.д. 131-167 т. 5). Тем самым продолжительность телефонных соединений, а равно возраст потерпевшей (67 лет) не позволяли ей опомниться и прибегнуть к помощи посторонних (л.д. 41-45 т.5). Состояние здоровье и материальное положения потерпевшей исключали сторонние заработки. В силу этого похищенная сумма сложилась исключительно из накоплений пенсии, выплачиваемой ей в размере 19 000 рублей (л.д. 41-45 т.5). Осмотр детализации соединений абонентского номера Свидетель №3 (&lt;данные изъяты&gt;) в тот же день показал, что согласно привязки к базовым станциям связи с 13:38 до 20:04 час. он пребывал в г. Алексеевка, вблизи места жительства ФИО4 №3 (л.д. 131-167 т.5). Протоколом предъявления для опознания от 28.04.2023 потерпевшая ФИО4 №3 опознала Свидетель №3, как лицо, которому она 24.04.2023 передала денежные средства для невестки. По осмотру мобильного телефона Свидетель №3 марки «Honor 8s», находившегося при нем после задержания, обнаружена выписка АО «Тинькофф Банк», содержащая указание на пополнение его банковского счета 24.04.2023 через банкомат: в 20:11 на 87 000 рублей, вополнение ATM 60032987 ALEKSEEVKA RUS номер карты: № ...; в 20:15 денежный перевод на 87 000 рублей, внутренний перевод на карту № ... номер карты: № ..., в 21:54 на 1 000 долларов США, на 74 000 рублей, внутрибанковский перевод с договора &lt;данные изъяты&gt; номер карты: № .... Протоколами осмотра мест происшествий от 12.01 и 26.01.2024 установлено, что Свидетель №3 пополнил свой счет денежными средствами ФИО4 №3 через банкомат ПАО «Сбербанк», расположенный в административном здании по адресу: Белгородская область, г. Алексеевка, ул. Ст.Разина 56, и банкомат АО «Тинькофф Банк», расположенный в здании ТЦ «Перекресток» в &lt;...&gt;. Дубрава 1 квартал д.23, (л.д. 11-18, 19-22 т.2). В ходе осмотра информации АО «Тинькофф Банк» с оптическим диском, содержащим выписки по банковским счетам № ..., № ... Свидетель №3, установлены следующие банковские операции: 23.04.2023 в 12:06 пополнение его счета на 4 000 рублей с QIWI кошелька (Moscow QIWI Bank), что оговаривается в переписке соучастников преступления транспортными расходами, 24.04.2023 в 03:37:49 пополнение его счета на 4 800 рублей и в 20:36:28 на 2 900 рублей с QIWI кошелька (Moscow QIWI Bank), что оговаривается в переписке соучастников преступления транспортными расходами, 24.04.2023 в 20:11:21 пополнение его счета на 87 000 рублей в ATM 60032987 ALEKSEEVKA RUS Sberbank, 24.04.2023 в 21:51:44 пополнение его счета на 1 000 долларов США через банкомат Тинькофф TINKOFF BANK Старый Оскол мкр-н Дубрава, 1 квартал вл23, по времени и сумме соотвествующим хищению у ФИО4 №3 и распределению денежных средств между соучастниками организованной группы, путем 24.04.2023 в 20:15:43 перевода 87 000 рублей на карту № ... клиенту Тинькофф ФИО23, № ..., 24.04.2023 в 21:54:17 перевода 1 000 долларов США, внутренний перевод на договор № .../Перевод между счетами № ... (л.д. 153-170, 171-183 т.6). Согласно справке Центрального Банка РФ о состоянии курса доллара США к российскому рублю по состоянию на 24.04.2023 один доллар США приравгивался 81,4863 рублю, что используется в перерасчете 1 000 долларов США в рубли, соответствующие 81 486 рублей 30 копеек (л.д. 215-216 т.6). Осмотром предметов- компакт диска, представленного АО «Киви Банк», подтверждает, что именно ФИО1 в сервисе «Киви кошелек» перевел 23.04.2023 Свидетель №3 на банковскую карту № ... денежные средства на транспорт в размере 4 000 рублей, и 24.04.2023 на суммы 4 800 и 2 900 рублей (л.д. 36-40 т.8). В ходе осмотра изъятых мобильных телефонов «POCO X5 5 G 22111317PG» (Поко Икс 5 5 Джи 22111317 Пи Джи), «ZTE Blade L 210» (ЗТЕ Блэйд Эл 210) в приложение «Телеграмм» в разделе «чаты» установлена переписка за 24.04.2023 с пользователями: «Sergo12345», «financier», «KRABIK|БИО ИНФА|WORK 24/7 ONLINE» следующего содержания. В чате с пользователем «Sergo12345», сводящаяся к тому, что в 13:45 указано ФИО112, чтобы тот ехал в г. Алексеевку. ФИО112 по дороге подтверждает, что едет в указанный город на такси, на что куратор сообщает, что «они» ведут три адреса. В 15:02 куратор сообщает адрес, куда следует прибыть ФИО112: - &lt;...&gt; (поясняет - это одна и та же улица «просто название старое и новое»). Дает полный адрес потерпевшей ФИО4 №3 и сообщает ФИО112 легенду, которой тот должен следовать: - &lt;...&gt;, есть домофон, но открытая дверь должна быть, ФИО4 №3. Отдаст вещи в больницу Центральную (Никольская 2) для Юли. Ты - водитель ФИО57, приехал, если спросит от ФИО22. ФИО112 в 15:12 сообщает, что он на месте (в г. Алексеевка). Пользователь также указывает второй адрес, где проживает потерпевшая ФИО4 №2 и сообщает, какую сумму должны отдать ФИО112 - &lt;...&gt;, 500 000 рублей. В 15:31 указывает ФИО112, чтобы он сначала забрал деньги с первого адреса (&lt;...&gt;), потом со старого адреса (&lt;...&gt;), после этого внес деньги через банкомат, а потом ему дадут третий адрес, где он должен будет забрать деньги. ФИО112 в 15:50 сообщает куратору, что он идет к подъезду, поднимается на этаж и подходит к квартире. В 15:51 ФИО112 указывает, что забрал деньги и уходит. При этом в период с 15:52 до 18:12 указывает ФИО112 на его действия, направленные на хищение денежных средств у ФИО4 №2, проживающей по &lt;...&gt;. «Sergo12345» в 18:12, в 18:56 вновь указывает ФИО112 адрес ФИО4 №3, куда тому следует прибыть, чтобы еще раз забрать деньги. Также обсуждается вопрос внесения ранее похищенных денежных средств через банкомат В чате с пользователем «financier» имеется переписка, из содержания которой следует, что «financier» в 13:27 предлагает рассчитаться с ФИО112 за проделанную работу. ФИО112 в 13:28 указывает, что похищенные деньги у него. Куратор указывает, что нужно использовать разные банки для внесения денежных средств. Предоставляет реквизиты для перечисления похищенных денежных средств. После хищения денежных средств у ФИО4 №3 ФИО4 №2, куратор указывает в 16:17, чтобы ФИО112 внес через банкомат только рубли, а «Доллары уже потом разберемся…, в следующий заказ». При этом указывает, чтобы 500 тысяч (похищенные у ФИО105) ФИО112 вносил по 100 тысяч рублей (на свою банковскую карту). «financier» в 16:21 указывает, что ФИО112 с этого заказа (500 тысяч +1 тысяча долларов) причитается 29 тысяч. Куратор сообщает ФИО112, что ему для того, чтобы внести доллары, нужен Тинькоф банкомат. В дальнейшем из переписки следует, что похищенные в рублях деньги у потерпевших он внес на свою карты, а после куратор предоставляет ФИО112 реквизиты для перевода внесенных денежных средств и указывает – «отправляй двумя транзакциями по 250 тысяч и не забудь прислать квитанцию после каждого. Отправил 250- прислал квитанцию, отправил 250 - прислал квитанцию, переводить только через приложение или браузер, № ..., ФИО56 П.» ФИО112 подтверждает, что сделал перевод денежных средств. Далее указанные лица обсуждает вопрос обмена долларов США на рубли. ФИО112 сообщает о всех своих передвижениях, связанных с выполнением заказа, и переводом похищенных денежных средств. Так, ФИО112 в 18:11 указывает на хищение 300 000 рублей (у ФИО4 №2) и сообщает, что он снова едет на такси к банкомату. При этом ФИО112 сообщает, что он переоденется (в целях конспирации), на что куратор поясняет – «ты просто спецагент». В дальнейшем ФИО112 отчитывается, что пытался внести похищенные денежные средства через банк ВТБ, однако возникают сложности, после чего он едет в Сбербанк, где вносит денежные средства на карту 300 000 рублей и осуществляет перевод по реквизитам, указанным куратором – № ... ФИО47 А. От ФИО112 в 18:48 поступает отчет о переводе - изображение квитанции банка «Тинькофф» на сумму 300 000 рублей. Также «financier» в 18:49 предлагает ФИО112 найти обменник или любое отделение банка. В чате с пользователем «KRABIK|БИО ИНФА|WORK 24/7 ONLINE» имеется переписка, содержание которой указывает, что ФИО112 сообщает о всех своих действиях, связанных с хищение денежных средств у ФИО4 №3 в виде 1000 долларов США, 87 000 рублей, а также денежных средств у ФИО4 №2 - 500 000 рублей, 300 000 рублей.В 16:49 ФИО112 подтверждает, что он уже перевел 500 000 рублей (похищенные у ФИО4 №2), на что куратор указывает ФИО112, что, когда он закончит, то ему скажут другой город. В 17:18 ФИО112 поясняет, что нужно уезжать, как можно дальше. В 17:23 ФИО112 сообщает, что он меняет доллары на рубли, однако в это время ему поступает «заказ», на что «KRABIK|БИО ИНФА|WORK 24/7 ONLINE» в 17:32 поясняет – «главное заказ». В 17:33 куратор указывает ФИО112, чтобы он поменял полностью одежду «от А до Я» в целях безопасности. Также ФИО112 спрашивает об обмене долларов в другом городе. На что «KRABIK|БИО ИНФА|WORK 24/7 ONLINE» поясняет, что это должен сказать «financier». В 18:25 ФИО112 сообщает, что он у ФИО105 похитил 300 000 рублей и в 18: 48 внес деньги на карту (л.д. 1-130 т.6). Исследованная переписка в сопоставлении с характером движения денежных средств на счетах Свидетель №3 и ФИО1 указывает о вовлеченности и общем умысле всех соучастников хищения согласно плану и ролям, заблаговременно распределенных между ними, в целях извлечения прибыли. В ходе осмотра информации АО «Райффайзенбанк» с оптическим диском, содержащим выписки по банковскому счету № ... на имя ФИО1, установлены регулярные денежные поступления и траты по счету подсудимого, равные его проценту незаконного заработка, в отсутствие другой работы. В частности 24.04.2023, сразу после хищений на суммы 28 896, 10 000, 9 000 и 6 000 рублей (л.д. 45-51 т.8).</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Вывод о виновности ФИО1 в хищении денежных средств ФИО4 №4 подтверждается следующими доказательствами. Показаниями потерпевшей ФИО4 №4, показавшей в суде, что утром 26.04.2023, когда муж был в гараже, а она в доме, на стационарный телефон &lt;данные изъяты&gt; поступил звонок. Ответив, с нею заговорила женщина, которая плакала, назвала ее мамой, и рассказала, что стала виновником дорожной аварии, в результате которой пострадала девушка водитель. Женщина стала спрашивать, есть ли у нее деньги, и может ли она ей их дать. Она посчитала, что это ее старшая дочь ФИО59. После этого трубку взял мужчина, представившийся следователем ФИО11. Он стал говорить, что будет вести дело её дочери, сообщил, что отец пострадавшей требует на лечение пострадавшей миллион рублей. ФИО108 ответила, что готова передать сумму из своих сбережений. В ходе разговора мужчина сказал, что за деньгами приедет человек, а пока он будет ехать, она должна написать под диктовку заявления, связанные с возмещением вреда. После этого она сразу позвала в дом мужа. По требованию следователя, она предоставила свой номер мобильного телефона № ... и номер мобильного телефона мужа № .... После этого мужу на его телефон позвонил еще один мужчина, представившийся помощником следователя, который стал общаться с её мужем. Ей также позвонили на сотовый телефон, а трубка стационарного телефона лежала на столе, когда она продолжала вести разговор по сотовому телефону. В ходе разговора ей и мужу диктовали различного рода заявления, которые они писали на бумаге. Их просили не отвлекаться и не отключаться, пока не приедет «курьер», что продолжалось около двух часов. Муж находился на втором этаже в доме, а она на первом. В процессе разговора мужчина попросил, чтобы денежные средства в сумме 1 000 000 рублей она поместила в пакет, что она и сделала. В процессе телефонного разговора ей сказали: «подъехал ФИО63, необходимо выйти и отдать ему сложенные в пакете деньги». Выйдя на улицу, она увиела высокого, худощавого мужчину, одетого в темную одежду, куртку с капюшоном на голове и медицинской маской на лице. Мужчина взял пакет с деньгами в руки, после чего снял с плеч рюкзак темного цвета, открыл молнию и поместил в рюкзак пакет с деньгами. Она спросила у мужчины, когда он отдаст ей чеки, о которых ей говорил следователь, на что ФИО63 ответил, что примерно через час. Потом она зашла в дом и продолжила разговор с мужчиной по телефону, тот продолжал диктовать ей различные заявления. Спустя несколько минут ее супруг смог дозвониться ФИО92 – мужу дочери, в результате чего раскрылся обман. Свидетель Свидетель №8 подтвердил в суде, что утром 26.04.2023 его супруге по телефону сообщили, что их дочь ФИО59 стала виновником аварии, в которой пострадал водитель. С ними длительно разговаривали по мобильным телефонам неизвестные лица, диктовали различные заявления, которые они на пару с женой писали в разных комнатах. В процессе их написания, его супругу убедили передать денежные средства на лечение пострадавшей, и она отдала «курьеру» 1 000 000 рублей, пока он дозванивался дочери. В тот же день потерпевшая написала заявление в полицию с просьбой привлечь виновных (л.д. 27 т.2). Согласно сообщению о преступлении, зарегистрированному в КУСП, хищение состоялось 26.04.2023 не позднее 13:50 час. (л.д. 26 т.2). По оглашенным в суде показаниям свидетеля Свидетель №7 А. установлено, что 26.04.2023 она целый день находилась дома, в ДТП не попадала и в деньгах не нуждалась (л.д. 240-243 т.2). Показания потерпевшей со свидетелями согласуются с письменными доказательствами. Протоколом осмотра места происшествия установлено, что потерпевшая ФИО4 №4 проживает с супругом в частном домовладении по &lt;...&gt;. 26.04.2023 там у нее состоялся телефонный разговор с неизвестными лицами по телефону. После чего выйдя из дома, перед домовладением она передала денежные средства в размере 1 млн. рублей «курьеру» Свидетель №3 С места происшествия изъяты заявления супругов ФИО108, написанные ими под диктовку мошенников (л.д. 31-34 т.2). Согласно протоколу осмотра детализации соединений по абонентскому номеру &lt;данные изъяты&gt; установлено, что 26.04.2023 на стационарный телефон ФИО108 с 09:26 до 13:07 час. поступали многочисленные входящие звонки с абонентских номеров &lt;данные изъяты&gt;, продолжительностью более трех с половиной часов. Равно как в тот же период на мобильный № ... ФИО4 №4 и тел. № ... Свидетель №8 поступали входящие звонки с абонентских номеров &lt;данные изъяты&gt;, продолжительностью до часа (л.д. 99-102 т.2). Тем самым продолжительность телефонных соединений, а равно возраст потерпевшей (67 лет) не позволяли ей опомниться и прибегнуть к помощи посторонних (л.д. 41-45 т.5). Состояние здоровье и материальное положения потерпевшей исключали сторонние заработки. В силу этого похищенная сумма сложилась исключительно из накоплений пенсии, выплачиваемой ей в размере 17 000 рублей (л.д. 41-45 т.5). Осмотр детализации соединений абонентского номера Свидетель №3 (&lt;данные изъяты&gt;) в тот же день показал, что согласно привязки к базовым станциям связи изначально он едет из г. Курск в г. Россошь Воронежской области, затем с 11:31 до 12:31 час. пребывает в г. Алексеевка, вблизи места жительства ФИО4 №4, а с 14:22 час. отмечается в сети г. Ст. Оскол (л.д. 131- 167 т.5). По осмотру мобильного телефона Свидетель №3 марки «Honor 8s», находившегося при нем после задержания, обнаружена выписка АО «Тинькофф Банк», содержащая указание на пополнение его банковского счета 26.04.2023 через банкомат: - 13:49 +100 000.00 RUB Внесение наличных через банкомат Тинькофф номер карты: &lt;данные изъяты&gt;; - 13:51 +380 000.00 RUB Внесение наличных через банкомат Тинькофф номер карты: &lt;данные изъяты&gt;; - 13:53 +10 000.00 RUB Внесение наличных через банкомат Тинькофф номер карты: &lt;данные изъяты&gt;; - 13:54 +505 000.00 RUB Внесение наличных через банкомат Тинькофф номер карты: &lt;данные изъяты&gt; (л.д. 171-183 т.6). Протоколом осмотра места происшествия от 26.01.2024 установлено, что Свидетель №3 пополнил свой счет денежными средствами ФИО4 №4 через банкомат АО «Тинькофф Банк», расположенный в здании ТРЦ «Маскарад» в &lt;...&gt;. Молодежный, д. 10 (л.д. 94-98 т.2). В ходе осмотра информации АО «Тинькофф Банк» с оптическим диском, содержащим выписки по банковским счетам № ..., № ... Свидетель №3, установлены его банковские операции за 26.04.2023: в 13:49, в 13:51, в 13:53, 13:54 и в 13:56 час. пополнение своего счета на 100 000, 380 000, 10 000, 505 000 и 250 000 рублей через банкомат Тинькофф TINKOFF BANK Старый Оскол Молодежный пр-кт 10, по времени и сумме соотвествующим хищению у ФИО4 №4 и распределению денежных средств между соучастниками организованной группы, путем денежных переводов в 13:56 час. на карту № ... клиенту Тинькофф ФИО24, № ... 24.04.2023, в размере 250 000, 250 000, 220 000 и 220 000 рублей (л.д. 153-170, 171-183 т.6). В ходе осмотра изъятых мобильных телефонов «POCO X5 5 G 22111317PG» (Поко Икс 5 5 Джи 22111317 Пи Джи), «ZTE Blade L 210» (ЗТЕ Блэйд Эл 210) в приложение «Телеграмм» в разделе «чаты» установлена переписка за 24.04.2023 с пользователями: «Sergo12345», «financier», «KRABIK|БИО ИНФА|WORK 24/7 ONLINE» следующего содержания. В чате с пользователем «Sergo12345», сводящаяся к тому, что 26.04.2023 ФИО112 едет в г. Россошь. Поездку прерывает куратор и интересуется у него, через сколько он будет в г. Алексеевка. В 10:14 час. указывает адрес потерпевшей ФИО4 №4 - &lt;...&gt;, на что ФИО112 спрашивает: - «А как Россошь?» Куратор «Sergo12345» поясняет, что «нашли случайно там адрес». ФИО112 указывает, что за поездку до г. Россошь он уже заплатил 10 000 рублей, на что куратор ему поясняет, что по указанному адресу можно похитить 1 000 000 рублей. В 11:04 куратор предоставляет данные о потерпевшей и сообщает легенду, которой должен следовать ФИО112 – «&lt;...&gt; (зелёные ворота, 2-х этажный дом с красного кирпича). Ты - ФИО63. Деньги в прокуратуру для проплаты для ФИО25 (прокуратура - ул. Лермонтова 57). Ты от ФИО11. При этом во время поездки куратор указывает, что они сильно ждут ФИО112, а он сообщает, сколько по времени ему осталось ехать до г. Алексеевка. Подъехав к дому ФИО4 №4, ФИО112 высказывает куратору опасение, поскольку возле дома ФИО4 №4 стоит машина, где сидит мужчина. ФИО112 в 11:35 поясняет, что он рядом с домом. Из переписки следует, что к нему идет потерпевшая, в 11:38 ФИО112 указывает, что он забрал деньги и уходит. Далее сообщает, что он ищет место, где может посчитать похищенные деньги. Куратор «Sergo12345» в 11:45 указывает, чтобы он вызвал такси в г. Старый Оскол, а деньги пересчитал потом. Далее в ходе переписки ФИО112 подтверждает, что он похитил 1 000 000 рублей. Далее ФИО112 на такси едет в г. Старый Оскол. В 17:25 указывает, что приехал, на что куратор говорит ему, чтобы он искал квартиру. В чате с пользователем «financier» имеется переписка, из содержания которой следует, что «financier» известно о том, что ФИО112 должен похитить деньги в г. Алексеевке. ФИО112 в 11:39 подтверждает куратору, что забрал деньги уходит их считать, на что тот указывает, чтобы он сразу ехал в г. Старый Оскол и для осуществления банковских операций использовал в указанном городе банкомат Тинькофф. Также он подтверждает, что похитил 1 000 000 рублей. «financier» в 12:22 указывает, что ФИО112 должен перевести 940 000 рублей, 4 транзакциями. Находясь в г. Старый Оскол, ФИО112 указывает в 13:47, что он нашел нужный банкомат и осуществляет внесение денег (на свою банковскую карту). «financier» в 13:50 указывает, что ФИО112 будет осуществлять переводы на 2 карты. «Сначала на одну две транзакции, потом на вторую (карту). ФИО112 сообщает в 13:54, что деньги зачислены на карту. «financier» в 13:55 дает указание и направляет необходимые для банковского перевода реквизиты:– «Отправляй 500 тысяч, двумя транзакциями по 250 тысяч и не забудь прислать квитанцию после каждого перевода. Отправил 250- прислал квитанцию. Переводить только через приложение или браузер. И после отправки 500 тысяч жди вторые реквизиты, № ..., ФИО24 Ш. ФИО112 в 13:56 отправляет куратору два скриншота на отправку денежных средств, на сумму 250 000 рублей каждый. ФИО24 Ш. Свидетель №3 26.04.2023 в 13:59: Скриншот на отправку денежных средств, на сумму 220 000 рублей ФИО24 Ш. (две операции) В чате с пользователем «KRABIK|БИО ИНФА|WORK 24/7 ONLINE» имеется переписка, из содержания которой следует, что ФИО112 едет из г. Курск в г. Россошь, однако меняет планы, так как для совершения хищения необходимо ехать в г. Алексеевку. При этом он отписывается куратору о расстоянии, на котором находится от нужного населенного пункта. ФИО112 также сообщает в 11:42, что он забрал деньги у потерпевшей и уходит. «KRABIK|БИО ИНФА|WORK 24/7 ONLINE» 26.04.2023 в 11:59 отправляет ФИО112 Скриншот вызова такси, водитель ФИО68, автомобиль Лада Гранта, белого цвета, государственный &lt;данные изъяты&gt;, на котором он должен ехать в г. Старый Оскол, где воспользоваться банком Тинькофф для совершения банковских операций. «KRABIK|БИО ИНФА|WORK 24/7 ONLINE» в 13:47: отправляет ФИО112 скриншот местонахождения банкомата «Тинькофф», адрес: Молодежный просп. 10, Старый Оскол рядом с «МТС», ТЦ «Маскарад», этаж 1. ФИО112 в 14:00 указывает, что похищен 1000 000 рублей, из которых он отправил 940 000 рублей. Также сообщает куратору, что теперь ему сказали ехать в г. Россошь, на что тот ему поясняет, чтобы он приехал, снял квартиру (л.д. 1-130 т.6). Исследованная переписка в сопоставлении с характером движения денежных средств на счетах Свидетель №3 и ФИО1 указывает о вовлеченности и общем умысле всех соучастников хищения согласно плану и ролям, заблаговременно распределенных между ними, в целях извлечения прибыли. В ходе осмотра информации АО «Райффайзенбанк» с оптическим диском, содержащим выписки по банковскому счету № ... на имя ФИО1, установлены регулярные денежные поступления и траты по счету подсудимого, равные его проценту незаконного заработка, в отсутствие другой работы. В частности ДД.ММ.ГГГГ, сразу после хищений на сумму 65 246 рублей (л.д. 45-51 т.8). Следовательно, поступившие на банковский счет ФИО1 денежные суммы, являются ничем иным как его незаконным заработком от мошенничеств, совершенных в организованной группе. Нарушений уголовно-процессуального закона при сборе приведенных доказательств по уголовному делу, при проведении следственных и процессуальных действий, которые давали бы основания для признания полученных доказательств недопустимыми, суд не видит. Показания подсудимого, потерпевших и свидетелей относительно преступных действий, совершенных ФИО1, не имеют внутренних противоречий, согласуются между собой и письменными доказательствами. В ходе предварительного следствия потерпевшие ФИО4 №1, ФИО4 №2, ФИО93, ФИО4 №4 опознали «курьера», похищавшего у них деньги. Среди вещей при «курьере» находились банковские карты, мобильные устройства, с использованием которых велась связь соучастников, похищались деньги, и распределялась нажива. Компьютерной экспертизой установлена и распознана переписка «курьера» с соучастниками, в том числе «KRABIK|БИО ИНФА|WORK 24/7 ONLINE», «Sergo12345», «финансер» и прочими в интернет-мессенджере «Телеграм». Как установлено в судебном заседании и подтверждено подсудимым аккаунт «KRABIK|БИО ИНФА|WORK 24/7 ONLINE» принадлежит ФИО1. Посредством переписки он в сети искал, вербовал, идентифицировал, обучал, контролировал и инструктировал в период совершения преступлений «курьеров», обсуждал с ними свой заработок, в том числе Свидетель №3, осужденным приговором суда. Выписки по банковским счетам ФИО1 подтверждают, что в рассматриваемый период подсудимый получал стабильный доход, при этом не был трудоустроен и не имел заработков. Проверив и оценив исследованные доказательства в совокупности по правилам ст.ст. , 88 УПК РФ , суд признает полностью доказанными совершенные ФИО1 преступления. Обстоятельства совершения преступлений дают основания суду считать, что каждая из пострадавших в силу преклонного возраста и переживаний за близких, находилась под высоким психологическим давлением, и совершала действия под обманом, в неведении совершения преступлений. Суммы хищений, в разы превышающие доходы потерпевших, складывающиеся исключительно из пенсий, не превышающих 30 тыс. рублей, и накапливаемых ими годами, суд по п.2 примечаний к ст. 158 УК РФ признает значительной для потерпевших. При этом по фактам хищений у ФИО4 №8- 300 000 рублей, ФИО81 - 420 000 рублей, ФИО4 №2 - 800 000 рублей и ФИО4 №4 - 1 000 000 рублей в крупном размере согласно п.4 примечаний. При этом, поскольку квалифицирующие признаки «с причиненим значительного ущерба» и «в крупном размере» носят однородный характер, относятся к одному предмету доказывания - размеру причиненного ущерба, и, по сути, один включает в себя другой, в связи с чем квалификация действий осужденного по квалифицирующему признаку «с причинением значительного ущерба гражданину», по преступлениям в отношении ФИО4 №8, ФИО81, ФИО4 №2 и ФИО4 №4, приведенная в обвинительном заключении, является излишней, и подлежит исключению. Наличие квалифицирующего признака «мошенничество, совершенное организованной группой» подтверждается исследованными выше доказательствами, в том числе показаниями ФИО1, протоколами осмотров мобильных телефонов, содержащих переписку, как подсудимого, так и «курьера», являвшихся участниками организованной группы, состоявшей в том числе из «организатора-руководителя», «вербовщика - инструктора», «координаторов», «операторов call-центра», «финансистов» и «курьеров». В целях конспирации преступной деятельности, общение между участниками организованной группы в ходе преступлений осуществлялось с использованием информационно-телекоммуникационных сетей (включая сеть «Интернет»), посредством приложения «Telegram» («Телеграм») и онлайн сервисов, предоставляющих услуги IP-телефонии, которые защищены сквозным шифрованием, общение в которых происходило под вымышленными именами. За выполнение своих преступных действий в соответствии с отведенной в организованной группе преступной ролью каждый участник организованной группы получал денежное вознаграждение, в соответствии с установленным «организатором-руководителем» для каждого участника организованной группы (в соответствии с отведенной ролью) процентом от похищенной суммы. «Курьеры» согласно отведенным им ролям проходили идентификацию, инструктаж под руководством «вербовщика-инструктора», в том числе ФИО1, после чего, приступали к работе в качестве «курьеров» под руководством «координаторов». В частности, прибывали на адреса, где получали от потерпевших денежные средства, пересчитывали и направлялись к банкоматам, где по указанным «финансистами» реквизитам осуществляли их перевод за часть похищенного. Настоящая схема преступной деятельности позволяла участникам организованной группы, выполнявшим роли «организатора - руководителя», «вербовщика-инструктора» ФИО1, «координаторов», «операторов call-центра», «финансистов», не имея непосредственного контакта с потерпевшими, и не рискуя быть задержанными при совершении преступлений, дистанционно управлять процессом совершения «курьерами». Вступая в организованную группу, все ее члены, в том числе ФИО1, действовали с общим умыслом, направленным на хищение денежных средств путем обмана граждан на территории Российской Федерации и преступное обогащение от совершенных ими тяжких преступлений. Созданная лицом, не установленным в ходе следствия организованная группа, характеризовалась следующими признаками: - организованностью, состоявшей в четком распределении ролей и обязанностей между участниками организованной группы, их преступной специализации, тесном взаимодействии друг с другом, обучением и вовлечением новых участников, взаимозаменяемостью, тщательной подготовке к совершениям преступлений, а также основной единой целью – получение незаконного дохода участниками организованной группы за счет постоянного совершения преступлений. - структурированностью, выражавшейся в наличии в ее составе структурных подразделений, разделенных по территориальному признаку, объединенных единым руководством в лице «организатора-руководителя», наличии иерархической вертикали подчинения, функциональной структуры распределения преступных ролей между участниками («координаторы», «операторы call-центра», «финансисты», «вербовщик-инструктор», «курьеры»); - устойчивостью, которая проявлялась в длительном периоде осуществления организованной преступной деятельности. Организованная группа отличалась стабильностью состава ее участников, тесной взаимосвязью между ее членами, согласованностью их действий, постоянством организационных форм и методов совершения преступлений, тщательным планированием и подготовкой отдельных преступлений, основанных на единой цели – незаконном обогащении от совершения хищения денежных средств граждан путем их обмана. - сплочённостью, о чем свидетельствует предварительное планирование преступной деятельности, подбор и вербовка соучастников, распределение ролей между ними, а также о наличии у «организатора-руководителя» организованной группы и его участников общего умысла на совершение серии тяжких преступлений, общих преступных целей и намерений, превращающих организованную группу в единое целое, а также осознании всеми участниками организованной группы общей цели - незаконное обогащение от совершения хищения денежных средств граждан путем их обмана с применением методов психического воздействия; - внутренней дисциплиной в организованной группе. Наличие сложной внутренней структуры, а также звеньев, выполняющих строго определенные функциональные обязанности: дисциплина, конспирация. Руководство организованной группой – строгое подчинение по вертикали от организатора к исполнителям. Указания и распоряжения «организатора» обязательны и неукоснительно исполнялись всеми участниками организованной группы. «Организатор» и руководитель преступной группы – неустановленное в ходе следствия лицо, определял цели совместной преступной деятельности; определял по собственному усмотрению, как распределять преступный доход, от степени и роли участия в преступной деятельности участников организованной группы. Все члены организованной группы следовали плану преступной деятельности, разработанному «организатором - руководителем», «курьеры» во исполнение общего преступного умысла подчинялись указаниям «координаторов» и «вербовщиков-инструкторов» при совершении отдельных преступлений, четко соблюдали меры конспирации, исполнение и выработку поставленного плана. - детальным планированием и отлаженностью механизма совместной преступной деятельности, обеспечивавшим согласованность выполнения четких, последовательных действий отдельных участников организованной группы в достижении результата преступной деятельности – извлечения максимальной прибыли от совершения хищения денежных средств граждан путем их обмана; - строгой конспирацией при осуществлении преступной деятельности, при совершении преступлений участники организованной группы соблюдали разработанные «организатором - руководителем» меры конспирации, о которых подробно инструктировались «вербовщиком- инструктором». С целью поддержания между собой оперативной связи при осуществлении преступной деятельности участники организованной группы общались посредством использования информационно-телекоммуникационных сетей (включая сеть «Интернет») в приложении с технологией шифрования сообщений и звонков «Telegram» («Телеграм»), что позволяло участникам группы находится как за пределами Белгородской области, так и Российской Федерации при совершении преступлений. Участники организованной группы получали денежное вознаграждение согласно отведенных им ролям, в форме безналичных электронных платежей или наличными денежными средствами. Бесконтактная система ведения переговоров с потерпевшими посредством использования номерных емкостей операторов, предоставляющих услуги IP-телефонии («АйПи-телефонии») и их последующий обман, обеспечивала строгую конспирацию, в связи с тем, что ни одному из потерпевших не были известны участники организованной группы; - высокой материально-технической оснащенностью и техническим уровнем преступной деятельности, проявлявшейся в наличии и постоянном использовании у всех участников организованной группы мобильных и иных устройств, имевших доступ к информационно-телекоммуникационным сетям (включая сеть «Интернет»), использование которых в сочетании с невозможными к идентификации на территории Российской Федерации аккаунтами в интернет-мессенджере «Telegram» («Телеграм») и учетных записей, давало возможность бесконтактно вводить в заблуждение потерпевших, передавать сведения об адресах проживания потерпевших и о суммах похищаемых денежных средств «курьерам», а также осуществлять бесконтактное информирование «курьеров» о заведомо ложных сведениях, необходимых сообщению потерпевшим для хищения денежных средств. - осознанием участниками организованной группы общности целей (совершение преступлений), для достижения которых была создана указанная организованная группа, выражалось в том, что сознанием и волей всех участников организованной группы охватывались обстоятельства, относящиеся не только к собственному преступному деянию, но и к деяниям другого участника организованной группы, которые были направлены на получение совместной материальной выгоды в результате систематических хищений путем обмана граждан; - территориальным характером преступной деятельности, осуществлявшейся «курьером» на территории различных муниципальных образований и районов Белгородской области (г. Новый Оскол, г. Алексеевка, п. Волоконовка), Курской области (г. ФИО6, п. им. К. Либкнехта) и «операторами call-центра» из неустановленного места, находившегося в любой точке как Российской Федерации, так и за ее пределами, что обеспечивалось использованием средств IP-телефонии («АйПи-телефонии»), позволяющей осуществлять звонки из иностранных государств и привлекать в качестве участников организованной группы находящихся там лиц. Оценив исследованные в судебном заседании доказательства, которые являются допустимыми, относимыми, а в своей совокупности достаточными, суд признает вину ФИО1 в инкриминируемых деяниях установленной и доказанной и квалифицирует его действия: по ч.4 ст. Уголовного кодекса РФ – мошенничество, то есть хищение чужого имущества путем обмана, совершенное с причинением значительного ущерба гражданину, организованной группой (принадлежащего ФИО4 №7), по ч.4 ст. Уголовного кодекса РФ – мошенничество, то есть хищение чужого имущества путем обмана, совершенное с причинением значительного ущерба гражданину, организованной группой (принадлежащего ФИО4 №6), по ч.4 ст. Уголовного кодекса РФ – мошенничество, то есть хищение чужого имущества путем обмана, совершенное в крупном размере, организованной группой (принадлежащего ФИО4 №8), по ч.4 ст. Уголовного кодекса РФ – мошенничество, то есть хищение чужого имущества путем обмана, совершенное с причинением значительного ущерба гражданину, организованной группой (принадлежащего ФИО4 №5), по ч.4 ст. Уголовного кодекса РФ – мошенничество, то есть хищение чужого имущества путем обмана, совершенное в крупном размере, организованной группой (принадлежащего ФИО81), по ч.4 ст. Уголовного кодекса РФ – мошенничество, то есть хищение чужого имущества путем обмана, совершенное с причинением значительного ущерба гражданину, организованной группой (принадлежащего ФИО4 №1), по ч.4 ст. Уголовного кодекса РФ – мошенничество, то есть хищение чужого имущества путем обмана, совершенное в крупном размере, организованной группой (принадлежащего ФИО4 №2), по ч.4 ст. Уголовного кодекса РФ – мошенничество, то есть хищение чужого имущества путем обмана, совершенное с причинением значительного ущерба гражданину, организованной группой (принадлежащего ФИО4 №3), по ч.4 ст. Уголовного кодекса РФ – мошенничество, то есть хищение чужого имущества путем обмана, совершенное в крупном размере, организованной группой (принадлежащего ФИО4 №4). Все преступления оконченные, совершены с прямым умыслом, т.к. ФИО1 понимал общественную опасность своих действий, желал и достигал преступных результатов. Психическими заболеваниями он не страдает, не страдал и на период деяний. Правильно понимает возникшую судебно-следственную ситуацию, адекватно реагирует на нее, доступен контакту, занимает активную защитную позицию в суде. С учетом изложенного, суд признает подсудимого вменяемым и подлежащим уголовной ответственности (л.д. 207 т.8). Согласно ч.1 ст. 6 УК РФ наказание и иные меры уголовно-правового характера, применяемые к лицу, совершившему преступление, должны быть справедливыми. При назначении наказания суд учитывает характер и степень общественной опасности совершенных преступлений, личность виновного, обстоятельства, смягчающие наказание, а также влияние наказания на исправление подсудимого и условия жизни его семьи. Совершенные преступления оконченные, относятся к категории тяжких преступлений. Изучение личности показало, что ФИО1 совершеннолетний. Холост, детей не имеет (л.д. 192-193, 209 т.8). Не судим, не привлекался к административной ответственности (л.д. 198-202 т.8). Со средней успеваемостью 27.06.2023 окончил ГАПОУ «Губернский колледж», имеет специальность «Защита в чрезвычайных ситуациях», квалификацию: техник-спасатель (л.д.214, 215 т.8). Проходил воинскую службу по призыву 2023-2024 г.г. К выполнению обязанностей относился ответственно, имел хорошую физическую и профессиональную боевую подготовку (л.д. 194-197, 218 т.8). Проживает с сестрой и матерью в &lt;...&gt; (л.д. 203 т.8). По месту жительства характеризуется положительно, как органами правопорядка, так председателем ЖСК. Жалоб, нареканий от соседей, приводов в полицию не имел, в асоциальных проступках не замечен. (л.д. 211, 212 т.8, л.д. 238 т.11). Мерами социальной поддержки не пользуется (л.д. 233 т.8). Со слов работает, но данных о трудоустройстве не представил. Инвалидности нет, на учетах ЦРБ не стоит и не состоял (л.д. 194, 219 т.8). Обстоятельствами, смягчающими наказание по всем преступлениям, по положениям ст. 61 УК РФ суд признает: активное способствование расследованию преступления, признание вины, раскаяние в содеянном, частичное возмещение имущественного ущерба от преступлений и принесение письменных извинений (л.д. 233-236 т.11), наличие на иждивении матери с рядом заболеваний (л.д. 227-232 т.11). Исходя из целей наказания, принципа справедливости, тяжести, обстоятельств и общественной опасности содеянного, в соответствии с санкцией статьи ст. ч.4 УК РФ, не имеющей альтернативы, ФИО1 подлежит назначению наказание в виде лишения свободы за совершение каждого преступления, без дополнительного наказания. При этом обстоятельства совершения преступлений, размер наступивших последствий, умышленная форма вины и направленность на социально незащищенную категорию граждан, не позволяют применить положения ст.ст. , ч.6 УК РФ и назначить иное наказание либо снизить категорию преступлений, поскольку таковые не свидетельствуют о меньшей степени общественной опасности ФИО1. Не применимы и правила ст. 73 УК РФ , поскольку исправление ФИО1 невозможно без изоляции от общества с учетом данных личности и степени общественной опасности совершенных умышленных, тяжких преступлений. Поскольку ФИО1 отказался от заключения контракта о прохождении воинской службы, то нет оснований и для приостановления производства по делу (л.д. 170-177 т.11). Отбывать наказание ФИО1 по п. «б» ч.1 ст. 58 УК РФ следует в исправительной колонии общего режима, т.к. он не отбывал лишение свободы. Для обеспечения исполнения приговора в отношении подсудимого в порядке ст.ст. , 299 УПК РФ подлежит избранию мера пресечения в виде заключения под стражу. Гражданские иски потерпевших суд оставляет без рассмотрения, поскольку их судьба уже разрешена взысканием заявленных сумм с осужденного Свидетель №3 по приговору Алексеевского районного суда от 23.09.2024, приведенному в исполнение. Взыскание сумм дважды не предусмотрено законом, и этот вопрос рассматривается в ином порядке по инициативе лица, погасившего ущерб, о взыскании выплат с соучастников преступления. Процессуальные издержки на оплату защитника ФИО79 следует возместить из средств Федерального бюджета с последующим взысканием их с ФИО1 в порядке ст. 132 УПК РФ . Издержек на оплату адвоката ФИО80 нет, поскольку он участвовал по соглашению. Судьбу вещественных доказательств суд разрешает в порядке ч.3 ст. УПК Российской Федерации и оставляет их хранить при уголовном деле до разрешения судьбы выделенного уголовного дела в отношении неустановленных лиц. Руководствуясь ст. ст. , - УПК Российской Федерации, суд ПРИГОВОРИЛ: Признать ФИО1 виновным в совершении преступлений, предусмотренных ч.4 ст. , ч.4 ст. , ч.4 ст. , ч.4 ст. , ч.4 ст. , ч.4 ст. , ч.4 ст. , ч.4 ст. , ч.4 ст. Уголовного кодекса Российской Федерации, и назначить ему по этим статьям наказание: по ч.4 ст. 159 УК РФ (у ФИО4 №7) - в виде лишения свободы на срок 4 (четыре) года, по ч.4 ст. 159 УК РФ (у ФИО4 №6) - в виде лишения свободы на срок 4 (четыре) года, по ч.4 ст. 159 УК РФ (у ФИО4 №8) - в виде лишения свободы на срок 4 (четыре) года, по ч.4 ст. 159 УК РФ (у ФИО4 №5) - в виде лишения свободы на срок 3 (три) года, по ч.4 ст. 159 УК РФ (у ФИО81) - в виде лишения свободы на срок 5 (пять) лет, по ч.4 ст. 159 УК РФ (у ФИО4 №1) - в виде лишения свободы на срок 3 (три) года, по ч.4 ст. 159 УК РФ (у ФИО4 №2) - в виде лишения свободы на срок 6 (шесть) лет, по ч.4 ст. 159 УК РФ (у ФИО4 №3) - в виде лишения свободы на срок 3 (три) года, по ч.4 ст. 159 УК РФ (у ФИО4 №4) - в виде лишения свободы на срок 6 (шесть) лет. На основании ст. ч. 3 УК РФ по совокупности преступлений, путем частичного сложения назначенных наказаний, окончательно определить ФИО1 наказание в виде лишения свободы сроком 8 лет 6 месяцев с отбыванием наказания в исправительной колонии общего режима. Изменить ФИО1 меру пресечения с подписки о невыезде и надлежащем поведении на заключение под стражу, заключив его под стражу в зале суда. Срок наказания в виде лишения свободы исчислять со дня вступления приговора в законную силу. В порядке п.«б» ч. 3.1 ст. 72 УК РФ зачесть в срок лишения свободы срок задержания и содержания ФИО1 под стражей с 11.06.2025 до дня вступления приговора в законную силу из расчёта день за полтора дня отбывания наказания в исправительной колонии общего режима. По вступлении приговора в законную силу, вещественные доказательства: детализацию соединений по абонентским номерам &lt;данные изъяты&gt; хранить в материалах уголовного дела, мобильные телефоны «Xiaomi POCO X5 5 G 22111317PG» (Ксяоми Поко Икс 5 5 Джи 22111317 Пи Джи), «ZTE Blade L 210» (ЗТЕ Блэйд Эл 210), банковская карты АО «Тинькофф Банк» № ... - хранить при уголовном деле, оптический диск с детализацией ПАО «Ростелеком» за исх. №03001/05/112/24, выписку с детализацией ПАО «Ростелеком» (МАКРЕГИОН «ЦЕНТР» КУРСКИЙ ФИЛИАЛ), ответы на запросы ПАО «Ростелеком», ПАО «Вымпелком», ООО «Т2 Мобайл» с детализацией по номеру &lt;данные изъяты&gt;, листы с заявлениями ФИО4 №3, ФИО4 №4, Свидетель №8, ФИО4 №5, ФИО81, ФИО4 №8, детализацию соединений номера &lt;данные изъяты&gt; ФИО4 №1, компакт диск ПАО «Сбербанк», компакт диск с перепиской «Телеграм» - хранить при материалах уголовного дела, ответ АО «Киви Банк» с компакт диском, два компакт диска ОРМ, ответ АО «Райффайзен Банк» с диском – хранить при уголовном деле, мобильный телефон марки «Honor 10», переданный на ответственное хранение ФИО1 - оставить за указанным лицом. Гражданские иски потерпевших о возмещении материального ущерба оставить без рассмотрения. Процессуальные издержки в размере 11 130 рублей возместить из средств Федерального бюджета с последующим взысканием этих процессуальных издержек с ФИО1 в доход Федерального бюджета. Приговор может быть обжалован в апелляционном порядке в судебную коллегию по уголовным делам Белгородского областного суда в течение 15 суток со дня его постановления, а осужденным, содержащимся под стражей - в тот же срок со дня вручения ему копии приговора. Судья Р.П. Торохов Суд: Алексеевский районный суд (Белгородская область) (подробнее) Судьи дела: Торохов Роман Петрович (судья) (подробнее) Последние документы по делу: Приговор от 10 июня 2025 г. по делу № 1-164/2024 Приговор от 21 июля 2024 г. по делу № 1-164/2024 Приговор от 14 апреля 2024 г. по делу № 1-164/2024 Показать все документы по этому делу Судебная практика по: По мошенничеству Судебная практика по применению нормы ст. 159 УК РФ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