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Она же, подсудимая ФИО38 совершила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крупном размере, не доведенные до конца по независящим от нее обстоятельствам, при следующих обстоятельствах: ДД.ММ.ГГГГ около 08 часов, ФИО38 (лицо в отношении которого в отдельное производство выделено уголовное дело в связи с заключением досудебного соглашения о сотрудничестве) и установленное в ходе предварительного следствия лицо, уголовное дело в отношении которого выделено в отдельное производство, находясь по месту своего проживания по адресу: &lt;адрес&gt;, действуя умышленно, из корыстных побуждений, посредством использования системы мгновенного обмена сообщениями (интернет-мессенджера) «&lt;данные изъяты&gt;»), функционирующем с использованием информационно-телекоммуникационной сети «Интернет», то есть технологической системы, предназначенной для передачи по линиям связи информации, доступ к которой осуществляется с использованием средств вычислительной техники, списались путем смс – уведомления с неустановленным следствием лицом и договорились с ним о незаконном сбыте наркотического средства &lt;данные изъяты&gt;), который является производным наркотического средства &lt;данные изъяты&gt;, в крупном размере неопределенному кругу лиц на территории городского округа &lt;адрес&gt;. Согласно их предварительной договоренности и распределенных ролей, неустановленное следствием лицо должно было в целях последующих незаконных сбытов организовать оптовую поставку необходимого количества наркотического средства &lt;данные изъяты&gt; который является производным наркотического средства &lt;данные изъяты&gt;, на территорию &lt;адрес&gt; и передать их ФИО38 и установленному в ходе предварительного следствия лицу, уголовное дело в отношении которого выделено в отдельное производство методом тайниковой закладки;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поддерживать преступную связь с ФИО38 и установленным в ходе предварительного следствия лицом, уголовное дело в отношении которого выделено в отдельное производство дать указание ФИО38 и установленному в ходе предварительного следствия лицу, уголовное дело в отношении которого выделено в отдельное производство забрать оптовую партию с наркотическим средством, расфасовать на мелкие свертки и разложить их в тайниковые закладки на территории &lt;адрес&gt;, получать от них сведения о местах и адресах, где ФИО38 и установленное в ходе предварительного следствия лицо, уголовное дело в отношении которого выделено в отдельное производство произвели тайниковые закладки отдельных полимерных свертков с вышеуказанным наркотическим средством, а последние, в свою очередь должны были,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поддерживать преступную связь с неустановленным следствием лицом, получать от него указания и сведения о местах и адресах, где последние организовали произведение оптовой тайниковой закладки с общим количеством наркотического средства; в целях последующих незаконных сбытов приобрести методом тайниковой закладки оптовую партию вышеуказанного наркотического средства в крупном размере, поставку которого на территорию &lt;адрес&gt; организовало неустановленное следствием лицо; расфасовать на мелкие свертки и произвести тайниковые закладки отдельных полимерных свертков с указанным наркотическим средством на территории &lt;адрес&gt;, после чего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сообщить неустановленному следствием лицу сведения о точных адресах нахождения тайниковых закладок с указанным наркотическим средством; получить от неустановленного следствием лица вознаграждение за проделанную работу по сбыту вышеуказанного наркотического средства методом тайниковых закладок, при этом каждый из них должен был создавать условия для совершения совместных противоправных действий и принимать меры по сохранению в тайне их совместной преступной деятельности. После этого, неустановленное следствием лицо, находясь в неустановленном следствием месте, реализуя свой единый преступный умысел, направленный на незаконный сбыт вышеуказанного наркотического средства, действуя согласно ранее распределенным ролям, осознавая общественную опасность своих действий и желая их совершить, ДД.ММ.ГГГГ около 08 часов 30 минут, сообщило ФИО38 и установленному в ходе предварительного следствия лицу, уголовное дело в отношении которого выделено в отдельное производство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о месте с неустановленными следствием географическими координатами оптовой «тайниковой закладки», ранее установленной на территории &lt;адрес&gt;, с указанным наркотическим средством, общей массой не менее 7,07 грамма, при этом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поддерживало преступную связь с ФИО38 и установленному в ходе предварительного следствия лицу, уголовное дело в отношении которого выделено в отдельное производство, координировало их преступные действия, сообщило им сведения о точном месте нахождения вышеуказанной тайниковой закладки с данным наркотическим средством для последующего его сбыта на территории &lt;адрес&gt; и дало им указание забрать в точно неустановленном следствием месте оптовую партию с указанным наркотическим средством, общей массой не менее 7,07 грамма, после чего разложить их в тайниковые закладки на территории &lt;адрес&gt;. После чего, ФИО38 и установленное в ходе предварительного следствия лицо, уголовное дело в отношении которого выделено в отдельное производство, ДД.ММ.ГГГГ около 08 часов 30 минут, выполняя свою роль в совершении указанного преступления и указания неустановленного следствием лица, прибыли в точно неустановленное следствием место на территории &lt;адрес&gt;, где из тайниковой закладки забрали для дальнейшего незаконного сбыта, партию указанного наркотического средства, которое перевезли по месту своего проживания по адресу: &lt;адрес&gt;, где в период времени с ДД.ММ.ГГГГ по ДД.ММ.ГГГГ расфасовали на мелкие свертки, и в дальнейшем ДД.ММ.ГГГГ в период времени с 17 часов 19 минут по 17 часов 24 минуты совместно установили в тайниковые закладки на территории городского округа &lt;адрес&gt;. Однако, ФИО38, установленное в ходе предварительного следствия лицо, уголовное дело в отношении которого выделено в отдельное производство и неустановленное следствием лицо свой совместный единый преступный умысел, направленный на незаконный сбыт наркотического средства &lt;данные изъяты&gt; который является производным наркотического средства &lt;данные изъяты&gt; в крупном размере, до конца не довели по независящим от них обстоятельствам, поскольку около 10 часов 00 минут ДД.ММ.ГГГГ сотрудниками ОНК ОМВД России по городскому округу Егорьевск, около &lt;адрес&gt;, ФИО38 и установленное в ходе предварительного следствия лицо, уголовное дело в отношении которого выделено в отдельное производство были задержаны, и в ходе осмотра места происшествия в период с 16 часов 30 минут ДД.ММ.ГГГГ по 17 часов 55 минут ДД.ММ.ГГГГ по адресу: - &lt;адрес&gt; по географическим координатам &lt;адрес&gt; был обнаружен и изъят 1 полимерный сверток с наркотическим средством &lt;данные изъяты&gt;), который является производным наркотического средства &lt;данные изъяты&gt;, массой не менее 0,84 грамма; - &lt;адрес&gt;&lt;адрес&gt; по географическим координатам № был обнаружен и изъят 1 полимерный сверток с наркотическим средством &lt;данные изъяты&gt; который является производным наркотического средства &lt;данные изъяты&gt;, массой не менее 0,92 грамма; - &lt;адрес&gt; от &lt;адрес&gt; по географическим координатам &lt;адрес&gt; был обнаружен и изъят 1 полимерный сверток с наркотическим средством &lt;данные изъяты&gt;), который является производным наркотического средства &lt;данные изъяты&gt;, массой не менее 0,87 грамма; - &lt;адрес&gt;&lt;адрес&gt; по географическим координатам № был обнаружен и изъят 1 полимерный сверток с наркотическим средством &lt;данные изъяты&gt;), который является производным наркотического &lt;данные изъяты&gt;, массой не менее 0,46 грамма; - &lt;адрес&gt; г.о. &lt;адрес&gt; по географическим координатам № был обнаружен и изъят 1 полимерный сверток с наркотическим средством &lt;данные изъяты&gt;), который является производным наркотического средства &lt;данные изъяты&gt;, массой не менее 0,63 грамма; - &lt;адрес&gt;&lt;адрес&gt; по географическим координатам № был обнаружен и изъят 1 полимерный сверток с наркотическим средством &lt;данные изъяты&gt;), который является производным наркотического средства &lt;данные изъяты&gt;, массой не менее 0,44 грамма; - &lt;адрес&gt; по географическим координатам № был обнаружен и изъят 1 полимерный сверток с наркотическим средством ?-&lt;данные изъяты&gt; который является производным наркотического средства &lt;данные изъяты&gt;, массой не менее 0,46 грамма; - &lt;адрес&gt; по географическим координатам № был обнаружен и изъят 1 полимерный сверток с наркотическим средством &lt;данные изъяты&gt;), который является производным наркотического средства &lt;данные изъяты&gt;, массой не менее 0,57 грамма; - &lt;адрес&gt; по географическим координатам № был обнаружен и изъят 1 полимерный сверток с наркотическим средством &lt;данные изъяты&gt;), который является производным наркотического средства &lt;данные изъяты&gt;, массой не менее 0,97 грамма; - &lt;адрес&gt; по географическим координатам № был обнаружен и изъят 1 полимерный сверток с наркотическим средством &lt;данные изъяты&gt;), который является производным наркотического средства &lt;данные изъяты&gt;, массой не менее 0,91 грамма. &lt;данные изъяты&gt;), который является производным наркотического средства &lt;данные изъяты&gt; включен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ДД.ММ.ГГГГ №.В соответствии с Постановлением Правительства РФ от ДД.ММ.ГГГГ №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количество наркотического средства &lt;данные изъяты&gt;), который является производным наркотического средства &lt;данные изъяты&gt;, общей массой не менее 7,07 грамма является крупным размером. Таким образом, подсудимая ФИО38 совершила преступление, предусмотренное ч.3 ст. п.«г» ч.4 ст. 228.1 УК РФ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Она же, подсудимая ФИО38 совершила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в крупном размере, организованной группой, не доведенные до конца по независящим от нее обстоятельствам, при следующих обстоятельствах: В точно неустановленное следствием дату и время, но не позднее ДД.ММ.ГГГГ, ФИО38 (лицо в отношении которого в отдельное производство выделено уголовное дело в связи с заключением досудебного соглашения о сотрудничестве), находясь по месту своего проживания по адресу: &lt;адрес&gt;, располагая возможностью получения оптовых партий с наркотическим средством &lt;данные изъяты&gt;), который является производным наркотического средства &lt;данные изъяты&gt;, в интернет-магазине «&lt;данные изъяты&gt;» через мессенджер «&lt;данные изъяты&gt;) у неустановленного следствием лица, зарегистрированном под аккаунтом «&lt;данные изъяты&gt;), для последующих незаконных сбытов на территории &lt;адрес&gt;, в точно неустановленное следствием дату и время, но не позднее ДД.ММ.ГГГГ, руководствуясь корыстными побуждениями, решило создать организованную группу, в целях совершения на территории городского округа &lt;адрес&gt; особо тяжких преступлений, связанных с незаконными сбытами наркотических средств неопределенному кругу лиц, для чего создала в мессенджере «&lt;данные изъяты&gt;», принадлежащий ей аккаунт под названием «&lt;данные изъяты&gt;», через который в дальнейшем должен был осуществляться сбыт указанного наркотического средства. Во исполнении своего преступного плана по созданию организованной группы, ФИО38 привлекла к участию в ее преступной деятельности установленное в ходе предварительного следствия лицо, уголовное дело в отношении которого выделено в отдельное производство, которая, стремясь к незаконному обогащению и свободному доступу к наркотическим средствам и получения вознаграждения в виде денежных средств, дала ей свое согласие на участие в организованной группе. Создание и функционирование данной организованной группы заключалось в бесконтактных незаконных сбытах за денежное вознаграждение неопределенному кругу лиц на территории городского округа &lt;адрес&gt; наркотического средства &lt;данные изъяты&gt;, который является производным наркотического средства &lt;данные изъяты&gt; и достижения тем самым общего преступного результата. Способами достижения указанных неправомерных целей являлись совместные и согласованные действия членов организованной группы. Для достижения общих преступных целей и во исполнение заранее разработанного плана ФИО38 решила, а установленное в ходе предварительного следствия лицо, уголовное дело в отношении которого выделено в отдельное производство согласилась, что каждый из членов организованной группы будет принимать непосредственное участие в совершении преступлений, при этом ФИО38 отвела себе роль руководителя организованной группы и организатора совершения преступлений в ее составе, распределив между соучастниками роли и обязанности следующим образом: - ФИО38, посредством использования системы мгновенного обмена сообщениями (интернет-мессенджера) «&lt;данные изъяты&gt;»), функционирующим с использованием информационно-телекоммуникационной сети «Интернет», то есть технологической системы, предназначенной для передачи по линиям связи информации, доступ к которой осуществляется с использованием средств вычислительной техники, получает от неустановленного следствием лица, которое не вступало с ними в предварительный преступный сговор на участие в составе организованной преступной группы, будучи не осведомленным о созданном ФИО38 интернет – магазине под аккаунтом «&lt;данные изъяты&gt;», информацию о местонахождении тайника с вышеуказанным наркотическим средством, с целью последующих незаконных сбытов наркотического средства тайниковым способом, направляется лично или совместно с установленным в ходе предварительного следствия лицом, уголовное дело в отношении которого выделено в отдельное производство в указанное неустановленным следствием лицом место, забирает наркотик и перевозит его по месту своего проживания по адресу: &lt;адрес&gt;. Далее, лично или совместно с установленным в ходе предварительного следствия лицом, уголовное дело в отношении которого выделено в отдельное производство, из приобретенной оптовой партии наркотического средства, расфасовывает его на мелкие свертки для дальнейшего сбыта на территории городского округа &lt;адрес&gt; через созданный ею интернет – магазин под аккаунтом «Рады Вам», после чего лично или совместно с установленным в ходе предварительного следствия лицом, уголовное дело в отношении которого выделено в отдельное производство устанавливает в тайниковые закладки расфасованное наркотическое средство на территории городского округа &lt;адрес&gt;, адреса которых сообщает покупателям наркотического средства, и получает на банковский счет «Яндекс – Банк» оплату за сбыт наркотического средства; - установленное в ходе предварительного следствия лицо, уголовное дело в отношении которого выделено в отдельное производство, после получения ФИО38 информации от неустановленного следствием лица о местонахождении тайника с вышеуказанным наркотическим средством, с целью последующих незаконных сбытов наркотического средства тайниковым способом, направляется совместно с ФИО38, в указанное неустановленным следствием лицом место, забирает наркотик и перевозит его по месту своего проживания по адресу: &lt;адрес&gt;. Далее, лично или совместно с ФИО38, расфасовывает его на мелкие свертки для дальнейшего сбыта на территории городского округа &lt;адрес&gt; через созданный ФИО38 интернет – магазин под аккаунтом «&lt;данные изъяты&gt;», после чего лично или совместно с ФИО38 устанавливает в тайниковые закладки расфасованное наркотическое средство на территории городского округа &lt;адрес&gt;, адреса которых сообщает ФИО38, после чего за выполненную работу получает от ФИО38 денежное вознаграждение за выполненную работу. Объединенные общим преступным умыслом, руководствуясь корыстными побуждениями, ФИО38 и установленное в ходе предварительного следствия лицо, уголовное дело в отношении которого выделено в отдельное производство планировали совместную преступную деятельность на длительный период времени, а организованная преступная группа, членами которой они являлись, отличалась:- планированием совершения преступлений и четким распределением функций между ее участниками; - стабильностью состава, что усиливало связь между соучастниками, и отличало их высокой степенью сплоченности, основанной на единстве интересов и достижении общего преступного результата; - осведомленностью каждого участника о целях, преступном характере и повышенной общественной опасности планируемых к совершению и совершаемых преступных деяний; - подчиненностью членов группы (установленному в ходе предварительного следствия лицу, уголовное дело в отношении которого выделено в отдельное производство) ее руководителю ФИО38; - постоянством форм, методов, навыков и способов совершения преступных деяний; - тщательностью подготовки и планирования преступлений с определением ролей и обязанностей для каждого из участников группы; - предупреждением и исключением при планировании преступлений различного рода возможностей совершения несогласованных действий, а равно возможностей изобличения и задержания; - высокой степенью соблюдения мер конспирации при осуществлении преступной деятельности. При всех указанных обстоятельствах, во исполнение вышеуказанного единого преступного умысла, направленного на незаконные сбыты наркотических средств, в составе организованной группы, ФИО38 и установленное в ходе предварительного следствия лицо, уголовное дело в отношении которого выделено в отдельное производство, приступили к реализации своих преступных намерений, то есть действиям, непосредственно направленным на осуществление незаконных сбытов вышеуказанного наркотического средства, а именно: ДД.ММ.ГГГГ около 08 часов 30 минут, ФИО38 и установленное в ходе предварительного следствия лицо, уголовное дело в отношении которого выделено в отдельное производство, согласно ранее достигнутой договоренности и распределенных ролей, действуя с единым преступным умыслом в составе организованной преступной группы, получив посредством использования системы мгновенного обмена сообщениями (интернет-мессенджера) «&lt;данные изъяты&gt;»), функционирующим с использованием информационно-телекоммуникационной сети «Интернет» от неустановленного следствием лица информацию о местонахождении тайниковой закладки с оптовой партией вышеуказанного наркотического средства, прибыли по указанному неустановленным следствием лицом адресу, где извлекли из тайника партию наркотического средства &lt;данные изъяты&gt;), который является производным наркотического средства &lt;данные изъяты&gt;, массой не менее 42,84 грамма, которую перевезли по месту своего проживания по адресу: &lt;адрес&gt;, где расфасовали ее по мелким сверткам, тем самым подготовив указанное наркотическое средство для дальнейшего незаконного сбыта через созданный ФИО38 интернет – магазин в мессенджере «&lt;данные изъяты&gt;) под аккаунтом «&lt;данные изъяты&gt;». Однако, ФИО38 и установленное в ходе предварительного следствия лицо, уголовное дело в отношении которого выделено в отдельное производство не довели до конца свой единый совместный преступный умысел, направленный на незаконный сбыт вышеуказанного наркотического средства, в составе организованной преступной группы, в крупном размере, по независящим от них обстоятельствам, поскольку около 10 часов 00 минут ДД.ММ.ГГГГ сотрудниками ОНК ОМВД России по городскому округу Егорьевск, около &lt;адрес&gt;, ФИО38 и установленное в ходе предварительного следствия лицо, уголовное дело в отношении которого выделено в отдельное производство были задержаны, и в ходе осмотра места происшествия в период с 12 часов 50 минут ДД.ММ.ГГГГ по 14 часов 00 минут ДД.ММ.ГГГГ по адресу: &lt;адрес&gt;, были обнаружены и изъяты 65 свертков с наркотическим средством ?-пирролидиновалерофенон (&lt;данные изъяты&gt;), который является производным наркотического средства &lt;данные изъяты&gt;, общей массой не менее 42,84 грамма. &lt;данные изъяты&gt; который является производным наркотического средства &lt;данные изъяты&gt;, включен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ДД.ММ.ГГГГ №. В соответствии с Постановлением Правительства РФ № от 01.10. 2012 года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 , и 229.1 УК РФ », количество наркотического средства &lt;данные изъяты&gt; который является производным наркотического средства N-метилэфедрон, массой 42,84 грамма, является крупным размером. Таким образом, подсудимая ФИО38 совершила преступление, предусмотренное ч.3 ст.30, п. «а,г» ч.4 ст. 228.1 УК РФ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Она же, подсудимая ФИО38 совершила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в значительном размере, организованной группой, не доведенные до конца по независящим от нее обстоятельствам, при следующих обстоятельствах: В точно неустановленное следствием дату и время, но не позднее ДД.ММ.ГГГГ, ФИО38 (лицо в отношении которого в отдельное производство выделено уголовное дело в связи с заключением досудебного соглашения о сотрудничестве), находясь по месту своего проживания по адресу: &lt;адрес&gt;, располагая возможностью получения оптовых партий с наркотическим средством &lt;данные изъяты&gt;, который является производным наркотического средства &lt;данные изъяты&gt;, в интернет-магазине «&lt;данные изъяты&gt;» через мессенджер «&lt;данные изъяты&gt;) у неустановленного следствием лица, зарегистрированном под аккаунтом «&lt;данные изъяты&gt;), для последующих незаконных сбытов на территории &lt;адрес&gt;, в точно неустановленное следствием дату и время, но не позднее ДД.ММ.ГГГГ, руководствуясь корыстными побуждениями, решило создать организованную группу, в целях совершения на территории городского округа &lt;адрес&gt; особо тяжких преступлений, связанных с незаконными сбытами наркотических средств неопределенному кругу лиц, для чего создала в мессенджере «&lt;данные изъяты&gt;», принадлежащий ей аккаунт под названием «&lt;данные изъяты&gt;», через который в дальнейшем должен был осуществляться сбыт указанного наркотического средства. Во исполнении своего преступного плана по созданию организованной группы, ФИО38 привлекла к участию в ее преступной деятельности установленное в ходе предварительного следствия лицо, уголовное дело в отношении которого выделено в отдельное производство, которая, стремясь к незаконному обогащению и свободному доступу к наркотическим средствам и получения вознаграждения в виде денежных средств, дала ей свое согласие на участие в организованной группе. Создание и функционирование данной организованной группы заключалось в бесконтактных незаконных сбытах за денежное вознаграждение неопределенному кругу лиц на территории городского округа &lt;адрес&gt; наркотического средства &lt;данные изъяты&gt;), который является производным наркотического средства &lt;данные изъяты&gt; и достижения тем самым общего преступного результата. Способами достижения указанных неправомерных целей являлись совместные и согласованные действия членов организованной группы. Для достижения общих преступных целей и во исполнение заранее разработанного плана ФИО38 решила, а установленное в ходе предварительного следствия лицо, уголовное дело в отношении которого выделено в отдельное производство согласилась, что каждый из членов организованной группы будет принимать непосредственное участие в совершении преступлений, при этом ФИО38 отвела себе роль руководителя организованной группы и организатора совершения преступлений в ее составе, распределив между соучастниками роли и обязанности следующим образом: - ФИО38, посредством использования системы мгновенного обмена сообщениями (интернет-мессенджера) «&lt;данные изъяты&gt;»), функционирующим с использованием информационно-телекоммуникационной сети «Интернет», то есть технологической системы, предназначенной для передачи по линиям связи информации, доступ к которой осуществляется с использованием средств вычислительной техники, получает от неустановленного следствием лица, которое не вступало с ними в предварительный преступный сговор на участие в составе организованной группы, будучи не осведомленным о созданном ФИО38 интернет – магазине под аккаунтом «&lt;данные изъяты&gt;», информацию о местонахождении тайника с вышеуказанным наркотическим средством, с целью последующих незаконных сбытов наркотического средства тайниковым способом, направляется лично или совместно с установленным в ходе предварительного следствия лицом, уголовное дело в отношении которого выделено в отдельное производство в указанное неустановленным следствием лицом место, забирает наркотик и перевозит его по месту своего проживания по адресу: &lt;адрес&gt;. Далее, лично или совместно с установленным в ходе предварительного следствия лицом, уголовное дело в отношении которого выделено в отдельное производство, из приобретенной оптовой партии наркотического средства, расфасовывает его на мелкие свертки для дальнейшего сбыта на территории городского округа &lt;адрес&gt; через созданный ею интернет – магазин под аккаунтом «&lt;данные изъяты&gt;», после чего лично или совместно с установленным в ходе предварительного следствия лицом, уголовное дело в отношении которого выделено в отдельное производство устанавливает в тайниковые закладки расфасованное наркотическое средство на территории городского округа &lt;адрес&gt;, адреса которых сообщает покупателям наркотического средства, и получает на банковский счет «Яндекс – Банк» оплату за сбыт наркотического средства; - установленное в ходе предварительного следствия лицо, уголовное дело в отношении которого выделено в отдельное производство, после получения ФИО38 информации от неустановленного следствием лица о местонахождении тайника с вышеуказанным наркотическим средством, с целью последующих незаконных сбытов наркотического средства тайниковым способом, направляется совместно с ФИО38, в указанное неустановленным следствием лицом место, забирает наркотик и перевозит его по месту своего проживания по адресу: &lt;адрес&gt;. Далее, лично или совместно с ФИО38, расфасовывает его на мелкие свертки для дальнейшего сбыта на территории городского округа &lt;адрес&gt; через созданный ФИО38 интернет – магазин под аккаунтом «&lt;данные изъяты&gt;», после чего лично или совместно с ФИО38 устанавливает в тайниковые закладки расфасованное наркотическое средство на территории городского округа Егорьевск Московской области, адреса которых сообщает ФИО38, после чего за выполненную работу получает от ФИО38 денежное вознаграждение за выполненную работу. Объединенные общим преступным умыслом, руководствуясь корыстными побуждениями, ФИО38 и установленное в ходе предварительного следствия лицо, уголовное дело в отношении которого выделено в отдельное производство планировали совместную преступную деятельность на длительный период времени, а организованная преступная группа, членами которой они являлись, отличалась:- планированием совершения преступлений и четким распределением функций между ее участниками; - стабильностью состава, что усиливало связь между соучастниками, и отличало их высокой степенью сплоченности, основанной на единстве интересов и достижении общего преступного результата; - осведомленностью каждого участника о целях, преступном характере и повышенной общественной опасности планируемых к совершению и совершаемых преступных деяний; - подчиненностью членов группы (установленное в ходе предварительного следствия лицо, уголовное дело в отношении которого выделено в отдельное производство) ее руководителю ФИО38; - постоянством форм, методов, навыков и способов совершения преступных деяний; - тщательностью подготовки и планирования преступлений с определением ролей и обязанностей для каждого из участников группы; - предупреждением и исключением при планировании преступлений различного рода возможностей совершения несогласованных действий, а равно возможностей изобличения и задержания; - высокой степенью соблюдения мер конспирации при осуществлении преступной деятельности. При всех указанных обстоятельствах, во исполнение вышеуказанного единого преступного умысла, направленного на незаконные сбыты наркотических средств, в составе организованной группы, ФИО38 и установленное в ходе предварительного следствия лицо, уголовное дело в отношении которого выделено в отдельное производство, приступили к реализации своих преступных намерений, то есть действиям, непосредственно направленным на осуществление незаконных сбытов вышеуказанного наркотического средства, а именно: ДД.ММ.ГГГГ около 08 часов 30 минут, ФИО38 и установленное в ходе предварительного следствия лицо, уголовное дело в отношении которого выделено в отдельное производство, согласно ранее достигнутой договоренности и распределенных ролей, действуя с единым преступным умыслом в составе организованной группы, получив посредством использования системы мгновенного обмена сообщениями (интернет-мессенджера) «&lt;данные изъяты&gt;»), функционирующим с использованием информационно-телекоммуникационной сети «Интернет» от неустановленного следствием лица информацию о местонахождении тайниковой закладки с оптовой партией вышеуказанного наркотического средства, прибыли по указанному неустановленным следствием лицом адресу, где извлекли из тайника партию наркотического средства &lt;данные изъяты&gt;, который является производным наркотического средства &lt;данные изъяты&gt;, массой не менее 1,00 грамма, которую перевезли по месту своего проживания по адресу: &lt;адрес&gt;, где расфасовали ее по мелким сверткам, тем самым подготовив указанное наркотическое средство для дальнейшего незаконного сбыта через созданный ФИО38 интернет – магазин в мессенджере «&lt;данные изъяты&gt;) под аккаунтом «&lt;данные изъяты&gt;». Далее, ФИО38, выполняя свою роль в совершении преступления, действуя в составе организованной группы, ДД.ММ.ГГГГ около 09 часов 33 минуты, организовала тайниковую закладку указанного наркотического средства в земле на участке местности, расположенном в 40 метрах от &lt;адрес&gt;, в виде полимерного свертка массой не менее 1,00 грамма. Однако, ФИО38 и установленное в ходе предварительного следствия лицо, уголовное дело в отношении которого выделено в отдельное производство не довели до конца свой единый совместный преступный умысел, направленный на незаконный сбыт вышеуказанного наркотического средства, в составе организованной группы, в значительном размере, по независящим от них обстоятельствам, поскольку около 10 часов 00 минут ДД.ММ.ГГГГ сотрудниками ОНК ОМВД России по городскому округу Егорьевск, около &lt;адрес&gt;, ФИО38 и установленное в ходе предварительного следствия лицо, уголовное дело в отношении которого выделено в отдельное производство были задержаны, и в ходе осмотра места происшествия в период с 11 часов 30 минут ДД.ММ.ГГГГ по 11 часов 55 минут ДД.ММ.ГГГГ, в земле на участке местности, расположенном в 40 метрах от &lt;адрес&gt;, был обнаружен и изъят сверток с наркотическим средством &lt;данные изъяты&gt;), который является производным наркотического средства N-метилэфедрон, массой не менее 1,00 грамма. &lt;данные изъяты&gt;), который является производным наркотического средства &lt;данные изъяты&gt;, включен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ДД.ММ.ГГГГ №. В соответствии с Постановлением Правительства РФ № от ДД.ММ.ГГГГ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 , и 229.1 УК РФ », количество наркотического средства &lt;данные изъяты&gt;), который является производным наркотического средства &lt;данные изъяты&gt;, массой 1,00 грамма, является значительным размером. Таким образом, подсудимая ФИО38 совершила преступление, предусмотренное ч.3 ст. , п. «а» ч.4 ст. 228.1 УК РФ .</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Она же, подсудимая ФИО38 совершила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организованной группой, не доведенные до конца по независящим от нее обстоятельствам, при следующих обстоятельствах: В точно неустановленное следствием дату и время, но не позднее ДД.ММ.ГГГГ, ФИО38 (лицо в отношении которого в отдельное производство выделено уголовное дело в связи с заключением досудебного соглашения о сотрудничестве), находясь по месту своего проживания по адресу: &lt;адрес&gt;, располагая возможностью получения оптовых партий с наркотическим средством &lt;данные изъяты&gt; который является производным наркотического средства &lt;данные изъяты&gt;, в интернет-магазине «&lt;данные изъяты&gt;» через мессенджер «&lt;данные изъяты&gt;) у неустановленного следствием лица, зарегистрированном под аккаунтом «&lt;данные изъяты&gt;), для последующих незаконных сбытов на территории &lt;адрес&gt;, в точно неустановленное следствием дату и время, но не позднее ДД.ММ.ГГГГ, руководствуясь корыстными побуждениями, решило создать организованную группу, в целях совершения на территории городского округа &lt;адрес&gt; особо тяжких преступлений, связанных с незаконными сбытами наркотических средств неопределенному кругу лиц, для чего создала в мессенджере «&lt;данные изъяты&gt;», принадлежащий ей аккаунт под названием «&lt;данные изъяты&gt;», через который в дальнейшем должен был осуществляться сбыт указанного наркотического средства. Во исполнении своего преступного плана по созданию организованной группы, ФИО38 привлекла к участию в ее преступной деятельности установленному в ходе предварительного следствия лицу, уголовное дело в отношении которого выделено в отдельное производство, которая, стремясь к незаконному обогащению и свободному доступу к наркотическим средствам и получения вознаграждения в виде денежных средств, дала ей свое согласие на участие в организованной группе. Создание и функционирование данной организованной группы заключалось в бесконтактных незаконных сбытах за денежное вознаграждение неопределенному кругу лиц на территории городского округа &lt;адрес&gt; наркотического средства &lt;данные изъяты&gt;), который является производным наркотического средства &lt;данные изъяты&gt; и достижения тем самым общего преступного результата. Способами достижения указанных неправомерных целей являлись совместные и согласованные действия членов организованной группы. Для достижения общих преступных целей и во исполнение заранее разработанного плана ФИО38 решила, а установленное в ходе предварительного следствия лицо, уголовное дело в отношении которого выделено в отдельное производство согласилась, что каждый из членов организованной группы будет принимать непосредственное участие в совершении преступлений, при этом ФИО38 отвела себе роль руководителя организованной группы и организатора совершения преступлений в ее составе, распределив между соучастниками роли и обязанности следующим образом: - ФИО38, посредством использования системы мгновенного обмена сообщениями (интернет-мессенджера) «&lt;данные изъяты&gt;»), функционирующим с использованием информационно-телекоммуникационной сети «Интернет», то есть технологической системы, предназначенной для передачи по линиям связи информации, доступ к которой осуществляется с использованием средств вычислительной техники, получает от неустановленного следствием лица, которое не вступало с ними в предварительный преступный сговор на участие в составе организованной группы, будучи не осведомленным о созданном ФИО38 интернет – магазине под аккаунтом «&lt;данные изъяты&gt;», информацию о местонахождении тайника с вышеуказанным наркотическим средством, с целью последующих незаконных сбытов наркотического средства тайниковым способом, направляется лично или совместно с установленным в ходе предварительного следствия лицом, уголовное дело в отношении которого выделено в отдельное производство в указанное неустановленным следствием лицом место, забирает наркотик и перевозит его по месту своего проживания по адресу: &lt;адрес&gt;. Далее, лично или совместно с установленным в ходе предварительного следствия лицом, уголовное дело в отношении которого выделено в отдельное производство, из приобретенной оптовой партии наркотического средства, расфасовывает его на мелкие свертки для дальнейшего сбыта на территории городского округа &lt;адрес&gt; через созданный ею интернет – магазин под аккаунтом «&lt;данные изъяты&gt;», после чего лично или совместно с установленным в ходе предварительного следствия лицом, уголовное дело в отношении которого выделено в отдельное производство устанавливает в тайниковые закладки расфасованное наркотическое средство на территории городского округа &lt;адрес&gt;, адреса которых сообщает покупателям наркотического средства, и получает на банковский счет «Яндекс – Банк» оплату за сбыт наркотического средства; - установленное в ходе предварительного следствия лицо, уголовное дело в отношении которого выделено в отдельное производство, после получения ФИО38 информации от неустановленного следствием лица о местонахождении тайника с вышеуказанным наркотическим средством, с целью последующих незаконных сбытов наркотического средства тайниковым способом, направляется совместно с ФИО38, в указанное неустановленным следствием лицом место, забирает наркотик и перевозит его по месту своего проживания по адресу: &lt;адрес&gt;. Далее, лично или совместно с ФИО38, расфасовывает его на мелкие свертки для дальнейшего сбыта на территории городского округа &lt;адрес&gt; через созданный ФИО38 интернет – магазин под аккаунтом «&lt;данные изъяты&gt;», после чего лично или совместно с ФИО38 устанавливает в тайниковые закладки расфасованное наркотическое средство на территории городского округа &lt;адрес&gt;, адреса которых сообщает ФИО38, после чего за выполненную работу получает от ФИО38 денежное вознаграждение за выполненную работу. Объединенные общим преступным умыслом, руководствуясь корыстными побуждениями, ФИО38 и установленное в ходе предварительного следствия лицо, уголовное дело в отношении которого выделено в отдельное производство планировали совместную преступную деятельность на длительный период времени, а организованная преступная группа, членами которой они являлись, отличалась: - планированием совершения преступлений и четким распределением функций между ее участниками; - стабильностью состава, что усиливало связь между соучастниками, и отличало их высокой степенью сплоченности, основанной на единстве интересов и достижении общего преступного результата; - осведомленностью каждого участника о целях, преступном характере и повышенной общественной опасности планируемых к совершению и совершаемых преступных деяний; - подчиненностью членов группы (установленным в ходе предварительного следствия лицом, уголовное дело в отношении которого выделено в отдельное производство) ее руководителю ФИО38; - постоянством форм, методов, навыков и способов совершения преступных деяний; - тщательностью подготовки и планирования преступлений с определением ролей и обязанностей для каждого из участников группы; - предупреждением и исключением при планировании преступлений различного рода возможностей совершения несогласованных действий, а равно возможностей изобличения и задержания; - высокой степенью соблюдения мер конспирации при осуществлении преступной деятельности. При всех указанных обстоятельствах, во исполнение вышеуказанного единого преступного умысла, направленного на незаконные сбыты наркотических средств, в составе организованной группы, ФИО38 и установленное в ходе предварительного следствия лицо, уголовное дело в отношении которого выделено в отдельное производство, приступили к реализации своих преступных намерений, то есть действиям, непосредственно направленным на осуществление незаконных сбытов вышеуказанного наркотического средства, а именно: ДД.ММ.ГГГГ около 08 часов 30 минут, ФИО38 и установленное в ходе предварительного следствия лицо, уголовное дело в отношении которого выделено в отдельное производство, согласно ранее достигнутой договоренности и распределенных ролей, действуя с единым преступным умыслом в составе организованной группы, получив посредством использования системы мгновенного обмена сообщениями (интернет-мессенджера) «&lt;данные изъяты&gt;»), функционирующим с использованием информационно-телекоммуникационной сети «Интернет» от неустановленного следствием лица информацию о местонахождении тайниковой закладки с оптовой партией вышеуказанного наркотического средства, прибыли по указанному неустановленным следствием лицом адресу, где извлекли из тайника партию наркотического средства &lt;данные изъяты&gt; который является производным наркотического средства N-метилэфедрон, массой не менее 1,00 грамма, которую перевезли по месту своего проживания по адресу: &lt;адрес&gt;, где расфасовали ее по мелким сверткам, тем самым подготовив указанное наркотическое средство для дальнейшего незаконного сбыта через созданный ФИО38 интернет – магазин в мессенджере «&lt;данные изъяты&gt;) под аккаунтом «&lt;данные изъяты&gt;». Далее, установленное в ходе предварительного следствия лицо, уголовное дело в отношении которого выделено в отдельное производство, выполняя свою роль в совершении преступления, действуя в составе организованной группы, ДД.ММ.ГГГГ около 09 часов 41 минуты, организовала тайниковую закладку указанного наркотического средства в земле на участке местности, расположенном в 40 метрах от &lt;адрес&gt;, свертка массой не менее 0,17 грамма, адрес которой в дальнейшем должна была сообщить ФИО38 Однако, ФИО38 и установленное в ходе предварительного следствия лицо, уголовное дело в отношении которого выделено в отдельное производство не довели до конца свой единый совместный преступный умысел, направленный на незаконный сбыт вышеуказанного наркотического средства, в составе организованной группы, по независящим от них обстоятельствам, поскольку около 10 часов 00 минут ДД.ММ.ГГГГ сотрудниками ОНК ОМВД России по городскому округу Егорьевск, около &lt;адрес&gt;, ФИО38 и установленное в ходе предварительного следствия лицо, уголовное дело в отношении которого выделено в отдельное производство были задержаны, и в ходе осмотра места происшествия в период с 12 часов 00 минут ДД.ММ.ГГГГ по 12 часов 35 минут ДД.ММ.ГГГГ, в земле на участке местности, расположенном в 40 метрах от &lt;адрес&gt;, был обнаружен и изъят сверток с наркотическим средством &lt;данные изъяты&gt;), который является производным наркотического средства &lt;данные изъяты&gt;, массой не менее 0,17 грамма. &lt;данные изъяты&gt;), который является производным наркотического средства &lt;данные изъяты&gt;, включен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ДД.ММ.ГГГГ №. Таким образом, подсудимая ФИО38 совершила преступление, предусмотренное ч.3 ст. , п. «а» ч.4 ст. 228.1 УК РФ .</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Она же, подсудимая ФИО38 совершила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в значительном размере, организованной группой, не доведенные до конца по независящим от нее обстоятельствам, при следующих обстоятельства: В точно неустановленное следствием дату и время, но не позднее ДД.ММ.ГГГГ, ФИО38 (лицо в отношении которого в отдельное производство выделено уголовное дело в связи с заключением досудебного соглашения о сотрудничестве), находясь по месту своего проживания по адресу: &lt;адрес&gt;, располагая возможностью получения оптовых партий с наркотическим средством &lt;данные изъяты&gt;), который является производным наркотического средства &lt;данные изъяты&gt;, в интернет-магазине «&lt;данные изъяты&gt;» через мессенджер «&lt;данные изъяты&gt;) у неустановленного следствием лица, зарегистрированном под аккаунтом «&lt;данные изъяты&gt;), для последующих незаконных сбытов на территории &lt;адрес&gt;, в точно неустановленное следствием дату и время, но не позднее ДД.ММ.ГГГГ, руководствуясь корыстными побуждениями, решило создать организованную группу, в целях совершения на территории городского округа &lt;адрес&gt; особо тяжких преступлений, связанных с незаконными сбытами наркотических средств неопределенному кругу лиц, для чего создала в мессенджере «&lt;данные изъяты&gt;», принадлежащий ей аккаунт под названием «&lt;данные изъяты&gt;», через который в дальнейшем должен был осуществляться сбыт указанного наркотического средства. Во исполнении своего преступного плана по созданию организованной группы, ФИО38 привлекла к участию в ее преступной деятельности установленное в ходе предварительного следствия лицо, уголовное дело в отношении которого выделено в отдельное производство, которая, стремясь к незаконному обогащению и свободному доступу к наркотическим средствам и получения вознаграждения в виде денежных средств, дала ей свое согласие на участие в организованной группе. Создание и функционирование данной организованной группы заключалось в бесконтактных незаконных сбытах за денежное вознаграждение неопределенному кругу лиц на территории городского округа &lt;адрес&gt; наркотического средства &lt;данные изъяты&gt;), который является производным наркотического средства &lt;данные изъяты&gt; и достижения тем самым общего преступного результата. Способами достижения указанных неправомерных целей являлись совместные и согласованные действия членов организованной группы. Для достижения общих преступных целей и во исполнение заранее разработанного плана ФИО38 решила, а установленное в ходе предварительного следствия лицо, уголовное дело в отношении которого выделено в отдельное производство согласилась, что каждый из членов организованной группы будет принимать непосредственное участие в совершении преступлений, при этом ФИО38 отвела себе роль руководителя организованной группы и организатора совершения преступлений в ее составе, распределив между соучастниками роли и обязанности следующим образом: - ФИО38, посредством использования системы мгновенного обмена сообщениями (интернет-мессенджера) «&lt;данные изъяты&gt;»), функционирующим с использованием информационно-телекоммуникационной сети «Интернет», то есть технологической системы, предназначенной для передачи по линиям связи информации, доступ к которой осуществляется с использованием средств вычислительной техники, получает от неустановленного следствием лица, которое не вступало с ними в предварительный преступный сговор на участие в составе организованной группы, будучи не осведомленным о созданном ФИО38 интернет – магазине под аккаунтом «&lt;данные изъяты&gt;», информацию о местонахождении тайника с вышеуказанным наркотическим средством, с целью последующих незаконных сбытов наркотического средства тайниковым способом, направляется лично или совместно с установленным в ходе предварительного следствия лицом, уголовное дело в отношении которого выделено в отдельное производство в указанное неустановленным следствием лицом место, забирает наркотик и перевозит его по месту своего проживания по адресу: &lt;адрес&gt;. Далее, лично или совместно с установленным в ходе предварительного следствия лицом, уголовное дело в отношении которого выделено в отдельное производство, из приобретенной оптовой партии наркотического средства, расфасовывает его на мелкие свертки для дальнейшего сбыта на территории городского округа &lt;адрес&gt; через созданный ею интернет – магазин под аккаунтом «&lt;данные изъяты&gt;», после чего лично или совместно с установленным в ходе предварительного следствия лицом, уголовное дело в отношении которого выделено в отдельное производство устанавливает в тайниковые закладки расфасованное наркотическое средство на территории городского округа &lt;адрес&gt;, адреса которых сообщает покупателям наркотического средства, и получает на банковский счет «Яндекс – Банк» оплату за сбыт наркотического средства; - установленное в ходе предварительного следствия лицо, уголовное дело в отношении которого выделено в отдельное производство, после получения ФИО38 информации от неустановленного следствием лица о местонахождении тайника с вышеуказанным наркотическим средством, с целью последующих незаконных сбытов наркотического средства тайниковым способом, направляется совместно с ФИО38, в указанное неустановленным следствием лицом место, забирает наркотик и перевозит его по месту своего проживания по адресу: &lt;адрес&gt;. Далее, лично или совместно с ФИО38, расфасовывает его на мелкие свертки для дальнейшего сбыта на территории городского округа &lt;адрес&gt; через созданный ФИО38 интернет – магазин под аккаунтом «&lt;данные изъяты&gt;», после чего лично или совместно с ФИО38 устанавливает в тайниковые закладки расфасованное наркотическое средство на территории городского округа &lt;адрес&gt;, адреса которых сообщает ФИО38, после чего за выполненную работу получает от ФИО38 денежное вознаграждение за выполненную работу. Объединенные общим преступным умыслом, руководствуясь корыстными побуждениями, ФИО38 и установленное в ходе предварительного следствия лицо, уголовное дело в отношении которого выделено в отдельное производство планировали совместную преступную деятельность на длительный период времени, а организованная преступная группа, членами которой они являлись, отличалась:- планированием совершения преступлений и четким распределением функций между ее участниками; - стабильностью состава, что усиливало связь между соучастниками, и отличало их высокой степенью сплоченности, основанной на единстве интересов и достижении общего преступного результата; - осведомленностью каждого участника о целях, преступном характере и повышенной общественной опасности планируемых к совершению и совершаемых преступных деяний; - подчиненностью членов группы (установленному в ходе предварительного следствия лицу, уголовное дело в отношении которого выделено в отдельное производство) ее руководителю ФИО38; - постоянством форм, методов, навыков и способов совершения преступных деяний; - тщательностью подготовки и планирования преступлений с определением ролей и обязанностей для каждого из участников группы; - предупреждением и исключением при планировании преступлений различного рода возможностей совершения несогласованных действий, а равно возможностей изобличения и задержания; - высокой степенью соблюдения мер конспирации при осуществлении преступной деятельности. При всех указанных обстоятельствах, во исполнение вышеуказанного единого преступного умысла, направленного на незаконные сбыты наркотических средств, в составе организованной группы, ФИО38 и установленное в ходе предварительного следствия лицо, уголовное дело в отношении которого выделено в отдельное производство, приступили к реализации своих преступных намерений, то есть действиям, непосредственно направленным на осуществление незаконных сбытов вышеуказанного наркотического средства, а именно: ДД.ММ.ГГГГ около 08 часов 30 минут, ФИО38 и установленное в ходе предварительного следствия лицо, уголовное дело в отношении которого выделено в отдельное производство, согласно ранее достигнутой договоренности и распределенных ролей, действуя с единым преступным умыслом в составе организованной группы, получив посредством использования системы мгновенного обмена сообщениями (интернет-мессенджера) «&lt;данные изъяты&gt;»), функционирующим с использованием информационно-телекоммуникационной сети «Интернет» от неустановленного следствием лица информацию о местонахождении тайниковой закладки с оптовой партией вышеуказанного наркотического средства, прибыли по указанному неустановленным следствием лицом адресу, где извлекли из тайника партию наркотического средства &lt;данные изъяты&gt;), который является производным наркотического средства N-метилэфедрон, массой не менее 0,96 грамма, которую перевезли по месту своего проживания по адресу: &lt;адрес&gt;, где расфасовали ее по мелким сверткам, тем самым подготовив указанное наркотическое средство для дальнейшего незаконного сбыта через созданный ФИО38 интернет – магазин в мессенджере &lt;данные изъяты&gt;) под аккаунтом «&lt;данные изъяты&gt;», которое в дальнейшем сбросили на землю около места их задержания по адресу: &lt;адрес&gt; у &lt;адрес&gt;. Однако, ФИО38 и установленное в ходе предварительного следствия лицо, уголовное дело в отношении которого выделено в отдельное производство не довели до конца свой единый совместный преступный умысел, направленный на незаконный сбыт вышеуказанного наркотического средства, в составе организованной группы, в значительном размере, по независящим от них обстоятельствам, поскольку около 10 часов 00 минут ДД.ММ.ГГГГ сотрудниками ОНК ОМВД России по городскому округу Егорьевск, около &lt;адрес&gt;, ФИО38 и установленное в ходе предварительного следствия лицо, уголовное дело в отношении которого выделено в отдельное производство были задержаны, и в ходе осмотра места происшествия в период с 10 часов 40 минут ДД.ММ.ГГГГ по 11 часов 20 минут ДД.ММ.ГГГГ, на земле на участке местности, расположенном в 10 метрах от &lt;адрес&gt;, был обнаружен и изъят 1 полимерный сверток с наркотическим средством &lt;данные изъяты&gt;), который является производным наркотического средства &lt;данные изъяты&gt;, массой не менее 0,16 грамма, 1 резиновый сверток в котором находилось наркотическое средство &lt;данные изъяты&gt; который является производным наркотического средства &lt;данные изъяты&gt;, общей массой не менее 0,38 грамма, 1 бумажный сверток с наркотическим средством &lt;данные изъяты&gt;), который является производным наркотического средства &lt;данные изъяты&gt;, массой не менее 0,42 грамма. &lt;данные изъяты&gt;), который является производным наркотического средства &lt;данные изъяты&gt;, включен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ДД.ММ.ГГГГ №. В соответствии с Постановлением Правительства РФ № от ДД.ММ.ГГГГ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 , и 229.1 УК РФ », количество наркотического средства ?-пирролидиновалерофенон (синоним ?-PVP), который является производным наркотического средства &lt;данные изъяты&gt;, массой 0,96 грамма, является значительным размером. Таким образом, подсудимая ФИО38 совершила преступление, предусмотренное ч.3 ст. , п. «а» ч.4 ст. 228.1 УК РФ .</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Она же, подсудимая ФИО38 совершила незаконные приобретение и хранение, без цели сбыта наркотических средств, в значительном размере, при следующих обстоятельствах: ФИО38, имея преступный умысел, направленный на незаконное приобретение и хранение, без цели сбыта, для личного потребления, наркотического средства &lt;данные изъяты&gt;) в значительном размере, ДД.ММ.ГГГГ около 16 часов 30 минут в неустановленном следствием месте городского округа &lt;адрес&gt;, незаконно приобрела у неустановленного следствием лица, взяв из тайниковой закладки наркотическое средство &lt;данные изъяты&gt;), общей массой не менее 0,29 грамма, которое умышленно, незаконно, без цели сбыта, для личного потребления перевезла по месту своего проживания по адресу: &lt;адрес&gt;, и в дальнейшем хранила по указанному адресу, до ДД.ММ.ГГГГ, когда в ходе проведения осмотра места происшествия ДД.ММ.ГГГГ в период времени 12 часов 50 минут по 14 часов 00 минут оно было обнаружено и изъято у нее сотрудниками ОМВД России по городскому округу Егорьевск. &lt;данные изъяты&gt;), включен в Список наркотических средств, психотропных веществ и их прекурсоров, оборот которых в Российской Федерации запрещен и в соответствии с законодательством Российской Федерации и международными договорами Российской Федерации (список 1) Перечня наркотических средств, психотропных веществ и их прекурсоров, подлежащие контролю в Российской Федерации, утвержденного Постановлением Правительства РФ от ДД.ММ.ГГГГ №. В соответствии с Постановлением Правительства РФ № от ДД.ММ.ГГГГ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 , и 229.1 УК РФ », количество наркотического средства &lt;данные изъяты&gt;), общей массой не менее 0,29 грамма, является значительным размером. Таким образом, подсудимая ФИО38 совершила преступление, предусмотренное ч. 1 ст. 228 УК РФ .</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Она же, подсудимая ФИО38 совершила совершение финансовых операций и других сделок с денежными средствами, приобретенными лицом в результате совершения им преступления, в целях придания правомерного вида владению, пользованию и распоряжению указанными денежными средствами, при следующих обстоятельствах: В период с ДД.ММ.ГГГГ по ДД.ММ.ГГГГ, ФИО38, в результате совершения ею преступлений, предусмотренных ч.3 ст.30 – п.«г» ч.4 ст.228.1, ч.3 ст.30 – п.«г» ч.4 ст.228.1, ч.3 ст.30 – п.п.«а,г» ч.4 ст. 228.1 , ч.3 ст. – п.«а» ч.4 ст. 228.1 , ч.3 ст. – п.«а» ч.4 ст. 228.1 , ч.3 ст. – п.«а» ч.4 ст. 228.1 УК РФ , то есть покушений на незаконный сбыт наркотического средства &lt;данные изъяты&gt; который является производным &lt;данные изъяты&gt;, в значительном и крупном размерах, посредством переводов денежных средств на банковский счет, заключенный в рамках договора № № в «Яндекс - Банке», получила в качестве вознаграждения за свою преступную деятельность от неустановленных следствием лиц, денежные средства в сумме 109 959,43 рубля, которые, в целях придания правомерного вида владению, пользованию и распоряжению, в период времени с ДД.ММ.ГГГГ по ДД.ММ.ГГГГ вывела в установленное на ее мобильном телефоне приложение «&lt;данные изъяты&gt; и в дальнейшем конвертировала и вывела на банковский счет &lt;данные изъяты&gt; №, оформленный на ее имя – ФИО38, а именно: - «Внутрибанковский перевод от №» в сумме 2 898,43 рублей, - «Входящий перевод по номеру карты (SBOL)» в сумме 5605,00 рублей, - «Входящий перевод по номеру карты (&lt;данные изъяты&gt;)» в сумме 5300,00 рублей, - «Входящий перевод СБП, ФИО6., +№» в сумме 3000,00 рублей, - «Входящий перевод СБП, ФИО5., +№» в сумме 1400,00 рублей, - «Входящий перевод СБП, ФИО7 +№» в сумме 700,00 рублей, - «Входящий перевод СБП, ФИО15., +№ Сбербанк» в сумме 1 450,00 рублей, - «Входящий перевод СБП, ФИО8. +№ в сумме 1 000,00 рублей - «Входящий перевод СБП, ФИО17 К., +№ Т-Банк» в сумме 3 000,00 рублей - «Входящий перевод СБП, ФИО9., +№» в сумме 4800,00 рублей - «Входящий перевод СБП, ФИО16., +№ МТС Деньги (ЭКСИ Банк)» в сумме 5601,00 рублей, - «Входящий перевод СБП, ФИО4 ФИО1, +№» в сумме 1 200,00 рублей - «Входящий перевод СБП, ФИО4 ФИО2 № -Банк» в сумме 3000,00 рублей - «Входящий перевод СБП, ФИО10.,+№» в сумме 2 000,00 рублей - «Входящий перевод СБП, ФИО20 №» в сумме 3001,00 рублей - «Входящий перевод СБП, ФИО11 +№» в сумме 700,00 рублей - «Входящий перевод СБП, ФИО19 +№» в сумме 2500,00 рублей - «Входящий перевод СБП, ФИО12 +№, Т-Банк» в сумме 3 200,00 рублей, - «Входящий перевод СБП, ФИО18 +№» в сумме 3 200,00 рублей «Входящий перевод СБП, ФИО13., +№» в сумме 7900,00 рублей - «Входящий перевод СБП, ФИО21 +№» в сумме 4700,00 рублей - «Входящий перевод СБП, ФИО33 ФИО14№» в сумме 1 100,00 рублей «Входящий перевод СБП, ФИО22 +№» в сумме 4300,00 рублей - «Входящий перевод СБП, ФИО32., +7 № №» в сумме 800,00 рублей, - «Входящий перевод СБП, ФИО23. +№» в сумме 2 200,00 рублей - «Входящий перевод СБП, ФИО31 +№» в сумме 15 402,00 рубля, - «Входящий перевод СБП, ФИО24, +№» в сумме 2 100,00 рублей, - «Входящий перевод СБП, ФИО30. +№» в сумме 300,00 рублей, - «Входящий перевод СБП, ФИО25, +№» в сумме 9 401,00 рублей, - «Входящий перевод СБП, ФИО29 № в сумме 1 400,00 рублей, - «Входящий перевод СБП, ФИО26 +№» в сумме 1 200,00 рублей, - «Входящий перевод СБП, ФИО28 №» в сумме 3 001,00 рублей, - «Входящий перевод СБП, ФИО34 ФИО3, +№» в сумме 1 400,00 рублей, - «Входящий перевод СБП, ФИО27 №)» в сумме 1 200,00 рублей. Таким образом, ФИО38 осуществила совершение финансовых операций и других сделок с денежными средствами, приобретенными ею преступлений, предусмотренных ч.3 ст.30 – п.«г» ч.4 ст.228.1, ч.3 ст.30 – п.«г» ч.4 ст.228.1, ч.3 ст.30 – п.п.«а,г» ч.4 ст. 228.1 , ч.3 ст. – п.«а» ч.4 ст. 228.1 , ч.3 ст. – п.«а» ч.4 ст. 228.1 , ч.3 ст. – п.«а» ч.4 ст. 228.1 УК РФ , в целях придания правомерного вида владению, пользованию и распоряжению указанными денежными средствами, то есть легализовал денежные средства на общую сумму 109 959,43 рубля. Таким образом, подсудимая ФИО38 совершила преступление, предусмотренное ч.1 ст. 174.1 УК РФ . Уголовное дело по обвинению ФИО38 поступило в Егорьевский городской суд &lt;адрес&gt; с представлением Егорьевского городского прокурора об особом порядке проведения судебного заседания и вынесения судебного решения по уголовному делу в отношении обвиняемой, с которой заключено досудебное соглашение о сотрудничестве. Государственный обвинитель Аппанович С.В. поддержала доводы представления и выразила свое согласие на рассмотрение дела в особом порядке, предусмотренном главой 40.1 УПК РФ, подтвердила активное содействие ФИО38 следствию в раскрытии и расследовании преступлений, выявлению дополнительных эпизодов ее преступной деятельности. Подсудимая ФИО38 в предъявленном ей обвинении в совершении преступлений, предусмотренных ч.3 ст. п. «г» ч.4 ст. 228.1 УК РФ , ч.3 ст. п. «г» ч.4 ст. 228.1 УК РФ , ч.3 ст. п. «а, г» ч.4 ст. 228.1 УК РФ , ч.3 ст. п. «а» ч.4 ст. 228.1 УК РФ , ч.3 ст. п. «а» ч.4 ст. 228.1 УК РФ , ч.3 ст. п. «а» ч.4 ст. 228.1 УК РФ , ч.1 ст. 228 УК РФ , ч.1 ст. 174.1 УК РФ , вину признала полностью и в судебном заседании заявила, что после консультации с адвокатом она подтверждает свое ходатайство о рассмотрении уголовного дела в особом порядке, предусмотренном главой 40.1 УПК РФ, пояснив, что досудебное соглашение о сотрудничестве было ей заключено с прокурором добровольно, после консультации с защитником, ей были известны последствия выполнения ей условий данного соглашения и особенности рассмотрения дела с применением особого порядка. Защитник Катышева Н.Е. не возражает против рассмотрения уголовного дела в отношении ФИО38 с применением порядка предусмотренного главами 40 и 40.1 УПК РФ, подтвердив добровольность заключения подсудимой досудебного соглашения о сотрудничестве и ее активное участие в раскрытии и расследовании преступлений, выявлению дополнительных эпизодов ее преступной деятельности. Выслушав стороны в соответствии с требованиями ст. 317.7 ч.4 УПК РФ исследовав материалы уголовного дела, суд считает установленным, что досудебное соглашение о сотрудничестве было заключено ФИО38 добровольно и при участии защитника, нарушений ФИО38 условий досудебного соглашения о сотрудничестве судом не установлено, в связи с чем суд находит подлежащим удовлетворению представление прокурора о рассмотрении в отношении подсудимой ФИО38 уголовного дела с применением особого порядка и вынесения судебного решения с применением требований главы 40.1 УПК РФ. Суд считает, что обвинение обосновано и подтверждается собранными по делу доказательствами и приходит к выводу о соблюдении условий постановления приговора без проведения судебного разбирательства, в порядке, предусмотренном ст. и ст. 317.7 УПК РФ . Суд согласен с квалификацией действий подсудимой ФИО38 и квалифицирует их по ч.3 ст. п. «г» ч.4 ст. 228.1 УК РФ – как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крупном размере, не доведенные до конца по независящим от нее обстоятельствам; по ч.3 ст. п. «г» ч.4 ст. 228.1 УК РФ – как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крупном размере, не доведенные до конца по независящим от нее обстоятельствам; по ч.3 ст. п. «а, г» ч.4 ст. 228.1 УК РФ – как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в крупном размере, организованной группой, не доведенные до конца по независящим от нее обстоятельствам; по ч.3 ст. п. «а» ч.4 ст. 228.1 УК РФ – как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в значительном размере, организованной группой, не доведенные до конца по независящим от нее обстоятельствам; по ч.3 ст. п. «а» ч.4 ст. 228.1 УК РФ – как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организованной группой, не доведенные до конца по независящим от нее обстоятельствам; ч.3 ст. п. «а» ч.4 ст. 228.1 УК РФ - как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в значительном размере, организованной группой, не доведенные до конца по независящим от нее обстоятельствам; по ч.1 ст. 228 УК РФ – как незаконные приобретение и хранение, без цели сбыта наркотических средств, в значительном размере; по ч.1 ст. 174.1 УК РФ – как совершение финансовых операций и других сделок с денежными средствами, приобретенными лицом в результате совершения им преступления, в целях придания правомерного вида владению, пользованию и распоряжению указанными денежными средствами. При назначении вида и размера наказания, в соответствии со ст. , 60 УК РФ , суд учитывает характер и степень общественной опасности совершенных подсудимой ФИО38 преступлений, обстоятельства их совершения, сведения о личности виновной, ее отношение к содеянному, обстоятельства смягчающие и отсутствие отягчающих наказание, а также влияние назначенного наказания на исправление осужденной и условия жизни ее семьи. Из материалов уголовного дела, характеризующих личность подсудимого, усматривается, что ФИО38 &lt;данные изъяты&gt; &lt;данные изъяты&gt; Обстоятельствами, смягчающими наказание подсудимой ФИО38 согласно п. «г, и» ч.1 и ч.2 ст. 61 УК РФ , суд признает наличие на иждивении двух малолетних дочерей ДД.ММ.ГГГГ года рождения и ДД.ММ.ГГГГ года рождения, активное способствование раскрытию и расследованию преступлений, выявлению дополнительных эпизодов ее преступной деятельности, представление органам следствия информации, имеющей значение для раскрытия и расследования преступлений, наличие исполненного досудебного соглашения о сотрудничестве, совершение преступлений впервые и раскаяние в содеянном. Суд не усматривает оснований, достаточных для признания в качестве смягчающего наказание ФИО38 обстоятельства, предусмотренного п. «и» ч. 1 ст. 61 УК РФ - явки с повинной (№), так как в действиях ФИО38 по данному преступлению подобные признаки отсутствуют, поскольку преступление совершено в условиях очевидности при проведении проверочного мероприятия «&lt;данные изъяты&gt;», а явка с повинной написана подсудимой уже после возбуждения уголовного дела, однако суд учитывает как иные смягчающие наказание обстоятельства подсудимой ФИО38 по ч. 2 ст. 61 УК РФ . Вопреки доводам подсудимой и стороны защиты суд не усматривает оснований для признания в качестве смягчающего наказание обстоятельства в действиях ФИО38 совершение преступлений в силу стечения тяжелых жизненных обстоятельств, предусмотренного п. "д" ч. 1 ст. 61 УК РФ , поскольку временные материальные затруднения подсудимой вызваны обычными бытовыми причинами, и не могут являться таким обстоятельством при совершении ей, в том числе особо тяжких преступлений и не снижает степень общественной опасности преступлений. Кроме того, суд принимает во внимание трудоспособный возраст ФИО38, которая не имеет инвалидности. Наличия в действиях подсудимой ФИО38 отягчающих наказание обстоятельств, предусмотренных ст. 63 УК РФ , судом не установлено. Учитывая фактические обстоятельства совершенных преступлений и их общественную опасность, суд не находит оснований для применения в отношении ФИО38 положений предусмотренных ч.6 ст. 15 УК РФ . Каких-либо исключительных обстоятельств, существенно уменьшающих степень общественной опасности содеянного, дающих основание для применения при назначении ФИО38 наказания положений ст. 64 УК РФ не имеется. В связи с тем, что ФИО38 заключила и выполнила досудебное соглашение о сотрудничестве, при этом обстоятельства, отягчающие наказание, отсутствуют, суд при назначении наказания применяет ч. 2 ст. 62 УК РФ . Исходя из смысла уголовного закона при назначении наказания лицу, с которым заключено досудебное соглашение о сотрудничестве, в соответствии с ч.2 или ч. 4 ст. 62 УК РФ положения ч.1 ст. 62 УК РФ о сроке и размере наказания учету не подлежат, в связи, с чем при назначении наказания ФИО38 наличие смягчающих обстоятельств, предусмотренных п. "и" ч. 1 ст. 61 УК РФ , при отсутствии отягчающих обстоятельств не влечет за собой применение положений ч. 1 ст. 62 УК РФ . С учетом всех указанных обстоятельств совершения ФИО38, в том числе особо тяжких преступлений, наличия в действиях подсудимой совокупности смягчающих и отсутствие отягчающих наказание обстоятельств, характер и степень фактического участия подсудимой в совершении преступлений, значение этого участия для достижения цели преступлений, его влияние на характер и размер возможного причинения вреда, учитывая данные о личности ФИО38, ее материальное положение, трудоспособный возраст, влияние назначаемого наказания на исправление осужденной и условия жизни ее семьи, принимая во внимание отношение ФИО38 к содеянному, суд, руководствуясь положением ч.2 ст. 43 УК РФ , учитывая цели назначения наказания связанные с восстановлением социальной справедливости, исправления и перевоспитания осужденной, соблюдая требования закона о строго индивидуальном подходе к назначению наказания, не считает возможным исправление ФИО38 без отбывания назначаемого, по совокупности совершенных преступлений наказания и применение к ней положений ст. 73 УК РФ , с учетом положения ч.2 ст. 62 УК РФ , наказания: по ч.1 ст.1741 УК РФ, в виде штрафа, исполнение которого должно производиться реально, с учетом требований ст. 46 УК РФ ; по каждому из двух преступлений, предусмотренных ч.3 ст. п. «г» ч.4 ст. 228.1 УК РФ , по преступлению, предусмотренного ч.3 ст. п. «а, г» ч.4 ст. 228.1 УК РФ , по трем преступления, предусмотренных п. «а» ч.4 ст. 228.1 УК РФ , с учетом требований ч.3 ст. 66 УК РФ , и по преступлению, предусмотренному ч.1 ст. 228 УК РФ - в виде лишения свободы, без назначения дополнительных наказаний в виде лишения права занимать определенные должности или заниматься определенной деятельностью и штрафа, назначение которых считает нецелесообразным. Суд назначает ФИО38 окончательное наказание по совокупности совершенных ей преступлений путем частичного сложения назначенных наказаний в виде лишения свободы, и полного сложения назначенного наказания в виде штрафа, с учетом требований ч.2 ст. 69 УК РФ , ч.2 ст. 71 УК РФ . В связи с последовательным применением положений ч.3 ст. и ч.1 ст. 62 УК РФ судом ФИО38, не может быть назначено наказание по двум преступлениям, предусмотренных ч.3 ст. п. «г» ч.4 ст. 228.1 УК РФ , по преступлению, предусмотренного ч.3 ст. п. «а, г» ч.4 ст. 228.1 УК РФ , по трем преступления, предусмотренных п. «а» ч.4 ст. 228.1 УК РФ в виде лишения свободы на срок превышающий 10 лет, однако в действиях подсудимой наличествуют и иные, признанные в соответствии с ч.2 ст. 61 УК РФ , обстоятельства, признанные судом смягчающими. При таких обстоятельствах, руководствуясь п.34 Постановления Пленума Верховного Суда РФ от ДД.ММ.ГГГГ № «О практике назначения судами Российской Федерации уголовного наказания», суд считает необходимым назначить ФИО38 наказание в виде лишения свободы, ниже нижнего предела предусмотренного санкциями ч.4 ст. 228.1 УК РФ , без применения положений ст. 64 УК РФ . При определении размера наказания в виде штрафа, за совершение преступления, предусмотренного ч.1 ст. 174.1 УК РФ , суд учитывает имущественное положение ФИО38 и ее семьи, а также возможность получения осужденной заработной платы или иного дохода. По мнению суда, назначение ФИО38 условного наказания, с учетом характера и степени общественной опасности совершенных преступлений, обстоятельств их совершения, личности подсудимой, а также характер и степень фактического участия подсудимой в их совершении, значение этого участия для достижения целей преступлений, его влияние на характер и размер причиненного в результате совершения преступлений вреда общественным отношениям, не будет соответствовать, закрепленному в ч.1 ст. 6 УК РФ , принципу справедливости, а также общим принципам назначения наказания, совокупность смягчающих обстоятельств не может расцениваться судом, как безусловное основание для применения ст. 73 УК РФ . Учитывая изложенное, а также то, что в силу положений ст. 43 УК РФ наказание применяется в т.ч. в целях предупреждения совершения новых преступлений, суд полагает, что исправление подсудимой ФИО38 возможно лишь в условиях изоляции ее от общества. Оснований для прекращения уголовного дела, освобождения подсудимой от уголовной ответственности и от наказания, суд не усматривает, исходя из характера совершённых преступлений и данных о личности виновной. С учетом совокупности всех обстоятельств дела, тяжести совершенных ФИО38 преступлений, данных о ее личности, суд не находит оснований для применения в отношении нее положений ст. 82 УК РФ , наличие двух малолетних детей не является безусловным основанием для отсрочки наказания. ФИО38 совершены шесть покушений на особо тяжкие преступления против здоровья населения и общественной нравственности, в сфере незаконного оборота наркотических средств, представляющие повышенную общественную опасность. Преступления совершены ФИО38 умышленно, в составе группы лиц по предварительному сговору и организованной группы. Указанные преступления ФИО38 совершила, имея малолетних детей. При указанных обстоятельствах, суд приходит к выводу, что ФИО38 является общественно опасной для общества, в связи с чем не считает возможным применение положений ст. 82 УК РФ , так как цели наказания - восстановление социальной справедливости, исправление осужденной и предупреждение совершения ею новых преступлений не могут быть достигнуты при отсрочке реального отбывания наказания в условиях занятости воспитанием ребенка. Суд считает, что исправление осужденной возможно лишь в условиях изоляции от общества. При определении срока назначаемого наказания, суд учитывает возраст и состояние здоровья подсудимой, условия ее жизни. При назначении подсудимой ФИО38 вида исправительного учреждения, суд, руководствуясь положением п. «б» ч.1 ст. 58 УК РФ , считает, что назначенное наказание в виде лишения свободы, подлежит отбыванию ей в исправительной колонии общего режима, так как ей совершены преступления в том числе относящиеся к категории особо тяжких преступлений. На основании изложенного, суд руководствуясь требованиями ч.3.2 ст. 72 УК РФ , ч.1 ст. , ч.1 ст. , ч.1 ст. 308 УПК РФ , с учетом избранной в отношении ФИО38 на стадии предварительного следствия, меры пресечения в виде заключения под стражу, а также вида назначаемого наказания и исправительного учреждения, в котором данное наказание подлежит отбытию осужденной, считает, что избранная в отношении ФИО38 мера пресечения подлежит сохранению, а срок ее содержания под стражей с ДД.ММ.ГГГГ до вступления приговора в законную силу, в соответствии с положениями ч.3.2 ст. 72 УК РФ , включен в срок отбытия ей наказания, из расчета один день заключения под стражу, за один день лишения свободы. В силу положений п. «а» ч.1 ст. 104.1 УК РФ деньги, полученные в результате совершения преступлений, предусмотренных ч. 1 ст. 174.1 УК РФ подлежат конфискации, то есть принудительному безвозмездному изъятию и обращению в собственность государства. Указанная правовая позиция содержится также в постановлении Пленума Верховного суда РФ от ДД.ММ.ГГГГ № "О некоторых вопросах, связанных с применением конфискации имущества в уголовном судопроизводстве". Согласно разъяснениям, содержащимся в п. 3.3 постановления Пленума Верховного суда РФ от ДД.ММ.ГГГГ № "О некоторых вопросах, связанных с применением конфискации имущества в уголовном судопроизводстве", исходя из требований ст. 104.1 и 104.2 УК РФ конфискация имущества подлежит обязательному применению при наличии оснований и соблюдении условий, предусмотренных нормами гл.15.1 УК РФ. Согласно ч. 1 ст. 104.2 УК РФ , если конфискация определенного предмета, входящего в имущество, указанное в ст. 104.1 УК РФ , на момент принятия судом соответствующего решения невозможна вследствие его использования, продажи или по иной причине, то суд выносит решение о конфискации денежной суммы, которая соответствует стоимости данного предмета. В соответствии с ч. 2 ст. 104.2 УК РФ , в случае отсутствия либо недостаточности денежных средств, подлежащих конфискации взамен предмета, входящего в имущество, указанное в ст. 104.1 УК РФ , суд выносит решение о конфискации иного имущества, стоимость которого соответствует стоимости предмета, подлежащего конфискации, либо сопоставима со стоимостью этого предмета, за исключением имущества, на которое в соответствии с ГПК РФ не может быть обращено взыскание. Таким образом, исходя из требований ст. 104.1 УК РФ , ст. 104.2 УК РФ конфискация имущества является обязательной мерой уголовно-правового характера. ФИО38 распорядилась денежными средствами, добытых преступным путем, в связи с чем денежные средства у нее не изымались, к материалам уголовного дела в качестве вещественных доказательств не приобщались. Вместе с тем, то обстоятельство, что денежные средства не были изъяты и приобщены к делу в качестве вещественных доказательств, их конфискации не препятствует, поскольку положения ч. 1 ст. 104.2 УК РФ предусматривают возможность конфискации денежных средств или иного имущества взамен предмета, конфискация которого невозможна вследствие его использования или по иной причине. Финансовые операции, совершенные ФИО38 по переводу денежных средств, добытых преступным путем посредством использования приложения «&lt;данные изъяты&gt;» свидетельствуют о том, что денежные средства, в размере 109 959 рублей 43 копейки, были введены в легальный экономический оборот и в соответствии с требованиями п. "а" ч. 1 ст. 104.1 УК РФ , ст. 104.2 УК РФ , указанные денежные средства, полученные в результате совершения преступления, предусмотренного ч. 1 ст. 174.1 УК РФ , подлежат безусловной конфискации, то есть принудительному изъятию и безвозмездному обращению в собственность государства. Таким образом, на основании п. "а" ч. 1 ст. 104.1 УК РФ , ст. 104.2 УК РФ подлежит взысканию с ФИО38 в доход государства 109 959 рублей 43 копейки в счет конфискации денежных средств, полученных в результате совершения ей преступления, предусмотренного ч.1 ст. 174.1 УК РФ . Разрешая судьбу мобильного телефона, принадлежащего ФИО38 марки «&lt;данные изъяты&gt; с сим – картой сотового оператора &lt;данные изъяты&gt;» и сим – картой сотового оператора «&lt;данные изъяты&gt;», которые были признаны вещественными доказательствами, суд руководствуется положениями п. 1 ч. 3 ст. 81 УПК РФ и п. "г" ч. 1 ст. 104.1 УК РФ , в соответствии с которыми орудия, оборудование или иные средства совершения преступления, принадлежащие обвиняемому, подлежат конфискации, или передаются в соответствующие учреждения, или уничтожаются. Поскольку в своей преступной деятельности ФИО38 использовала вышеуказанный мобильный телефон, вела с его помощью переписку с неустановленным следствием лицом, а также с установленным в ходе следствия лицом, уголовное дело в отношении которого выделено в отдельное производство относительно сбыта наркотических средств, совершение финансовых операций и других сделок с денежными средствами, приобретенными в результате совершения ей преступлений, суд полагает необходимым конфисковать данный телефон, обратив его в доход государства. Оснований для решения вопроса о судьбе малолетних детей ФИО38 в порядке, предусмотренном ч. 1 ст. 313 УПК РФ , у суда не имеется, поскольку на настоящий момент ФИО36 и ФИО37, находится на попечении своего отца – ФИО35, вместе с тем полагая необходимым направить копию настоящего приговора уполномоченному органу для сведения. При решении вопроса о вещественных доказательствах суд руководствуется ч. 3 ст. 81 УПК РФ . На основании изложенного и руководствуясь ст. 317.7 УПК РФ суд П Р И Г О В О Р И Л: Признать ФИО38 виновной в совершении преступлений, предусмотренных ч.3 ст. п. «г» ч.4 ст.2281 УК РФ, ч.3 ст. п. «г» ч.4 ст.2281 УК РФ, ч.3 ст. п. «а, г» ч.4 ст.2281 УК РФ, ч.3 ст. п. «а» ч.4 ст.2281 УК РФ, ч.3 ст. п. «а» ч.4 ст.2281 УК РФ, ч.3 ст. п. «а» ч.4 ст.2281 УК РФ, ч.1 ст. 228 УК РФ , ч.1 ст. 174.1 УК РФ и назначить ФИО38 наказание: - по ч.3 ст. п. «г» ч.4 ст.2281 УК РФ (за покушение на сбыт наркотического средства массой 187,5 грамма) – в виде 6 лет лишения свободы без лишения права занимать определенные должности или заниматься определенной деятельностью и без штрафа; -по ч.3 ст. п. «г» ч.4 ст.2281 УК РФ (за покушение на сбыт наркотического средства массой 7,07 грамма) – в виде 6 лет лишения свободы без лишения права занимать определенные должности или заниматься определенной деятельностью и без штрафа; -по ч.3 ст. п. «а, г» ч.4 ст.2281 УК РФ (за покушение на сбыт наркотического средства массой 42,84 грамма) - в виде 6 лет 2 (двух) месяцев лишения свободы без лишения права занимать определенные должности или заниматься определенной деятельностью и без штрафа; -по ч.3 ст. п. «а» ч.4 ст.2281 УК РФ (за покушение на сбыт наркотического средства массой 1,00 грамма) – в виде 6 лет лишения свободы без лишения права занимать определенные должности или заниматься определенной деятельностью и без штрафа; -по ч.3 ст. п. «а» ч.4 ст.2281 УК РФ (за покушение на сбыт наркотического средства массой не менее 0,17 грамма) - в виде 6 лет лишения свободы без лишения права занимать определенные должности или заниматься определенной деятельностью и без штрафа; -по ч.3 ст. п. «а» ч.4 ст.2281 УК РФ (за покушение на сбыт наркотического средства массой 0,96 грамма) - в виде 6 лет лишения свободы без лишения права занимать определенные должности или заниматься определенной деятельностью и без штрафа; -по ч.1 ст. 228 УК РФ – в виде 10 (десяти) месяцев лишения свободы; -по ч.1 ст. 174.1 УК РФ – в размере 40 000 (сорока тысяч) рублей; На основании ч. 2 ст. 69 УК РФ по совокупности преступлений, предусмотренных ч.3 ст. п.«г» ч.4 ст.2281 УК РФ, ч.3 ст. п. «г» ч.4 ст.2281 УК РФ, ч.3 ст. п. «а, г» ч.4 ст.2281 УК РФ, ч.3 ст. п. «а» ч.4 ст.2281 УК РФ, ч.3 ст. п. «а» ч.4 ст.2281 УК РФ, ч.3 ст. п. «а» ч.4 ст.2281 УК РФ, ч.1 ст. 228 УК РФ , ч.1 ст. 174.1 УК РФ , путем частичного сложения назначенных наказаний в виде лишения свободы, и полного сложения назначенного наказания в виде штрафа, назначить ФИО38 окончательное наказание в виде лишения свободы на срок 7 (семь) лет лишения свободы и штрафа в размере 40 000 (сорока тысяч) рублей без лишения права занимать определенные должности или заниматься определенной деятельностью и без штрафа с отбыванием наказания в исправительной колонии общего режима. Меру пресечения ФИО38, в виде заключения под стражу оставить прежней до вступления приговора в законную силу. Срок отбытия наказания в отношении ФИО38 исчислять со дня вступления приговора в законную силу. В соответствии с ч. 3.2 ст. 72 УК РФ , время содержания ФИО38 под стражей с ДД.ММ.ГГГГ до дня вступления настоящего приговора в законную силу зачесть в срок лишения свободы из расчета один день заключения под стражу, за один день лишения свободы, с отбыванием наказания в исправительной колонии общего режима. Наказание в виде штрафа на основании ч.2 ст. 71 УК РФ исполнять самостоятельно. Штраф подлежит уплате на расчетный счет в ГУ Банка России по ЦФО г&lt;данные изъяты&gt; В соответствии с п. «а» ч.1 ст. 104.1 УК РФ , ч. 1 ст. 104.2 УК РФ взыскать с осужденной ФИО38 в доход государства денежные средства в размере 109 959 рублей (сто девять тысяч девятьсот пятьдесят девять) рублей 43 (сорока трех) копеек в счет конфискации денежных средств, полученных ей в результате совершения преступлений. Вещественные доказательства: наркотические средства; пустой зип-пакет из прозрачного полимерного материала; двое электронных весов; детская кукла; 7 (семь) фломастеров; ракушка; три фрагмента коктейльных трубочек; пустая металлическая упаковка из-под клея; 24 крышки; 9 рулонов изоленты; 1 рулон липкой ленты; кусок пластилина; 2 рулона прозрачной полимерной пленки; упаковка уплотнительной фум-ленты; 4 зип-пакета внутри каждого из которых находится множество пустых; электрический вакууматор; 2 листа бумаги с рукописным текстом, хранящиеся в камере хранения ОМВД России по г.о.Егорьевск- хранить по месту хранения до рассмотрения выделенного уголовного дела. Вещественное доказательство: мобильный телефон «&lt;данные изъяты&gt;» с сим – картой сотового оператора «МТС» и сим – картой сотового оператора «Йота», хранящийся в камере хранения ОМВД России по г.о.Егорьевск, как средство совершения преступлений, подлежит в порядке п. "г" ч. 1 ст. 104.1 УК РФ конфискации, то есть в принудительном безвозмездном изъятии и обращении в собственность государства. Вещественное доказательство: мобильный телефон «&lt;данные изъяты&gt;» с сим–картой сотового оператора «МТС» и сим–картой «Тинькофф», четыре банковские карты, хранящиеся в камере хранения ОМВД России по г.о.Егорьевск- хранить по месту хранения до рассмотрения выделенного уголовного дела. Направить копию настоящего приговора в Окружное управление социального развития № Министерства социального развития &lt;адрес&gt; для сведения. Приговор может быть обжалован в апелляционном порядке в Московский областной суд через Егорьевский городской суд Московской области в течение 15 суток со дня его провозглашения, а осужденной ФИО38 в тот же срок со дня вручения ей копии приговора. Осужденная ФИО38 вправе через Егорьевский городской суд Московской области в тот же срок ходатайствовать о своем участии в рассмотрении дела судом апелляционной инстанции, а также поручить осуществление своей защиты избранным ей защитником, либо ходатайствовать перед судом о назначении защитника. Председательствующий судья: подпись Т.Е. Бахаревич Суд: Егорьевский городской суд (Московская область) (подробнее) Судьи дела: Бахаревич Татьяна Евгеньевна (судья) (подробнее) Последние документы по делу: Постановление от 19 ноября 2025 г. по делу № 1-154/2025 Приговор от 20 октября 2025 г. по делу № 1-154/2025 Приговор от 16 июня 2025 г. по делу № 1-154/2025 Приговор от 17 марта 2025 г. по делу № 1-154/2025 Приговор от 10 марта 2025 г. по делу № 1-154/2025 Приговор от 5 марта 2025 г. по делу № 1-154/2025 Постановление от 24 февраля 2025 г. по делу № 1-154/2025 Постановление от 18 февраля 2025 г. по делу № 1-154/2025 Постановление от 26 января 2025 г. по делу № 1-154/2025 Показать все документы по этому делу Судебная практика по: Контрабанда Судебная практика по применению норм ст. 200.1, 200.2, 226.1, 229.1 УК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