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Уссурийск</w:t>
      </w:r>
    </w:p>
    <w:p>
      <w:pPr>
        <w:spacing w:after="200"/>
        <w:jc w:val="center"/>
      </w:pPr>
      <w:r>
        <w:rPr>
          <w:rFonts w:ascii="Times New Roman" w:hAnsi="Times New Roman" w:eastAsia="Times New Roman" w:cs="Times New Roman"/>
          <w:b w:val="0"/>
          <w:i w:val="0"/>
          <w:sz w:val="22"/>
        </w:rPr>
        <w:t>17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Приморский край, Уссурийский городской округ, г. Уссурийск, XXXX;</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Приморский край, Уссурийский городской округ, г. Уссурийск, XXXX;</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Приморский край, Уссурийский городской округ, г. Уссурийск, XXXX; азартные игры с использованием информационно-телекоммуникационных сетей, в том числе сети «Интернет», не связанные с деятельностью букмекерских контор и тотализаторов, при следующих обстоятельствах. ФИО10, действуя согласно разработанному вышеуказанным преступному плану, принципам совершения преступления в составе организованной преступной группы и во исполнение указанного преступного умысла, направленного на незаконные организацию и проведения азартных игр в составе организованной группы, в период с ДД.ММ.ГГ по ДД.ММ.ГГ, находясь на территории г. Уссурийска Уссурийского городского округа Приморского края, в целях надлежащей организации определенных направлений деятельности организованной преступной группы, управления ею, надлежащего проведения в целом азартных игр, как лично, так и при содействии иных участников преступной группы, вовлек в нее ряд лиц, обладающих необходимыми для непосредственной организации и проведения азартных игр познаниями, навыками и опытом, а именно: ФИО7, ФИО4, Рим Ю.А. Так, в период с ДД.ММ.ГГ до ДД.ММ.ГГ ФИО10, находясь на территории г. Уссурийска Уссурийского городского округа Приморского края, с целью реализации своего вышеуказанного преступного умысла с помощью знакомого, личность которого не установлена в ходе предварительного следствия, не осведомленного о преступных намерениях ФИО10, приискал нежилое помещение, расположенное по адресу: Приморский край, Уссурийский городской округ, г. Уссурийск, XXXX, оборудовал данное помещение соответствующим инвентарем для проведения азартных игр, в том числе компьютерной техникой, с помощью специалиста, не установленного входе предварительного следствия, не осведомленного о преступных намерениях ФИО10, произвел подключение данной компьютерной техники к сети «Интернет», самостоятельно приобрел в сети «Интернет» и установил на компьютерную технику программное обеспечение в виде приложений – эмуляторов (копий) игровых автоматов с денежным выигрышем, при помощи вышеуказанного знакомого привлек ООО «Охранное Агентство «ВекТор», сотрудники которой не были осведомлены о преступном умысле ФИО10, для охраны имущества с использованием «Тревожной кнопки», установленной в указанном помещении, и выездов группы быстрого реагирования ООО «Охранное Агентство «ВекТор» при срабатывании тревожной сигнализации, разместил в сети интернет объявления о наборе сотрудников, выполняющих роли администраторов-кассиров в указанном игорном заведении. После открытия указанного игорного заведения в период с ДД.ММ.ГГ до ДД.ММ.ГГ ФИО4, будучи в поисках работы, узнала от знакомых о том, что в организацию, находящуюся по адресу: Приморский край, Уссурийский городской округ, г. Уссурийск, XXXX, требуется администратор-кассир, куда в указанный период прибыла, где получила от неустановленной в ходе следствия работницы разъяснение о том, что в данном помещении осуществляется незаконная игорная деятельность, об условиях работы: график работы посменный, продолжительность смены 24 часа, фиксированная оплата в размере 3 500 рублей за отработанную смену; и функциональных обязанностях: прием ставок в виде наличных денежных средств от посетителей-игроков и зачисление игровых баллов (кредиты, очки, юниты) на баланс игрового эмулятора азартной игры игрового оборудования, эквивалентное сумме переданных посетителем-игроком денежных средств из расчетов 1 кредит = 1 рублю; обеспечение безопасности участников незаконной игорной деятельности, компьютеров и имущества, расположенного в игорном заведении по вышеуказанному адресу; нахождение в помещении игорного заведения и поддержание общего порядка в нем; осуществление допуска в игровое помещение участников азартных игр – посетителей-игроков; оказание противодействия в доступе в помещение игрового клуба сотрудников правоохранительных органов, а также оказание максимального содействия в сокрытии фактов незаконной игорной деятельности, их конспирации, тем самым устранение препятствий совершению преступления; обеспечение сохранности денежных средств, полученных в качестве дохода от незаконной игорной деятельности, имущества игорного заведения и обеспечение безопасных условий работы игорного заведения, составление суточных отчетов о проведенной работе, после чего с указанного периода, то есть не ранее ДД.ММ.ГГ в связи с необходимостью трудоустройства согласилась работать указанном клубе, после чего приступила к выполнению функций оператора игорного заведения, тем самым, достоверно зная о том, что деятельность по организации и проведению азартных игр на территории Российской Федерации с использованием информационно-телекоммуникационных сетей, в том числе сети «Интернет», запрещена, за исключением случаев приема интерактивных ставок и выплаты по ним выигрышей организаторами азартных игр в букмекерских конторах или тотализаторах, а также о том, что на территории г. Уссурийска Уссурийского городского округа Приморского края отсутствует игорная зона, не являясь организатором азартных игр, отвечающих требованиям Федерального закона от 29.12.2006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 целью личного материального обогащения путем извлечения незаконного дохода, посменно, находясь в нежилом помещении, расположенном по адресу: Приморский край, Уссурийский городской округ, г. Уссурийск, XXXX согласно возложенных на нее вышеуказанных обязанностей, осознавая общественную опасность, противоправность и фактический характер своих действий, предвидя наступление общественно опасных последствий своих действий в виде нарушения установленного порядка проведения азартных игр, а также причинения вреда законным интересам государства, выраженным в исключительной возможности осуществления государственного регулирования деятельности по организации и проведению азартных игр на территории Российской Федерации, и желая их наступления, преследуя корыстные цели получения материальной выгоды, действуя умышленно, единолично выполняла обязанности администратора-кассира в данном игорном заведении, тем самым проводила азартные игры вне игорной зоны с использованием информационно-телекоммуникационных сетей, в том числе сети «Интернет», за фиксированную оплату в размере 3 500 рублей за отработанную смену. Далее ФИО10, в период с ДД.ММ.ГГ до ДД.ММ.ГГ, находясь на территории г. Уссурийска Уссурийского городского округа Приморского края, в целях вовлечения в состав организованной группы лица, обладающего необходимыми для незаконной организации и проведения азартных игр познаниями, навыками и опытом в области финансов и учета доходов и расходов, предложил ФИО4, выполняющей функции оператора игорного заведения, расположенного по адресу: Приморский край, Уссурийский городской округ, г. Уссурийск, XXXX войти в состав организованной преступной группы под его руководством и совместно заниматься организацией и проведением азартных игр с использованием информационно-телекоммуникационных сетей, в том числе сети «Интернет», с извлечением соответствующего незаконного дохода, которая, осознавая общественную опасность, противоправность и фактический характер своих действий, предвидя наступление общественно опасных последствий своих действий в виде нарушения установленного порядка проведения азартных игр, а также причинения вреда законным интересам государства, выраженным в исключительной возможности осуществления государственного регулирования деятельности по организации и проведению азартных игр на территории Российской Федерации, и желая их наступления, преследуя корыстные цели получения незаконного дохода, находясь на территории г. Уссурийска Уссурийского городского округа Приморского края, дала свое согласие, тем самым умышленно вошла в состав организованной преступной группы и в дальнейшем с момента вовлечения в период с ДД.ММ.ГГ по ДД.ММ.ГГ приняла активное участие в совершении преступления в ее составе под руководством ФИО10 При этом, реализуя свой совместный преступный умысел, ФИО10 отвел ФИО4 роль исполнителя в незаконной организации и проведении азартных игр в качестве менеджера игорного заведения, и определил ей конкретно следующие функции: личный контроль за деятельностью игорного заведения по адресу: Приморский край, Уссурийский городской округ, г. Уссурийск, XXXX; подбор и приискание лиц для непосредственного проведения азартных игр в подконтрольном игорном заведении в качестве администраторов-кассиров, выполняющих функции операторов данных заведений, не посвящая их в масштабы преступной деятельности, не вовлекая и не включая в состав организованной группы под руководством ФИО10, в том числе подбор и приискание данных лиц через иных администраторов-кассиров, которые уже проводят азартные игры в подконтрольном игорном заведении, а также обучение данных лиц установленным организатором правилам проведения азартных игр в подконтрольных игорных заведениях и их инструктирование по правилам безопасности игорных заведениях и по линии их поведения в случае выявления правоохранительными органами факта незаконных организации и проведения азартных игр; дача администраторам-кассирам в подконтрольных игорных заведениях непосредственных указаний, поручений, осуществление личного контроля за их исполнением; контроль за техническим оснащением игорных заведений, исправности компьютерной техники, исправности сети «Интернет» и принятие мер по устранению технических неполадок и ремонту компьютерной техники путем сообщения о неполадках организатору ФИО10; контроль за сохранностью имущества игорных заведений; контроль за реализацией продукции баров подконтрольных игорных заведений, контроль за наполняемостью баров, в том числе путем дачи указаний администраторам-кассирам; обеспечение подключения компьютерной техники к информационно-телекоммуникационным сетям, в том числе сети «Интернет», организация и контроль использования игровых систем, распространяемых в сети «Интернет» и используемых в подконтрольных игорных клубах; контроль кассы подконтрольного игорного заведения, инкассация денежных средств из кассы игорного заведения и ее пополнение, передача преступного дохода организатору ФИО10; получение и ведение суточных отчетов о доходах и расходах подконтрольных игорных заведений у администраторов-кассиров, выдача денежного вознаграждения, в том числе контроль его личного получения непосредственно из кассы подконтрольных игорных заведений администраторами-кассирами за отработанную смену, а также установление размера данного вознаграждения по согласованию с организатором ФИО10; дача разрешений и указаний администраторам-кассирам на проведение бонусных азартных игр, акций в подконтрольном игорном заведении по согласованию с организатором ФИО10; в выполнении иных задач, направленных на обеспечение беспрепятственного проведения азартных игр, и ФИО10 разъяснил ФИО4 указанные функции и ее роль в совместном совершении преступления, посвятив также в вышеуказанный преступный план, при этом, не посвящая в масштабы преступной деятельности. Далее, с целью расширения масштабов преступной деятельности, направленной на организацию и проведение на территории г. Уссурийска незаконных азартных игр с использованием информационно-телекоммуникационных сетей, в том числе сети «Интернет», для извлечения незаконного дохода, являясь руководителем организованной группы, действуя умышленно, в период с ДД.ММ.ГГ по ДД.ММ.ГГ ФИО10, находясь на территории г. Уссурийска Уссурийского городского округа Приморского края, с помощью знакомого, личность которого не установлена в ходе предварительного следствия, не осведомленного о преступных намерениях ФИО10, приискал нежилое помещение, расположенное по адресу: Приморский край, Уссурийский городской округ, г. Уссурийск, XXXX, оборудовал данное помещение соответствующим инвентарем для проведения азартных игр, в том числе компьютерной техникой, с помощью специалиста, не установленного входе предварительного следствия, не осведомленного о преступных намерениях ФИО10, произвел подключение данной компьютерной техники к сети «Интернет», самостоятельно приобрел в сети «Интернет» и установил на компьютерную технику программное обеспечение в виде приложений – эмуляторов (копий) игровых автоматов с денежным выигрышем, при помощи вышеуказанного знакомого привлек ООО «Охранное Агентство «ВекТор», сотрудники которой не были осведомлены о преступном умысле ФИО10, для охраны имущества с использованием «Тревожной кнопки», установленной в указанном помещении, и выездов группы быстрого реагирования ООО «Охранное Агентство «ВекТор» при срабатывании тревожной сигнализации. После чего, в период с ДД.ММ.ГГ до ДД.ММ.ГГ ФИО10, находясь на территории г. Уссурийска Уссурийского городского округа Приморского края, в целях вовлечения в состав организованной группы лица, обладающего необходимыми для незаконной организации и проведения азартных игр познаниями, навыками и опытом в области финансов и учета доходов и расходов, предложил ранее знакомой ФИО7 войти в состав организованной преступной группы под его руководством и совместно заниматься организацией и проведением азартных игр с использованием информационно-телекоммуникационных сетей, в том числе сети «Интернет», с извлечением соответствующего незаконного дохода, которая, осознавая общественную опасность, противоправность и фактический характер своих действий, предвидя наступление общественно опасных последствий своих действий в виде нарушения установленного порядка проведения азартных игр, а также причинения вреда законным интересам государства, выраженным в исключительной возможности осуществления государственного регулирования деятельности по организации и проведению азартных игр на территории Российской Федерации, и желая их наступления, преследуя корыстные цели получения незаконного дохода, находясь на территории г. Уссурийска Уссурийского городского округа Приморского края, дала свое согласие, тем самым умышленно вошла в состав организованной преступной группы и в дальнейшем с момента вовлечения в период с ДД.ММ.ГГ по ДД.ММ.ГГ приняла активное участие в совершении преступления в ее составе под руководством ФИО10 При этом, реализуя свой совместный преступный умысел, ФИО10 отвел ФИО7 роль исполнителя в незаконной организации и проведении азартных игр в качестве менеджера игорного заведения, и определил ей конкретно следующие функции: личный контроль за деятельностью игорного заведения по адресу: Приморский край, Уссурийский городской округ, г. Уссурийск, XXXX; подбор и приискание лиц для непосредственного проведения азартных игр в подконтрольном игорном заведении в качестве администраторов-кассиров, выполняющих функции операторов данных заведений, не посвящая их в масштабы преступной деятельности, не вовлекая и не включая в состав организованной группы под руководством ФИО10, в том числе подбор и приискание данных лиц через иных администраторов-кассиров, которые уже проводят азартные игры в подконтрольном игорном заведении; дача администраторам-кассирам в подконтрольных игорных заведениях непосредственных указаний, поручений, осуществление личного контроля за их исполнением; контроль за техническим оснащением игорных заведений, исправности компьютерной техники, исправности сети «Интернет» и принятие мер по устранению технических неполадок и ремонту компьютерной техники путем сообщения о неполадках организатору ФИО10; контроль за сохранностью имущества игорных заведений; контроль за реализацией продукции баров подконтрольных игорных заведений, контроль за наполняемостью баров, в том числе путем дачи указаний администраторам-кассирам; обеспечение подключения компьютерной техники к информационно-телекоммуникационным сетям, в том числе сети «Интернет», организация и контроль использования игровых систем, распространяемых в сети «Интернет» и используемых в подконтрольных игорных клубах; контроль кассы подконтрольного игорного заведения, в том числе контроль за денежными переводами, поступающими от посетителей игрового заведения, инкассация денежных средств из кассы игорного заведения и ее пополнение, передача преступного дохода организатору ФИО10; получение и ведение суточных отчетов о доходах и расходах подконтрольных игорных заведений у администраторов-кассиров, выдача денежного вознаграждения, в том числе контроль его личного получения непосредственно из кассы подконтрольных игорных заведений администраторами-кассирами за отработанную смену, а также установление размера данного вознаграждения по согласованию с организатором ФИО10; дача разрешений и указаний администраторам-кассирам на проведение бонусных азартных игр, акций в подконтрольном игорном заведении по согласованию с организатором ФИО10; в выполнении иных задач, направленных на обеспечение беспрепятственного проведения азартных игр, и ФИО10 разъяснил ФИО7 указанные функции и ее роль в совместном совершении преступления, посвятив также в вышеуказанный преступный план, при этом, не посвящая в масштабы преступной деятельности. В период с ДД.ММ.ГГ до ДД.ММ.ГГ ФИО10, находясь на территории г. Уссурийска Уссурийского городского округа Приморского края, с целью расширения масштабов преступной деятельности, направленной на организацию и проведение на территории г. Уссурийска незаконных азартных игр с использованием информационно-телекоммуникационных сетей, в том числе сети «Интернет», для извлечения незаконного дохода, являясь руководителем организованной группы, действуя умышленно, из корыстных побуждений, для вовлечения в состав организованной группы лица, обладающего необходимыми для незаконной организации и проведения азартных игр познаниями, навыками и опытом в области финансов и учета доходов и расходов, предложил войти в состав организованной преступной группы под его руководством и совместно заниматься организацией и проведением азартных игр с использованием информационно-телекоммуникационных сетей, в том числе сети «Интернет», с извлечением соответствующего незаконного дохода, Рим Ю.А., которая в период с ДД.ММ.ГГ до ДД.ММ.ГГ будучи в поисках работы, узнав от неустановленной в ходе следствия знакомой о том, что в организацию, находящуюся по адресу: Приморский край, Уссурийский городской округ, г. Уссурийск, XXXX «А», требуется администратор-кассир, куда в указанный период прибыла, где получила от ФИО4, выполняющей функции менеджера указанного игорного заведения, разъяснение о том, что в данном помещении осуществляется незаконная игорная деятельность, об условиях работы: график работы посменный, продолжительность смены 24 часа, фиксированная оплата в размере 3 500 рублей за отработанную смену; и функциональных обязанностях: прием ставок в виде наличных денежных средств от посетителей-игроков и зачисление игровых баллов (кредиты, очки, юниты) на баланс игрового эмулятора азартной игры игрового оборудования, эквивалентное сумме переданных посетителем-игроком денежных средств из расчетов 1 кредит = 1 рублю; обеспечение безопасности участников незаконной игорной деятельности, компьютеров и имущества, расположенного в игорном заведении по вышеуказанному адресу; нахождение в помещении игорного заведения и поддержание общего порядка в нем; осуществление допуска в игровое помещение участников азартных игр – посетителей-игроков; оказание противодействия в доступе в помещение игрового клуба сотрудников правоохранительных органов, а также оказание максимального содействия в сокрытии фактов незаконной игорной деятельности, их конспирации, тем самым устранение препятствий совершению преступления; обеспечение сохранности денежных средств, полученных в качестве дохода от незаконной игорной деятельности, имущества игорного заведения и обеспечение безопасных условий работы игорного заведения, составление суточных отчетов о проведенной работе, после чего в связи с необходимостью трудоустройства с указанного периода, то есть с ДД.ММ.ГГ согласилась работать указанном клубе, после чего приступила к выполнению функций оператора игорного заведения, тем самым, достоверно зная о том, что деятельность по организации и проведению азартных игр на территории Российской Федерации с использованием информационно-телекоммуникационных сетей, в том числе сети «Интернет», запрещена, за исключением случаев приема интерактивных ставок и выплаты по ним выигрышей организаторами азартных игр в букмекерских конторах или тотализаторах, а также о том, что на территории г. Уссурийска Уссурийского городского округа Приморского края отсутствует игорная зона, не являясь организатором азартных игр, отвечающих требованиям Федерального закона от 29.12.2006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 целью личного материального обогащения путем извлечения незаконного дохода, посменно, находясь в нежилом помещении, расположенном по адресу: Приморский край, Уссурийский городской округ, г. Уссурийск, XXXX «А», согласно возложенных на нее вышеуказанных обязанностей, осознавая общественную опасность, противоправность и фактический характер своих действий, предвидя наступление общественно опасных последствий своих действий в виде нарушения установленного порядка проведения азартных игр, а также причинения вреда законным интересам государства, выраженным в исключительной возможности осуществления государственного регулирования деятельности по организации и проведению азартных игр на территории Российской Федерации, и желая их наступления, преследуя корыстные цели получения материальной выгоды, действуя умышленно, выполняла обязанности администратора-кассира в данном игорном заведении, тем самым проводила азартные игры вне игорной зоны с использованием информационно-телекоммуникационных сетей, в том числе сети «Интернет», за фиксированную оплату в размере 3 500 рублей за отработанную смену, которая, осознавая общественную опасность, противоправность и фактический характер своих действий, преследуя корыстные цели получения незаконного дохода, находясь на территории г. Уссурийска Уссурийского городского округа Приморского края, ответила на предложение ФИО10, тем самым умышленно вошла в состав организованной преступной группы и в дальнейшем с момента вовлечения в период с ДД.ММ.ГГ по ДД.ММ.ГГ приняла активное участие в совершении преступления в ее составе под руководством ФИО10, помимо этого, входя в состав организованной преступной группы под руководством ФИО10, выполняя возложенные на неё обязанности и указания ФИО10, продолжала до ДД.ММ.ГГ с разрешения последнего выполнять функции оператора игорного заведения, расположенного по адресу: Приморский край, Уссурийский городской округ, г. Уссурийск, XXXX «А» и с ДД.ММ.ГГ до ДД.ММ.ГГ по адресу: Приморский край, Уссурийский городской округ, г. Уссурийск, XXXX. Так, реализуя свой совместный преступный умысел, ФИО10 отвел Рим Ю.А. роль исполнителя в незаконной организации и проведении азартных игр в качестве менеджера игорного заведения, и определил ей конкретно следующие функции: помощь в приискании нежилого помещения на территории XXXX городского округа Приморского края, подходящего для организации нового игорного заведения, заключение договора аренды с владельцем помещения, заключение договора на оказание услуг охраны путем установки кнопки тревожной сигнализации в арендованном помещении; после открытия нового игорного заведения личный контроль за деятельностью указанного игорного заведения; подбор и приискание лиц для непосредственного проведения азартных игр в подконтрольном игорном заведении в качестве администраторов-кассиров, выполняющих функции операторов данных заведений, не посвящая их в масштабы преступной деятельности, не вовлекая и не включая в состав организованной группы под руководством ФИО10, в том числе подбор и приискание данных лиц через иных администраторов-кассиров, которые уже проводят азартные игры в подконтрольном игорном заведении, а также обучение данных лиц установленным организатором правилам проведения азартных игр в подконтрольных игорных заведениях и их инструктирование по правилам безопасности игорных заведениях и по линии их поведения в случае выявления правоохранительными органами факта незаконных организации и проведения азартных; дача администраторам-кассирам в подконтрольных игорных заведениях непосредственных указаний, поручений, осуществление личного контроля за их исполнением; контроль за техническим оснащением игорных заведений, исправности компьютерной техники, исправности сети «Интернет» и принятие мер по устранению технических неполадок и ремонту компьютерной техники путем сообщения о неполадках организатору ФИО10; контроль за сохранностью имущества игорных заведений; контроль за реализацией продукции баров подконтрольных игорных заведений, контроль за наполняемостью баров, в том числе путем дачи указаний администраторам-кассирам; обеспечение подключения компьютерной техники к информационно-телекоммуникационным сетям, в том числе сети «Интернет», организация и контроль использования игровых систем, распространяемых в сети «Интернет» и используемых в подконтрольных игорных клубах; контроль кассы подконтрольного игорного заведения, инкассация денежных средств из кассы игорного заведения и ее пополнение, дача разрешения администраторам-кассирам на прием от игроков игорного заведения денежных средств путем денежных переводов, передача преступного дохода организатору ФИО10; получение и ведение суточных отчетов о доходах и расходах подконтрольных игорных заведений у администраторов-кассиров, выдача денежного вознаграждения, в том числе контроль его личного получения непосредственно из кассы подконтрольных игорных заведений администраторами-кассирами за отработанную смену, а также установление размера данного вознаграждения по согласованию с организатором ФИО10; дача разрешений и указаний администраторам-кассирам на проведение бонусных азартных игр, акций в подконтрольном игорном заведении по согласованию с организатором ФИО10; в выполнении иных задач, направленных на обеспечение беспрепятственного проведения азартных игр, и ФИО10 разъяснил Рим Ю.А. указанные функции и ее роль в совместном совершении преступления, посвятив также в вышеуказанный преступный план, при этом, не посвящая в масштабы преступной деятельности. Так, для реализации цели расширения географии преступной деятельности с целью увеличения незаконного дохода, а именно открытия клуба под руководством Рим Ю.А., ФИО10, являясь руководителем организованной группы, действуя умышленно, в период с ДД.ММ.ГГ по ДД.ММ.ГГ, находясь на территории г. Уссурийска Уссурийского городского округа Приморского края, при помощи Рим Ю.А. приискал нежилое помещение, расположенное по адресу: Приморский край, Уссурийский городской округ, г. Уссурийск, XXXX, при этом Рим Ю.А., действуя в составе организованной преступной группы, по указанию ФИО10 заключила ДД.ММ.ГГ с владельцем указанного помещения Свидетель №9, не осведомленным о существовании и целях организованной преступной группы, договор аренды указанного помещения, которое ФИО10 после заключения договора оборудовал соответствующим инвентарем для проведения азартных игр, в том числе компьютерной техникой, с помощью специалиста, не установленного в ходе предварительного следствия, не осведомленного о преступных намерениях ФИО10, произвел подключение данной компьютерной техники к сети «Интернет», самостоятельно приобрел в сети «Интернет» и установил на компьютерную технику программное обеспечение в виде приложений – эмуляторов (копий) игровых автоматов с денежным выигрышем, при помощи Рим Ю.А. привлек ООО «Охранное Агентство «ВекТор», кроме того, Рим Ю.А, входящая в состав организованной преступной группы, по указанию Тона А.В. лично ДД.ММ.ГГ заключила договор с ООО «Охранное агентство «ВекТор» на оказание услуг охраны путем установки кнопки тревожной сигнализации в помещении по адресу: г. Уссурийск, XXXX и установление кнопки тревожной сигнализации. Так, каждый из участников организованной группы: ФИО10, ФИО4, ФИО7 и Рим Ю.А., в период совершения преступления с ДД.ММ.ГГ по ДД.ММ.ГГ в точности выполняли отведенные им роли и осуществляли возложенные на них обязанности, тем самым обеспечивая беспрепятственные организацию и проведение незаконных азартных игр, и как следствие, получение стабильного дохода. Таким образом, созданная и активно действующая вышеуказанная организованная преступная группа, возглавляемая ФИО10, характеризовалась следующими признаками: - наличием организатора и лидера в лице ФИО10; - организованностью и сплоченностью, выражавшихся в руководстве организованной группой единственным лидером ФИО10, строгим подчинением ему всех участников преступной группы, четким распределением ролей и функций между всеми участниками организованной преступной группы, в планировании всей преступной деятельности, в наличии строгого учета всех полученных доходов от преступной деятельности, которые в полном объеме поступали к указанному организатору и которые ФИО10 распределял между собой и участниками преступной группы ФИО4, ФИО7 и Рим Ю.А., а также расходовал на расширение сферы преступной деятельности и на содержание игорных заведений для целей беспрепятственного проведения азартных игр и получения большего преступного дохода; - устойчивостью, выражавшейся в стабильности и постоянстве основного состава организованной преступной группы в лице организатора и исполнителей, рассчитывавших на совместное осуществление преступной деятельности в течение длительного времени, в наличии у всех членов организованной преступной группы единого умысла на совершение преступления и получения дохода, с его осознанием каждым из них, постоянного увеличения такого дохода, а также в постоянстве форм, методов и территории преступных действий; - высокой степенью технической оснащенности, заключающейся в использовании компьютерной техники и специализированных программных продуктов, с использованием информационно-телекоммуникационных сетей, в том числе сети «Интернет», предназначенных исключительно для осуществления незаконной игорной деятельности; - наличием единой системы конспирации преступной деятельности, выражающейся в оснащенности системами видеонаблюдения каждого из игорных заведений, позволяющих вести наблюдение дистанционно, в наличии игорных заведений, где проведение азартных игр осуществляется с использованием компьютерной техники, в инкассации крупной выручки с каждого игорного заведения с целью исключения возможности доступа к незаконному доходу посторонних лиц и сотрудников правоохранительных органов, в использовании для связи между участниками организованной преступной группы специализированных приложений-мессенджеров, установленных как на собственных мобильных телефонах, так и на рабочем телефоне в игорном заведении, расположенном по адресу: Приморский край, г. Уссурийск, XXXX, исключающих возможность получения сотрудниками правоохранительных органов сведений о переговорах и текстовых сообщениях, содержащих информацию о совершенном преступлении, в целях создания препятствий в проведении проверочных мероприятий и недопущения выявления и документирования преступной деятельности, в сокрытии от администраторов-кассиров игорных заведений и иных лиц, обеспечивающих организацию и проведение азартных игр, сведений о личностях всех организаторов, а также о масштабах осуществляемой деятельности, не включая и не вовлекая их в состав организованной преступной группы, привлечением сторонней организации ООО «Охранное Агентство «ВекТор», сотрудники которой не осведомлены о преступном умысле участников организованной группы, для охраны имущества подконтрольных игорных заведений с использованием «Тревожных кнопок», установленных в помещениях данных заведений, и выездов группы быстрого реагирования ООО «Охранное Агентство «ВекТор» при срабатывании тревожной сигнализации. Кроме этого, об устойчивости и сплоченности указанной организованной преступной группы, свидетельствуют: - значительный временной промежуток совместного осуществления незаконной игорной деятельности, а именно с ДД.ММ.ГГ по ДД.ММ.ГГ; - тесная взаимосвязь между организатором незаконной игорной деятельности и исполнителями, согласованность их действий; - иерархическая структура управления, указанная выше; - общность целей и задач, заключавшихся в организации и проведении азартных игр с использованием информационно-телекоммуникационных сетей, в том числе сети «Интернет», сопряженных с извлечением дохода, подкрепленных осознанием того, что успешное достижение преступного результата может быть обеспечено только совместными усилиями; - наличие корыстной цели – получение денежных доходов от преступной деятельности, а также расширение сферы и объемов такой деятельности, систематическое увеличение преступных доходов. Соорганизованность устойчивой организованной преступной группы под руководством ФИО10 выразилась в едином мировоззрении её участников, для которых преступная деятельность являлась источником дохода, в приверженности к легкой наживе преступным путем и уверенности в своей безнаказанности. Именно совместное желание заниматься преступной деятельностью, то есть незаконной организацией и проведением азартных игр на территории г. Уссурийска Уссурийского городского округа Приморского края, в нежилых помещениях по вышеуказанным адресам, объединило всех вышеуказанных лиц в организованную преступную группу. Так, для организации функционирования созданных игорных заведений ФИО10 в период с ДД.ММ.ГГ по ДД.ММ.ГГ установлены единые правила незаконного проведения азартных игр с использованием компьютерной техники, подключенной к информационно-телекоммуникационным сетям, в том числе сети «Интернет», в нежилых помещениях, расположенных по трем вышеуказанным адресам. Согласно данным правилам, администраторы-кассиры игорных заведений, которых не включали и не вовлекали в состав организованной группы в целях конспирации масштабов преступной деятельности, устно заключали с посетителями-игроками (участниками азартных игр) основанные на риске соглашения о денежном выигрыше, который выплачивался участникам азартных игр при наступлении определенного результата азартной игры. Данные соглашения заключались администраторами-кассирами путем получения от посетителей-игроков (участников азартных игр) наличных денежных средств в кассу игорного заведения, кроме того, в игорном заведении, расположенном по адресу: Приморский край, г. Уссурийск, XXXX путем переводов безналичных денежных, для приема ставок, что являлось условием участия в азартных играх, для последующего зачисления кредитов (игровых баллов) на баланс индивидуального логина того или иного персонального компьютера, установленного в указанном игорном заведении, в электронной игровой системе с использованием установленного специализированного программного обеспечения на каждом компьютере, содержащего большой объем азартных игр в виде эмуляторов (копий) игровых автоматов с денежным выигрышем. При этом сумма переданных участником азартных игр денежных средств администратору-кассиру эквивалентна игровым баллам – кредитам в балансе, то есть 1 рубль = 1 кредит. В процессе азартной игры ее участник (посетитель-игрок) мог в случае полного проигрыша внесенных им денежных средств внести на баланс того же самого индивидуального логина другую сумму денежных средств путем их передачи администратору-кассиру и продолжить азартную игру, либо ничего не внося, закончить. По окончании азартной игры администратор-кассир выплачивал из кассы игорного заведения участникам азартных игр наличные денежные средства, эквивалентные выигрышу кредитов (игровых баллов) на балансе логина участника азартных игр в соотношении 1 кредит = 1 рубль. В случае проигрыша всех кредитов в азартных играх, денежные средства участников азартных игр, полученные администратором-кассиром, обращались последним в доход игорного заведения и всех членов организованной преступной группы. Так, ФИО10 в период с ДД.ММ.ГГ по ДД.ММ.ГГ, находясь на территории г. Уссурийска Уссурийского городского округа Приморского края, в том числе и по вышеуказанным адресам трех игорных заведений, действуя умышленно, осознавая общественную опасность, противоправность и фактический характер своих действий, предвидя наступление общественно опасных последствий своих действий в виде нарушения установленного порядка проведения азартных игр, а также причинения вреда законным интересам государства, выраженным в исключительной возможности осуществления государственного регулирования деятельности по организации и проведению азартных игр на территории Российской Федерации, и желая их наступления, преследуя корыстные цели извлечения незаконного дохода, действуя в составе созданной организованной преступной группы совместно и согласованно с ФИО4, ФИО7, Рим Ю.А., согласно отведенной ему роли лидера и организатора преступления, исполняя разработанный вышеуказанный преступный план по незаконным организации и проведению азартных игр, умышленно формировал структуру организованной преступной группы, включающую систему распределения денежных средств, полученных в результате преступной деятельности; вовлек в преступную группу исполнителей ФИО4, ФИО7, Рим Ю.А.; принимал решения об открытии игорных заведений, финансировал их; принимал решения, связанные с планированием и организацией проведения азартных игр, планировал текущую и будущую преступную деятельность; распределил роли между членами организованной группы; давал участникам преступной группы указания, поручения, осуществлял удаленный контроль за их исполнением; осуществлял личный контроль участников организованной преступной группы: ФИО4, ФИО7, Рим Ю.А.; разрабатывал и принимал меры конспирации и защиты от разоблачения; передавал арендную плату собственникам помещений, в которых проводились незаконные азартные игры, посредством подконтрольных участников преступной группы ФИО4, ФИО7, Рим Ю.А.; организовывал и финансировал приобретение и доставку компьютерной техники в помещения игорных заведений, в том числе контролировал их техническое обеспечение и работоспособность, обеспечивал подключение компьютерной техники к информационно-телекоммуникационным сетям, в том числе сети «Интернет», обеспечивал установку необходимого программного обеспечения для азартных игр, организовывал и контролировал использование игровых систем под условными названиями «Чемпион», «Суперматик», распространяемых в сети «Интернет» и используемых в подконтрольных игровых клубах, контролировал их виртуальный баланс и его пополнение с использованием удаленного доступа; ежедневно получал через участников организованной группы отчеты о незаконно полученных доходах и результатах финансовой деятельности игорных заведений; ежедневно получал и концентрировал у себя незаконный преступный доход от участников преступной группы с каждого подконтрольного игорного заведения, в том числе путем банковских переводов на личные расчетные счета; руководил взаиморасчетами между членами организованной преступной группы, распределял доход, полученный преступным путем; самостоятельно приискал и арендовал помещения для игорных заведений по следующим адресам: Приморский край, Уссурийский городской округ, г. Уссурийск, XXXX Приморский край, Уссурийский городской округ, г. Уссурийск, XXXX «А»; совместно и согласованно с Рим Ю.А. приискали и арендовали помещение для игорного заведения по адресу: Приморский край, Уссурийский городской округ, г. Уссурийск, XXXX, а также принимал решения о заключении договоров аренды указанных помещений и договоров с ООО «Охранное агентство «ВекТор» участниками преступной группы, в том числе лично от имени Рим Ю.А., либо от третьих лиц, в целях конспирации; контролировал кассу каждого из игорных заведений; принимал решения о поиске и привлечении к проведению азартных игр администраторов-кассиров в игорные заведения посредством менеджеров ФИО4, ФИО7, Рим Ю.А.; принимал решения о замене компьютерной техники, используемой при проведении азартных игр, в случае выхода ее из строя; принимал решения по приобретению, модернизации, ремонту используемой в преступлении компьютерной техники; лично приобретал компьютерную технику для проведения азартных игр в подконтрольных игорных заведениях; осуществлял контроль наличия продукции в барах игорных заведений посредством менеджеров ФИО4, ФИО7, Рим Ю.А.; принимал решения о проведении бонусных азартных игр, акций; принимал решения о времени выплаты выигрыша посетителям-игрокам при отсутствии денежных средств для указанных целей в кассе игорных заведений. Согласно отведенной ФИО10 ей роли, ФИО4 в период с ДД.ММ.ГГ по ДД.ММ.ГГ, находясь на территории г. Уссурийска Уссурийского городского округа Приморского края, в том числе в игорном заведении, расположенном по адресу: Приморский край, Уссурийский городской округ, г. Уссурийск, XXXX, действуя умышленно, осознавая общественную опасность, противоправность и фактический характер своих действий, предвидя наступление общественно опасных последствий своих действий в виде нарушения установленного порядка проведения азартных игр, а также причинения вреда законным интересам государства, выраженным в исключительной возможности осуществления государственного регулирования деятельности по организации и проведению азартных игр на территории Российской Федерации, и желая их наступления, преследуя корыстные цели извлечения незаконного дохода, действуя в составе созданной организованной преступной группы совместно и согласованно с ФИО10, ФИО7 и Рим Ю.А., согласно отведенной ей роли исполнителя преступления, исполняя разработанный вышеуказанный преступный план по незаконным организации и проведению азартных игр, умышленно лично контролировала деятельность игорного заведения по адресу: Приморский край, Уссурийский городской округ, г. Уссурийск, XXXX; привлекла для непосредственного проведения азартных игр в подконтрольном игорном заведении в качестве администраторов-кассиров, выполняющих функции операторов данных заведений Лица XXXX, уголовное дело в отношении которой выделено в отдельное производство, Рим Ю.А., не посвящая их в масштабы преступной деятельности, не вовлекая и не включая в состав организованной группы под руководством ФИО10, обучала данных лиц установленным организатором правилам проведения азартных игр в подконтрольном игорном заведении и инструктировала данных лиц по правилам безопасности игорного заведения и по линии их поведения в случае выявления правоохранительными органами факта незаконных организации и проведения азартных игр; давала данным администраторам-кассирам в подконтрольном игорном заведении непосредственные указания, поручения, осуществляла личный контроль за их исполнением; контролировала техническое оснащение подконтрольного игорного заведения, исправность компьютерной техники, исправность сети «Интернет» и принимала меры по устранению технических неполадок и ремонту компьютерной техники путем сообщения об указанных фактах ФИО10; контролировала сохранность имущества подконтрольного игорного заведения; контролировала реализацию продукции бара подконтрольного игорного заведения, контролировала наполняемость баров продукцией, в том числе и по согласованию с организатором ФИО10, а также путем дачи указаний администраторам-кассирам; контролировала кассу подконтрольного игорного заведения, в том числе инкассировала денежные средства из кассы игорного заведения и пополняла ее, передавала преступный доход организатору ФИО10, в том числе и для дальнейшего развития и функционирования игорных заведений; получала суточные отчеты о доходах и расходах подконтрольных игорных заведений у администраторов-кассиров; выдавала денежное вознаграждение, в том числе контролировала его личное получение непосредственно из кассы подконтрольного игорного заведения администраторами-кассирами за отработанную смену, а также устанавливала размер данного вознаграждения по согласованию с организатором ФИО10, кроме того, периодически выполняла функции оператора указанного игорного заведения. Согласно отведенной ФИО10 ей роли, ФИО7 в период с ДД.ММ.ГГ по ДД.ММ.ГГ, находясь на территории г. Уссурийска Уссурийского городского округа Приморского края, в том числе в игорном заведении, расположенном по адресу: Приморский край, Уссурийский городской округ, г. Уссурийск, XXXX, действуя умышленно, осознавая общественную опасность, противоправность и фактический характер своих действий, предвидя наступление общественно опасных последствий своих действий в виде нарушения установленного порядка проведения азартных игр, а также причинения вреда законным интересам государства, выраженным в исключительной возможности осуществления государственного регулирования деятельности по организации и проведению азартных игр на территории Российской Федерации, и желая их наступления, преследуя корыстные цели извлечения незаконного дохода, действуя в составе созданной организованной преступной группы совместно и согласованно с ФИО10, ФИО4 и Рим Ю.А., согласно отведенной ей роли исполнителя преступления, исполняя разработанный вышеуказанный преступный план по незаконным организации и проведению азартных игр, умышленно лично контролировала деятельность игорного заведения по адресу: Приморский край, Уссурийский городской округ, г. Уссурийск, XXXX; контролировала Лицо XXXX и Лицо XXXX, проводивших азартные игры в подконтрольном игорном заведении в качестве администраторов-кассиров и непосредственно привлекла для проведения азартных игр в подконтрольном игорном заведении в качестве администратора-кассира, выполняющего функции оператора данного заведения Лицо XXXX, уголовные дела в отношении которых выделены в отдельное производство, не посвящая последних в масштабы преступной деятельности, не вовлекая и не включая в состав организованной группы под руководством ФИО10; давала данным администраторам-кассирам в подконтрольном игорном заведении непосредственные указания, поручения, осуществляла личный контроль за их исполнением; контролировала техническое оснащение подконтрольного игорного заведения, исправность компьютерной техники, исправность сети «Интернет» и принимала меры по устранению технических неполадок и ремонту компьютерной техники путем сообщения об указанных фактах ФИО10; контролировала сохранность имущества игорного заведения; контролировала реализацию продукции бара подконтрольного игорного заведения, контролировала наполняемость бара продукцией, в том числе и по согласованию с организатором ФИО10., а также путем дачи указаний администраторам-кассирам; контролировала кассу подконтрольного игорного заведения, в том числе инкассировала денежные средства из кассы игорного заведения и пополняла ее, передавала преступный доход организатору ФИО10, в том числе и для дальнейшего развития и функционирования игорных заведений, в том числе путем безналичных денежных переводов; получала суточные отчеты о доходах и расходах подконтрольного игорного заведения у администраторов-кассиров; выдавала денежное вознаграждение, в том числе контролировала его личное получение непосредственно из кассы подконтрольного игорного заведения администраторами-кассирами за отработанную смену, а также устанавливала размер данного вознаграждения по согласованию с организатором ФИО10 Согласно отведенной ФИО10 ей роли, Рим Ю.А. в период с ДД.ММ.ГГ по ДД.ММ.ГГ, находясь на территории г. Уссурийска Уссурийского городского округа Приморского края, в том числе в игорном заведении, расположенном по адресу: Приморский край, Уссурийский городской округ, г. Уссурийск, XXXX, действуя умышленно, осознавая общественную опасность, противоправность и фактический характер своих действий, предвидя наступление общественно опасных последствий своих действий в виде нарушения установленного порядка проведения азартных игр, а также причинения вреда законным интересам государства, выраженным в исключительной возможности осуществления государственного регулирования деятельности по организации и проведению азартных игр на территории Российской Федерации, и желая их наступления, преследуя корыстные цели извлечения незаконного дохода, действуя в составе созданной организованной преступной группы совместно и согласованно с ФИО10, ФИО7 и Рим Ю.А., согласно отведенной ей роли исполнителя преступления, исполняя разработанный вышеуказанный преступный план по незаконным организации и проведению азартных игр, умышленно совместно с ФИО10 осуществляла поиск подходящего для осуществления незаконной игорной деятельности помещения, совместно с ФИО10 приискали помещение, расположенное по вышеуказанному адресу: Приморский край, Уссурийский городской округ, г. Уссурийск, XXXX, лично заключила договор аренды с собственником помещения Свидетель №9, не осведомленным о преступных намерениях, заключила договор с ООО «Охранное агентство «ВекТор» на оказание услуг охраны путем установки кнопки тревожной сигнализации в указанном помещении, после оборудования лично ФИО10 в указанном помещении игорного заведения, контролировала деятельность данного игорного заведения по адресу: Приморский край, Уссурийский городской округ, г. Уссурийск, XXXX; привлекла для непосредственного проведения азартных игр в подконтрольных игорных заведениях в качестве администраторов-кассиров Лицо XXXX и Лицо XXXX, уголовные дела в отношении которых выделены в отдельное производство, выполняющих функции операторов данных заведений, не посвящая их в масштабы преступной деятельности, не вовлекая и не включая в состав организованной группы под руководством ФИО10, обучала данных лиц установленным организатором правилам проведения азартных игр в подконтрольном игорном заведении и инструктировала данных лиц по правилам безопасности игорного заведения и по линии их поведения в случае выявления правоохранительными органами факта незаконных организации и проведения азартных игр; давала данным администраторам-кассирам в подконтрольном игорном заведении непосредственные указания, поручения, осуществляла личный контроль за их исполнением; контролировала исправность компьютерной техники, исправность сети «Интернет»; контролировала сохранность имущества игорного заведения; контролировала реализацию продукции бара подконтрольного игорного заведения, контролировала наполняемость бара продукцией, в том числе и по согласованию с организатором ФИО10, а также путем дачи указаний администраторам-кассирам; контролировала кассу подконтрольного игорного заведения, в том числе инкассировала денежные средства из кассы игорного заведения и пополняла ее, давала разрешение на прием от игроков денежных переводов, передавала преступный доход организатору ФИО10, в том числе и для дальнейшего развития и функционирования игорных заведений; получала суточные отчеты о доходах и расходах подконтрольных игорных заведений у администраторов-кассиров; выдавала денежное вознаграждение, в том числе контролировала его личное получение непосредственно из кассы подконтрольных игорных заведений администраторами-кассирами за отработанную смену, кроме того, выполняла функции оператора указанного игорного заведения и оператора игорного заведения, расположенного по адресу: Приморский край, Уссурийский городской округ, г. Уссурийск, XXXX «А» до начала функционирования подконтрольного ей игорного заведения по адресу: Приморский край, Уссурийский городской округ, г. Уссурийск, XXXX. Так, Рим Ю.А., входя в состав организованной преступной группы под руководством ФИО10, совмещая функции менеджера и оператора игорного заведения, действуя в соответствии с возложенными на неё обязанностями по организации и проведению азартных игр, ДД.ММ.ГГ в период с 19 часов 38 минут до 20 часов 20 минут, находясь в помещении игорного заведения, расположенном по адресу: Приморский край, Уссурийский городской округ, г. Уссурийск, XXXX «А», заключила устное, основанное на риске соглашение о денежном выигрыше с посетителем-игроком под псевдонимом «ФИО65.», действовавшим в рамках оперативно-розыскного мероприятия «Оперативный эксперимент», о чем он не был осведомлен, на сумму 1000 рублей, которые «ФИО65.» передал Рим Ю.А., и в последующем в результате проведенной последней с ним азартной игры, проиграл. Помимо этого, Рим Ю.А., входя в состав организованной преступной группы под руководством ФИО10, совмещая функции менеджера и оператора игорного заведения, действуя в соответствии с возложенными на неё обязанностями по организации и проведению азартных игр, ДД.ММ.ГГ в период с 20 часов 20 минут до 20 часов 56 минут, находясь в помещении игорного заведения, расположенном по адресу: Приморский край, Уссурийский городской округ, г. Уссурийск, XXXX, заключила устное, основанное на риске соглашение о денежном выигрыше с посетителем-игроком Свидетель №10, действовавшим в рамках оперативно-розыскного мероприятия «Оперативный эксперимент», о чем она не была осведомлен, на сумму 1000 рублей, которые Свидетель №10 передал Рим Ю.А., и в последующем в результате проведенной последней с ним азартной игры, проиграл. Помимо этого, Рим Ю.А., входя в состав организованной преступной группы под руководством ФИО10, совмещая функции менеджера и оператора игорного заведения, действуя в соответствии с возложенными на нее обязанностями по организации и проведению азартных игр, ДД.ММ.ГГ в период с 11 часов 10 минут до 12 часов 30 минут, находясь в помещении игорного заведения, расположенном по адресу: Приморский край, Уссурийский городской округ, г. Уссурийск, XXXX, заключил устное, основанное на риске соглашение о денежном выигрыше с посетителем-игроком Свидетель №10, действовавшим в рамках оперативно-розыскного мероприятия «Оперативный эксперимент», о чем она не была осведомлена, на сумму 700 рублей, которые Свидетель №10 передал Рим Ю.А., и в последующем в результате проведенной последней с ним азартной игры, проиграл. Таким образом, в период с ДД.ММ.ГГ по ДД.ММ.ГГ, то есть до момента, когда преступная деятельность всех вышеуказанных лиц пресечена сотрудниками правоохранительных органов, ФИО10 совместно и согласованно с ФИО4, ФИО7 и Рим Ю.А., действуя умышленно, в составе организованной преступной группы, осознавая общественную опасность, противоправность и фактический характер своих действий, предвидя наступление общественно опасных последствий в виде нарушения установленного порядка проведения азартных игр, а также причинения вреда законным интересам государства, выраженным в исключительной возможности осуществления государственного регулирования деятельности по организации и проведению азартных игр на территории Российской Федерации, и желая их наступления, из корыстной заинтересованности, выразившейся в личном материальном обогащении путем извлечения незаконного дохода, умышленно организовали и проводили азартные игры в нежилых помещениях, расположенных по следующим адресам: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Приморский край, Уссурийский городской округ, г. Уссурийск, XXXX;</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Приморский край, Уссурийский городской округ, г. Уссурийск, XXXX «а»;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Приморский край, Уссурийский городской округ, г. Уссурийск, XXXX, с использованием информационно-телекоммуникационных сетей, в том числе сети «Интернет», обеспечив доступность данных игорных заведений неограниченному количеству посетителей-игроков. В результате совершения ФИО10 в составе организованной преступной группы совместно с ФИО4, ФИО7, Рим Ю.А. указанных умышленных преступных действий извлечен доход от деятельности вышеназванных игорных заведений, в том числе в период с ДД.ММ.ГГ по ДД.ММ.ГГ в сумме 3 741 877 рублей, являющийся крупным размером, которым распорядились по своему усмотрению, в том числе, на развитие и функционирование указанных игорных заведений. Подсудимая ФИО4 вину в преступлении признала частично и отказался от дачи показаний на основании ст. 51 Конституции РФ. В судебном заседании, в связи с отказом от дачи показаний в порядке п. 3 ч. 1 ст. 276 УПК РФ оглашен протокол допроса обвиняемой ФИО4 от ДД.ММ.ГГ (т.3 л.д. 123-130), согласно которому вину по предъявленному обвинению признает частично, а именно действительно участвовала в незаконной деятельности по проведению азартных игр на территории XXXX в клубе, расположенном по адресу: XXXX, но данную деятельность не организовывала, и кто точно её организовал, в какой период, не знает, то есть не согласна с квалификацией – совершение преступления в составе организованной преступной группы. К иным клубам, общему доходу никакого отношения не имела, доход не делила и не распределяла, у неё была фиксированная заработная плата, более ничего, то есть она фактически была наемным работником. О существовании двух других игорных заведений узнавала случайно, то есть сам Тон её не ставил в известность об их открытии, об их работе ничего не известно. С Подоляко (ФИО9) ФИО35 и Рим Ю. поддерживала приятельские отношения, деятельность совместно с ФИО10 не обсуждали, то есть с Подоляко (ФИО9) и Рим какого-либо сговора не было. В январе 2021, точную дату не помнит, так как ей нужна была работа, от кого-то из знакомых она узнала о том, что в игорное заведение, расположенное по адресу: г. Уссурийск, XXXX (клуб), требуется работник администратор-кассир. В январе 2021 она обратилась в указанное заведение, где стала работать посменно в должности администратора-кассира. Она понимала, что в данном заведении проводятся азартные игры, то есть данная деятельность незаконная. С девочками, с которыми она менялась по сменам, не общались, документы друг друга не видели. Охранников в клубе не было, имелась тревожная кнопка, при нажатии на которую приезжала группа быстрого реагирования. Какой компанией осуществлялась охрана, не знает. Условия работы и обязанности кассира ей разъяснил кто-то из девушек, работавших в клубе в такой же должности. Но кто это был, не помнит – прошло много времени. Так, в указанном клубе было два помещения – непосредственно зал с игровым оборудованием – компьютерной техникой и небольшое помещение для кассира, в котором оборудовано окно. Также имеется туалет. Входная дверь свободно не открывалась, имелся магнитный замок, с целью исключить посторонним доступ. Рядом с дверью был звонок, но он не работал, посетители-игроки стучали в дверь. Над входом были установлены камеры, изображение с которых в онлайн-режиме передавалось на монитор, установленный в помещении для кассира. Окна отсутствовали. Кассир, осмотрев посетителя через камеру, открывал дверь нажатием на кнопку. Посетитель входил в игровой зал. В игровом зале было установлено примерно 15 компьютеров в сборе (монитор, системный блок, клавиатура и мышь), точно не помнит, часть их периодически не работала. Также был установлен компьютер в сборе в помещении для кассира. Компьютер кассира объединял все установленные в игровом зале компьютеры в единую локальную сеть. Все компьютеры были подключены к интернету. Какой компании был интернет-провайдер, ей не известно. В помещении кассира также были установлены 2 камеры. Одна в онлайн режиме передавала изображение на электронное устройство (мобильный телефон), на котором установлена специальная программа. То есть за происходящим в кассе можно наблюдать онлайн даже при помощи телефона, на котором установлена программа. Также камеры были установлены в игровом помещении, изображение передавалось на монитор в кассе. Работа администратора-кассира была посменная, длительность смены 24 часа, оплата исчислялась из расчета 3500 рублей за смену. В обязанности кассира входило следующее. На компьютерах установлено две игровые программы (системы) «Champion» («Чемпион») и «Суперматик» (игровые эмуляторы азартной игры). Посетитель заведения, желающий осуществить азартную игру, стучал в дверь, кассир оценивала посетителя, при помощи кнопки на барной стойке открывала дверь, игрок входил в помещение, подходил к кассиру, передавал денежную сумму, на которую хотел совершить азартную игру, после чего, кассир принимала денежные средства от посетителя, далее на компьютере администратора создавала аккаунт с логином/паролем (логин) в игровой системе «Чемпион» или «Суперматик» в зависимости от того, в какой системе хотел играть посетитель. Вход в систему с компьютера администратора осуществлялся при помощи ввода постоянного логина и пароля, но обычно основная страница, на которой создавались логины и пароли клиентов, была открыта и не требовала пароля. В системе администратора кассир создавала новый счет (логин), принимая ставку в виде наличных денежных средств от игрока и зачисляя игровые баллы (кредиты) на баланс логина игрового оборудования в размере, эквивалентном сумме переданных посетителем-игроком денежных средств из расчетов 1 кредит (балл) = 1 рубль. При каждой игре со счета игрока списывались кредиты (виртуальные денежные единицы). В случае выигрыша, посетитель предоставлял кассиру свой листок с логином/ паролем, по которому кассир в игровой системе через компьютер администратора смотрела остаток денежных средств на счете этого пользователя, и, убедившись в наличии требуемой игроком суммы (фактическое наличие средств на таком игровом аккаунте), выдавала денежные средства (выигрыш) посетителю из кассы. В случае проигрыша посетитель прекращал игру, или же мог внести денежные средства дополнительно. Кассир зачислял кредиты на счет ранее созданного логина в размере, равном внесенной денежной сумме. По окончанию смены кассир осуществлял уборку помещения, а также составлял суточный отчет. Составляемый по окончанию смены отчет отправлялся по электронной почте на электронный адрес, открытый на рабочем столе компьютера кассира. В отчет вносилась информация о дате составления отчета по окончанию смены, информация согласно названиям в графах: «НС» - количество баллов по игровым программам на начало смены, «Ч» - сумма полученная от игроков за игру «Чемпион», «С» - сумма полученная от игроков за игру «Суперматик», «ЛИМИТ» - сумма, постоянно находящаяся в кассе для размена (20 000 рублей), «РАСХОД» - сумма, потраченная на возможные расходы, «КС» - количество баллов на конец смены, «ИТОГ» - сумма полученная от игроков за смену, «ОБЩИЙ ИТОГ» - сумма, полученная от игроков за исключением расхода. Конец смены «КС» в отчете является началом следующей смены «НС». В случае возникновения вопросов можно было звонить «контролеру», номер которого был записан в кассе, кто это был, на тот момент я не знала. В качестве «кассира» в данном заведении она проработала недолго, так как в феврале 2021 забеременела, после беременности не могла в полной мере осуществлять обязанности кассира. В феврале она позвонила «контролеру» клуба (как узнала далее ФИО10) и сказала об этом. Тон предложил ей встретиться, они встретились на территории XXXX в феврале 2021, Тон предложил ей осуществлять деятельность не в качестве «кассира», а в качестве «старшей» клуба (менеджера), он ей разъяснил обязанности, назначил оплату её услуг – 10 000 рублей в месяц и 6200 рублей на оплату услуг такси или бензин. В обязанности «менеджера», разъясненные ей ФИО10 и которые она выполняла, входило следующее. Тон предложил забирать денежные средства из клуба по указанному выше адресу и передавать ему, получать и проверять отчеты, направляемые кассирами электронной почтой, выдавать заработную плату «кассирам», покупать необходимые товары – кофе, чай, пиво, салфетки и туалетную бумагу, чистящие принадлежности, пластиковые стаканы в клуб, поддерживать связь с «кассирами», контролировать и организовывать их работу, беседовать с претендентами на должность кассиров, рассказывать об обязанностях, то есть стать звеном между клубом и Тоном, чтобы сам Тон не контактировал с кассирами напрямую. При этом ей не нужно было постоянно находиться в клубе, то есть обязанности не были тяжелыми. Она согласилась. Кассиры при возникающих вопросах (не работает интернет, сломался компьютер, не хватило денежных средств на выдачу выигрыша и т.п.), должны были обращаться к ней, а она передавать информацию Тону, последний уже сам решал указанные вопросы. Для осуществления данной деятельности она приобрела на свои деньги телефон марки «Samsung», Тон ей дал сим-карту. На кого она зарегистрирована, не знает. В последующем сим-карты менялись. Тон давал ей новые сим-карты примерно 1 раз в месяц. На телефоне она установила аккаунт с ником «Морриган», на электронную почту которого приходили ежедневные отчеты от кассиров. Она стала осуществлять указанную деятельность. Девочкам «кассирам» в клубе она давала номера своего рабочего телефона. Общались они через приложение «Телеграмм». В данном приложении её контакт назывался «Морриган». Тон также часто менял номера телефонов. Она его контакты записывала в рабочем телефоне как «Папа». Общались они только по рабочему телефону. То есть все общение с «кассирами» велось через неё. «Кассиры» с Тон не общались. Также у неё на рабочем телефоне была установлена программа, через которую она могла наблюдать за кассирами с камеры, установленной в кассе. Но в какой-то период эта программа у неё «слетела», она должна была её переустановить, для чего ей должны были передать логин и пароль, но программа у неё на телефоне не устанавливалась, поэтому более она за кассирами не следила. Следил ли за ними Тон, не знает, насколько помнит, он ей на кассиров не жаловался. Так, с февраля -марта 2021 она стала выполнять указанные обязанности – ежедневно в утреннее время получала отчеты, далее приезжала в клуб, забирала прибыль от работы клуба, которую передавала в районе XXXX в г. Уссурийске ФИО10 Суммы обычно были небольшие. Она пользовалась своим автомобилем марки «Тойота Королла» или услугами такси. Тон передвигался сначала на автомобиле-универсале серого цвета, потом на автомобиле марки «Субару Форестер» синего цвета, затем такой же марки черного цвета. Так, в автомобиле она передавала ему денежные средства, полученные от кассиров, передавала информацию о возникающих проблемах, он ей давал поручения – привезти новый компьютер в клуб, купить чай, кофе, пиво, при этом компьютер он сам давал, она их не покупала. То есть она выполняла его поручения. С кем-то кроме Тона не общалась. Заработную плату ей выдавал Тон. Получала она её один раз в месяц наличными. Также Тон иногда передавал ей деньги в конверте для «кассиров», которые она привозила в клуб в качестве заработной платы, где девочки сами распределяли заработную плату согласно сменам, иногда по договоренности с ней они брали деньги в качестве заработной платы из кассы. Заработная плата кассирами получалась два раза в месяц. В среднем за сутки прибыль от клуба составляла 15000-30000 рублей, точнее не скажет, так как не запоминала. Иногда, когда денежных средств в клубе не хватало, она по договоренности встречалась с ФИО10, последний передавал ей денежные средства для того, чтобы она завезла их в клуб. По возможности отвечала на вопросы кассиров в случае их возникновения, поддерживала с кассирами связь, то есть последние ей звонили, сообщали о возникающих проблемах, о чем она далее сообщала ФИО10 Девушек-кассиров она сама не подбирала, если они приходили с целью трудоустройства в клуб, сами кассиры их встречали, могли объяснить принципы работы, но согласие на работу давала она с разрешения ФИО10 Иногда, если она была в клубе, могла общаться с девушками. В январе-феврале 2021 в клуб для трудоустройства пришла Рубец ФИО29. Она точно не помнит, была ли она еще кассиром, или уже менеджером, но она Рубец Н. показала, как осуществляется работа клуба, после чего Рубец Н. стала работать в клубе, выполняя обязанности оператора игорного заведения. Она подумала, что Рубец уже где-то работала в аналогичном заведении. В сентябре 2021 в клуб для трудоустройства пришла Рим Ю., которой она-ФИО4 также показала, как осуществляется работа клуба, разъяснила условия работы, Рим Ю.А. стала выполнять функции оператора игорного клуба. Обеим девушкам она не рассказывала о Тоне А.В., общение с ними было только по выполнению ими работы. Немного позднее она и Рим Ю. стали поддерживать приятельские отношения, однако о Тоне она также ей ничего не рассказывала, с ФИО10 не знакомила, Рим Ю. ей не рассказывала о том, что ФИО10 последней звонил. В июле 2022 Рим Ю. уволилась, при этом объяснила причину увольнения из клуба по XXXX «а» личными обстоятельствами, то есть Рим Ю.А. не говорила, что ФИО10 перевел последнюю в другой клуб. Она вообще не знала об открытии нового клуба, ФИО10 ей не говорил об этом. Уже позднее она увидела, как Рим Ю. встречается с ФИО10, поняла, что та передавала ему денежные средства с другого какого-то клуба. Далее в личном разговоре Рим Ю.А. это подтвердила, но подробности они не обсуждали, в новом клубе она не была, где он располагался, ей известно не было. По поводу Подоляко (ФИО9) ФИО35 сообщила следующее. Знакомы они очень давно, не помнит, как познакомились. При знакомстве ФИО12 представилась Свидетель №6, она-ФИО4 была уверена, что последнюю так зовут. Этим именем ФИО12 у неё записана в телефоне. Они поддерживали приятельские отношения, периодически созванивались, переписывались посредством мобильных приложений, обсуждая детей, какие-то жизненные ситуации. О том, где она работала, где работала ФИО12 – мы не обсуждали. То есть мне не было известно, что ФИО35, как и она, работала на Тона А.В. Уже через продолжительное время после работы в клубе по XXXX «А», она как-то увидела ФИО12, которая встречалась с ФИО10 Она поняла, что Подоляко также работает на Тона А.В., но в каком клубе, то есть по какому адресу располагался этот клуб, не знала. В разговоре Подоляко подтвердила, что работает на Тона в игорном клубе. Но подробности они не обсуждали. ФИО10 их не знакомил, не связывал между собой, возможно, он и не знал, что они знакомы. С Подоляко они работу не обсуждали, она решила, что это не её дело. Еще через какое-то время ей что-то понадобилось, возможно, она не успела купить стаканы в клуб в рабочее время, попросила помощи у Подоляко. То есть она помнит, что как-то один раз заезжала в клуб по XXXX, где и работала Подоляко. Но сама она к указанному клубу не имела никакого отношения, ни Тон, ни Подоляко не просили её о какой-то помощи, подмене. То есть она работала только в клубе по XXXX «А», к иным клубам отношения не имела. После того, как Рим Ю. уволилась из клуба по XXXX «А», она решила для дополнительного заработка, так как требовались деньги, чтобы собрать детей в школу, выполнять обязанности кассира в указанном клубе, Так, ДД.ММ.ГГ она заступила на смену в клуб, и ДД.ММ.ГГ в клубе был произведен обыск. Так, она просто выполняла свои обязанности, которые определил ей ФИО10, за что получала фиксированную заработную плату, в какой-то организованной группе она не состояла, к организации этой деятельности, к распределению прибыли от незаконной игорной деятельности отношения не имела. В содеянном раскаивается. Совершать указанные действия её побудили материальные трудности – для содержания и воспитания малолетних детей требуются денежные средства, её муж также имеет заболевание. Ввиду его заболевания и наличия у неё совсем маленького ребенка, которого нельзя было оформить в детский сад, она нуждалась в указанной работе. В настоящее время её супругу назначена 1 группа инвалидности. Подсудимая ФИО4 подтвердила оглашенные показания в полном объеме. Подсудимая ФИО12 вину совершенном преступлении признала частично, раскаялась и отказалась от дачи показаний на основании ст. 51 Конституции РФ. В судебном заседании в связи с отказом от дачи показаний в порядке п. 3 ч. 1 ст. 276 УПК РФ оглашен протокол допроса обвиняемой ФИО12 от ДД.ММ.ГГ (т.4 л.д. 28-36) согласно которым ей известно о том, что организация и проведение азартной игорной деятельности разрешены на определенных территориях Российской Федерации, в Приморском крае данной территорией является игорная зона в районе XXXX, то есть на территории Уссурийского городского округа данная деятельность запрещена. Ранее она привлекалась к уголовной ответственности по ст. 171.2 ч. 2 УК РФ за совершение указанных незаконных действий совместно с ФИО10, то есть с ФИО10 ранее они были знакомы. В постановлении о привлечении её в качестве обвиняемой указано об организации и проведении незаконной игорной деятельности по трем адресам, ей же было известно только про организацию и проведение незаконных азартных игр по адресу: Приморский край, г. Уссурийск, XXXX. Осенью 2021 года – не ранее ДД.ММ.ГГ в городе Уссурийске к ней обратился ФИО10 Думает, узнал её номер телефона от кого-то из знакомых, а возможно у него остался её номер телефона, который она не меняла уже около 7 лет. Они договорились о встрече, точно место не помнит. На указанной встрече присутствовали только она и Тон. В ходе разговора Тон А. сказал, что у него имеется заведение, расположенное по адресу: Приморский край, г. Уссурийск, XXXX, в котором он организовал и проводит незаконные азартные игры на компьютерах. Дословно диалог не помнит, он предложил приезжать в указанное заведение и забирать у девушек операторов-кассиров денежные средства - выручку от осуществления азартных игр, контролировать деятельность операторов-кассиров, за что Тон А. пообещал денежное вознаграждение (заработную плату) в размере 10 000 рублей. То есть на момент их разговора указанное заведение уже было открыто и осуществляло свою деятельность, которую, как она думает, контролировал сам Тон. Так как ей нужны были денежные средства, она на предложение Тона А. согласилась, понимая, что деятельность незаконная, соответственно какие-либо трудовые договоры между ними не заключались, все договоренности были устные. Они оговорили с Тоном, что она не должна будет выполнять деятельность кассира, то есть находиться в игровом клубе, общаться с игроками, ей просто нужно будет забирать денежные средства от кассиров и передавать ему. То есть Тону нужна была она для своего рода конспирации, чтобы он не встречался с кассирами, работающими в клубе. Они оговорили, что деньги она будет забирать сначала раз в неделю, затем Тон изменил расписание, что деньги будет забирать в период с 09 часов до 10 часов ежедневно. Первоначально она даже не получала отчеты по сменам, Тон сам звонил или писал сообщения о том, сколько денежных средств ей должны передать кассиры. Получая деньги от кассиров, она в последующем встречалась с Тон на территории XXXX – в районе XXXX (на парковочной площадке возле автозаправочной станции), передавала ему деньги. Деньги забирала только с клуба по XXXX. О том, когда именно, кем именно был организован указанный клуб, как давно начал работать, ей не известно, Тон ей это не говорил, она у него об этом не спрашивала. Она общалась по работе указанного клуба, а именно по передаче денежных средств с указанного клуба только с ФИО10 Общались они посредством телефонной связи - приложения «Телеграмм». Какого-то рабочего телефона у неё не было. Пользовалась она своим личным телефоном, номер телефона не меняла. Тон достаточно часто менял номера телефонов, она специально его номера в телефонную книгу не записывала, обычно сохраняла его номера буквами, удаляя предыдущий номер. Игровой клуб по XXXX был организован следующим образом. Данное здание является пристройкой к жилому дому. В данном здании располагались магазин «Столица», магазин «Фея», магазин «Транзит». В клуб входная дверь была отдельной, какой-то вывески не было. Дверь была оборудована магнитным замком, над входом были установлены видеокамеры. Окно было зашито. В самом клубе также были установлены камеры видеонаблюдения. Место кассира было выделено барной стойкой. В клубе по периметру на столах стояли игровые компьютеры под номерами (около 15), имелся компьютер у кассира, который объединял все компьютеры в единую сеть. Также над местом кассира была установлена камера, которая онлайн передавала изображение на специальную программу, установленную на электронном устройстве. Также такая программа была установлена и на её мобильном телефоне. Сам Тон ей устанавливал программу, чтобы она отслеживала действия кассиров, но сама она этого не делала, происходящее в клубе ей было не интересно. На компьютерах были установлены игровые программы «Чемпион» и «Суперматик», что ей было известно, в том числе из отчетов, а также в связи с ранее выполнением функций кассира, в связи с чем была осуждена. Как точно устанавливается игровая программа, как она функционировала, как и кто её обслуживал, как покупались кредиты, которые в последствии обменивались игроками на деньги, ей не известно. К этому она отношения не имела. Сама она не является игроком, в указанные игры никогда не играла. По своему предыдущему опыту работы кассиром ей известно, что при осуществлении таких действий девушки-кассиры брали у посетителей деньги, а потом зачисляли на компьютер с установленной программой бонусы, эквивалентные сумме полученных денег, а посетители играли уже в различные азартные игры с использованием интернета. В случае выигрыша также девушки-кассиры обычно выплачивали сумму выигрыша посетителям. То есть она не исключает, что процесс игры, проходит именно так, как описано в постановлении о привлечении в качестве обвиняемой, но достоверно этого не известно. После того, как она дала согласие Тону на работу, сначала она просто приезжала в клуб, чтобы забрать деньги. Специально ФИО10 её не знакомил с кассирами. Возможно, в первый раз кассиру показали её фотографию, не знает. Она просто пришла утром в клуб, постучала, ей открыли дверь. Она сказала, что приехала за деньгами. Кассир ей просто отдала деньги, которые она забрала. Далее, видимо, сами кассиры по сменам передавали информацию, что за деньгами будет приезжать она. С кассирами она просто здоровалась, с ними не знакомилась, не общалась, после чего забирала деньги. Насколько помнит, девочки работали посменно сутками. Сама она никогда кассиров не подменяла. Она вообще старалась долго в клубе не находиться, понимая, что деятельность незаконная, и всегда существовала вероятность того, что клубом заинтересуются правоохранительные органы. То есть сначала она получала от Тона А.В. информацию о том, сколько денежных средств должна забрать, забирала деньги у кассира, находящегося на смене, после чего связывалась с Тоном, они встречались, она передавала ему деньги. Через непродолжительное время после начала работы, ФИО10 сообщил о том, что удобнее будет, если она сама будет получать отчеты кассиров и следить за тем, какую сумму необходимо забрать у кассира, то есть он дополнил список её обязанностей. Он сам ей создал электронный адрес, на который она каждое утро получала отчеты от кассиров. Она не обращала внимания, с какого адреса приходили отчеты. В отчетах были указаны: количество кредитов в игре «чемпион», количество кредитов в игре «суперматик» на начало смены, лимит – сумма денежных средств, постоянно находящаяся в кассе; количество кредитов в игре «чемпион», количество кредитов в игре «суперматик» на конец смены, также в отчетах указывались расходы – покупка канцелярии, кофе, чай, сахар, другие расходы. Разница между кредитами на начало смены и на конец смены – та сумма денежных средств, которую получил клуб от игроков. Иногда бывало, что в смену клуб отрабатывал в минус, то есть были выигрыши в большей сумме, чем проигрыши игроками. Это ей было известно из отчета. В случае работы клуба в минус, она сначала ехала к Тону, он ей передавал деньги наличными, которые она завозила в клуб с целью выдачи выигрыша и иных выплат – расходов. Также в её обязанности, определенных Тоном, входило общение с кассирами по телефону в сети «Телеграмм» в случае каких-то возникающих проблем. Так, у кассиров был её номер телефона, они могли позвонить, сообщить о том, что не работает интернет, зависла игровая программа. Об этих проблемах она сообщала по телефону Тону, который уже сам решал данные вопросы. Она не связывалась с какими-то компьютерными специалистами, с интернет-провайдерами. То есть эти вопросы решал сам Тон. Кроме того, в её обязанности, определенные ФИО10, входили покупка расходных материалов – салфетки, туалетная бумага, стаканы, средства для уборки. Поскольку для клиентов клуба были предусмотрены бесплатно чай, кофе, конфеты, продукты было необходимо закупать. Этим занималась она. Деньги на закупку брала в кассе клуба, или же деньги ей выдавал Тон при их встречах. Воду кассиры заказывали самостоятельно – доставкой. Расходы отражались в отчетах в графе расходы. Она не заключала никаких договоров, не общалась с арендодателем, с сотрудниками охранного агентства. С арендодателем и сотрудниками охраны расплачивались девочки кассиры. Сами сотрудники приезжали в клуб за деньгами и оставляли счета и акты. Она просто забирала счета и акты об оплате услуг охранной организации. Часть их были изъяты при обыске у неё в автомобиле. Вообще такие бумаги она в последствии передавала Тону. Еще через какое-то время после начала работы с ФИО10 (в конце 2021-начале 2022, точнее не помнит), ФИО10 дал ей указание оформить банковскую карту, поскольку клиенты клуба при отсутствии наличных денежные средств могут оплачивать игру путем банковских переводов. Она поддалась на уговоры Тона А.В., попросила свою мать ФИО6 оформить на свое имя банковскую карту, с привязкой оповещения о поступлении на счет денежных средств к её телефонному номеру, который находился в пользовании +79644523974. Они вместе с ФИО6 ездили в офис ПАО «Сбербанк», где последняя оформила банковскую карту и передала ей. Так, при переводах денежных средств игроками девочки кассиры писали ей сообщения о том, чтобы она подтвердила перевод, она им писала сообщение в ответ, что деньги поступили на счет. Далее она деньги обналичивала и передавала Тону А.В. наличными. О том, для чего предназначалась карта, она ФИО6 не говорила, последняя не была осведомлена о том, чем она занимается. Сама она не занималась подбором персонала. Девочки-кассиры сами определялись со своим графиком работы, если им не хватало человека в смену, подыскивали людей. В клубе работали Свидетель №3 и Свидетель №4, которые сообщили о том, что нужен еще один работник, так как режим работы для них тяжелый. Об этом она сообщала Тону А.В. вместе с тем, кто-то из девочек нашел сменщицу ФИО8, сами девочки последней объясняли принцип работы. То есть фактически кассиры ставили её в известность о том, что ФИО32 будет работать. Она об этом сообщила Тону, тот одобрил ФИО32 как работника, о чем она сообщила Свидетель №4 и ФИО95. То есть она фактически не занималась подбором персонала. Сама ФИО92 ей отправила фотографию своего паспорта, она её переслала Тону. Зачем ему нужна была копия паспорта, не знает. При этом операторы-кассиры не были осведомлены о существовании Тона, он с ними не общался. Заработаю плату операторам-кассирам определил также ФИО10 С операторами кассирами определялась сумма – как ей кажется, 2500 рублей за смену. Операторы получали заработную плату два раза в месяц – забирали сами из кассы. О чем её ставили в известность. В её обязанности, которые ей определил ФИО10, как фактический её работодатель, входил общий контроль за клубом по адресу: Приморский край, Уссурийский городской округ, г. Уссурийск, XXXX, она была связующим звеном между Тоном и клубом, чтобы операторы-кассиры не общались с Тоном напрямую. От операторов-кассиров она узнавала о проблемах, вопросах, передавала информацию Тону, он какие-то проблемы решал сам (ремонт оборудования, проблемы с подключением к интернету, проблемы с игровыми программами, как точно он решал эти проблемы – не знает, она сама с техниками не связывалась), или же давал ей указания – покупка продуктов и расходных материалов, оформление банковской карты и тому подобное; контроль за работой операторов-кассиров (без конкретного подбора персонала, однако о необходимости нового работника, о данных работника её ставили в известность, данную информацию она передавала Тону); получение суточных отчетов, выемка денежных средств в клубе и последующая передача денежных средств Тону (в случае работы клуба в минус, то есть в случае большого выигрыша, она от Тона получала деньги и завозила в клуб, передавала оператору-кассиру, что кассиром отражалось в отчете); подтверждение сумм переводов на банковскую карту; контроль за расходами (иногда операторы-кассиры могли взять из кассы денежные средства в счет будущей отработанной смены, она давала разрешение (это было точно с Свидетель №4). За указанные действия её заработная плата составляла 10 000 рублей в месяц. Плюс Тон также в месяц платил 6000 рублей для оплаты услуг такси или бензина, поскольку она занималась закупками, приезжала к нему на встречи. Эту сумму сразу обозначил Тон, более её не повышал, сумма была фиксированной. Деньги он ей выплачивал наличными один раз в месяц – каждое первое число месяца. То есть она была своего рода наемным работником. К непосредственной организации данной деятельности не имела отношения, не участвовала в разделе прибыли от игорной деятельности, в каком-то планировании данной деятельности, обсуждении расходов на нужды клуба, также ей не было известно о планах Тона на расширение его деятельности. Так как Свидетель №4 кроме работы в клубе являлась мастером маникюра, она к последней иногда приходила на маникюр, поэтому между ними сложились приятельские отношения, они могли общаться помимо работы клуба. Вместе с тем, о ФИО10 она Свидетель №4 ничего не рассказывала. О том, кто непосредственный руководитель клуба Свидетель №4 не знала. Последняя просто выполняла работу оператора-кассира, более ничего. Всем своим знакомым, в том числе операторам-кассиром она представлялась и представляется Свидетель №6, просто потому что не любит свое имя – ФИО35, в настоящее время планирует сменить имя. О том, что у ФИО10 есть еще клуб или несколько клубов она предположила, поскольку когда приезжала к месту встречи с Тоном (парковка автозаправочной станции), иногда видела, что он встречается с ФИО20, сделала вывод, что последняя также как и она работает в каком-то клубе. С ФИО20 они ранее были знакомы, однако не в связи с осуществлением указанной деятельности. Отношения между ними были приятельские, и она очень удивилась, когда впервые увидела ФИО4 Тоном. Данную деятельность с ФИО20 они особо не обсуждали. Она не помнит, обращалась ли ФИО14 к ней с вопросом о том, чтобы взять с клуба по XXXX одноразовые стаканы, но этого не исключает. Также она как-то видела еще одну девушку с Тоном, как узнала в ходе следствия Рим Ю., но с последней вообще знакома не была. Уже сейчас понимает, что та выполняла деятельность аналогично её, что она поняла из предъявляемых для ознакомления материалов уголовного дела. Вину по предъявленному обвинению признает частично, поскольку не участвовала в организации указанной незаконной деятельности, не входила в организованную группу в составе Тона А.В., неё, ФИО4 и Рим ФИО15, что осуществляла незаконную деятельность, связанную с проведением азартных игр вне игорной зоны в клубе по XXXX. Однако организованной преступной группы не было. Подсудимая ФИО12 подтвердила оглашенные показания в полном объеме. Подсудимая Рим Ю.А. вину в совершенном преступлении признала частично, раскаялась и отказалась от дачи показаний на основании ст. 51 Конституции РФ. В судебном заседании в связи с отказом от дачи показаний в порядке п. 3 ч. 1 ст. 276 УПК РФ оглашен протокол допроса обвиняемой Рим Ю.А. от ДД.ММ.ГГ (т.5 л.д. 33-40) согласно которым она вину по предъявленному обвинению признает частично. Признает, что действительно с ДД.ММ.ГГ работала сначала в качестве администратора-кассира в незаконном игорном клубе, расположенном по XXXX «а», то есть принимала ставки от игроков, выдавала выигрыш, если он был, по окончанию смены готовила отчеты за смену, то есть проводила незаконную игорную деятельность в указанном клубе. Затем была переведена в незаконный игорный клуб по XXXX, где продолжила осуществлять указанные функции. Однако не согласна с квалификацией – совершение преступления в составе организованной преступной группы, поскольку фактически к организации данных клубов не относилась, к клубу по XXXX никакого отношения не имела, только слышала от игроков о том, что по XXXX есть игорный клуб, но не знала, что у этого клуба тот же хозяин, что и у двух вышеуказанных. Она просто получала фиксированную заработную плату за свою работу. К непосредственной прибыли от незаконной игорной деятельности отношения также не имела, не делила и не распределяла её, не вкладывала её в развитие клуба, деньги от игорной деятельности в клубе по XXXX забирала из клуба и передавала ФИО10, для получения ежемесячной заработной платы. Однако конкретно за эти функции заработную плату не получила, поскольку деятельность была пресечена сотрудниками правоохранительных органов ДД.ММ.ГГ. Так, в сентябре 2021, точно дату не помнит, так как прошло много времени, от своей знакомой она узнала о том, что по адресу: Приморский край, г. Уссурийск, XXXX «А» расположен незаконный игорный клуб, в котором проводятся азартные игры, и куда требуется сотрудница. Так как ей срочно требовалась работа ввиду материальных трудностей, она решила попробовать устроиться в указанный клуб. В один из дней сентября 2021 в утреннее время она пришла по вышеуказанному адресу: Приморский край, г. Уссурийск, XXXX «А». Это двухэтажное здание, в котором имелась входная металлическая дверь без опознавательных вывесок с камерой видеонаблюдения над входом. Еще одна камера видеонаблюдения располагалась над парковой, прилегающей к указанному зданию. Она подошла к двери, которая была закрыта на магнитный замок, постучала, ей открыли и она вошла. Помещение представляло собой коридор, где прямо располагалась комната администратора-кассира с окошком, а слева игровой зал, где вдоль стен располагались компьютерные столы в количестве 15 штук с нумерацией, на которых находились компьютеры в сборе (мониторы, системные блоки, клавиатуры и манипуляторы (компьютерные мыши). В комнате администратора располагалась барная стойка (стол), где имелся компьютер администратора и касса. Компьютеры между собой были объединены локальной сетью, имелось их подключение к сети «Интернет». Также в наличии имелись напитки (чай, кофе, конфеты), отдельно продавали пиво. В клубе находилась девушка, как узнала в последствии, ФИО20, возможно, были посетители (игроки), точно не помнит, охранники отсутствовали. Она сообщила ФИО29 о том, что ей необходима работа, последняя объяснила суть работы администратора-кассира, а именно: принятие наличных денежных средств от посетителей (игроков), создание игровых аккаунтов в игровой системе «Champion», выдача выигрышей, ведение кассы. В случае, когда приходил игрок и хотел поиграть в азартные игры, игрок передавал кассиру денежную сумму, который после принятия денежных средств на компьютере администратора создавал аккаунт с логином/паролем. Компьютер администратора был подключен к игровой системе «Champion» и игровой системе «Суперматик», содержащих эмуляторы азартных игр. Вход в системы с компьютера администратора осуществлялся при помощи ввода постоянного логина и пароля, но обычно основная страница, на которой создавались логины и пароли клиентов, была открыта и не требовала пароля. В системе администратора кассиром создавался новый счет – логин игрока, на баланс которого зачислялись игровые баллы (кредиты, очки), то есть на баланс вносилось количество баллов (кредитов, очков), эквивалентное сумме переданных посетителем-игроком денежных средств из расчетов 1 кредит = 1 рубль. Система создает нового пользователя (логии/пароль). Кассир этот логин/пароль записывал на бумажный лист (чек) и передавал посетителю (игроку), который садился за свободный компьютер, расположенный в зале, и вводил предоставленный кассиром логин/пароль в специальное поле в окне игровой программы, после выбирал игры и играл в них. При каждой игре с его счёта списывались кредиты (виртуальные денежные единицы). В случае выигрыша, посетитель предоставлял кассиру свой листок с логином/ паролем, по которому кассир в системе через компьютер администратора смотрела остаток денежных средств на счету этого пользователя, и, убедившись в наличии требуемой игроком суммы (фактическое наличие средств на таком игровом аккаунте), выдавала денежные средства (выигрыш) посетителю из кассы. Посетители играли в азартные игры на рабочих станциях - персональных компьютерах, состоящих из: системного блока, монитора, компьютерной мыши и клавиатуры. Какие-либо письменные договоры с игроками не заключались, это было устное соглашение о денежном выигрыше, который выплачивался участникам азартных игр при наступлении определенного результата азартной игры. Также были предусмотрены различные бонусные игры (акции) карты постоянных клиентов (которые позволяли им получать по 1000 или 2000 рублей дополнительно для игры). То есть ФИО20 обучила её навыкам пользования игровой системой, создания игровых аккаунтов, с согласия ФИО20 она начала работать в указанном клубе. На тот момент она не знала, перед кем отчитывалась ФИО29 и согласовывала её прием на работу. Так как ей нужна была работа, она согласилась, также в сентябре 2021 приступила к выполнению указанных обязанностей, то есть к непосредственному проведению азартных игр посменно, длительность смены 24 часа, заработная плата исходила из расчета 3500 рублей за смену. То есть кассир встречал клиентов, получал деньги, создавал логин/пароль, вносил на счет виртуальные денежные средства (кредиты), контролировал кассу, порядок в помещении, по окончании смены формировал отчеты, которые отправлял на два электронных адреса (ФИО20 и, как узнала гораздо позднее, ФИО10). Также в обязанности кассира входила уборка помещения по окончанию смены. Далее она также узнала о проведении в клубе лотерей, розыгрышей, которые проводились с разрешения и согласования с ФИО20. В случае возникновения каких-то вопросов, касающихся работы техники, интернета, приобретения продуктов и расходных материалов, кассиры обращались к ФИО20. Последняя для связи назвала свой номер телефона, при этом разъяснила, что общение должно быть в приложении «Телеграмм», поскольку деятельность незаконная. У неё - Рим Ю.А. не было рабочего телефона, для связи она использовала свой мобильный телефон. В клубе отсутствовали охранники, имелась тревожная кнопка, подключенная к диспетчерской охранного агентства, сотрудники которого ежемесячно приходили за оплатой услуг. Кассиры из кассы оплачивали указанные услуги. Также периодически приходил пожилой мужчина – хозяин помещения, который проверял счетчики, внешний вид помещения. Денежные средства, полученные за смену, систематически проверяла и изымала из кассы игорного заведения лично ФИО20. Последняя изредка также подменяла кассиров. На тот момент ей не было известно, каким образом ФИО29 распоряжалась в дальнейшем данными денежными средствами, последняя об этом ничего не говорила. Из кассы заведения Росейчук Н. выплачивала кассирам заработную плату и аванс, то есть деньги они получали два раза в месяц, а именно первого и пятнадцатого числа каждого месяца, нарочно. Какие-либо журналы и тетради по факту ведения денежных средств в игорном заведении, в данном клубе не вели. В данном клубе на момент её трудоустройства также администратором-кассиром работала Рубец ФИО29. Она осознавала и понимала, что игорная деятельность, проводимая в данном заведении – незаконна, ей было известно, что игорная зона в Приморском крае организована только в XXXX и больше нигде в Приморском крае проводить азартные игры – игры на деньги, нельзя, так как это преследуется уголовным законом и может наступить уголовная ответственность, но ей нужна была работа. На тот момент ей не было известно, кто арендовал указанное нежилое помещение, расположенное по адресу: Приморский край, г. Уссурийск, XXXX «А», кто установил компьютерное оборудование и программное игровое обеспечение на них, кто соединил компьютеры в единую сеть и подключил к сети «Интернет». Но она понимала, что над ФИО20 имеется руководитель, так как последняя иногда перед кем-то отчитывалась по телефону, называя абонента «Папой», как-то назвала его «ФИО56». С сентября 2021 она работала в указанном игорном клубе в качестве администратора-кассира. В начале 2022 года, то есть в январе 2022 на её номер телефона через приложение «Telegram» позвонил мужчина, и сказал вынести денежные средства, полученные за смену. Она поняла, что это владелец игорного клуба, почему так решила, точно не помнит. Она вышла на улицу, возле здания стоял автомобиль серо-синего цвета марки «Subaru», государственный знак не помнит. Из салона автомобиля мужчина не выходил. Когда она подошла к окну со стороны водительского сиденья, увидела сидевшего за рулем мужчину (как узнала в последствии ФИО10). Передав деньги ему, она ушла обратно. Далее в январе 2022 года, когда она находилась на своем рабочем, на её номер телефона через приложение «Telegram» снова позвонил ФИО10, попросил её выйти на улицу. Она вышла на улицу, где возле клуба стоял тот же автомобиль, в который ФИО10 её пригласил сесть, что она сделала. Не отъезжая от игорного клуба, расположенного по адресу: Приморский край, г. Уссурийск, XXXX «А», они стали разговаривать. ФИО10 стал говорить о том, что ему нужна помощь с поиском нового помещения, в котором он хочет открыть еще один клуб, предложил ей поискать в интернете по объявлениям нежилые пустые помещения, подходящие для указанной деятельности, на что она согласилась. При этом он сказал, чтобы она ничего не говорила ФИО20 Далее она периодически просматривала объявления в сети «Интернет», связывалась с владельцами или их представителями, однако положительного результата не было. Иногда она забывала искать новые объявления, но ФИО10 ей напоминал посредством сообщений или звонков в приложении «Telegram», и она возобновляла поиски, по результатам которых отчитывалась перед ним. До июля 2022 с ФИО10 она лично более не встречалась. Связь он поддерживал посредством мобильного телефона через приложение «Telegram». В конце июня-июле 2022, когда она находилась на своей рабочей смене в игровом клубе по адресу: Приморский край, г. Уссурийск, XXXX «А», в клуб приехал ФИО10, иных сотрудников клуба тогда не было. ФИО10 сообщил ей о том, что он приискал подходящее помещение, расположенное по адресу: Приморский край, г. Уссурийск, XXXX, для проведения аналогичной игорной деятельности, при этом ФИО10 предложил ей перейти в указанный клуб работать, то есть он не предложил ей стать «старшей» данного клуба, предложил перейти работать в новый клуб, также попросил поспрашивать у знакомых девушек, не хотят ли те поработать в качестве администраторов-кассиров в указанном клубе, и обучить их проведению азартных игр, то есть всем тем функциям, которые она осуществляла в качестве кассира в игорном клубе по XXXX «А». Также он попросил её первое время забирать выручку от клуба и передавать ему. В июле 2022 она начала поиск девушек, в том числе в социальных сетях. Так, от знакомой она узнала, что Свидетель №6, с которой она ранее знакома не была, ищет работу, узнала номер телефона последней, позвонила Свидетель №6, предложила работу администратора-кассира в незаконном игорном клубе, попросила приехать в игорный клуб по XXXX «а». Последняя приехала через несколько дней в игровой клуб по XXXX объяснила Свидетель №6 условия работы (режим с 09 часов 00 минут одного до 09 часов 00 часов следующего дня, условия оплаты – 3500 рублей за смену) и функции администратора-кассира, о которых рассказывала ранее. Свидетель №6 согласилась работать в незаконном игорном клубе. Она. также сказала, что работать Свидетель №6 будет в новом открывающемся клубе в помещении в районе китайского рынка в г. Уссурийске. То есть Свидетель №6 не работала в клубе по XXXX «а». В конце июля 2022 ФИО10 дал ей указание заключить договор аренды с владельцем помещения, в котором ФИО10 планировал открыть клуб: г. Уссурийск, XXXX, а также договор на оказание услуг охраны с директором охранного агентства ООО «Охранное агентство «ВекТор». Она пошла на поводу у ФИО10, согласилась выполнить его указание, ДД.ММ.ГГ между нею и указанными лицами были заключены данные договоры. Далее уже сам ФИО10 оборудовал помещение под игорное заведение – обустраивал помещение кассира с окном, устанавливал мебель, оборудовал игровые места мебелью и компьютерной техникой, которую подключал к сети «Интернет» и в общую локальную сеть, устанавливал игровые системы, устанавливал камеры видеонаблюдения, то есть оборудовал помещение аналогично игровому клубу по XXXX «А». Она к этому никак не касалась, в данный момент в клубе не присутствовала, приехала туда тогда, когда все было уже готово, то есть после ДД.ММ.ГГ. После открытия клуба по XXXX в г. Уссурийске, примерно ДД.ММ.ГГ, она позвонила Свидетель №6, пригласила выйти на работу, также спросила, есть ли у той кто-то из знакомых, кто также хотел бы работать в клубе. Свидетель №6 рассказала о Свидетель №7, которая пришла скорее всего ДД.ММ.ГГ в указанный клуб на стажировку в её-Рим Ю.А. смену. Она также объяснила ФИО14 условия работы и функции администратора-кассира, после чего девочки стали работать администраторами-кассирами вместе с ней посменно. Выручка за смену в клубе не всегда была, если выручка по окончанию смены была, она её забирала в клубе и далее передавала Тону. Отчеты она не получала, так как отчеты по концу смены отправлялись Тону А.В., последний ей сообщал о том, что нужно забрать «кассу» и ему передать, что она делала, то есть выполняла указания Тона А.В. Свидетель №7 вышла на смену самостоятельно ДД.ММ.ГГ, Свидетель №6 вышла на смену ДД.ММ.ГГ. Выполняли они функции операторов кассиров, о которых она рассказывала выше, до момента, пока клуб не был закрыт в результате проведения следственных действий и возбуждения уголовного дела ДД.ММ.ГГ. О том, кому фактически принадлежит клуб, то есть что его организовал – ФИО10, она девочкам не говорила. Какой-то рабочей банковской карты в клубе не было, то есть специального счета, на который можно было принять оплату услуг клуба от игроков. Однако только ФИО18 изредка по собственной инициативе по просьбе игроков принимала ставки на игры путем перевода на свой личный счет, потом обналичивала деньги через банкомат и вносила в кассу. О том, что ФИО18 приняла ставку путем перевода, отчитывалась перед ней. Для работы она. использовала мобильный телефон синего цвета, который выдал ФИО10, то есть он был рабочим, который был изъят в ходе обыска. Пользовались ли им девочки, точно не помнит. Здание, в котором располагался указанный клуб, двухэтажное, на первом этаже с центральной стороны располагался вход в кафе китайской кухни, а рядом располагался вход в игорное заведение. Дверь была металлическая, всегда закрыта, оборудована магнитным замком и звонком. Камера видеонаблюдения располагалась практически над дверью при входе. Рекламных вывесок вход не имел, то есть не было понятно, что это игорное заведение. Посетитель, желающий совершить азартные игры, звонил в звонок, затем кассир оценивал посетителя, впускал его в клуб. Порядок проведения азартных игр был аналогичным, тому, что был в игорном клубе, расположенном по адресу: Приморский край, г. Уссурийск, XXXX «А». Денежные средства она периодически забирала из кассы и передавала в ходе личных встреч на территории г. Уссурийска в районе автозаправочной станции по XXXX Тону А.В. В содеянном раскаивается, на указанную работу она согласилась ввиду материальных трудностей и невозможности устроиться на нормальную работу, а работать ей нужно, поскольку у неё малолетняя дочь, у супруга тяжелое заболевание. Она признает, что участвовала в проведении незаконной игорной деятельности, однако фактически к её организации не относилась, не согласна с вменением ей в вину квалифицирующего признака «совершение преступления организованной группой». Подсудимая Рим Ю.А. подтвердила оглашенные показания в полном объеме. В судебном заседании, с согласия сторон, ст. 276 УПК РФ оглашен протокол допроса обвиняемой ФИО10 от ДД.ММ.ГГ (т. 2 л.д. 199-210) согласно которым он вину по предъявленному обвинению признает частично. Признает, что действительно осуществлял незаконную деятельность по организации незаконной игорной деятельности (азартные игры), проведение которой запрещено уголовным законом, то есть ему известно, что законная азартная игорная деятельность в Приморском крае осуществляется в специально для этого оборудованной зоне в районе XXXX Приморского края. Данную деятельность осуществлял в группе совместно с ФИО20, ФИО12 и Рим Ю., последние привлекали к данной деятельности операторов-кассиров в игорные клубы (администраторов), с которыми он даже не был знаком. Он подтверждает тот факт, что лично организовал три игорных заведения на территории г. Уссурийска, которые расположены по следующим адресам: Приморский край, г. Уссурийск, XXXX; Приморский край, г. Уссурийск, XXXX «А»; Приморский край, г. Уссурийск, XXXX, создал условия, приобрел оборудование для проведения незаконной азартной деятельности с использованием компьютерной техники, подключенной к сети «Интернет». Однако не признает, что данная деятельность осуществлялась организованной преступной группой, участником и руководителем которой он признан согласно постановлению о привлечении его в качестве обвиняемого. Точную дату не помнит, но в период с ДД.ММ.ГГ по ДД.ММ.ГГ, так как все организовывалось довольно быстро, он, находясь в г. Уссурийске Приморского края решил организовать азартные игры через сеть «Интернет». Для этого в указанный период приступил к поиску нежилых помещений, расположенных в г. Уссурийске Приморского края. Желая заработать, он сначала нашел одно нежилое помещение, расположенное по XXXX «а». Как именно приискал указанное помещение, не помнит, возможно, через кого-то из знакомых, возможно по объявлению. Об аренде помещения сам с владельцем не договаривался, попросил кого-то из знакомых, но кого – не помнит. Знакомого не посвящал в то, что именно хочет организовать в данном помещении, а просто сообщил о том, что хочет открыть интернет-кафе. Насколько помнит, договоров аренды не заключилось. Стоимость аренды оговаривалась с владельцем, составляла около 70000 – 80000 рублей. В течении 1 недели с ДД.ММ.ГГ он закупил на территории г. Уссурийска мебель – столы компьютерные, стулья, и другую необходимую мебель. Покупал её в разных местах - магазинах и через интернет, в том числе и бывшую в употреблении мебель, которую разместил в указанном клубе. Затем также самостоятельно приобрел компьютерную технику, состоящую из системного блока, монитора, клавиатуры и мыши –техника не была новой, часть покупал по объявлениям в интернете, часть в скупках. В клуб по XXXX А было приобретено около 10-15 рабочих компьютеров для посетителей-игроков. Также был приобретен и установлен один компьютер за барную стойку для оператора-кассира, который занимался непосредственным проведением азартных игр. Все компьютеры были подключены к сети «Интернет», конкретного провайдера не было. Через интернет он нашел какого-то специалиста, который в январе 2021 провел в клуб интернет, далее ежемесячно осуществлял переводы денежных средств в сумме 10000 рублей, при этом периодически номера телефонов менялись, поэтому установить точно, кто подключал интернет в клуб, невозможно. Оплата производилась посредством мобильных, а не банковских переводов. То есть это было сделано в целях конспирации, чтобы в последующем с указанным лицом его нельзя было связать. О том, что в клубе осуществляется азартная деятельность, данный специалист не был осведомлен. Также через того же знакомого, который помог с помещением, были оформлены договорные отношения с охранным агентством, сотрудники которого также не знали о том, что в клубе осуществляется незаконная игорная деятельность, и чтобы об этом не стало известно, охранников он решил не привлекать, была установлена только тревожная кнопка. Был ли подписан официальный договор, не знает. Знает, что в клуб привозились счета на оплату сотрудниками охранного агентства. Оплату услуг охраны он согласно разработанным им правилам возложил на работников – кассиров (администраторов, операторов) клуба. Кроме того, он приискал и приобрел у неизвестных людей – также через сеть Интернет, специализированное приложение, которое называется «iConnect», содержащее в себе набор из азартных игр (эмуляторов игровых автоматов с денежным выигрышем), которое установил на каждый компьютер, а также приобрел логин в сети «Интернет» в игровой системе, которую называют «Чемпион» (также есть еще система «Супероматик», но ей посетители пользовались редко, всем нравился «Чемпион»). В данной игровой системе возможно приобрести у неизвестных лиц специальные игровые кредиты (электронные), которые в последующем использовались в игорном заведении по вышеуказанному адресу, а именно они начислялись на балансы посетителей-игроков, которые приходили играть в эквиваленте 1 рубль = 1 кредит, для того, чтобы игроки могли играть в азартные игры. В целях конспирации им были разработаны определенные правила, а также правила проведения азартных игр в вышеуказанном игорном заведении. Для безопасности и контроля входа посетителей снаружи помещения были установлены видеокамеры, за которыми в зале должны были наблюдать кассиры. Дверь в помещения всегда должна быть закрыта, был установлен электрический замок, так как охраны не было, а был лишь администратор-кассир в зале, который с пульта открывал замок, но перед этим смотрел в камеру, кто из посетителей приходил, так как деятельность незаконная, и сотрудников полиции пускать в клуб было нельзя. В целях конспирации не было каких-либо внешних табличек и обозначений для клуба. Для привлечения администраторов-кассиров в клуб по XXXX «а» он разместил объявления в сети интернет, в которых не указывал о том, что требуются администраторы-кассиры в незаконный игорный клуб, указывал о требовании администратора компьютерного клуба. Далее помнит, что встречался с одной или двумя девушками, которые обращались по объявлениям, объяснял порядок работы. Далее сами девушки объясняли порядок другим прибывающим претенденткам. Специально он не говорил о том, что данная деятельность незаконная, понимали они это, или нет, не знает. Сам он игорную деятельность не проводил, только её организовывал. Таким образом в клуб пришла ФИО19, которая стала работать администратором-кассиром в клубе. Он определил порядок работы клуба, обязанности кассиров-администраторов (операторов). Для кассиров установил оплату за одну смену в размере 3 500 рублей, которую кассиры брали из кассы заведения самостоятельно по итогам работы за смену. Длительность смены кассира в зале установил как 1 сутки, с 09 часов 00 минут одного дня до 09 часов 00 минут другого дня. При пересменке кассиры в 09 часов 00 минут должны формировать отчет, который формировался ими в электронном виде в виде простого текста в электронном письме, который они отправляли на его почтовый ящик «always.hot888@gmail.com». В игорном заведении он создал электронный почтовый ящик с адресом tur.agenstvo12@gmail.com, использовался он только для отправки отчетов. В отчетах отражалось следующее: «Нс» - начало смены, «Ч» - чемпион и цифровое обозначение баланса игровой системы, «С» - супероматик и цифровое обозначение баланса игровой системы, «Л» - лимит (то есть сумма денег наличных в кассе для выдачи посетителям игрокам – в запасе), «Результат» - заработок (доход) по игровой системе, «Общий итог» - общий доход с учетом «Расходов», «Итог» - доход по всем игровым системам. Данные отчеты, которые приходили по электронной почте, они там и сохранялись, отчеты он старался с течением времени удалять. Некоторые сохранились, что было установлено при осмотре его ноутбука и электронного почтового ящика. Согласно разработанным им правилам, кассир (оператор-кассир) игорного заведения обязан непосредственно проводить азартные игры. Кассиры работают с посетителями-игроками непосредственно, а именно принимают от них деньги для азартной игры, выдают логины для каждого игрока, формируют отчеты, контролируют кассу, контролируют вход посетителей, следят за состоянием компьютеров (администраторы также это делают и он также это делал), могут выплачивать арендную плату за помещение, проводят акции, бонусные игры, работают с постоянными игроками, контролируют баланс игровых систем (он также его контролировал, но пополнением занимался исключительно он, так как кассиры доступа к этому не имели), также выдавали выигрыш игрокам, контролировали переводы денежных средств игроками для оплаты азартной игры. Приложение для азартных игр, указанное выше, представляет собой следующее. При запуске указанного приложения отображается окно, требующее ввода пароля для входа - «Access Code» (логина), в виде цифрового обозначения. Данный пароль (логин) выдает кассир, пишет его вручную на листке, после того, как посетитель передаст деньги для азартной игры. Данный логин кассир формирует через сеть «Интернет». Данное приложение является эмулятором игрового автомата для азартных игр с денежным выигрышем. Данный эмулятор игрового автомата содержит большой набор азартных игр, игры по своей сути одинаковые – при игре, случайным образом выпадает определенная комбинация символов (картинок, изображений), которая является либо выигрышной либо нет. Отличаются игры внешним графическим оформлением, различными бонусами (бесплатными играми), а также размером выигрыша. На экране отображается «Джекпот» с количеством игровых кредитов (баллов), который эквивалентен реальным денежным средствам из расчета, который устанавливает программа или организатор азартных игр, например 1 кредит = 1 рублю. Джекпот накапливается с игровых «точек» по проценту от суммы внесенных денежных средств игроками в систему, который устанавливается администратором (организатором азартных игр) програмно. Есть популярная игра с названием «Lucky Lady’s Charm» (Лаки Леди Шарм), на ее примере указал следующее. При запуске игрок может выбирать количество линий от 1 до 9, по которым будет играть и назначать ставку в виде игровых кредитов, эквивалентных рублю, можно выбрать минимальную или максимальную ставку, либо регулировать ставку от 1 кредита до 900 на данной игре. После выбора линий и выбора ставки, путем нажатия на клавишу «Start» осуществляется игра, также игрок может нажать на клавишу «Auto» для автоматической игры. При выпадении определенной комбинации символов и картинок, происходит выигрыш, и сумма выигранных кредитов увеличивает игровой баланс в строке под названием «CREDIT». С помощью кнопки «INFO» на эмуляторе игрового автомата возможно прочитать правила азартной игры, а также сведения о бонусных (бесплатных) играх, и сумме кредитов в качестве возможного выигрыша. У каждой игры он разный. Выигрыш кредитов зависит от того, какие символы выпадут, и эти значения есть в описании INFO. Сумма выигрыша или баланс игрока в кредитах расположен в строке «Credit», 1 кредит = 0,10, если в рублевом эквиваленте, то это 10 копеек, и данный эквивалент возможно менять либо в самой игровой системе администратором, либо непосредственно в игре. «BET/LINE» – максимальная ставка на одну линию в количестве кредитов игрока, «LINES BET» это количество линий, данные позиции настраиваются и выбираются самим игроком непосредственно в игре. «BET ONE» и «MAX BET» это выбор ставки (минимальная, максимальная), «1 LINES» и другие это выбор линий, по которым хочет играть игрок. Кнопка «AUTO» это автоматическая игра, «Select game» это выбор доступных игр в игровой системе. Кнопка «Cash Out» подразумевает получение выигрыша. В данном случае это эмулятор, при ее нажатии останавливается игра, чтобы игрок мог получить выигрыш, например, у администратора. Также имеется визуализация монетоприемника, как на первых игровых автоматах для внесения денежных средств в игровой автомат для игры. Кроме того, в данной игровой системе «Чемпион» есть такие игры, как «The Money Game», «Dolphin’s Pearl», «Queen of heart», «Bananas Go Banamas», и другие. В части правил азартных игр, которые он установил, указал следующее. Кассиры (операторы) игорных заведений устно заключали с посетителями-игроками (участниками азартных игр) основанные на риске соглашения о денежном выигрыше, который выплачивался участникам азартных игр при наступлении определенного результата азартной игры. Данные соглашения заключались кассирами путем получения от посетителей-игроков (участников азартных игр) наличных денежных средств в кассу игорного заведения, а также путем безналичных денежных переводов (никаких терминалов для оплаты не было), что являлось условием участия в азартных играх, для последующего зачисления кредитов (игровых баллов) на баланс индивидуального логина того или иного персонального компьютера, установленного в указанном игорном заведении, в электронной игровой системе с использованием установленного специализированного программного обеспечения на каждом компьютере, содержащего большой объем азартных игр в виде эмуляторов (копий) игровых автоматов с денежным выигрышем. При этом сумма переданных участником азартных игр денежных средств администратору-кассиру эквивалентна игровым баллам – кредитам в балансе, то есть 1 рубль = 1 кредит. В процессе азартной игры ее участник (посетитель-игрок) мог в случае полного проигрыша внесенных им денежных средств внести на баланс того же самого индивидуального логина другую сумму денежных средств путем их передачи администратору-кассиру и продолжить азартную игру, либо ничего не внося, закончить. По окончании азартной игры администратор-кассир выплачивал из кассы игорного заведения участникам азартных игр наличные денежные средства, эквивалентные выигрышу кредитов (игровых баллов) на балансе логина участника азартных игр в соотношении 1 кредит = 1 рубль. В случае проигрыша всех кредитов в азартных играх, денежные средства участников азартных игр, полученные администратором-кассиром, обращались последним в доход игорного заведения. Также были предусмотрены различные бонусные игры, акции, карты постоянных клиентов (которые позволяли им получать по 1000 или 2000 рублей дополнительно для игры, на данных картах администраторы делали отметки о том, использовал ли игрок свою возможность бонусной игры по карте или нет, так как такие игры по картам были ограничены). Кроме того, устраивали лотереи в клубе, для дополнительного привлечения клиентов, а именно в каждом клубе стоял лотерейный куб, куда забрасывались конвертики, часть из них была пустая, а часть с небольшими билетиками, где изображена чайка с номером, которые давали победителю лотереи дополнительные кредиты для азартной игры в зале. Данные правила также установил он, обучил им администраторов, а те в свою очередь кассиров. В среднем в клубе должно было работать 2-3 кассира. Вместе с тем, он, понимая, что непосредственного участия в проведении азартных игр ему принимать нельзя, чтобы его не привлекли к уголовной ответственности, чтобы не появляться в клубе, для непосредственного контроля всего игрового процесса и деятельности клуба, он решил привлечь менеджера. Так как нужен был человек, который разбирался в указанной деятельности, он предложил работу менеджера ФИО20. Подробности того, как они начали указанный разговор, я не помню. Предложил ей стать менеджером через непродолжительный период работы клуба по XXXX «а» - февраль-март 2021 года. Так, им были установлены правила работы и обязанности менеджера. В обязанности менеджера входил постоянный и непосредственный контроль операторов-кассиров игорного заведения, обучение последних правилам азартной игры и порядкам в клубе, контроль за составлением и отправкой отчетов лично ему за отработанную смену, контроль получения кассирами денежного вознаграждения за смену, контроль обстановки в клубах, непосредственно сам менеджер мог выходить в смену и работать вместо кассиров, в случае если таковые отсутствовали, непосредственный поиск и прием в игорные клубы людей на должности кассиров. При этом он с кассирами не контактировал и о нем кассиры знать не должны были, он это делал для своей безопасности и личной максимальной конспирации, то есть все взаимодействие с кассирами он возложил на менеджера, также менеджер совместно с кассирами контролировали наполняемость бара заведения (чай, кофе, конфеты для игроков и другое), а также контролировали проведение акций и бонусных игр, которые он поручал организовать и провести. Также менеджер должна была передавать ему денежные средства – выручку (доход) от деятельности клуба, в среднем это было установлено как один раз в неделю, при этом передача денег осуществлялась ему всегда в одном месте, на территории парковки автозаправочной станции, расположенной по XXXX г. Уссурийске, передавались ему наличные денежные средства. При этом также он определил, что вознаграждение – заработную плату за выполнение своих указанных обязанностей менеджер будет получать из кассы заведения самостоятельно по итогам работы за месяц, а именно 10 000 рублей в месяц, плюс 6000 рублей для заправки автомобиля или проезда по нуждам клуба на такси, иногда бывало, что он решал вопрос о выплате менеджеру премии, но это было не часто. И когда в клуб им был введен менеджер, тот уже определялся с выплатой заработной платы кассирам – после смены или раз-два в месяц. Отчитывался менеджер по материальным затратам лично перед ним. И далее уже ФИО20 подыскивала кассиров, обучала их, то есть выполняла обязанности менеджера, за что получала вознаграждение. Через некоторый промежуток времени, примерно в марте-апреле 2021 он решил расширить указанную деятельность для получения большего дохода, в связи с чем стал приискивать и приискал помещение по XXXX в г. Уссурийске. Скорее всего ему помогал тот же знакомый. Арендная плата составляла 70000-80000 рублей, оплата производилась путем банковских переводов, но в целях конспирации переводы он выполнял посредством банкоматов. В указанном помещении в данный период марте-апреле 2021 он оборудовал игорный клуб, аналогичный тому, что был оборудован по XXXX «а». Так, он закупил на территории г. Уссурийска Уссурийского городского округа мебель – столы компьютерные, стулья, и другую необходимую мебель. Покупал её в разных местах - магазинах и через интернет, в том числе и бывшую в употреблении мебель, которую разместил в указанном клубе. Затем также самостоятельно приобрел компьютерную технику, состоящую из системного блока, монитора, клавиатуры и мыши – техника не была новой, часть покупал по объявлениям в интернете, часть в скупках. В данный клуб было приобретено около 15 рабочих компьютеров для посетителей-игроков. Также был приобретен и установлен один компьютер за стойку для оператора-кассира, который занимался непосредственным проведением азартных игр. Все компьютеры были подключены к сети «Интернет», также при помощи специалиста, без какого-то конкретного провайдера, оплату услуг осуществлял аналогичным способом, что и за интернет в помещении по XXXX А. О том, что в клубе осуществляется азартная деятельность, данный специалист не был осведомлен. Также через знакомого, который помог ему с помещением, были оформлены договорные отношения с тем же охранным агентством, сотрудники которого не знали о том, что в клубе осуществляется незаконная игорная деятельность, была установлена только тревожная кнопка. Оплату услуг охраны он согласно разработанным им правилам возложил на работников – кассиров (администраторов, операторов) клуба. Он лично установил аналогичное игровое оборудование, как и в клубе по XXXX для осуществления азартных игр на компьютеры клуба по XXXX. То есть вся деятельность была аналогичной той, что организована по XXXX. В данный клуб по объявлению в Интернете он также привлек на работу девушек-кассиров аналогично тому, как были привлечены девушки в клуб по XXXX А, с которыми провел беседу, показал, как необходимо запускать игровое оборудование, разъяснил правила работы, аналогичные тем, которые были установлены в клубе по XXXX. Девочки-кассиры далее сами обучали друг друга правилам. В целях конспирации и исключения общения с кассирами, посещения указанного клуба, через некоторое время после начала работы клуба, он предложил ФИО12 взять на себя обязанности менеджера указанного клуба. С Подоляко он ранее был знаком, так как они совместно привлекались к уголовной ответственности за аналогичное преступление, то есть ему было известно, что она имеет опыт в работе в незаконном игорном клубе. Предложил ей работу он осенью 2021, точнее период не скажет. Он разъяснил Подоляко её обязанности – аналогичные обязанностям ФИО20. При этом о том, что им до этого отрыт клуб по XXXX, он Подоляко не говорил. То есть менеджеров между собой не знакомил, об их существовании не говорил. Знакомы ли они были ранее между собой, ему не известно. Далее он стал осуществлять руководство через менеджеров указанными двумя клубами. Кроме того, для того, чтобы было больше клиентов, в клубе по XXXX он предложил ФИО12 найти банковскую карту, на которую принимать переводы для принятия ставок от игроков. Единственное оговорил, чтобы переводов было как можно меньше. За это отвечала ФИО12 Уже позднее – в начале 2022 года (январь 2022) он решил открыть еще один аналогичный клуб, осуществляющий незаконную игорную деятельность, приступил к поиску подходящего помещения, покупке необходимого компьютерного оборудования, видеокамер, мебели. Обращался ли он к Рим Ю., которая продолжительное время работала кассиром в клубе по XXXX «а» с предложением приискать помещение для нового клуба, не помнит, не исключает этого. С ФИО30 он несколько раз общался по телефону по работе, так как она поддерживала отношения с ФИО20, которая ей доверяла, он решил, что ФИО30 также можно доверять. И он подумал, что её можно привлечь в качестве менеджера в третьем клубе. Так, он лично в июле 2022 приискал помещение, расположенное по адресу: Приморский край, г. Уссурийск, XXXX. При этом он попросил Рим, которой предложил стать менеджером в новом клубе (точно период, когда предложил, не знает, с ДД.ММ.ГГ по ДД.ММ.ГГ) пообщаться с владельцем помещения, заключить договор. Также попросил заключить договор с охранным агентством. Рим приняла его предложение. Так, после заключения договора в кратчайший срок он оборудовал помещение по вышеуказанному адресу необходимой мебелью и компьютерной техникой, камерами видеонаблюдения, установил на компьютеры игровое оборудование аналогичное тому, что установлено в предыдущих открытых им клубах, произвел подключение к интернету также через специалиста, найденного через Интернет. Все это он сделал в течении короткого времени, так как оборудование и мебель приобрел заранее (до 2 дней). Рим стала выполнять роль менеджера клуба, он ей разъяснил её обязанности, она же привлекала девушек-кассиров, с которыми он не общался. В данном клубе были такие же правила, как и в предыдущих клубах, осуществлялась аналогичная деятельность. Им было определено, чтобы Рим Ю. не говорила ФИО20 о том, что открыт еще один клуб и Рим работает там менеджером. В клубе по XXXX для отправки отчётов им был создал электронный почтовый ящик с адресом turg.iv@gmail.com, в клубе по XXXX - ivaivan503@gmail.com. Также в каждом клубе в местах расположения кассиров им были установлены камеры слежения онлайн за деятельность кассиров. То есть при помощи установленного на телефон приложения он мог онлайн посмотреть, что делают кассиры. Менеджеры также могли подключаться к приложению и следить по камерам за кассирами. Все указанные менеджеры – ФИО12, ФИО20 и Рим Ю. подчинялись исключительно ему, выполняли все вышеуказанные возложенные на них функции, получали оплату по условиям, указанным им выше. С данными лицами он держал постоянный контакт, они встречались в месте, указанном им, для передачи ей денег. Менеджеры между собой не должны были общаться, и вообще не должны были знать о существовании других клубов. То есть он их не знакомил между собой, общую деятельность всех клубов с ними не обсуждал. Он настаивал на том, что для усиленной конспирации, они должны использовать для связи друг с другом, а также для связи менеджеров с кассирами приложение-мессенджер «Telegram», чтобы их разговоры не контролировали полицейские, не прослушивали и не могли прочитать переписки. Девушкам он периодически давал сим-карты для использования в данной деятельности. Покупал их в разных местах, они временные, работали недолго, так как не были официально оформлены. Но девушки этими сим-картами практически не пользовались. Рабочие телефоны он менеджерам не выдавал, по крайней мере, этого не помнит. Какие-либо вопросы, связанные с организацией азартных игр, проблемы с посетителями, наличием денег в кассе, данные менеджеры решали с ним, как с организатором. При этом он не стал привлекать какую-либо охрану в клубах, также, чтобы было как можно меньше людей задействовано. Помимо этого, в каждом клубе были напечатанные деньги на обычном принтере, купленные им в магазине, которые называются «Билеты банка приколов». Это неплатежные средства, так как не являются деньгами изначально, а просто изображением их. Он разместил такие бумажки в каждом клубе для безопасности, так как могли быть случаи ограбления неизвестными лицами, и чтобы те не смогли украсть настоящие деньги, им бы кассиры отдавали данные бумажки, а так как в заведениях темно, разглядеть бы они не смогли что это не настоящие деньги. Людей на должности кассиров администраторы ФИО20, Рим Ю. и ФИО12 с ним не согласовывали, приискивали их сами, сами обучали и с ними взаимодействовали, с ним не контактировали по этому поводу. То есть это была обязанность менеджеров. Наличие в своем телефоне фотографии паспорта кассира клуба по XXXX ФИО8 объяснил тем, что возможно, Подоляко ему прислала фотографию, чтобы просто узнать, знакома ли данная девушка ему. Сам он не требовал от менеджеров информацию о кассирах. В случае поломки компьютера, отключения интернета, о чем он узнавал от менеджеров клуба, он обращался с просьбой о ремонте к своему знакомому Свидетель №13, который также не был осведомлен о преступности деятельности клуба. Ему было сказано, что это интернет-кафе. Таким образом, он понимает, что действовал группой лиц по предварительному сговору с указанными менеджерами, которых привлек, предложил им участвовать в указанной деятельности, и они поочередно согласились. Они все жители г. Уссурийска, разговаривал он с ними также на территории г. Уссурийска Приморского края. Предложение было связано с возможностью заработка для них. Никакого официального трудоустройства не было, это все было незаконно и в целях конспирации. Он осознает, что совершил преступление, понимает, что действовал незаконно, вступил в сговор с вышеуказанными лицами, раскаивается в этом. Однако он не согласен с вмененным ему признаком – организованная преступная группа, поскольку девушки выполняли обязанности, получали за них заработную плату. Они не были связаны со всеми тремя клубами, отвечали каждая за свой клуб. В распределении прибыли не участвовали. Фактически были наемными работниками. Заранее для организации преступной деятельности он с ними не связывался, об этом не договаривался, приглашал их тогда, когда игорный клуб уже был создан, и незаконная деятельность была организована лично им. Согласно протоколу проверки показаний обвиняемого ФИО10 на месте от ДД.ММ.ГГ (т. 2 л.д. 135-142), в ходе которой ФИО10 дал пояснения по обстоятельствам организации незаконных игорных заведений, расположенных по адресам: XXXX г. Уссурийске, после чего на территории автозаправочной станции, расположенной по адресу: г. Уссурийск, XXXX указал на примерное место встречи с менеджерами, получая или передавая им денежные средства. Помимо частично признательных показаний подсудимых ФИО4, ФИО5 и Рим Ю.А., их вина также подтверждается совокупностью следующих доказательств. В судебном заседании в связи с неявкой в порядке ч. 1 ст. 281 УПК РФ с согласия сторон оглашены показания свидетеля Свидетель №1 ((т. 6 л.д. 77-82), согласно которым ей известно, что на территории Российской Федерации законом запрещены азартные игры, что азартные игры разрешены только в специально отведенных игорных зонах. В Приморском крае такая игорная зона расположена в районе XXXX. В городе Уссурийске подобных игорных зон нет. В первых месяцах 2021 года, точную дату не помнит, не ранее ДД.ММ.ГГ, она находилась в поисках работы, когда от кого-то из знакомых узнала о том, что в игорное заведение, расположенное по адресу: г. Уссурийск, XXXX (клуб), требуется работник администратор-кассир. От кого точно узнала, не помнит, так как прошло много времени. Она обратилась в указанное заведение, где с ней провела инструктаж ФИО4, которая была в данном заведении «старшей». ФИО4 рассказала об условиях работы – работа посменная, суточная с графиком работы с 09 часов 00 минут до 09 часов 00 минут следующего дня (возможно позже график изменился с 10 до 10 часов), то есть рабочая смена составляла 24 часа, заработная плата из расчета 3500 рублей за смену – оплата два раза в месяц; об обязанностях администратора-кассира, которые изложит далее; показала, что она как администратор-кассир должна делать, а именно, как включаются игровые компьютеры, как вносятся ставки, как составляются и отправляются отчеты. То есть она понимала, что в данном заведении проводятся азартные игры, что данная деятельность незаконная. Сама ФИО20 некоторое время также выполняла работу кассира, в последующем забеременела, и выполняла только работу «старшей». С ФИО20 и иными сменщицами она не дружила, общение сводилось только к передаче денежных средств по смене, отчетах по работе в смене, ФИО14 она звонила, когда возникали какие-то вопросы. Рабочего телефона в клубе не было, для связи использовала свой личный телефон. Для связи с ФИО14 использовали мобильное приложение «Телеграмм». Охранников в клубе не было, имелась тревожная кнопка, при нажатии на которую приезжала группа быстрого реагирования. Однажды, когда игроки начали конфликт, она нажимала на кнопку, приезжали сотрудники. Какой компании была охрана, ей не известно. Один раз в месяц представитель охранной компании приезжал в помещение клуба, ему передавали деньги в качестве оплаты. Клуб располагался в отдельно стоящем здании, вход в помещение отдельный. В указанном клубе два помещения – непосредственно игровая зона, небольшое помещение для кассира, в котором оборудовано окно. Также имеется туалет. Входная дверь оборудована магнитным замком, с целью исключить посторонним доступ. Над входом установлены камеры, изображение с которых в онлайн-режиме передавалось на монитор, установленный в помещении для кассира. Окна отсутствуют. Звонок двери был отключен, посетители стучали в дверь. Кассир, осмотрев посетителя через камеру, открывал дверь нажатием на кнопку. Посетитель входил в игровой зал. В игровом зале было установлено 15 компьютеров для азартных игр, часть компьютеров не работала. Компьютеры старые, периодически сами отключались, затем могли заработать. Также имелся компьютер кассира в помещении для кассира. Компьютер кассира объединял все установленные в игровом зале компьютеры локальной сетью. В помещении кассира также установлены 2 камеры. Одна камера установлена за кассиром, одна над кассиром. Изображение с первой камеры на монитор в комнате кассира не передавалось, кто просматривал в онлайн режиме изображение с камеры, она не знает. Изображение с камер над входом, со второй камеры передавалось на монитор, установленный в кассе. Также в самом игровом зале были установлены камеры, которые также изображение передавали на монитор, установленный в кассе. То, что за ними следили, ей известно, так как ей однажды позвонила ФИО4, которая сказала о том, что её-ФИО14 отругали из-за неё-Свидетель №1, так как последняя передала денежные средства (или выигрыш, или сдачу) игроку в сложенном виде, а нужно было пересчитать деньги под камерой. Кто отругал ФИО20, ей не известно. То есть она поняла, что ФИО4 по работе перед кем-то отчитывается, но перед кем, кто был непосредственным «хозяином» клуба ей не известно. В основном посетители все постоянные, она запомнила постоянных клиентов. С клиентами не общалась, кто они такие и чем занимаются, не знает. Предполагает, что некоторыми клиентами были таксисты. В основном приходили играть мужчины разного возраста. Так, в обязанности кассира входило: по звонку или стуку в дверь осмотр внешности посетителя (подозрительных лиц нельзя было впускать, оценивались посетители визуально), открытие двери при помощи нажатия на кнопку, расположенную в кассе, принятие денежных средств от посетителей (игроков), создание игровых аккаунтов (логинов) в игровой системе «Champion» (Чемпион) или игровой системе «Суперматик» - по выбору игрока, выдача выигрышей, ведение кассы, составление отчетов и направление их электронной почтой, к концу смены уборка помещения. В случае, когда приходил игрок и хотел поиграть в азартные игры, он передавал кассиру денежную сумму, после чего, кассир принимала денежные средства от посетителя, которые складывала в коробку-кассу, на компьютере администратора, подключенном к вышеуказанным игровым системам и соединенном локальной сетью с игровыми компьютерами, создавала аккаунт с логином/паролем. Вход в систему с компьютера администратора осуществлялся при помощи ввода постоянного логина и пароля, но обычно основная страница, на которой создавались логины и пароли клиентов, была открыта и не требовала пароля. В системе администратора кассир создавала новый логин (счет), принимая ставки в виде наличных денежных средств от посетителей-игроков и зачисляя игровые баллы (кредиты, очки) на баланс игрового эмулятора азартной игры игрового оборудования в размере, эквивалентном сумме переданных посетителем-игроком денежных средств из расчетов 1 кредит = 1 рубль. При этом игровая система создает нового пользователя (логии/пароль), который кассир собственноручно записывал на бумажный лист, то есть на листе писался логин, представляющий собой набор чисел (количество не помню), который передавал посетителю (игроку). Далее игрок садился за свободный компьютер, расположенный в зале, и вводил предоставленный кассиром логин/пароль в специальное поле в окне игровой программы, после выбирал игры и играл в них. При каждой игре с его счёта списывались кредиты (виртуальные денежные единицы). В случае выигрыша, посетитель предоставлял кассиру свой листок с логином/ паролем, по которому кассир в системе «Champion» или в системе «Суперматик» (разницу в них не понимает, так как сама не играла) через компьютер администратора смотрела остаток денежных средств на счету этого пользователя, и, убедившись в наличии требуемой игроком суммы (фактическое наличие средств на таком игровом аккаунте), выдавала денежные средства (выигрыш) посетителю из кассы. В случае проигрыша всех зачисленных кредитов, посетитель-игрок мог дополнить счет, передав кассиру дополнительную сумму денежных средств, а мог прекратить игру. При выигрыше игрок мог продолжить игру на выигранные кредиты (деньги), а мог обратиться к кассиру за выигрышем. Разницу между указанными игровыми системами могу назвать одну – при ставках в игре «Чемпион» кассир вводит внесенную игроком сумму на открываемый «счет», игроку выдается логин, с которым он может сесть за любой игровой компьютер, включить игру «Чемпион», ввести логин и начать игру. При введении ставки в «Суперматик» ставка вносится на определенный компьютер, игрок может начать игру только на определенном игровом компьютере. Принцип же самих игр ей не известен, сама в азартные игры не играла. В основном посетители-игроки играли в программе «Чемпион». Она понимала, что игра азартная – на деньги, в основном игроки проигрывали, но иногда случались и выигрыши. Минимальной ставки вообще нет, но по сложившимся правилам, менее 200 рублей они ставку не принимали. Максимальной ставки также нет. В основном ставки были небольшие 300-500-1000 рублей, максимально ставили до 10 000 рублей, но это было очень редко. Выигрывали редко, небольшие суммы. За весь период её работы максимальный выигрыш составил 100 000 рублей, но это было один раз. В кассе всегда должен был быть лимит – 20 000 рублей. В случае нехватки денежных средств от игорной деятельности для оплаты расходов (охрана, вода, чай-кофе, выдача выигрыша), деньги брались из лимита. Если денежных средств для выдачи выигрыша не хватало с учетом лимита, кассир об этом сообщал ФИО20, которая привозила денежные средства. Также ФИО20 осуществляла закупку продуктов, расходных материалов – канцелярия, салфетки, туалетная бумага, стаканы, мыло. С разрешения Н. ФИО14 в клубе устраивались акции (лотереи) для клиентов клуба – на отрезках бумаги – лотерейках с различными изображениями писались суммы, клиенты вытягивали листы бумаги, они были пустые или с суммами, если с суммами, то эти суммы зачислялись игроку на счет. В конце смены кассир производил уборку помещений, кроме того готовил отчет. В отчет вносилась информация о дате составления отчета по окончанию смены, информация согласно названиям в графах: «НС» - количество баллов по игровым программам на начало смены, «Ч» - сумма полученная от игроков за игру в «Чемпион», «С» - сумма полученная от игроков за игру «Суперматик», «ЛИМИТ» - сумма, постоянно находящаяся в кассе для размена (20000 рублей), «РАСХОД» - сумма, потраченная на возможные расходы, «КС» - количество баллов на конец смены, «ИТОГ» - сумма полученная от игроков за смену, «ОБЩИЙ ИТОГ» - сумма, полученная от игроков за исключением расхода. Конец смены «КС» в отчете является началом следующей смены «НС». Какие-либо журналы по поступлению денежных средств и расходам не вели. Для себя она, как кассир делала записи на листах бумаги, после окончания смены данные листы разрывала и выбрасывала. Готовый отчет отправлялся с компьютера кассира на два электронных адреса, точно адреса не помнит, в первом адресе был указан текст на английском языке «мориган», во втором «олвейс». То есть по одному адресу отчет получала ФИО20, кто являлся вторым получателем отчета, ей не известно. От ФИО29, выполняющей обязанности «старшей», она как-то слышала, что та общалась по телефону по поводу клуба, называя кого-то «Папой». Ежедневно ФИО29 в разное время приезжала в клуб, забирала выручку. Заработную плату наличными денежными средствами выдавала ФИО29. Заработная плата выдавалась 1го и 16го числа каждого месяца. В клубе в свободном доступе для клиентов были кофе и чай, конфеты. Также в клубе осуществляюсь продажа пива. Какая сумма выручки в среднем была в её смены, сказать не может, так как постоянных сумм не было. Случалось, что выручки за смену не было вообще. Максимально выручка в клубе в её смену достигала 150 000 рублей, но это было один раз. В основном 20 000-30 000 рублей. Отчеты по сменам для себя нигде не сохраняла. Её заработная плата исходила из отработанных смен - 3500 рублей за смену, составлялся график, кто и когда выходит. Иногда могли по договоренности подменять друг друга. Она ни разу не передавала деньги кому-то кроме ФИО20. За деньгами та приезжала в клуб. Несколько раз она привозила деньги ФИО20 домой, так как последняя не могла приехать. Адрес говорила ФИО29, район «Слобода». Фактически в клубе всегда находился один кассир, который менялся с другим кассиром на следующее утро. Какого-либо предварительного сговора между кассирами и ФИО20 не было, она просто выполняла определенные ей функции, при этом они не распределяли между собой обязанности, не делили прибыль, не давали советы по улучшению работы клуба. Она выполняла единолично, посменно свои обязанности за фиксированную заработную плату. То есть данную деятельность сама не организовывала, кто причастен к организации, не знает. После ДД.ММ.ГГ она приехала на работу, увидела, что дверь опечатана, поняла, что деятельность пресечена. Далее ей позвонила или Рим Ю., или ФИО20, она узнала, что возбуждено уголовное дело. В судебном заседании в связи с неявкой в порядке ч. 1 ст. 281 УПК РФ с согласия сторон оглашены показания свидетеля Свидетель №3 (т. 6 л.д. 72-76), согласно которым ей известно, что на территории Российской Федерации законом запрещены азартные игры, что азартные игры разрешены только в специально отведенных игорных зонах. В Приморском крае такая игорная зона расположена в районе XXXX. В городе Уссурийске подобных игорных зон нет. Не ранее ДД.ММ.ГГ и не позднее ДД.ММ.ГГ ввиду того, что она нуждалась в заработке, она стала изучать на различных сайтах в сети Интернет объявления с предложениями о работе. На одном из сайтов (название не помнит) увидела объявление о том, что требуются девушки администраторы-кассиры в интернет-клуб, позвонила по указанному в объявлении номеру, ответила женщина и предложила прийти на собеседование, назвав адрес заведения: XXXX г. Уссурийске. В этот же день или немного позднее, она пришла в указанное заведение. Это отдельно стоящее здание, в котором несколько организаций, в том числе магазин «столица». В заведение, в которое она пришла для трудоустройства, был отдельный вход, оборудованный черной дверью с магнитным замком без какого-либо обозначения о проводимой деятельности, и камерами над входом. Она постучала в дверь, которая открылась, вошла внутрь. Её встретила девушка, имя не помнит, так как это было давно. При входе одно небольшое помещение, в котором по периметру были расположены столы с нумерацией (15 штук), на которых находились компьютеры в сборе (системный блок, монитор, клавиатура и компьютерная мышь), также была оборудована барная стойка для кассира со стоящем за ней компьютером в сборе. Также был небольшой туалет в отдельной комнате. Указанная девушка рассказала, что данное заведение является игорным, то есть в нем посетители осуществляю азартные игры на компьютерах через интернет. Она поняла, что деятельность в данном заведении незаконная, но так как у неё не было возможности длительное время искать работу ввиду отсутствия средств к существованию, решила начать работу в указанном клубе. Девушка не говорила, кому именно принадлежало данное игорное заведение, а также кто является организатором азартных игр в данном клубе. Дальше в ходе своей работы она также не знала, кто является хозяином данного клуба. Охрана в клубе отсутствовала, имелась тревожная кнопка, подключенная к пульту охранной организации, название которой не знает. В дальнейшем она около 2 дней бесплатно проходила стажировку, то есть выходила в смены вместе с указанной девушкой, которая выполняла работу администратора-кассира, которая на своей работе показывала, какие обязанности ей предстоит выполнять, о которых расскажет далее. График работы был с 09 часов 00 минут одного дня до 09 часов 00 минут следующего дня, позже график изменился на график работы 10 часов 00 минут одного дня до 10 часов 00 минут следующего дня. С чем это было связано, не помнит. Все компьютеры были соединены локальной сетью, подключены к компьютеру администратора-кассира за барной стойкой. На компьютерах установлено две игровые программы «Champion» («Чемпион») и «Суперматик» (игровые эмуляторы азартной игры). Посетитель заведения, желающий осуществить азартную игру, стучал в дверь, она, как кассир должна оценить посетителя (учитывая то, что деятельность незаконная, подозрительных лиц впускать было нельзя, но она не знает, как определить подозрительного человека, сначала впускала всех, потом стала запоминать постоянных клиентов), при помощи кнопки на барной стойке открывала дверь, игрок входил в помещение, подходил к ней, передавал денежную сумму, после чего, она принимала денежные средства от посетителя, которые клала в кассу (коробку), далее на компьютере администратора создавала аккаунт с логином/паролем (логин) в игровой системе «Чемпион» или «Суперматик» в зависимости от того, в какой системе хотел играть посетитель. Вход в систему с компьютера администратора осуществлялся при помощи ввода постоянного логина и пароля, но обычно основная страница, на которой создавались логины и пароли клиентов, была открыта и не требовала пароля. В системе администратора она создавала новый счет, принимая ставку в виде наличных денежных средств от игрока и зачисляя игровые баллы (кредиты) на баланс логина игрового оборудования в размере, эквивалентном сумме переданных посетителем-игроком денежных средств из расчетов 1 кредит (балл) = 1 рубль. При каждой игре со счета игрока списывались кредиты (виртуальные денежные единицы). В случае выигрыша, посетитель предоставлял ей свой листок с логином/ паролем, по которому она в игровой системе через компьютер администратора смотрела остаток денежных средств на счете этого пользователя, и, убедившись в наличии требуемой игроком суммы (фактическое наличие средств на таком игровом аккаунте), выдавала денежные средства (выигрыш) посетителю из кассы. В случае проигрыша посетитель прекращал игру, или же мог внести денежные средства дополнительно. Кассир зачислял кредиты на счет ранее созданного логина в размере, равном внесенной денежной сумме. По окончанию смены кассир осуществлял уборку помещения, а также составлял суточный отчет, о чем расскажет далее. Та девушка, которая её стажировала, практически сразу добровольно прекратила указанную деятельность, её она более не видела. С кем она работала далее, уже не помнит, в последнее время они работали втроем с Свидетель №4 и ФИО8. Свидетель №4 стала работать в клубе примерно с мая 2021, то есть немногим позже неё. ФИО92 стала работать в клубе в начале августа 2022. Кто организовал данную деятельность, планировал работу администраторов заведения, мне достоверно не известно. Начало работы в указанном заведении она точно не помнит, но через некоторое время после начала работы руководителем клуба стала ФИО9 (Подоляко) Г.. ФИО12 осуществляла общее руководство клубом, обязанности администратора-кассира не выполняла. Последняя в утреннее время приезжала в клуб, забирала выручку, при необходимости привозила расходные материалы – канцелярию, стаканы, салфетки, конфеты, чай, так как в клубе для посетителей предусматривались бесплатные чай, конфеты, также стоял куллер с питьевой водой. Воду кассиры самостоятельно заказывали доставкой, оплачивая из кассы заведения, о чем делали отметку в отчете. У неё был номер телефона ФИО12, в настоящее время его не помнит, по которому необходимо было писать сообщения или звонить в приложении «Телеграмм» в случае возникновения каких-либо вопросов. Каким образом ФИО12 распоряжалась в дальнейшем данными денежными средствами, она не знает, близко они не общалась, только отчитываясь по работе. Из кассы заведения ФИО12 выплачивала кассирам заработную плату и аванс, то есть выплачивала денежные средства два раза в месяц, а именно первого и шестнадцатого числа каждого месяца из расчете 3500 рублей за смену. Иногда она брала деньги в качестве заработной платы из кассы сама, когда ФИО12 ей посредством приложения «Telegram» писала сообщение об этом. Какие-либо журналы и тетради по факту ведения денежных средств в игорном заведении, они в данном клубе не вели. У них имелась только тетрадь по бару, которая практически не велась. Они периодически для себя с девочками-кассирами составляли график дежурств, чтобы не запутаться и знать, в какие дни отдыхают. Составляемый по окончанию смены отчет отправлялся по двум электронным адресам, окна которых были открыты на рабочем столе компьютера кассира. В отчет вносилась информация о дате составления отчета по окончанию смены, информация согласно названиям в графах: «НС» - количество баллов по игровым программам на начало смены, «Ч» - сумма полученная от игроков за игру «Чемпион», «С» - сумма полученная от игроков за игру «Суперматик», «ЛИМИТ» - сумма, постоянно находящаяся в кассе для размена (20 000 рублей), «РАСХОД» - сумма, потраченная на возможные расходы, «КС» - количество баллов на конец смены, «ИТОГ» - сумма полученная от игроков за смену, «ОБЩИЙ ИТОГ» - сумма, полученная от игроков за исключением расхода. Конец смены «КС» в отчете является началом следующей смены «НС». В какой-то период работы, точно не помню когда, ФИО12 сказала, что в клубе имеется возможность приема денежных средств путем банковских переводов, назвала номер банковской карты или номер телефона, который привязан к карте, точно не помнит, данный номер был записан на отрезке бумаги. В случае, если игроки пользовались переводами для оплаты услуг клуба, то есть оплату азартной игры, то кассиры, в том числе она, писали Подоляко сообщение с вопросом, прошел ли перевод, последняя перевод подтверждала. Переписка велась в приложении «Телеграмм». Ей не известно, кто арендовал указанное нежилое помещение, расположенное по адресу: Приморский край, г. Уссурийск, XXXX. Также не известно, кто именно установил компьютерное оборудование и программное обеспечение на них, кто соединил их в единую сеть и подключил к компьютеру администратора, которой был установлен за барной стойкой, кто подключал интернет, установил игровые системы, кто являлся арендодателем вышеуказанного нежилого помещения. Фактически работу клуба контролировала Подоляко, которой мы могли позвонить при возникновении каких-то вопросов. Так, звонили ей, когда заканчивались деньги в кассе, и не хватало для выдачи выигрыша, когда случались неполадки с компьютерами или интернетом, когда заканчивались расходные материалы, продукты. Подоляко приезжала и забирала выручку, фактически выдавала нам заработную плату, давала разрешение на взятие денежных средств в качестве заработной платы из кассы. Какого-либо предварительного сговора между кассирами не было, они просто выполняли определенные им функции, при этом не распределяли между собой обязанности, не делили прибыль, не давали советы по улучшению работы клуба Подоляко. Выполняли единолично, посменно свои обязанности за фиксированную заработную плату. Вышеуказанную деятельность она сама не организовывала, кто причастен к организации, ей не известно. Также не организовывали указанную деятельность Свидетель №4 и ФИО92. Ни в какой группе они не состояли. О том, что она работала в незаконной организации по осуществлению азартной деятельности, никому не говорила. Ей очень стыдно за то, чем она занималась, в содеянном искренне раскаивается. К данной деятельности её подтолкнули личные обстоятельства ввиду необходимости трудоустройства. Она сразу дала полные и правдивые показания сотрудникам правоохранительных органов о проводимой как ею, так и иными лицами незаконной деятельности. В судебном заседании в связи с неявкой в порядке ч. 1 ст. 281 УПК РФ с согласия сторон оглашены показания свидетеля Свидетель №4 (т. 6 л.д. 60-65), согласно которым она является мастером маникюра, к ней приходят клиентки, с которыми они за работой ведут беседы. Не ранее ДД.ММ.ГГ и не позднее ДД.ММ.ГГ в ходе работы с одной из своей клиенток (возможно имя Людмила) при разговоре она сказала, что ищет еще одну работу, поскольку самостоятельно зарабатывает на жизнь, воспитывает малолетнего ребенка, заработка от оказания услуг маникюра недостаточно для создания комфортных условий для жизни ребенка. Людмила сказала, что в игорный клуб, осуществляющий незаконную азартную деятельность, расположенный по адресу: Приморский край, г. Уссурийск, XXXX, требуется администратор-кассир (оператор) для посменной работы по проведению азартных игр. Людмила сказала, что сама работает в указанном клубе в такой должности, но не говорила, кому принадлежало данное игорное заведение, кто является организатором азартных игр. Она попросила Людмилу узнать, может ли она устроиться в указанный клуб на работу, последняя обещала перезвонить. Примерно через неделю после вышеуказанного разговора, то есть в период с ДД.ММ.ГГ до ДД.ММ.ГГ Людмила написала посредством мобильного приложения сообщение о том, что она может прийти в игорный клуб, расположенный по адресу: Приморский край, г. Уссурийск, XXXX, для выполнения работы в должности администратора-кассира (оператора). На следующее утро после полученного сообщения от Людмилы, то есть в вышеуказанный период она приехала по адресу: Приморский край, г. Уссурийск, XXXX. Это одноэтажное здание с тремя входами. Слева направо располагалась металлическая дверь, являющаяся входом в игорный клуб, вторая дверь являлась входом в алкомаркет «Столица», а третья дверь вела в магазин «Чудодей». При входе в игровой клуб, справа над дверью располагалась камера видеонаблюдения, также имелась еще одна камера видеонаблюдения, расположенная слева на углу дома. Каких-либо рекламных вывесок и иных ориентиров при входе в игорный клуб не имелось. Она подошла к двери, которая была закрыта на магнитный замок, постучала. Дверь открылась, она вошла в клуб, прошла в помещение, в котором находилась Людмила. Помещение представляло собой один большой зал, где вдоль стен располагались компьютерные столы с нумерацией, на которых находились компьютеры в сборе (монитор, системный блок, клавиатура и манипулятор (компьютерная мышь) в количестве 15 штук. Прямо от входа располагалась барная стойка, за которой находился компьютер администратора в сборе и коробка в качестве кассы. Из работников данного клуба находилась только Людмила, возможно, были посетители - игроки, точно не помнит. Охранники в данном игорном клубе отсутствовали. Людмила провела её за барную стойку, а именно к компьютеру администратора и объяснила суть работы, а именно: работа суточная посменная, по звонку или стуку в дверь оценка внешности посетителя (подозрительных лиц нельзя было впускать, оценивались посетители визуально), открытие двери, принятие денежных средств от посетителей (игроков), создание игровых аккаунтов (логинов) в игровой системе «Champion» (Чемпион) или игровой системе «Суперматик» - по выбору игрока, выдача выигрышей, ведение кассы, составление отчетов и направление их электронной почтой, к концу смены уборка помещения. В случае, когда приходил игрок и хотел поиграть в азартные игры, он передавал кассиру денежную сумму, после чего, кассир принимала денежные средства от посетителя, которые складывала в коробку-кассу, на компьютере администратора, подключенном к вышеуказанным игровым системам и соединенном локальной сетью с игровыми компьютерами, создавала аккаунт с логином/паролем. Вход в систему с компьютера администратора осуществлялся при помощи ввода постоянного логина и пароля, но обычно основная страница, на которой создавались логины и пароли клиентов, была открыта и не требовала пароля. В системе администратора кассир создавала новый счет, принимая ставки в виде наличных денежных средств от посетителей-игроков и зачисляя игровые баллы (кредиты, очки) на баланс игрового эмулятора азартной игры игрового оборудования в размере, эквивалентном сумме переданных посетителем-игроком денежных средств из расчетов 1 кредит = 1 рубль. При этом игровая система создает нового пользователя (логии/пароль), который кассир собственноручно записывал на бумажный лист, то есть на листе писался логин, представляющий собой набор чисел (количество не помню), который передавал посетителю (игроку). Далее игрок садился за свободный компьютер, расположенный в зале, и вводил предоставленный кассиром логин/пароль в специальное поле в окне игровой программы, после выбирал игры и играл в них. При каждой игре с его счёта списывались кредиты (виртуальные денежные единицы). В случае выигрыша, посетитель предоставлял кассиру свой листок с логином/ паролем, по которому кассир в системе «Champion» или в системе «Суперматик» (разницу в них не понимаю, так как сама не играла) через компьютер администратора смотрела остаток денежных средств на счету этого пользователя, и, убедившись в наличии требуемой игроком суммы (фактическое наличие средств на таком игровом аккаунте), выдавала денежные средства (выигрыш) посетителю из кассы. В случае проигрыша всех зачисленных кредитов, посетитель-игрок мог дополнить счет, передав кассиру дополнительную сумму денежных средств, а мог прекратить игру. При выигрыше игрок мог продолжить игру на выигранные кредиты (деньги), а мог обратиться к кассиру за выигрышем. Фактически она пришла на указанную работу через Людмилу, однако с кем именно Людмила согласовывала вопрос о приеме её на работу, не знает. Как и кем забиралась выручка от смен в начале её деятельности, точно не помнит, как ей кажется, они просто передавали её по смене. Через некоторое время в данном клубе в качестве «старшей» - руководителем стала ФИО12, приезжала в клуб, забирала денежные средства, полученные за смену. При этом Подоляко не осуществляла работу в данном игорном заведении в качестве администратора-кассира, приезжала в основном в утреннее время, забирала денежные средства, полученные за сутки, также периодически привозила необходимые расходные материалы – чистящие средства, канцелярию, чай, кофе, стаканы, салфетки, туалетную бумагу, так как для игроков в клубе в свободном доступе имелись чай, кофе и сладости. Каким образом Подоляко распоряжалась в дальнейшем данными денежными средствами, ей не известно, последняя об этом ничего не говорила. Из кассы заведения Подоляко выплачивала кассирам заработную плату и аванс два раза в месяц, а именно первого и пятнадцатого числа каждого месяца, нарочно. Заработная плата составлялась из расчета 3500 рублей за отработанную суточную смену. Какие-либо журналы и тетради по факту ведения денежных средств в игорном заведении в данном клубе не вели. У них имелась только тетрадь по бару, которая практически не велась. В конце смены составлялись отчеты, которые отправлялись Подоляко на электронную почту и еще на один адрес. В отчет вносилась информация о дате составления отчета по окончанию смены, информация согласно названиям в графах: «НС» - количество баллов по игровым программам на начало смены, «Ч» - сумма полученная от игроков за игру в «Чемпион», «С» - сумма полученная от игроков за игру «Суперматик», «ЛИМИТ» - сумма, постоянно находящаяся в кассе для размена (20000 рублей), «РАСХОД» - сумма, потраченная на возможные расходы, «КС» - количество баллов на конец смены, «ИТОГ» - сумма полученная от игроков за смену, «ОБЩИЙ ИТОГ» - сумма, полученная от игроков за исключением расхода. Конец смены «КС» в отчете является началом следующей смены «НС». Она согласилась на данную работу, хотя ранее не имела опыта в этом, но ей нужны были деньги для существования. За месяц работы она получала примерно по 35 000 рублей. Рабочая смена составляла одни сутки, сначала с 09 часов 00 минут до 09 часов 00 минут следующего дня. Однако позже режим работы был изменен с 10 часов 00 минут одного дня до 10 часов 00 минут следующего дня. Самостоятельно она приступила к указанной работе в мае 2021 года, при этом выполняла вышеуказанные обязанности. В момент её работы, в качестве администраторов-кассиров также осуществляли указанную деятельность Свидетель №3 и ФИО8. Свидетель №3 работала в данном клубе довольно продолжительное время – начала работать до того, как туда пришла она. Ей не известно, кто арендовал указанное нежилое помещение, расположенное по адресу: Приморский край, г. Уссурийск, XXXX. Также ей не известно, кто именно установил компьютерное оборудование и программное обеспечение на них, кто соединил их в единую сеть и подключил к компьютеру администратора, которой был установлен за барной стойкой, кто подключал интернет, кто являлся арендодателем вышеуказанного нежилого помещения. Фактически работу клуба контролировала Подоляко, которой они могли позвонить при возникновении каких-то вопросов. Так, звонили Подоляко, когда заканчивались деньги в кассе и не хватало для выдачи выигрыша, когда случались неполадки с компьютерами или интернетом, когда заканчивались расходные материалы, продукты. Подоляко приезжала и забирала выручку, фактически выдавала им заработную плату, давая разрешение на взятие денежных средств в качестве заработной платы из кассы. Иногда она спрашивала разрешение у Подоляко, чтобы взять из кассы аванс, когда срочно требовались денежные средства, последняя давала разрешение. Кроме того, в какой-то период Подоляко сказала, что в клубе имеется возможность приема денежных средств путем банковских переводов, назвала номер банковской карты или номер телефона, который привязан к карте, точно не помнит, данный номер был записан на отрезке бумаги. В случае, если игроки пользовались переводами для оплаты услуг клуба, то есть оплату азартной игры, то кассиры, в том числе она, писали Подоляко сообщение с вопросом, прошел ли перевод, последняя перевод подтверждала. Переписка велась в приложении «Телеграмм». Охраны в клубе не было, имелась тревожная кнопка, то есть клуб охранялся сотрудниками охранной организации, представители которой иногда приезжали за оплатой своих услуг. В данном случае по договоренности с Подоляко из кассы выдавались денежные средства согласно счетам, о чем вносилась информация в отчет о расходах. Также кассиры могли заказать воду в клуб, когда вода заканчивалась, оплата за воду производилась из кассы, о чем также делалась отметка в отчете. Фактически в зале всегда находился один кассир, который менялся с другим кассиром на следующее утро. Какого-либо предварительного сговора между кассирами не было, они просто выполняли определенные нам функции, при этом не распределяли между собой обязанности, не делили прибыль, не давали советы по улучшению работы клуба Подоляко. Выполняли единолично, посменно свои обязанности за фиксированную заработную плату. В клубе не было рабочего телефона, для связи с Подоляко она использовала свой мобильный телефон. Они могли переписываться с ФИО95 и ФИО92, но общение было связано лишь с тем, что кто-то мог припоздать на смену, могли подменять друг друга. В судебном заседании в связи с неявкой в порядке ч. 1 ст. 281 УПК РФ с согласия сторон оглашены показания свидетеля ФИО8 (т. 6 л.д. 66-71), согласно которым от знакомой Свидетель №4 ей стало известно, что последняя работает в организации, осуществляющей игорную деятельность в городе Уссурийске, что в данную организацию требуется работница. Ей известно, что на территории Российской Федерации запрещены азартные игры, что в Приморском крае существует одна игорная зона, которая находится за пределами XXXX, то есть указанная организация вела незаконную деятельность. Так как она не могла найти работу, нуждалась в денежных средствах, решила недолго попробовать поработать в указанной организации, до того момента, пока не найдет работу по специальности. Данная деятельность осуществлялась по адресу: г. Уссурийск, XXXX. Она сказала Свидетель №4, что хочет поработать в указанной организации, та предложила прийти по указанному адресу ДД.ММ.ГГ для стажировки. Дословно разговор с Свидетель №4 не помнит, но точно помнит, что последняя не сама принимала решение о её трудоустройстве, а просто предложила кандидатуру руководителю игорного заведения. На тот момент она не знала, кто является руководителем данного заведения, и достоверно об этом не знает до настоящего времени. Свидетель №4 рассказала, что она будет выполнять работу администратора-кассира (оператора), работа суточная - с 10 часов до 10 часов следующего дня, посменная, заработная плата за смену составляет 3500 рублей. Свидетель №4 сказала, что предупредит работника, находящегося на смене, что она придет на стажировку, чтобы её впустили ДД.ММ.ГГ. ДД.ММ.ГГ к 10 часам 00 минутам она пришла по указанному адресу. Это отдельно стоящее здание, в котором несколько организаций, в том числе магазин «столица». В организацию, осуществляющую деятельность по азартным играм (клуб), был отдельный вход, оборудованный черной дверью с надписью «продажа», с магнитным замком и тремя камерами над входом. Она заранее позвонила Свидетель №4 и предупредила о том, что скоро приедет. Она постучала в дверь, её впустили в помещение. При входе одно небольшое помещение, в котором по периметру стоят столы с нумерацией, на которых компьютеры в сборе (системный блок, монитор, клавиатура и компьютерная мышь – около 15 мест), имеется барная стойка для кассира. Также имеется небольшой туалет в отдельной комнате. Открыла ей дверь девушка, представившаяся ФИО40 (как узнала в ходе следствия, ФИО95), какая-либо охрана в помещении отсутствовала. Свидетель №3 сказала, что также работает в указанной организации администратором-кассиром, то есть она как и Свидетель №4 не являлась руководителем данной незаконной организации. На момент прихода посетителей не было, Свидетель №3 сказала, что посетителей нет, показать на примере, что она должна делать, не сможет. Последняя провела её по залу, показала, что и как нужно делать – показала компьютер кассира, как он включается, как включать азартную игру. Так, все компьютеры были соединены локальной сетью, подключены к компьютеру за барной стойкой (кассира). На компьютерах установлено две игровые программы «Чемпион» и «Суперматик». Она включала только программу «Чемпион», так как в её смены вторую игру никто не просил. То есть в первый свой приход она поняла, в чем заключается деятельность кассира, согласилась на указанную работу. Всего в первый день она пробыла в клубе около 1 часа. В указанный день оплата услуг не предусматривалась. На следующий день ДД.ММ.ГГ она снова пришла в указанную организацию, где на смене уже была Свидетель №4, которой она показала, что нужно сделать, чтобы включить игровое оборудование, чтобы игрок смог начать игру, то есть Свидетель №4 поняла, что она запомнила свою работу. Видимо ФИО41 передала данную информацию руководителю клуба, в связи с чем, ей было разрешено начать самостоятельную работу. За посещение клуба ДД.ММ.ГГ она также денежные средства не получала, так как к работе еще не приступила. Так, ФИО95 и Свидетель №4 ей объяснили условия и принципы работы оператора-кассира, о чем она расскажет далее. Позже она узнала, что «старшей», то есть руководителем клуба является ФИО12. Последняя в утреннее время смен приезжала в клуб, забирала выручку, иногда привозила расходные материалы – канцелярию, стаканы, салфетки, конфеты и печенье, чай, так как в клубе для посетителей предусматривались бесплатные чай, конфеты и печенье, также стоял куллер с питьевой водой. Свидетель №4, ФИО95 или сама Подоляко ей сказали номер телефона Подоляко, по которому необходимо писать сообщения или звонить в приложении «Телеграмм» в случае возникновения каких-либо вопросов. Так, посетитель, желающий осуществить азартную игру, стучит в дверь, оборудованную магнитным замком, кнопка открытия которого находится за стойкой кассира. Кассир оценивает посетителя осматривая его на экране компьютера, куда передается изображение с камер видеонаблюдения над входом. Так как деятельность незаконная, кассир должен оценивать визуально посетителя, чтобы минимизировать риск посещения игорного заведения сотрудниками полиции. Однако она не смогла бы определить в посетителе сотрудника полиции, если бы тот пришел не в форменном обмундировании, поэтому впускала всех посетителей. Далее посетитель проходит в помещение к стойке кассира, передает кассиру денежные средства, на сумму которых хочет осуществить азартную игру. Возможны были переводы денежных средств посредством мобильного приложения, возможно, «Сбербанк онлайн», точно не знает. На барной стойке лежал лист бумаги, обмотанный скотчем, с номером банковской карты или мобильного телефона, привязанного к счету банковской карты, точно не помнит, на который можно сделать перевод. После перевода денежных средств посетитель показывал экран телефона с информацией о переводе, кроме того, для подтверждения перевода ею отправлялось сообщение в приложении «Телеграмм» контакту «Баба Гадя», в ответ она получала сообщение о том, что перевод прошел. Она не обращала внимания на данные получателя в сообщении о переводе, так как смотрела на сумму перевода. После передачи денежных средств кассиру, кассир кладет деньги в кассовый ящик, стоящий на столе, далее на компьютере кассира в игровой программе «Чемпион» кассиром создается новый логин, куда зачисляется количество баллов (кредитов), равное сумме денежных средств, переданных посетителем-игроком. Созданный логин (комбинация чисел, количество которых не помнит) переписывается на лист бумаги, который передается посетителю. Посетитель может сесть за любой свободный компьютер, на экране которого имеется «иконка» игры «Чемпион», на которую нажимает посетитель, далее в открывшееся окошко вводит логин, после чего на экране появляется игра, а также количество кредитов. Как точно выглядела игра, процесс самой игры, не знаю, сама в указанные игры не играла. Видела, что на экранах были блоки с изображениями, которые сменялись, нужно было собрать определенную комбинацию из изображений. При выигрыше сумма кредитов увеличивалась, при проигрыше уменьшалась. В основном посетители проигрывали. Посетитель в любой момент мог прекратить игру, обратиться к кассиру за остатком денежных средств на счете. Для этого он подходил к кассиру с листком, на котором написан логин, кассир вводил указанный логин на своем компьютере, где виден остаток, далее остаток денежных средств возвращался посетителю. Также можно получить и выигрыш. Если посетитель все денежные средства проиграл, он просто выходит из игры, как-то отключать логин не нужно. В дальнейшем другой посетитель может сесть за этот же компьютер, ввести уже свой логин и начать игру. Если же посетитель случайно вышел из своей игры, но деньги на его счете остались, он может снова войти в игру, введя тот же логин. По окончанию смены кассир осуществлял уборку помещения. Кроме того, по окончанию рабочей смены кассир составлял отчет, который отправлялся по двум электронным адресам, окна которых были открыты на рабочем столе компьютера кассира. В отчет вносилась информация о дате составления отчета по окончанию смены, информация согласно названиям в графах: «НС» - количество баллов по игровым программам на начало смены, «Ч» - сумма полученная от игроков за игру в «Чемпион», «С» - сумма полученная от игроков за игру «Суперматик», «ЛИМИТ» - сумма, постоянно находящаяся в кассе для размена (20000 рублей), «РАСХОД» - сумма, потраченная на возможные расходы, «КС» - количество баллов на конец смены, «ИТОГ» - сумма полученная от игроков за смену, «ОБЩИЙ ИТОГ» - сумма, полученная от игроков за исключением расхода. Конец смены «КС» в отчете является началом следующей смены «НС». О расходах могу сказать следующее. Иногда привозили доставщики воду, оплата за которую производилась из кассы. И как-то в мою смену приехали представители охранной организации, привезли счет за услуги, услуги она оплачивала из кассы клуба. Она тогда не смогла дозвониться до Подоляко, поэтому спрашивала у Свидетель №4, об оплате услуг. Какие-либо журналы по приходу и расходу денежных средств они не вели. В течение смены приход и расход она записывала на листе бумаги, и окончательные суммы вносила к концу смены в отчет, листы выбрасывала. Иногда, когда она была не уверена в информации, вносимой в отчет, она могла обратиться к Свидетель №4 с вопросом, правильно ли она вносит информацию. Рабочего телефона в клубе не было, для связи с ФИО12 она использовала свой мобильный телефон, который был у неё изъят в ходе обыска ДД.ММ.ГГ. В помещении над компьютером кассира была установлена камера, которая показывала происходящее в зале. В зале изображение с указанной камеры не выводилось на компьютеры. Она поняла, что кто-то контролировал онлайн работу клуба. Но на её сменах ей никто не звонил, замечания не делал. Было понятно, что если кто-то онлайн наблюдает за деятельностью клуба, то на камере мигала красная лампочка. Если же она горела не мигая, значит за деятельностью в клубе никто не наблюдал. Общение происходило только между нею, Свидетель №3, Свидетель №4 и ФИО12. Так, с ФИО41 и ФИО40 они могли общаться по поводу того, что задерживаемся, просили задержаться на смене друг друга, просили подменить друг друга, совместно пересчитывали деньги, передавая их по смене. К ФИО12 она обращалась по поводу возникающих вопросов и для подтверждения банковского перевода. Так, когда в одну из рабочих ночей у неё несколько раз выключалась программа, она пыталась звонить ФИО12. Но та на звонок не ответила. Однако на письменные сообщения отвечала. Непосредственно работать самостоятельно она начала с 10 часов 00 минут ДД.ММ.ГГ. В указанный день она меняла Свидетель №4. Далее они работали по сменам. Количество посетителей в смену бывало разное. Всего в две её смены была полная посадка – примерно 15 компьютеров. Всего в зале установлено примерно 15 игровых компьютеров. В основном много людей приходило в вечернее время. Утром и днем меньше, в ночное время людей мало. Входная дверь всегда закрыта на магнитный замок, кассир её открывает по стуку. В дневное время она пускала всех посетителей, постепенно запоминала постоянных посетителей. В ночное время вообще старалась никого не пускать, так как боялась. В основном посетители – мужчины в возрасте. В её смену был самый большой выигрыш 38000 рублей. В основном все посетители проигрывали. В среднем доход в день от игр составлял 30000-40000 рублей. Самый маленький доход - 5000 рублей. Самый большой доход – около 90000 рублей. Заработная плата после каждой смены не платилась. Так, заработную плату она получила фактически ДД.ММ.ГГ - 12 500 рублей. ДД.ММ.ГГ она получила 10 000 рублей в качестве аванса. ДД.ММ.ГГ к 10 часам она пришла на смену, меняла Свидетель №3. Последняя передала деньги по смене. Она приступила к работе. В течении смены было много людей, но ставки были не крупные. Последний посетитель клуба ушел примерно в 03 часа ДД.ММ.ГГ. Остаток в кассе вместе с лимитом был в сумме около 81 000 рублей. Все денежные средства она убрала в кошелек, который они использовали для хранения выручки к концу смены. Она оставалась в клубе одна, спала. После 06 часов 00 минут ДД.ММ.ГГ в дверь постучал мужчина. Так как он ей был незнакомый, и она вообще боялась открывать дверь ночью, не стала открывать дверь, снова уснула. Проснулась от того, что дверь выламывают, стала звонить ФИО12, но никто не отвечал сначала. Она написала сообщение о том, что дверь ломают. Далее дозвонилась ФИО12 в приложении «Телеграмм», которой сказала, что в помещение пытаются взломать дверь, но что Подоляко ответила, не помнит. Какую-либо информацию с компьютеров она не удаляла. Далее в помещение вошли сотрудники правоохранительных органов, как пояснили, для проведения обыска. Ей объявили постановление, объяснили, по какому поводу проводится обыск. В ходе обыска были изъяты все компьютеры, деньги, также был изъят её личный телефон, сняты камеры. По ходу проведения обыска составлялся протокол, с которым она в последующем ознакомилась, который подписала. В судебном заседании в связи с неявкой в порядке ч. 1 ст. 281 УПК РФ с согласия сторон оглашены показания свидетеля Свидетель №6 (т. 6 л.д. 55-59), согласно которым ДД.ММ.ГГ ей позвонила девушка по имени Ю. Рим, которая сообщила, что в игровое заведение, требуется работник «кассир». От кого Рим узнала её номер телефона, она не спрашивала, так как ей очень нужна была работа. Рим Ю. сказала, что для обсуждения условий работы ей необходимо проехать по адресу: г. Уссурийск, XXXX. Она подумала, что именно по указанному адресу расположено игорное заведение, в которое требуется работник. В период с ДД.ММ.ГГ до ДД.ММ.ГГ она приехала по указанному адресу, где её встретила Рим Ю.. В указанном заведении была входная дверь с магнитным замком, над входом имелись камеры. В клубе были игровой зал и помещение для кассира с окошком, туалет. В игровом помещении вдоль стен были оборудованы игровые места с компьютерами в сборе (монитор, системный блок, клавиатура и компьютерная мышь). Места были пронумерованы. В помещении для кассира также имелся компьютер в сборе. Рим Ю. показала компьютеры, показала, в чем заключается работа администратора (оператора)-кассира: кассир смотрит по камерам на посетителя – лицо позвонившее или постучавшее в дверь, оценивает его, после чего впускает в клуб (так как деятельность незаконная, нужно было смотреть, чтобы не было лиц, похожих на полицейских), далее кассир получает деньги от клиента - игрока, вводит полученную сумму в программу на компьютере кассира - на счет игрока, на компьютере формируется логин, на счет которого зачисляются баллы (кредиты) равные внесенной денежной сумме, дает игроку листок с логином, далее игрок садится за любой компьютер в клубе, вводит логин, на счете которого находится размер баллов, аналогичный внесенной им сумме, после чего он начинает игру; в случае выигрыша сумма выигрыша плюсуется к сумме, оставшейся на счете, и игрок может продолжить игру далее, а может обратиться к кассиру за выдачей выигрыша, то есть кассир выдает выигрыш; после того, как внесенная сумма заканчивается, игрок может прекратить игру, а может внести на счет того же логина дополнительную сумму, для чего должен обратиться к кассиру, передать кассиру необходимую сумму, которую кассир через свой компьютер внесет на счет логина. В клубе было две игровые программы – Чемпион и Суперматик. Она поняла, разницу в указанных программах – при ставках в игре «Чемпион» кассир вводит внесенную игроком сумму на открываемый новый «логин-счет», игроку выдается логин, с которым он может сесть за любой игровой компьютер, включить игру «Чемпион», ввести логин и начать игру; при введении ставки в «Суперматик» ставка вносится на определенный компьютер, игрок может начать игру только на определенном игровом компьютере, но чем отличались именно принципы игры, не знает, поскольку сама в игры не играла. Также в клубе имелись в свободном доступе чай-кофе для клиентов, после смены кассир осуществлял уборку в помещении. Также по концу смены необходимо было составлять отчеты. Рим Ю. объяснила, как составляются отчеты. Так, на компьютере кассира открыто окно с отчетом, в который необходимо внести информацию о дате составления отчета по окончанию смены, информацию согласно названиям в графах: «НС» - количество баллов по игровым программам на начало смены, «Ч» - сумма полученная от игроков за игру в «Чемпион», «С» - сумма полученная от игроков за игру «Суперматик», «ЛИМИТ» - сумма, постоянно находящаяся в кассе для размена (20000 рублей), «РАСХОД» - сумма, потраченная на возможные расходы (например, она как-то хотела взять аванс, о чем сообщила Рим Ю., последняя сказала, чтобы она взяла деньги из кассы, но на тот момент денежных средств в кассе не было, и она не смогла взять аванс, но если бы взяла, должна была эту сумму внести в расход), «КС» - количество баллов на конец смены, «ИТОГ» - сумма полученная от игроков за смену, «ОБЩИЙ ИТОГ» - сумма, полученная от игроков за исключением расхода. Конец смены «КС» в отчете является началом следующей смены «НС». Заработная плата составляла 3500 рублей за смену. Рим Ю. оговорила, что выплата заработной платы дважды в месяц, в начале и середине месяца. Она поняла, что деятельность незаконная, однако ей очень нужна была работа, так как денежных средств для проживания не имелось. После указанного ознакомления она ушла из клуба по XXXX «а», то есть в указанном клубе не работала, при этом она продолжала искать работу – просматривала объявления, звонила по ним, ездила на собеседования, однако до того, как ей позвонила Рим Ю. и пригласила на работу, трудоустроиться у неё не получилось. Рим Ю. позвонила ей ДД.ММ.ГГ или ДД.ММ.ГГ, сказала, что новый игорный клуб расположен по адресу: г. Уссурийск, XXXX (район китайского рынка), пригласила выйти на работу, спросила, есть ли у неё знакомые, которые также ищут работу. Рим Ю. за то, чтобы она поспрашивала об этом у знакомых, ничего ей не обещала, какого-то сговора между ними не было. Она знала, что работу ищет её знакомая Свидетель №7, которой она просто сказала о том, что в игорный клуб по вышеуказанному адресу требуется сотрудница, специально последнюю не приглашала, не вовлекала, ничего ФИО18 не обещала и ничего не объясняла, просто сообщила адрес. От ФИО14 она знает, что та общалась по поводу трудоустройства с Рим Ю., также как и она согласилась работать в указанном клубе. Она вышла работать администратором-кассиром в незаконный игорный клуб, расположенный по адресу: г. Уссурийск, XXXX ДД.ММ.ГГ к 09 часам 00 минутам. Первые несколько смен по несколько часов в день с ней была Рим Ю., которая подсказывала. Она понимала, что деятельность эта незаконная, однако не хотела увольняться, так как хотела получить денежные средства – заработную плату – в начале сентября 2022, после чего уволиться, так как, работая в клубе, параллельно искала другую законную работу. Работали они посменно – сутки через двое втроем, то есть она, Свидетель №7 и Рим Ю., которая совмещала работу старшей к клубе, то есть последняя контролировала работу кассиров, к Рим Ю. обращались с возникающими вопросами, Рим Ю. привозила чай, кофе, конфеты, кроме того, также выполняла работу администратора-кассира посменно. Она слышала, что Рим Ю. по телефону перед кем-то отчитывалась, но с кем та разговаривала, кто, когда и как организовал указанный клуб, ей известно не было, она не интересовалась. Она просто единолично выполняла работу по проведению игр в свою смену, за что должна была получать фиксированную заработную плату. Так, в игровом зале по XXXX были оборудованы игровые места вдоль стен – столы с нумерацией, на которых установлены компьютеры в сборе с программным обеспечением для азартных игр. Компьютер кассира объединял все установленные в игровом зале компьютеры, имелось подключение к интернету. При осуществлении работы она выполняла следующее. При звонке в звонок на входной двери, осматривала клиента, открывала дверь. За период работы запоминала игроков, которые часто посещали клуб, то есть в основном посетители были постоянные, таксисты – узбеки, китайцы. Впустив клиента, принимала от него деньги. Минимальная ставка составляла 200 рублей. В основном играли в программе «Чемпион». Она понимала, что игра азартная – на деньги. Людей было мало, выигрыши были, были проигрыши, выручка от данной деятельности была маленькая. Максимально в её смену несколько раз игроки ставили 10 000 рублей, деньги проигрывались. Часто бывало, что при выигрышах в кассе просто не было денежных средств, тогда кассиры выписывали игроку «чек», на котором указывался логин, сумма выигрыша. С указанным логином игрок мог прийти в любой день, ввести логин и начать игру на сумму выигрыша. Денежные средства принимались наличными. В конце смены она готовила отчет, который посредством электронной почты отправляла по двум адресам, которые были постоянно открыты на компьютере, названия не помнит. В её смены какие-либо акции, розыгрыши не проводились. Выручку она передавала по смене, её сменяла Рим Ю.. Она сама деньги никому не передавала. При ней за денежными средствами никто не приезжал. Однако в случае нехватки денежных средств (при выигрышах), об этом она сообщала Рим Ю., и именно последняя привозила в клуб денежные средства. На вопросы о том, что делать, если отключился интернет или переставал работать компьютер, Рим Ю. говорила, чтобы она в программе «Телеграмм» писала сообщения контакту «Папа». А именно в клубе находился мобильный телефон синего цвета с приклеенным на задней панели отрезком бумаги с изображением графического ключа для разблокировки экрана, в контактах которого был записан контакт «Папа», абонентский номер сим-карты, установленной в телефоне, она не знала. Кому принадлежал указанный контакт, не знала. В мобильном приложении «Телеграмм» она несколько раз писала сообщения «Папе» о том, что закончилась канцелярия, что сломался компьютер, ей приходили ответы «Понял». Далее канцелярию привозила Рим Ю.. Как она поняла, именно Рим Ю. общалась с «Папой». В её смену никто не приезжал ремонтировать компьютеры. Её сменщицами были Рим Ю. и Свидетель №7. Работал ли указанный клуб до её и Свидетель №7 прихода, ей не известно, но, как она указывала ранее, Рим Ю. говорила, что это новый клуб. Заработную плату он так и не успела получить в связи с тем, что клуб закрыли. В её смены был небольшой доход, максимально прибыль составила около 10000 рублей. Отчеты по сменам для себя она нигде не сохраняла. Кроме как с Рим Ю. и Свидетель №7 лично по работе клуба более ни с кем не общалась, все общение сводилось к возникающим вопросам к Рим Ю., с Свидетель №7 они общались по работе при передаче смены, то есть какого-то сговора по работе клуба, по разделению прибыли, по организации работы в клубе между ними не было. Кроме того, она дважды общалась с абонентом «Папа» в «Телеграмме» путем переписки о чем указывала выше. С ФИО30 она иногда общалась по рабочему телефону, иногда по личному. Какого-либо инструктажа о том, что делать, если в клуб придут сотрудники полиции, Рим Ю. с ней не проводила. О том, что нужно удалять всю переписку по работе Рим Ю. также не говорила. С ДД.ММ.ГГ по ДД.ММ.ГГ она отпросилась с работы у Рим Ю., так как ей нужно было уехать в XXXX. То есть её смена должна была быть ДД.ММ.ГГ. Позднее она увидела информацию в сети интернет о том, что сотрудниками полиции пресечена игорная деятельность в их клубе. В судебном заседании в связи с неявкой в порядке ч. 1 ст. 281 УПК РФ с согласия сторон оглашены показания свидетеля ФИО18 (т. 6 л.д. 50-54), согласно которым у неё есть знакомая Свидетель №6, от которой ДД.ММ.ГГ она узнала о том, что в городе Уссурийск по XXXX организован клуб, в котором проводятся азартные игры, и что туда требуется работник – администратор-кассир. Так как ей необходима была работа, она решила попробовать устроиться туда. Свидетель №6 договорилась со «старшей» по указанному клубу – Рим Ю., что она подойдет на беседу. ДД.ММ.ГГ в послеобеденное время она пришла по указанному адресу. Это отдельно стоящее здание, оборудованное отдельным входом в помещение, в котором и располагался клуб. Свободного входа в данный клуб нет: дверь оборудована магнитным замком, над входом камера наблюдения. В первый день она пришла в клуб с Свидетель №6, поэтому её впустили. В клубе имелось одно игровое помещение, в котором по левой и правой стороне вдоль стен были установлены компьютеры, каждый из которых имел номер. Также имелось небольшое помещение – касса, где находились кассиры, там стоял компьютер кассира, который был соединен с другими игровыми компьютерами локальной сетью. В кассе установлена камера, то есть за работой кассира можно проследить онлайн. Кто просматривал камеру, ей не известно. Также имелся туалет. Охранник отсутствовал, в помещении имелась охранная кнопка, при нажатии на которую должна была выезжать группа быстрого реагирования, но в её смены каких-то происшествий не было, она на кнопку не нажимала. В клубе находилась Рим Ю., которая разъяснила условия работы и её функциональные обязанности: работа посменная, с 09 часов 00 минут одного дня до 09 часов 00 минут следующего дня, заработная плата составляла 3500 рублей за выход. Какой-либо трудовой договор с ней не заключался, договора о материальной ответственности тоже не было. О своих обязанностях, которые ей объяснила Рим Ю., расскажет позднее. ДД.ММ.ГГ или ДД.ММ.ГГ она просто находилась в клубе, наблюдала за работой кассира – данные обязанности выполняла Рим Ю., а ДД.ММ.ГГ в 09 часов 00 минут она вышла самостоятельно работать. Ей не было известно о том, кто организовал данную деятельность, кто и когда обустроил указанный клуб, сколько еще было клубов, она только понимала, что старшей в указанном клубе была Рим Ю., перед которой она отчитывалась, но Рим Ю. как-то сказала, что сама также перед кем-то отчитывается. То есть о том, что существует какая-то организованная преступная группа, в которую входит ряд лиц, в том числе Рим Ю., ей известно не было, в деятельность указанной группы её не посвящали. В её обязанности входило следующее. Она открывала дверь для клиента-игрока нажатием на кнопку магнитного замка, расположенную в помещении для кассира. Далее игрок передавал ей через окно кассы деньги в сумме, на которую хотел совершить игру, называл игру. В клубе было две игровые программы «чемпион» и «суперматик». В основном все играли в «чемпион». В чем заключалась игра, чем они различались, ей не известно, сама она не играла, за игроками не наблюдала. Она знала, что при игре можно как проиграть деньги, так и выиграть, но выигрывали не часто. Она принимала деньги от игрока, далее вводила сумму на компьютере кассира, ей выдавался логин. Данный логин она записывала на листок, который передавала игроку. Тот с указанным логином мог сесть за любой компьютер и начать игру. Далее он мог внести деньги дополнительно и продолжить играть под указанным логином. Мог прекратить игру и уйти. Далее за этот же компьютер мог сесть другой игрок с другим логином. При выигрыше или отказе от дальнейшей игры при остатке на счете игрок подходил с логином к кассиру, кассир вводил логин в свой компьютер, смотрела остаток на счете логина, который выдавала игроку. Игроки в основном были возрастные лица, женщины и мужчины, таксисты, «нерусские». Суммы на игру тратили разные, бывало менее 1000 рублей, доходило до 10 000 рублей. Минимальная ставка 100 рублей, максимальной ставки не было. Игровая программа была связана с интернетом, то есть в клубе стояло интернет-оборудование. Но как именно осуществлялось подключение, как велась игра, она не знает. Как не знает, кто производил подключение. В помещении имелся куллер с горячей и холодной водой, чай и кофе, игроки могли бесплатно сделать чай или кофе. Закупкой продукции занималась Рим Ю.. По окончанию рабочей смены кассир составлял отчет, который отправлялся по двум электронным адресам. Названия адресов она не помнит, и кому точно они принадлежали, не знает. Журналы они не вели. Чтобы ей было проще составлять отчет, она для себя делала заметки на листе бумаги – суммы полученных денежных средств, то есть приход и расход по каждой игровой программе (отмечались в отчете Ч и С), далее эту информацию вносила в отчет в электронном виде, который по электронной почте отправляла двум адресатам. В кассе также имелись денежные средства – лимит для размена в сумме около 20 000 рублей. Наличные денежные средства с другими кассирами они передавали по смене. В случае, если у игроков возникали какие-то вопросы по азартным играм, они должны были им помочь, но каких-то серьезных вопросов в её смены не поступало, поскольку непосредственно в играх она не разбиралась. Никаким рабочим телефоном в клубе она не пользовалась, для связи с Рим Ю. использовала свой собственный мобильный телефон. Но помнит, что Рим Ю. в клубе пользовалась мобильным телефоном с сенсорным экраном синего цвета, по которому, как она поняла, с кем-то общалась по работе клуба. То есть она-ФИО18 этим телефоном не пользовалась. За смену в среднем выходило около 30 000-40 000 рублей прибыли. Редко бывало, что за смену клуб уходил «в минус», то есть было много выигрышей и в кассе не оставалось денежных средств. Самая большая прибыль была около 50 000 рублей. Ежедневно Рим Ю. приезжала в клуб, забирала прибыль. Заработную плату сразу после смены кассиры не получали. В устной беседе оговаривалось, что заработная плата выплачивается дважды в месяц. Заработную плату – аванс она получала один раз в сумме 4000 рублей путем банковского перевода. Деньги ей переводила Рим Ю.. Кроме Рим Ю. в её смены в клуб никто, похожий на какое-либо руководство, не приезжал. В клубе в качестве кассира кроме неё и Свидетель №6 работала и сама Рим Ю.. То есть последняя совмещала работу кассира и «старшей». Последний раз в клубе по XXXX она отработала как обычно ДД.ММ.ГГ. ДД.ММ.ГГ она должна была прийти на работу к 09 часам, то есть в указанный день начиналась её смена, куда она приехала, со стороны увидела, что камеры над входом сняты, увидела мужчин в форме, поняла, что незаконная деятельность клуба пресечена сотрудниками полиции, соответственно туда не стала заходить. Уточнила, что Рим Ю. проводила с ней инструктаж о том, что после каждой смены необходимо удалять всю информацию, переписку в телефоне, что она делала. Также Рим Ю. говорила о том, что могут прийти сотрудники полиции с обыском или проверкой, при этом необходимо говорить о том, что ничего не знаешь. На самом деле она и правда толком ни о чем не была осведомлена, просто выполняла работу администратора-кассира, за что получала денежные средства. В сговор ни с кем не вступала, работала одна. Данную деятельность сама не организовывала, кто причастен к организации, ей не известно. Взаимодействовала только с Рим Ю. и второй девочкой кассиром ФИО660. Вся переписка по указанной деятельности велась строго в «Телеграмме», переписка с её телефона всегда ею удалялась. Как долго продолжалась указанная деятельность до неё, не знает. Она только участвовала в проведении игр – брала деньги от игроков, включала игровое оборудование, выдавала логин для игры игроков, составляла и отправляла отчеты, выдавала выигрыш, следила за порядком. К концу смены осуществляла уборку в помещении. В судебном заседании в связи с неявкой в порядке ч. 1 ст. 281 УПК РФ с согласия сторон оглашены показания свидетеля ФИО65, данные о личности которого засекречены, (т. 5 л.д. 244-249), согласно которым с октября 2021 он принимал участие в ОРМ «Оперативный эксперимент» для документирования незаконного предоставления услуг игрового клуба, расположенного по адресу: г. Уссурийск, XXXX. В один из дней октября 2021 года, после 18-19 часов в служебном кабинете ОМВД России по г. Уссурийску, расположенном по адресу: Приморский край, г. Уссурийск, XXXX сотрудник полиции в присутствии участвующих лиц одного с ним пола произвел его осмотр. Перед началом осмотра сотрудник полиции разъяснил им права, по ходу проведения осмотра сотрудник полиции составлял протокол. В ходе осмотра денежных средств, запрещенных орудий, предметов, веществ при нём обнаружено не было. Он и участвующие лица были ознакомлены с протоколом осмотра, в нем расписались. Далее в присутствии участвующих лиц были осмотрены и вручены ему денежные средства в сумме 1200 рублей двумя купюрами достоинством 500 рублей, двумя купюрами 100 рублей. Данные денежные купюры были сверены со сделанными с них ксерокопиями. По ходу осмотра и вручения также составлялся протокол, с которым участвующие лица и он ознакомились и который подписали. Сотрудник полиции пояснил, что ему необходимо пройти в игровой клуб, расположенный по XXXX и осуществить азартную игру на врученные ему денежные средства. Далее с сотрудником полиции и участвующими лицами они прошли к автомобилю «Лада Гранта», сотрудником полиции был произведен осмотр данного транспортного средства, в ходе которого был осмотрен салон, все имеющиеся в автомобиле бардачки, коврики, карманы, денежных средств, запрещенных веществ, предметов обнаружено не было. Сотрудник полиции составил протокол осмотра автомобиля, с которым они ознакомились и который подписали. После сотрудником полиции ему было передано специальное оборудование для видео и аудио записи. Далее на автомобиле они проехали в район игорного клуба. Под видом игрока он прошел к зданию, расположенному по адресу: Приморский край, г. Уссурийск, XXXX. Данное здание является пристройкой к многоквартирному дому, в пристройке расположены магазины «Столица» и «Транзит», то есть район довольно оживленный. Вход в клуб осуществлялся через металлическую дверь, которая была закрыта. Он постучал в дверь или позвонил в звонок, точно не помнит, через некоторое время дверь ему открыли. В клубе вдоль стен стояли столы с нумерацией, на которых были установлены персональные компьютеры, а именно на столе находились монитор, клавиатура и компьютерная мышь, под столом располагался системный блок. В клубе находилась девушка-кассир (Свидетель №4), которая сидела за стойкой. Он прошел к стойке. Перед девушкой стоял компьютер. Он обратился к девушке, пояснив, что хочет осуществить азартную игру, передал ей денежные средства в сумме 600 рублей купюрами 500 и 100 рублей, ранее врученные ему сотрудником полиции. Девушка приняла деньги, после чего выдала ему листок с написанным на нем текстом – логином. Он с указанным листком прошел за свободный компьютер, за который сел. На экране при помощи компьютерной мыши и клавиатуры он ввел логин с листка, после чего на компьютерном мониторе появилась игровая заставка с текстом «ChampionClab.Net», список азартных игр. Он выбрал одну из игр. После того, как игра загрузилась, в нижнем левом углу монитора в графе «кредит» отобразилась сумма, эквивалентная внесенной мной в кассу – 600 рублей. Далее он стал выбирать различные ставки в рублях, изменял возможности игры. Проиграв денежные средства в сумме 600 рублей, он снова подошел к девушке, передал ей остальные купюры в сумме 600 рублей, врученные ему сотрудником полиции, после чего вернулся к компьютеру. На экране в графе «кредит» снова была сумма, переданная им девушке – 600 рублей. Он продолжил играть в азартные игры, проиграв 600 рублей. После того, как он проиграл все деньги, он покинул клуб. Вышел он после 20 часов 00 минут. В клубе кроме него находились другие игроки, но точное их количество и описание назвать затрудняется, так как не заострял на это внимания. Далее он подошел к автомобилю, в котором находились сотрудник полиции и двое участвующих лиц. В его присутствии сотрудник полиции досмотрел автомобиль, в ходе досмотра денежных средств, запрещенных предметов и веществ обнаружено не было. Далее на автомобиле они проехали в отдел полиции по XXXX, где сотрудником полиции был составлен протокол осмотра автомобиля, с которым он и участвующие лиц ознакомились, и подписали. Далее сотрудник полиции провел его осмотр в присутствии участвующих лиц, в ходе осмотра денежных средств, запрещенных веществ и изделий обнаружено не было. По факту его осмотра сотрудник полиции составил протокол, с которым он и участвующие лица ознакомились, который подписали. По ходу проведения ОРМ у него и участвующих лиц замечаний, заявлений и дополнений не было.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с которым ознакомились участвующие лица и он, который подписали. В декабре 2021 года он вновь принял участие в ОРМ «Оперативный эксперимент» для документирования предоставление услуг игрового клуба, расположенного по адресу: г. Уссурийск, XXXX. Дату также не помнит, она отражена в процессуальных документах. Так как и в прошлый раз в служебном кабинете ОМВД России по г. Уссурийску, расположенном по адресу: Приморский край, г. Уссурийск, XXXX сотрудник полиции в присутствии участвующих лиц одного с ним пола произвел его осмотр. Обстоятельства подготовки к ОРМ указаны аналогичные предыдущим. В присутствии участвующих лиц ему вручены денежные средства в сумме 1000 рублей – двумя купюрами достоинством 500 рублей. Данные купюры были сверены с их ксерокопией. Сотрудник полиции пояснил, что ему необходимо пройти в игровой клуб, расположенный по XXXX и осуществить азартную игру на врученные ему денежные средства. Далее с сотрудником полиции и участвующими лицами они прошли к автомобилю «Лада Гранта», сотрудником полиции был произведен осмотр данного транспортного средства, с составлением протокол осмотра автомобиля, с которым они ознакомились и подписали. Сотрудником полиции ему было передано специальное оборудование для видео и аудио записи. После они проехали в район расположения игорного заведения. Далее под видом игрока он прошел к зданию, расположенному по адресу: Приморский край, г. Уссурийск, XXXX. Он как в прошлый раз постучал в дверь или позвонил в звонок, через некоторое время дверь ему открыли. Он прошел к девушке-кассиру (Свидетель №3) за стойкой, к которой обратился, пояснив, что хочет осуществить азартную игру, протянул ей купюру достоинством 500 рублей, ранее врученную ему сотрудником полиции. Обстоятельства проведения им азартной игры такие же, как и в предыдущий раз. После того, как он проиграл все деньги, он покинул клуб. Было после 20 часов 00 минут. В клубе также были игроки, но всего несколько человек. Далее он подошел к автомобилю, в котором находились сотрудник полиции и двое участвующих лиц. В его присутствии сотрудник полиции досмотрел автомобиль, в ходе досмотра денежных средств, запрещенных предметов и веществ обнаружено не было. На автомобиле они проехали в отдел полиции по XXXX, где сотрудником полиции был составлен протокол осмотра автомобиля, с которым он и участвующие лиц ознакомились, который подписали, далее сотрудник полиции провел его осмотр в присутствии участвующих лиц, в ходе осмотра денежных средств, запрещенных веществ и изделий обнаружено не было. По факту его осмотра сотрудник полиции составил протокол, с которым он и участвующие лица ознакомились, который подписали. По ходу проведения ОРМ у него и участвующих лиц замечаний, заявлений и дополнений не было.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с которым ознакомились участвующие лица и он, который подписали. ДД.ММ.ГГ он вновь принял участие в ОРМ «Оперативный эксперимент» для документирования предоставление услуг игрового клуба, расположенного по адресу: г. Уссурийск, XXXX. В служебном кабинете ОМВД России по г. Уссурийску, расположенном по адресу: Приморский край, г. Уссурийск, XXXX произошла аналогичная подготовка к проведению ОРМ, начиная с его осмотра, вручения денежных средств в размере 1000 рублей двумя купюрами достоинством 500 рублей. Сотрудник полиции пояснил, что ему необходимо пройти в игровой клуб, расположенный по XXXX «а» и осуществить азартную игру на врученные денежные средства. Далее с сотрудником полиции и участвующими лицами они прошли к автомобилю «Лада Гранта», который сотрудником полиции был осмотрен с составлением протокол осмотра автомобиля, с которым они ознакомились и подписали. Сотрудником полиции ему было передано оборудование аудио и видеозаписи. Они проехали в район игорного заведения. После под видом игрока он прошел к зданию, расположенному по адресу: Приморский край, г. Уссурийск, XXXX «а». Данное здание отдельно стоящее. В нем также находится отдельный вход в ломбард. Вход в помещение клуба осуществлялся через металлическую дверь, которая была закрыта. Он позвонил в звонок, точнее не помнит, через некоторое время дверь ему открыли. Дверь закрывалась на магнитный замок, он прошел внутрь. В помещении вдоль стен на столах с нумерацией находилось компьютерное оборудование (персональные компьютеры в сборе – системный бок под столом, на столе монитор, клавиатура и компьютерная мышь). За компьютерами сидело несколько человек - игроков. Справа от входа в клуб располагалось небольшое помещение с окном-кассой. В данном помещении находилась девушка-кассир (Рим Ю.А.), к которой он обратился, пояснив, что хочет осуществить азартную игру, протянул ей купюру достоинством 500 рублей, ранее врученную ему сотрудником полиции. Девушка приняла купюру, после чего выдала ему листок с написанным на нем текстом – логином. Далее указана обстоятельства азартной игры, описанные и аналогичные ранее изложенным. После того, как он проиграл все деньги, покинул клуб после 20 часов 00 минут. Далее он подошел к автомобилю, сотрудник полиции досмотрел автомобиль. Далее они проехали в отдел полиции по XXXX, где сотрудником полиции был составлен протокол осмотра автомобиля, с которым он и участвующие лиц ознакомились, который подписали. Далее сотрудник полиции провел его осмотр, в ходе которого денежных средств не обнаружено. По факту его осмотра сотрудник полиции составил протокол, с которым он и участвующие лица ознакомились и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«а», с которым ознакомились участвующие лица и он, который подписали. В судебном заседании в связи с неявкой в порядке ч. 1 ст. 281 УПК РФ с согласия сторон оглашены показания свидетеля Свидетель №10 (т. 5 л.д. 237-343), согласно которым с ДД.ММ.ГГ он принимал участие в ОРМ «Оперативный эксперимент» для документирования незаконного предоставления услуг игрового клуба, расположенного по адресу: г. Уссурийск, XXXX. В служебном кабинете ОМВД России по г. Уссурийску, расположенном по адресу: Приморский край, г. Уссурийск, XXXX сотрудник полиции ФИО71 в присутствии участвующих лиц произвел его осмотр. Перед началом осмотра сотрудник полиции разъяснил им права, по ходу проведения осмотра сотрудник полиции составлял протокол. В ходе осмотра денежных средств, запрещенных орудий, предметов, веществ при нём обнаружено не было. Он и участвующие лица были ознакомлены с протоколом осмотра, в нем расписались. Далее в присутствии участвующих лиц были осмотрены и вручены ему денежные средства в сумме 1000 рублей двумя купюрами достоинством 500 рублей. Данные денежные купюры были сверены со сделанными с них ксерокопиями. По ходу осмотра и вручения также составлялся протокол, с которым участвующие лица и он ознакомились и подписали. Сотрудник полиции пояснил, что ему необходимо пройти в игровой клуб, расположенный по XXXX «а» и осуществить азартную игру на врученные ему денежные средства. Далее с сотрудником полиции и участвующими лицами они прошли к автомобилю «Лада Гранта», сотрудником полиции был произведен осмотр данного транспортного средства, запрещенных веществ, предметов обнаружено не было. Сотрудник полиции составил протокол осмотра автомобиля, с которым они ознакомились и подписали. После ему было передано специальное оборудование для видео и аудио записи. Далее под видом игрока он прошел к зданию, расположенному по адресу: Приморский край, г. Уссурийск, XXXX «а». Данное здание отдельно стоящее, в нем также со стороны входа в игровой клуб расположен отдельный вход в ломбард. Вход в клуб осуществлялся через металлическую дверь, которая была закрыта. Он позвонил в звонок, через некоторое время дверь ему открыли. В клубе с левой и правой стороны вдоль стен стояли столы с нумерацией, на которых были установлены персональные компьютеры, а именно на столе находились монитор, клавиатура и компьютерная мышь, под столом располагался системный блок. В клубе было небольшое отдельное помещение – касса с окошком. Он прошел к окошку кассы, где находилась девушка-кассир (Рим Ю.А.), к которой он обратился, пояснив, что хочет осуществить азартную игру, протянул ей купюру достоинством 500 рублей, ранее врученную ему сотрудником полиции. Девушка приняла купюру, после чего выдала ему листок с написанным на нем текстом – логином, состоящим из 14 символов. Он с указанным листком прошел за свободный компьютер, за который сел. На экране при помощи компьютерной мыши и клавиатуры он ввел логин с листка, после чего на компьютерном мониторе появилась игровая заставка с текстом «ChampionClab.Net», список азартных игр. Он выбрал одну из игр. После того, как игра загрузилась, в нижнем левом углу монитора в графе «кредит» отобразилась сумма, эквивалентная внесенной им в кассу – 500 рублей. Далее он стал выбирать различные ставки в рублях, изменял возможности игры. Проиграв денежные средства в сумме 500 рублей, он снова подошел к девушке, передал ей вторую купюру достоинством 500 рублей, врученную ему сотрудником полиции, после чего вернулся к компьютеру. На экране в графе «кредит» снова была сумма, переданная им девушке – 500 рублей. Он продолжил играть в азартные игры, проиграв 500 рублей. После того, как он проиграл все деньги, он покинул клуб выйдя после 20 часов 00 минут. Далее он подошел к автомобилю, в котором находились сотрудник полиции и двое участвующих лиц. В его присутствии сотрудник полиции досмотрел автомобиль, запрещенных предметов и веществ обнаружено не было. После сотрудником полиции был составлен протокол осмотра автомобиля, с которым он и участвующие лиц ознакомились и подписали. Далее на автомобиле они проехали в отдел полиции по XXXX, где сотрудник полиции провел его осмотр в присутствии участвующих лиц, в ходе осмотра денежных средств, запрещенных веществ и изделий обнаружено не было. По факту его осмотра сотрудник полиции составил протокол, с которым он и участвующие лица ознакомились, который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«а», с которым ознакомились участвующие лица и он, который подписали. ДД.ММ.ГГ он вновь принял участие в ОРМ «Оперативный эксперимент» для документирования предоставление услуг игрового клуба, расположенного по адресу: г. Уссурийск, XXXX. Так как и в прошлый раз в служебном кабинете ОМВД России по г. Уссурийску, расположенном по адресу: Приморский край, г. Уссурийск, XXXX сотрудник полиции провел указанную выше подготовку, ему вручены денежные средства в сумме 500 рублей – одна купюра достоинством 500 рублей. Сотрудник полиции пояснил, что ему необходимо пройти в игровой клуб, расположенный по XXXX «а» и осуществить азартную игру на врученные ему денежные средства. Далее с сотрудником полиции и участвующими лицами они прошли к автомобилю «Лада Гранта», который был осмотрен. Сотрудник полиции составил протокол осмотра автомобиля, с которым они ознакомились и подписали. После ему было передано специальное оборудование для видео и аудио записи. Под видом игрока он прошел к зданию, расположенному по адресу: Приморский край, г. Уссурийск, XXXX «а». Вход в помещение осуществлялся через металлическую дверь, которая была закрыта. Он позвонил в звонок, через некоторое время дверь ему открыли. Он, как и в предыдущий раз прошел к окошку кассы, где находилась девушка-кассир (Свидетель №1), к которой он обратился, пояснив, что хочет осуществить азартную игру, протянул ей купюру достоинством 500 рублей, ранее врученную ему сотрудником полиции. Дальнейшие обстоятельства проведения азартной игры соответствуют предыдущему описанию. Проиграв денежные средства в сумме 500 рублей, он покинул клуб около 15 часов 00 минут. Далее он подошел к автомобилю, в котором находились сотрудник полиции и двое участвующих лиц. Сотрудник полиции досмотрел автомобиль, после чего был составлен протокол осмотра автомобиля, с которым он и участвующие лица ознакомились и подписали. Далее они проехали в отдел полиции по XXXX, где сотрудник полиции провел его осмотр в присутствии участвующих лиц, в ходе осмотра денежных средств, запрещенных веществ и изделий обнаружено не было. По факту его осмотра сотрудник полиции составил протокол, с которым он и участвующие лица ознакомились и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«а», с которым ознакомились участвующие лица и он, который подписали. ДД.ММ.ГГ он вновь принял участие в ОРМ «Оперативный эксперимент» для документирования предоставление услуг игрового клуба, расположенного по другому адресу: г. Уссурийск, XXXX. Так как и в прошлый раз в служебном кабинете ОМВД России по г. Уссурийску, расположенном по адресу: Приморский край, г. Уссурийск, XXXX сотрудник полиции в присутствии участвующих лиц были совершены подготовительные действия, ему вручены денежные средства в сумме 500 рублей – три купюры достоинством 100 рублей, одна купюра достоинством 200 рублей. Сотрудник полиции пояснил, что ему необходимо пройти в игровой клуб, расположенный по XXXX и осуществить азартную игру на врученные ему денежные средства. После ему было передано специальное оборудование для видео и аудио записи. Под видом игрока он прошел к зданию, расположенному по адресу: Приморский край, г. Уссурийск, XXXX. Данное здание является пристройкой к многоквартирному жилому дому, в котором кроме клуба расположены магазин «Столица» и магазин «Транзит». Вход в клуб осуществлялся через металлическую дверь, которая была закрыта на магнитный замок. Он постучал в дверь, через некоторое время дверь ему открыли. В данном клубе девушка-кассир (Свидетель №3) находилась за стойкой, то есть помещение кассы отсутствовало. Далее описаны обстоятельства проведения азартной игры, соответствующие предыдущим. Проиграв денежные средства в сумме 500 рублей он покинул клуб и подошел к ожидающим его сотруднику полиции и участвующим лицам, после чего они совместно прибыли в отдел полиции по XXXX, где сотрудник полиции провел его осмотр в присутствии участвующих лиц.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ДД.ММ.ГГ он вновь принял участие в ОРМ «Оперативный эксперимент» для документирования предоставление услуг игрового клуба, расположенного по другому адресу: г. Уссурийск, XXXX. Так как и в прошлый раз в служебном кабинете ОМВД России по г. Уссурийску, расположенном по адресу: Приморский край, г. Уссурийск, XXXX сотрудник полиции провел подготовительные мероприятия, вручил ему денежные средства в сумме 700 рублей – две купюры достоинством 100 рублей, одна купюра достоинством 500 рублей. Сотрудник полиции пояснил, что ему необходимо пройти в игровой клуб, расположенный по XXXX и осуществить азартную игру на врученные ему денежные средства. После ему было передано специальное оборудование для видео и аудио записи. Под видом игрока он прошел к зданию, расположенному по адресу: Приморский край, г. Уссурийск, XXXX. Данное здание является отдельно стоящим зданием, стоящим возле дороги. К входной двери вело крыльцо. Вход в клуб осуществлялся через металлическую дверь, которая была закрыта на магнитный замок. Он позвонил в звонок, через продолжительное время дверь ему открыли. В данном клубе имелось небольшое помещение с окошком-кассой. Он прошел к окошку кассы, где находилась девушка-кассир – брюнетка полного телосложения в очках (Рим Ю.А.), к которой он обратился, пояснив, что хочет осуществить азартную игру, протянул ей полученные ранее от сотрудника полиции купюры в общей сумме 700 рублей. Далее описаны обстоятельства игры, не отличающиеся от указанных выше. Проиграв денежные средства в сумме 700 рублей, он покинул клуб и подошел к ожидающим ему сотруднику полиции и участвующим лицам, после чего они совместно прибыли в отдел полиции по XXXX, где сотрудник полиции провел его осмотр в присутствии участвующих лиц.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с которым ознакомились участвующие лица и он, который подписали. ДД.ММ.ГГ он вновь принял участие в ОРМ «Оперативный эксперимент» для документирования предоставление услуг игрового клуба, расположенного по другому адресу: г. Уссурийск, XXXX. Так как и в прошлый раз в служебном кабинете ОМВД России по г. Уссурийску, расположенном по адресу: Приморский край, г. Уссурийск, XXXX сотрудник полиции провел подготовительные мероприятия, вручил ему денежные средства в сумме 1000 рублей – одна купюра достоинством 1000 рублей. Сотрудник полиции пояснил, что ему необходимо пройти в игровой клуб, расположенный по XXXX и осуществить азартную игру на врученные ему денежные средства. После ему было передано специальное оборудование для видео и аудио записи. Под видом игрока он прошел к зданию, расположенному по адресу: Приморский край, г. Уссурийск, XXXX, позвонил в звонок, через некоторое время дверь открыли. Он прошел к окошку кассы, где находилась девушка-кассир – брюнетка с татуировками на руках, к которой он обратился, пояснив, что хочет осуществить азартную игру, протянул ей купюру достоинством 1000 рублей, ранее врученную ему сотрудником полиции. Далее описаны обстоятельства игры, не отличающиеся от указанных выше. Проиграв денежные средства в сумме 1000 рублей, он покинул клуб и подошел к ожидающим его сотруднику полиции и участвующим лицам, после чего они совместно прибыли в отдел полиции по XXXX, где сотрудник полиции провел его осмотр в присутствии участвующих лиц.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с которым ознакомились участвующие лица и он, который подписали. В судебном заседании в связи с неявкой в порядке ч. 1 ст. 281 УПК РФ с согласия сторон оглашены показания свидетеля Свидетель №12 (т. 6 л.д. 33-39), согласно которым в мае 2022 к нему обратились сотрудники полиции с вопросом об участии в качестве присутствующего лица при проведении оперативно-розыскного мероприятия «Оперативный эксперимент». Он согласился. Кроме него в мероприятии участвовал еще один молодой человек в качестве присутствующего лица – Свидетель №11, а также молодой человек, выполняющий роль игрока. В указанный день в вечернее время в служебном кабинете ОМВД России по г. Уссурийску, расположенном по адресу: Приморский край, г. Уссурийск, XXXX сотрудник полиции разъяснил им, что оперативно-розыскное мероприятие «Оперативный эксперимент» проводится с целью документирования незаконного предоставления услуг игрового клуба на территории XXXX Приморского края, расположенного по адресу: XXXX. Сотрудник полиции в его и Свидетель №11 присутствии произвел осмотр Игрока – последний продемонстрировал свои карманы, одежду. Перед началом осмотра сотрудник полиции разъяснил права, по ходу проведения осмотра сотрудник полиции составлял акт. В ходе осмотра денежных средств, запрещенных орудий, предметов, веществ при Игроке обнаружено не было. Все участвующие лица были ознакомлены с актом осмотра, в нем расписались. Далее были осмотрены и вручены Игроку денежные средства в сумме 1000 рублей двумя купюрами достоинством 500 рублей. Данные денежные купюры были сверены со сделанными с них ксерокопиями. По ходу осмотра и вручения также составлялся акт, с которым все участвующие лица ознакомились и который подписали. Сотрудник полиции пояснил, что Игроку необходимо пройти в игровой клуб, расположенный по XXXX «а» и осуществить азартную игру на врученные денежные средства. С сотрудником полиции и остальными участвующими лицами они прошли к автомобилю «Лада Гранта», сотрудником полиции был произведен осмотр данного транспортного средства. Денежных средств, запрещенных веществ, предметов обнаружено не было. Сотрудник полиции составил акт осмотра автомобиля, с которым они ознакомились и подписали. После сотрудником полиции Игроку было передано специальное оборудование для видео и аудио записи. Далее они на автомобиле проехали в район расположения игорного заведения, в которое прошел Игрок. Игорное заведение расположено в отдельно стоящем здании, вход в заведение осуществлялся через отдельный вход с металлической дверью, в которую Игрок позвонил, когда ему открыли, вошел. Они с Игроком не проходили, однако видели, что по дороге тот ни с кем не общался, к нему никто не подходил, ничего не передавал. Примерно через 30-50 минут Игрок вышел из здания, подошел к служебному автомобилю, сообщил, что осуществил игру в игорном заведении, где проиграл врученные денежные средства в сумме 1000 рублей. В присутствии них сотрудник полиции вновь осмотрел автомобиль, о чем был составлен акт осмотра, с которым все ознакомились иподписали. В ходе осмотра денежных средств, запрещенных предметов и веществ обнаружено не было. Далее на автомобиле проехали в отдел полиции по XXXX, где сотрудник полиции в присутствии них провел осмотр Игрока, в ходе осмотра денежных средств обнаружено не было. По факту осмотра сотрудник полиции составил акт, с которым все участвующие лица ознакомились и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«а», с которым ознакомились все участвующие лица и подписали. ДД.ММ.ГГ он вновь был приглашен сотрудником полиции для участия в аналогичном оперативно-розыскном мероприятии. Также был приглашен Свидетель №11. В качестве Игрока выступал другой молодой человек. В указанный день в вечернее время в служебном кабинете ОМВД России по г. Уссурийску, расположенном по адресу: Приморский край, г. Уссурийск, XXXX сотрудник полиции разъяснил им, что оперативно-розыскное мероприятие «Оперативный эксперимент» проводится с целью документирования незаконного предоставления услуг игрового клуба на территории XXXX Приморского края, расположенного по адресу: XXXX. Как и в предыдущий раз сотрудник полиции в его и Свидетель №11 присутствии произвел осмотр Игрока. По ходу проведения осмотра сотрудник полиции составлял акт. В ходе осмотра денежных средств при Игроке обнаружено не было. Все участвующие лица были ознакомлены с актом осмотра, в нем расписались. Далее Игроку были вручены денежные средства в сумме 1000 рублей двумя купюрами достоинством 500 рублей. По ходу осмотра и вручения также составлялся акт. Сотрудник полиции пояснил, что Игроку необходимо пройти в игровой клуб, расположенный по XXXX «а» и осуществить азартную игру на врученные денежные средства. С сотрудником полиции и остальными участвующими лицами они прошли к автомобилю «Лада Гранта», сотрудником полиции был произведен его осмотр с составлением акта. После сотрудником полиции Игроку было передано специальное оборудование для видео и аудио записи. На автомобиле они проехали в район расположения игорного заведения, в которое прошел Игрок. Игрок позвонил в дверь, когда ему открыли, вошел. Они с Игроком не проходили, однако видели, что по дороге тот ни с кем не общался – к нему никто не подходил, ничего не передавал. Примерно через 30 минут Игрок вышел из здания, подошел к ним, сообщил, что осуществил игру в игорном заведении, где проиграл врученные денежные средства в сумме 1000 рублей. В присутствии них сотрудник полиции вновь осмотрел автомобиль, о чем был составлен акт. На автомобиле проехали в отдел полиции по XXXX, где сотрудник полиции в присутствии них провел осмотр Игрока, в ходе осмотра денежных средств обнаружено не было. По факту осмотра сотрудник полиции составил акт, с которым все участвующие лица ознакомились и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«а», с которым ознакомились все участвующие лица и подписали. ДД.ММ.ГГ к нему вновь обратился сотрудник полиции, спросил, может ли он поучаствовать в оперативном эксперименте в качестве привлеченного лица, на что он согласился. В указанный день в дневное время он вновь принял участие в ОРМ «Оперативный эксперимент» для документирования предоставление услуг игрового клуба, расположенного по адресу: г. Уссурийск, XXXX в качестве привлеченного лица, одновременно был приглашен Свидетель №11, в качестве Игрока выступал молодой человек. Так как и в прошлый раз в служебном кабинете ОМВД России по г. Уссурийску, расположенном по адресу: Приморский край, г. Уссурийск, XXXX сотрудник полиции произвел осмотр Игрока. Перед началом осмотра сотрудник полиции разъяснил участвующим лицам права, по ходу проведения осмотра сотрудник полиции составлял акт. В ходе осмотра денежных средств при Игроке обнаружено не было. Все участвующие лица были ознакомлены с актом осмотра, в нем расписались. Далее в присутствии них были осмотрены и вручены Игроку денежные средства в сумме 500 рублей – одна купюра достоинством 500 рублей. Данная купюра была сверена с ксерокопией. По ходу осмотра и вручения также составлялся акт, с которым все участвующие лица ознакомились и который подписали. Сотрудник полиции пояснил, что Игроку необходимо пройти в игровой клуб, расположенный по XXXX «а» и осуществить азартную игру на врученные денежные средства. С сотрудником полиции все участвующие лица прошли к автомобилю «Лада Гранта», который был осмотрен. Денежных средств, запрещенных веществ, предметов обнаружено не было. Сотрудник полиции составил акт осмотра автомобиля, с которым все ознакомились и подписали. После Игроку было передано специальное оборудование для видео и аудио записи. Они проехали в район расположения игорного клуба. Игрок прошел к металлической двери, в которую позвонил, через некоторое время дверь открыли. Они за игроком не ходили, стояли в отдалении, последний при подходе ни с кем не общался, к нему никто не подходил. Через непродолжительный промежуток времени Игрок вышел из игорного заведения, подошел к ним, пояснил, что осуществил азартную игру, при которой потратил деньги, врученные ему ранее. В их присутствии сотрудник полиции досмотрел автомобиль, в ходе досмотра денежных средств, обнаружено не было, составил акт осмотра автомобиля, с которым все участвующие лица ознакомились и подписали. Далее они проехали в отдел полиции по XXXX, где сотрудник полиции провел осмотр Игрока в присутствии них, в ходе осмотра денежные средства обнаружены не были. По факту осмотра Игрока сотрудник полиции составил акт, с которым все участвующие лица ознакомились и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«а», с которым ознакомились все участвующие лица, который подписали. Далее он был опрошен. ДД.ММ.ГГ в дневное время к нему обратился сотрудник полиции, спросил, может ли он принять участие в оперативном эксперименте в качестве привлеченного лица, на что он согласился. Одновременно с ним был приглашен Свидетель №11. При указанном мероприятии документировалось незаконное предоставление услуг игрового клуба, расположенного по другому адресу: г. Уссурийск, XXXX. В служебном кабинете ОМВД России по г. Уссурийску, расположенном по адресу: Приморский край, г. Уссурийск, XXXX сотрудник полиции в присутствии них произвел осмотр Игрока. Перед началом осмотра сотрудник полиции разъяснил нам права, по ходу проведения осмотра сотрудник полиции составлял акт. В ходе осмотра денежных средств, запрещенных орудий, предметов, веществ при Игроке обнаружено не было. Все участвующие лица были ознакомлены с актом осмотра, в нем расписались. Далее в их присутствии были осмотрены и вручены Игроку денежные средства в сумме 500 рублей – три купюры достоинством 100 рублей, одна купюра достоинством 200 рублей. Данные купюры были сверены с их ксерокопией. По ходу осмотра и вручения также составлялся акт, с которым все участвующие лица ознакомились и подписали. Сотрудник полиции пояснил, что Игроку необходимо пройти в игровой клуб, расположенный по XXXX и осуществить азартную игру на врученные денежные средства. После Игроку было передано специальное оборудование для видео и аудио записи. Далее на автомобиле они проехали в район расположения игорного клуба – пристройка к многоэтажному дому, в которой также расположен магазин «Столица». Вход в игорное заведение был отдельный, оборудован металлической дверью. Они с Игроком не пошли, наблюдали за ним со стороны, по дороге к нему никто не подходил. Игрок прошел к двери, постучал в дверь, через некоторое время дверь открылась, он вошел. Примерно через 30 минут, Игрок вышел из помещения, прошел к ним, после чего они совместно прибыли в отдел полиции по XXXX, где сотрудник полиции в их присутствии провел осмотр Игрока, в ходе осмотра денежных средств, запрещенных веществ и изделий обнаружено не было. По факту осмотра сотрудник полиции составил акт, с которым все участвующие лица ознакомились, который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с которым ознакомились все участвующие лица и подписали. ДД.ММ.ГГ он принял участие в ОРМ «Оперативный эксперимент» для документирования предоставление услуг игрового клуба, расположенного по адресу: г. Уссурийск, XXXX качестве привлеченного лица, совместно с ним принимал участие и Свидетель №11. В указанный день в дообеденное время в служебном кабинете ОМВД России по г. Уссурийску, расположенном по адресу: Приморский край, г. Уссурийск, XXXX сотрудник полиции в присутствии них произвел осмотр Игрока, перед началом осмотра сотрудник полиции разъяснил права, по ходу проведения осмотра сотрудник полиции составлял акт. В ходе осмотра денежных средств, запрещенных орудий, предметов, веществ при Игроке обнаружено не было. Все участвующие лица были ознакомлены с актом осмотра, в нем расписались. Далее в присутствии них были осмотрены и вручены Игроку денежные средства в сумме 700 рублей – две купюры достоинством 100 рублей, одна купюра достоинством 500 рублей. Данные купюры были сверены с их ксерокопией. По ходу осмотра и вручения также составлялся акт, с которым все участвующие лица ознакомились и подписали. Сотрудник полиции пояснил, что Игроку необходимо пройти в игровой клуб, расположенный по XXXX и осуществить азартную игру на врученные денежные средства. После сотрудником полиции Игроку было передано специальное оборудование для видео и аудио записи. После все прибыли в район игорного заведения – район китайского рынка, Игрок пошел к зданию, в котором кроме игорного заведения с отдельным входом, оборудованным металлической дверью, расположено кафе. Они с Игроком не пошли, находились на расстоянии, к последнему никто не подходил. Игрок подошел к входу в игорное заведение, позвонил, дверь открылась, Игрок вошел внутрь. Примерно через 40 минут Игрок вышел из игорного заведения, подошел, сообщил о том, что совершил азартную игру, в результате чего потратил денежные средства, врученные ранее. Далее они совместно прибыли в отдел полиции по XXXX, где сотрудник полиции провел осмотр Игрока в присутствии участвующих лиц, в ходе осмотра денежных средств, запрещенных веществ и изделий обнаружено не было. По факту осмотра сотрудник полиции составил акт, с которым все участвующие лица ознакомились, который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с которым ознакомились все участвующие лица, который подписали. ДД.ММ.ГГ он вновь принял участие в ОРМ «Оперативный эксперимент» для документирования предоставление услуг игрового клуба, расположенного по другому адресу: г. Уссурийск, XXXX. В дообеденное время указанного дня в служебном кабинете ОМВД России по г. Уссурийску, расположенном по адресу: Приморский край, г. Уссурийск, XXXX сотрудник полиции в присутствии него, Свидетель №11 произвел осмотр Игрока, принимавшего участие в мероприятии. Перед началом осмотра сотрудник полиции разъяснил права, по ходу проведения осмотра сотрудник полиции составлял акт. В ходе осмотра денежных средств, запрещенных орудий, предметов, веществ при Игроке обнаружено не было. Все участвующие лица были ознакомлены с актом осмотра, в нем расписались. Далее в присутствии них были осмотрены и вручены Игроку денежные средства в сумме 1000 рублей – одна купюра достоинством 1000 рублей. Данная купюра была сверена с ксерокопией. По ходу осмотра и вручения также составлялся акт, с которым все участвующие лица ознакомились и который подписали. Сотрудник полиции пояснил, что Игроку необходимо пройти в игровой клуб, расположенный по XXXX и осуществить азартную игру на врученные тому денежные средства. После сотрудником полиции Игроку было передано специальное оборудование для видео и аудио записи. Далее они вместе прибыли в район здания, расположенного по адресу: Приморский край, г. Уссурийск, XXXX. Игрок прошел к входу в игорное заведения, они остались стоять в стороне. Игрок позвонил в звонок, через некоторое время дверь открылась, Игрок вошел внутрь, через непродолжительное время вышел, подошел, сообщил, что произвел азартную игру, в ходе которой потратил врученные ему денежные средства. Далее они прибыли в отдел полиции по XXXX, где сотрудник полиции провел в их присутствии осмотр, в ходе которого денежных средств, запрещенных веществ и изделий обнаружено не было. По факту осмотра сотрудник полиции составил акт, с которым все участвующие лица ознакомились, который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с которым ознакомились все участвующие лица, который подписали. В судебном заседании в связи с неявкой в порядке ч. 1 ст. 281 УПК РФ с согласия сторон оглашены показания свидетеля Свидетель №11 (т. 6 л.д. 40-46), согласно которым в мае 2022 к нему обратились сотрудники полиции с вопросом об участии в качестве присутствующего лица при проведении оперативно-розыскного мероприятия «Оперативный эксперимент». Он согласился. Кроме него в мероприятии добровольно участвовал еще один молодой человек в качестве присутствующего лица – Свидетель №12, а также молодой человек, выполняющий роль игрока. В указанный день в вечернее время в служебном кабинете ОМВД России по г. Уссурийску, расположенном по адресу: Приморский край, г. Уссурийск, XXXX сотрудник полиции разъяснил им, что оперативно-розыскное мероприятие «Оперативный эксперимент» проводится с целью документирования незаконного предоставления услуг игрового клуба на территории XXXX Приморского края, расположенного по адресу: XXXX. Сотрудник полиции в его и Свидетель №12 присутствии произвел осмотр Игрока – последний продемонстрировал свои карманы, одежду. Перед началом осмотра сотрудник полиции разъяснил права, по ходу проведения осмотра сотрудник полиции составлял акт. В ходе осмотра денежных средств, запрещенных орудий, предметов, веществ при Игроке обнаружено не было. Все участвующие лица были ознакомлены с актом осмотра, в нем расписались. Далее были осмотрены и вручены Игроку денежные средства в сумме 1000 рублей двумя купюрами достоинством 500 рублей. Данные денежные купюры были сверены со сделанными с них ксерокопиями. По ходу осмотра и вручения также составлялся акт, с которым все участвующие лица ознакомились и который подписали. Сотрудник полиции пояснил, что Игроку необходимо пройти в игровой клуб, расположенный по XXXX «а» и осуществить азартную игру на врученные денежные средства. Далее с сотрудником полиции и остальными участвующими лицами они прошли к автомобилю «Лада Гранта», сотрудником полиции был произведен осмотр данного транспортного средства, в ходе которого был осмотрен салон, все имеющиеся в автомобиле бардачки, коврики, карманы, денежных средств, запрещенных веществ, предметов обнаружено не было. Сотрудник полиции составил акт осмотра автомобиля, с которым они ознакомились и который подписали. После Игроку было передано специальное оборудование для видео и аудио записи. Далее они на автомобиле проехали в район расположения игорного заведения, в которое прошел Игрок. Игорное заведение расположено в отдельно стоящем здании, вход в заведение осуществлялся через отдельный вход с металлической дверью, в которую Игрок позвонил, когда ему открыли, вошел. Они с Игроком не проходили, однако видели, что по дороге тот ни с кем не общался – к нему никто не подходил, ничего не передавал. Примерно через 30-50 минут Игрок вышел из здания, подошел к ним и служебному автомобилю, сообщил, что осуществил игру в игорном заведении, где проиграл врученные денежные средства в сумме 1000 рублей. В присутствии них сотрудник полиции вновь осмотрел автомобиль, о чем был составлен акт осмотра, с которым все ознакомились, который подписали. В ходе осмотра денежных средств, запрещенных предметов и веществ обнаружено не было. Далее на автомобиле проехали в отдел полиции по XXXX, где сотрудник полиции в присутствии них провел осмотр Игрока, в ходе осмотра денежных средств, запрещенных веществ и изделий обнаружено не было. По факту осмотра сотрудник полиции составил акт, с которым все участвующие лица ознакомились, который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«а», с которым ознакомились все участвующие лица, который подписали. ДД.ММ.ГГ он вновь был приглашен сотрудником полиции для участия в аналогичном оперативно-розыскном мероприятии. Также был приглашен Свидетель №12. В качестве Игрока выступал другой молодой человек. В указанный день в вечернее время в служебном кабинете ОМВД России по г. Уссурийску, расположенном по адресу: Приморский край, г. Уссурийск, XXXX сотрудник полиции разъяснил им, что оперативно-розыскное мероприятие «Оперативный эксперимент» проводится с целью документирования незаконного предоставления услуг игрового клуба на территории XXXX Приморского края, расположенного по адресу: XXXX. Как и в предыдущий раз сотрудник полиции в его и Свидетель №12 присутствии произвел осмотр Игрока – последний продемонстрировал свои карманы, одежду. Перед началом осмотра сотрудник полиции разъяснил права, по ходу проведения осмотра сотрудник полиции составлял акт. В ходе осмотра денежных средств, запрещенных орудий, предметов, веществ при Игроке обнаружено не было. Все участвующие лица были ознакомлены с актом осмотра, в нем расписались. Далее были осмотрены и вручены Игроку денежные средства в сумме 1000 рублей двумя купюрами достоинством 500 рублей. Данные денежные купюры были сверены со сделанными с них ксерокопиями. По ходу осмотра и вручения также составлялся акт, с которым все участвующие лица ознакомились и который подписали. Сотрудник полиции пояснил, что Игроку необходимо пройти в игровой клуб, расположенный по XXXX «а» и осуществить азартную игру на врученные денежные средства. Далее с сотрудником полиции и остальными участвующими лицами они прошли к автомобилю «Лада Гранта», сотрудником полиции был произведен осмотр данного транспортного средства, денежных средств, запрещенных веществ, предметов обнаружено не было. Сотрудник полиции составил акт осмотра автомобиля, с которым они ознакомились и который подписали. После сотрудником полиции Игроку было передано специальное оборудование для видео и аудио записи. Далее они на автомобиле проехали в район расположения игорного заведения, в которое прошел Игрок. Игорное заведение расположено в отдельно стоящем здании, вход в заведение осуществлялся через отдельный вход с металлической дверью, в которую Игрок позвонил, когда ему открыли, вошел. Они с Игроком не проходили, однако видели, что по дороге тот ни с кем не общался – к нему никто не подходил, ничего не передавал. Примерно через 30 минут Игрок вышел из здания, подошел к ним и служебному автомобилю, сообщил, что осуществил игру в игорном заведении, где проиграл врученные денежные средства в сумме 1000 рублей. В присутствии них сотрудник полиции вновь осмотрел автомобиль, о чем был составлен акт осмотра, с которым они все ознакомились, который подписали. В ходе осмотра денежных средств, запрещенных предметов и веществ обнаружено не было. Далее на автомобиле проехали в отдел полиции по XXXX, где сотрудник полиции в присутствии них провел осмотр Игрока, в ходе осмотра денежных средств, запрещенных веществ и изделий обнаружено не было. По факту осмотра сотрудник полиции составил акт, с которым все участвующие лица ознакомились, который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«а», с которым ознакомились все участвующие лица, который подписали. Далее он был опрошен. ДД.ММ.ГГ к нему вновь обратился сотрудник полиции, спросил, может ли он поучаствовать в оперативном эксперименте в качестве привлеченного лица, на что он согласился. Так, в указанный день в дневное время он вновь принял участие в ОРМ «Оперативный эксперимент» для документирования предоставление услуг игрового клуба, расположенного по адресу: г. Уссурийск, XXXX в качестве привлеченного лица, одновременно был приглашен Свидетель №12, в качестве Игрока выступал молодой человек. Так как и в прошлый раз в служебном кабинете ОМВД России по г. Уссурийску, расположенном по адресу: Приморский край, г. Уссурийск, XXXX сотрудник полиции произвел осмотр Игрока. Перед началом осмотра сотрудник полиции разъяснил участвующим лицам права, по ходу проведения осмотра сотрудник полиции составлял акт. В ходе осмотра денежных средств, запрещенных орудий, предметов, веществ при Игроке обнаружено не было. Все участвующие лица были ознакомлены с актом осмотра, в нем расписались. Далее в присутствии них были осмотрены и вручены Игроку денежные средства в сумме 500 рублей – одна купюра достоинством 500 рублей. Данная купюра была сверена с ксерокопией. По ходу осмотра и вручения также составлялся акт, с которым все участвующие лица ознакомились и который подписали. Сотрудник полиции пояснил, что Игроку необходимо пройти в игровой клуб, расположенный по XXXX «а» и осуществить азартную игру на врученные денежные средства. Далее с сотрудником полиции все участвующие лица прошли к автомобилю «Лада Гранта», сотрудником полиции был произведен осмотр данного транспортного средства, в ходе которого был осмотрен салон, все имеющиеся в автомобиле бардачки, коврики, карманы, денежных средств, запрещенных веществ, предметов обнаружено не было. Сотрудник полиции составил акт осмотра автомобиля, с которым все ознакомились и который подписали. После Игроку было передано специальное оборудование для видео и аудио записи. Далее они проехали в район расположения игорного клуба. Игрок прошел к металлической двери, в которую позвонил, через некоторое время дверь открыли. Они за игроком не ходили, стояли в отдалении, последний при подходе ни с кем не общался, к нему никто не подходил. Через непродолжительный промежуток времени Игрок вышел из игорного заведения, подошел к ним и автомобилю, пояснил, что осуществил азартную игру, при которой потратил деньги, врученные ему ранее. В их присутствии сотрудник полиции досмотрел автомобиль, в ходе досмотра денежных средств, запрещенных предметов и веществ обнаружено не было. После сотрудником полиции быль составлен акт осмотра автомобиля, с которым все участвующие лиц ознакомились, который подписали. Далее на автомобиле они проехали в отдел полиции по XXXX, где сотрудник полиции провел осмотр Игрока в присутствии них, в ходе осмотра денежных средств, запрещенных веществ и изделий обнаружено не было. По факту осмотра Игрока сотрудник полиции составил акт, с которым все участвующие лица ознакомились, который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«а», с которым ознакомились все участвующие лица, который подписали. ДД.ММ.ГГ в дневное время к нему обратился сотрудник полиции, спросил, может ли он принять участие в оперативном эксперименте в качестве привлеченного лица, на что он добровольно согласился. Одновременно с ним был приглашен Свидетель №12. При указанном мероприятии документировалось незаконное предоставление услуг игрового клуба, расположенного по другому адресу: г. Уссурийск, XXXX. В служебном кабинете ОМВД России по г. Уссурийску, расположенном по адресу: Приморский край, г. Уссурийск, XXXX сотрудник полиции в присутствии них произвел осмотр Игрока. Перед началом осмотра сотрудник полиции разъяснил нам права, по ходу проведения осмотра сотрудник полиции составлял акт. В ходе осмотра денежных средств, запрещенных орудий, предметов, веществ при Игроке обнаружено не было. Все участвующие лица были ознакомлены с актом осмотра, в нем расписались. Далее в их присутствии были осмотрены и вручены Игроку денежные средства в сумме 500 рублей – три купюры достоинством 100 рублей, одна купюра достоинством 200 рублей. Данные купюры были сверены с их ксерокопией. По ходу осмотра и вручения также составлялся акт, с которым все участвующие лица ознакомились и который подписали. Сотрудник полиции пояснил, что Игроку необходимо пройти в игровой клуб, расположенный по XXXX и осуществить азартную игру на врученные денежные средства. После сотрудником полиции Игроку было передано специальное оборудование для видео и аудио записи. Далее на автомобиле мы проехали в район расположения игорного клуба – пристройка к многоэтажному дому, в которой также расположен магазин «Столица». Вход в игорное заведение был отдельный, оборудован металлической дверью. Они с Игроком не пошли, наблюдали за ним со стороны, по дороге к нему никто не подходил. Игрок прошел к двери, постучал в дверь, через некоторое время дверь открылась, он вошел. Через некоторое время – примерно через 30, точнее не помнит, Игрок вышел из помещения, прошел к ним, после чего они совместно прибыли в отдел полиции по XXXX, где сотрудник полиции в их присутствии провел осмотр Игрока, в ходе осмотра денежных средств, запрещенных веществ и изделий обнаружено не было. По факту осмотра сотрудник полиции составил акт, с которым все участвующие лица ознакомились, который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с которым ознакомились все участвующие лица, который подписали. ДД.ММ.ГГ он принял участие в ОРМ «Оперативный эксперимент» для документирования предоставление услуг игрового клуба, расположенного по адресу: г. Уссурийск, XXXX качестве привлеченного лица, совместно с ним принимал участие и Свидетель №12. В указанный день в дообеденное время в служебном кабинете ОМВД России по г. Уссурийску, расположенном по адресу: Приморский край, г. Уссурийск, XXXX сотрудник полиции в присутствии них произвел осмотр Игрока, перед началом осмотра сотрудник полиции разъяснил права, по ходу проведения осмотра сотрудник полиции составлял акт. В ходе осмотра денежных средств, запрещенных орудий, предметов, веществ при Игроке обнаружено не было. Все участвующие лица были ознакомлены с актом осмотра, в нем расписались. Далее в присутствии них были осмотрены и вручены Игроку денежные средства в сумме 700 рублей – две купюры достоинством 100 рублей, одна купюра достоинством 500 рублей. Данные купюры были сверены с их ксерокопией. По ходу осмотра и вручения также составлялся акт, с которым все участвующие лица ознакомились и который подписали. Сотрудник полиции пояснил, что Игроку необходимо пройти в игровой клуб, расположенный по XXXX и осуществить азартную игру на врученные денежные средства. После сотрудником полиции Игроку было передано специальное оборудование для видео и аудио записи. После все прибыли в район игорного заведения – район китайского рынка, Игрок пошел к зданию, в котором кроме игорного заведения с отдельным входом, оборудованным металлической дверью, расположено кафе. Они с Игроком не пошли, находились на расстоянии, к последнему никто не подходил. Игрок подошел к входу в игорное заведение, позвонил, дверь открылась, Игрок вошел внутрь. Примерно через 40 минут Игрок вышел из игорного заведения, подошел, сообщил о том, что совершил азартную игру, в результате чего потратил денежные средства, врученные ранее. Далее они совместно прибыли в отдел полиции по XXXX, где сотрудник полиции провел осмотр Игрока в присутствии участвующих лиц, в ходе осмотра денежных средств, запрещенных веществ и изделий обнаружено не было. По факту осмотра сотрудник полиции составил акт, с которым все участвующие лица ознакомились, который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с которым ознакомились все участвующие лица, который подписали. ДД.ММ.ГГ он вновь принял участие в ОРМ «Оперативный эксперимент» для документирования предоставление услуг игрового клуба, расположенного по другому адресу: г. Уссурийск, XXXX. В дообеденное время указанного дня в служебном кабинете ОМВД России по г. Уссурийску, расположенном по адресу: Приморский край, г. Уссурийск, XXXX сотрудник полиции в присутствии него, Свидетель №12 произвел осмотр Игрока, принимавшего участие в мероприятии. Перед началом осмотра сотрудник полиции разъяснил права, по ходу проведения осмотра сотрудник полиции составлял акт. В ходе осмотра денежных средств, запрещенных орудий, предметов, веществ при Игроке обнаружено не было. Все участвующие лица были ознакомлены с актом осмотра, в нем расписались. Далее в присутствии них были осмотрены и вручены Игроку денежные средства в сумме 1000 рублей – одна купюра достоинством 1000 рублей. Данная купюра была сверена с ксерокопией. По ходу осмотра и вручения также составлялся акт, с которым все участвующие лица ознакомились и который подписали. Сотрудник полиции пояснил, что Игроку необходимо пройти в игровой клуб, расположенный по XXXX и осуществить азартную игру на врученные тому денежные средства. После сотрудником полиции Игроку было передано специальное оборудование для видео и аудио записи. Далее они вместе прибыли в район здания, расположенного по адресу: Приморский край, г. Уссурийск, XXXX. Игрок прошел к входу в игорное заведения, они остались стоять в стороне. Игрок позвонил в звонок, через некоторое время дверь открылась, Игрок вошел внутрь, через непродолжительное время вышел, подошел, сообщил, что произвел азартную игру, в ходе которой потратил врученные ему денежные средства. Далее они прибыли в отдел полиции по XXXX, где сотрудник полиции провел в их присутствии осмотр, в ходе которого денежных средств, запрещенных веществ и изделий обнаружено не было. По факту осмотра сотрудник полиции составил акт, с которым все участвующие лица ознакомились, который подписали. По окончанию ОРМ сотрудником полиции был составлен Акт «оперативного эксперимента», в котором зафиксирован факт организации и проведения азартных игр по адресу: г. Уссурийск, XXXX, с которым ознакомились все участвующие лица, который подписали. В судебном заседании в связи с неявкой в порядке ч. 1 ст. 281 УПК РФ с согласия сторон оглашены показания свидетеля Свидетель №2 (т. 5 л.д. 193-196), согласно которым у него в собственности имеется отдельно здание, расположенное по адресу: Приморский край, г. Уссурийск, XXXX. Примерно 1,5-2 года назад, то есть в 2020 или 2021 году, точнее не помнит, к нему обратился молодой мужчина, как зовут, не помнит, предложил взять в аренду нежилое помещение, на что он согласился. Так как в помещении почти не было ремонта, у них была устная договоренность, что молодой человек будет полностью оплачивать коммуникации, и электроэнергию вместо того, чтобы платить арендную плату. Он помнит, что между ними был заключен договор аренды, но где он в настоящее время, не знает. В указанном помещении имеется отдельный санузел. После того, как он договорился с молодым человеком об использовании нежилого помещения, в данном помещении начались ремонтные работы. Он периодически заходил в указанное помещение, наблюдал за работами. Вдоль стен были установлены столы, на которые установили компьютеры. В рабочем помещении также был компьютер. В помещении и над входом были установлены камеры, на дверь был установлен магнитный замок. В помещение был проведен интернет. Но все подключения осуществлялись самостоятельно арендаторами, он к этому не имел никакого отношения. Какая точно велась деятельность в указанном помещении, не знал, ему это было не интересно. Раз в месяц он приходил в данное помещение. В помещении всегда находилась девушка-работник. Иногда в зале находились пользователи компьютеров. Приходя, он снимал показатели счетчиков за воду, после чего предоставлял девушкам-работницам счет на оплату за воду. За электричество арендаторы платили сами. То есть кто именно арендовал у него помещение, не знает. Просто зайти в помещение было нельзя из-за магнитного замка. Данная организация работала и ночью и днем. Но на двери не было каких-либо вывесок с наименованием организации, с распорядком работы. Он указанной деятельности не касался, она ему была не интересна. Уже после того, как в помещении был проведен обыск, он узнал, что в данном помещении осуществлялась незаконная игорная деятельность, типа казино. Но как именно осуществлялась деятельность, кто её организовал, ему не известно. Какие-либо имена и фамилии работников данной организации ему не известны. В судебном заседании в связи с неявкой в порядке ч. 1 ст. 281 УПК РФ с согласия сторон оглашены показания свидетеля Свидетель №8 (т. 5 л.д. 207-209), согласно которым у неё в собственности имеется помещение, расположенное по адресу: г. Уссурийск, XXXX. Данное помещение нежилое. Она его сдает в аренду. Помещение на первом этаже. В конце 2020 - начале 2021 года, к ней по объявлению обратился мужчина, который арендовал у неё указанное помещение. При составлении договора аренды он предъявил свой паспорт. Договор был заключен бессрочно. Копию договора в настоящее время найти не может. Мужчина пояснил, что помещение арендует для организации детского интернет-кафе. Более она с указанным мужчиной не встречалась. В помещении также более не бывала, его не проверяла. Ежемесячно на её банковский счет посредством приложения «Сбербанк онлайн» осуществлялись переводы денежных средств в счет оплаты аренды. Арендная плата в месяц составляла порядка 50 000 рублей вместе с оплатой коммунальных услуг, отопления, электричества. О том, что в указанном помещении осуществлялась незаконная игорная деятельность, узнала от сотрудников правоохранительных органов, которые обратились к ней с вызовом на допрос. О том, кто работал в указанной организации, сделан ли был там ремонт, какое там было оборудование, ей не известно. В судебном заседании в связи с неявкой в порядке ч. 1 ст. 281 УПК РФ с согласия сторон оглашены показания свидетеля Свидетель №9 (т. 5 л.д. 179-181), согласно которым у него в собственности имеется двухэтажное здание, расположенное по адресу: Приморский край, г. Уссурийск, XXXX. В данном здании имеется помещение с отельным входом, расположенное на 1 этаже. О сдаче помещения в аренду было размещено объявление на стендах города, в сети «Интернет». В июле 2022 года к ним в офис обратилась девушка с вопросом об аренде свободного помещения, расположенного на первом этаже. Она приходила в офис одна. Девушка пояснила, что помещение ей необходимо для открытия «интернет-кафе», говорила что-то о ставках на спорт. Она осмотрела помещение, которое её устроило. Данное помещение полностью изолированное – отдельный вход, отдельный санузел. ДД.ММ.ГГ с ней был заключен договор. Для составления договора девушка предъявила паспорт на свое имя Рим Ю.А. Между ним и Рим был заключен договор аренды до ДД.ММ.ГГ. В договоре отдельным пунктом было прописано, что деятельность в арендованном помещении должна быть законной. Он видел, что новые арендаторы установили над входом свои камеры. Какое оборудование, какая мебель ввозилась в данное помещение, не видел. Также не проверял помещение после его сдачи в аренду, то есть какая деятельность осуществлялась в данном помещении, не знал. О том, заключался ли Рим договор с каким-либо Интернет-провайдером, ему не известно. После сдачи помещения в аренду с Рим он не общался. ДД.ММ.ГГ он обратил внимание на то, что по счетчику в данном помещении постоянно включена вода. Он обошел здание, увидел, что дверь в помещение опечатана. Далее в интернете увидел информацию о том, что в помещении по XXXX пресекли деятельность незаконного игорного заведения. Об этом ему ничего известно не было. В судебном заседании в связи с неявкой в порядке ч. 1 ст. 281 УПК РФ с согласия сторон оглашены показания свидетеля Свидетель №15 (т. 5 л.д. 216-218), согласно которым он является генеральным директором ООО «Охранное агентство «ВекТор». Данная организация осуществляет охранную деятельность. Охрана осуществляется, в том числе путем установки кнопки тревожной сигнализации (КТС) в помещении организации. В их организацию примерно 2 года назад, обратился мужчина, данных которого не помнит. Работником ООО «Охранное агентство «ВекТор» были подготовлены договоры на оказание услуг охраны путем установки КТС по двум заявленным мужчиной адресам в г. Уссурийске: XXXX и XXXX. Возможно, мужчина приезжал дважды, не помнит. Копии договоров найти не смог. Деятельность организаций была указана как «Спорт Бар». С сотрудниками агентства по указанным адресам были установлены КТС, подключены к пульту охраны. Ежемесячно работники агентства проезжали по указанным адресам. Двери в бары были закрыты на магнитные замки, открывали дверь представители заказчика по стуку. Далее работники передавали представителям заказчика счета на оплату, акты об оплате, а последние передавали денежные средства согласно выставленным счетам. Каких-то просрочек платежей, проблем со стороны заказчика не было. Он самостоятельно несколько раз приезжал в указанные бары, проходил внутрь. Видел, что в помещениях установлены компьютеры, но какую деятельность осуществляли данные организации, ему известно не было. ДД.ММ.ГГ их организацией был заключен договор на предоставление услуг охраны с Рим Ю. А. на установку КТС в помещении по адресу: г. Уссурийск, XXXX. Ею была указана деятельность – Компьютерный салон. По указанному адресу также была установлена КТС их организацией. В судебном заседании в связи с неявкой в порядке ч. 1 ст. 281 УПК РФ с согласия сторон оглашены показания свидетеля Свидетель №13 (т. 5 л.д. 204-206), согласно которым у него есть знакомый Тон А., с которым они знакомы несколько лет. Какой деятельностью занимался Тон, ему не известно. Примерно в 2021 году, когда Тон узнал о том, что он занимается компьютерной техникой и видеокамерами, тот предложил ему неофициальную подработку. Помнит, что ФИО10 сказал о том, что есть клубы – интернет-кафе, в которых установлены компьютеры. Иногда случаются поломки компьютерной техники, видеокамер, которые нужно ремонтировать. Тон предложил ему в случае поломок осуществлять ремонт указанной техники за денежное вознаграждение. О том, кому принадлежат указанные клубы, чем конкретно занимаются указанные клубы, Тон не объяснял. Он согласился на предложение Тон. Они договорились, что ему будет звонить или писать сообщения ФИО10, или работники интернет-кафе в случае возникновения поломок. С момента указанного разговора он периодически получал сообщения на свой номер телефона с различных номеров, как он думал, от работников компьютерных клубов, о необходимости ремонта компьютерной техники. Он выезжал по следующим адресам в городе Уссурийск: XXXX, ФИО21, 13 «а», в последнее время по XXXX. Когда начал приезжать по указанным адресам, там уже было установлено компьютерное и видео- оборудование, был проведен интернет. То есть именно установкой данного оборудования он не занимался. Он видел, что в каждом клубе установлены компьютеры, которые соединены локальной сетью с главным компьютером работника клуба. На компьютерах было установлено программное обеспечение. Сам он никакого программного обеспечения на компьютеры не устанавливал, именно программное обеспечение не обслуживал, не настраивал, то есть к нему никакого отношения не имел. Он приезжал по вызовам, производил ремонт компьютерной техники, мог заменить неисправную видеокамеру, не более. Указанные услуги оплачивались сразу на месте девушками-работниками. С девушками-работницами он не знакомился, с ними не общался, их работу не обсуждал, просто приезжал, производил ремонт, получал денежные средства и уезжал. О том, какое программное обеспечение было установлено на компьютерах, как оно функционировало, ему не известно. Также он не обращал внимания на посетителей указанных клубов. Не помнит, чтобы в его приезды в клубах была полная посадка посетителей. Он обычно приезжал рано утром, перед основной работой (до 9 часов), или вечером после основной работы (после 18 часов). Периодичность посещения клубов была разной. Иногда техника выходила из строя несколько раз в неделю, иногда несколько раз в месяц. Тон его о проводимых им ремонтных работах компьютерной и видеотехники не расспрашивал. О том, что в указанных клубах осуществлялась незаконная игорная деятельность, узнал от сотрудника правоохранительных органов, который обратился к нему с вызовом на допрос. В судебном заседании в связи с неявкой в порядке ч. 1 ст. 281 УПК РФ с согласия сторон оглашены показания свидетеля ФИО6 (т. 6 л.д. 30-32), согласно которым её дочь ФИО12 проживает по адресу: г. Уссурийск, XXXX. У последней есть сын ФИО22, ДД.ММ.ГГ года рождения. Отец ФИО23 – ФИО24 сожительствует с её дочерью, О том, что дочь привлечена к уголовной ответственности, ей стало известно после её задержания. Ей стало известно, что ФИО12 подозревается в проведении незаконной игорной деятельности, как она поняла, что-то типа казино, но об этом ничего не знала. Приблизительно в конце 2021 года, точнее период не помнит, так как прошло много времени, ФИО35 обратилась к ней с просьбой открыть для ФИО12, но на её-ФИО6 имя банковскую карту в ПАО «Сбербанк». Ей эта просьба не показалась подозрительной, так как ФИО12 её дочь. Они вдвоем поехали в отделение ПАО «Сбербанк» по XXXX в г. Уссурийск, где она открыла счет, получила банковскую карту, которую передала ФИО35, последняя к карте привязала номер телефона, которым сама пользовалась, чтобы СМС-сообщения о поступлениях и снятии денежных средств приходили на её-ФИО12 номер. Что это был за номер телефона, не знает. Этим занималась сама ФИО35. Зачем той нужна была банковская карта, не интересовалась. ФИО12 ничего не объясняла. По поводу того, что ФИО35 всем представлялась другим именем, пояснила, что последняя очень не любила свое имя ФИО35. Она предлагала дочери обратиться в ЗАГС с заявлением о смене имени, но та не решалась. В судебном заседании в связи с неявкой в порядке ч. 1 ст. 281 УПК РФ с согласия сторон оглашены показания свидетеля ФИО81 (т. 6 л.д. 1-3), согласно которым около 14 лет он сожительствует с ФИО12, у них общий сын ФИО22, ДД.ММ.ГГ года рождения. С 2021 года, ФИО12 работала в клубе, осуществляющем деятельность, связанную с компьютерами, расположенном по XXXX. О том, что это была за деятельность, не вдавался в подробности. Он знал, что Подоляко периодически ездит в клуб, проверяет девушек, которые работают в клубе администраторами, получает выручку, которую передает владельцу интернет-кафе. Как-то он случайно увидел ФИО35, которая встречалась с мужчиной-корейцем, который сидел в автомобиле темного цвета, встреча происходила возле одного из кафе быстрого обслуживания, С указанным мужчиной он не был знаком, не общался. В последующем спросил у ФИО35, кто это, она пояснила, что это владелец интернет-кафе, которому самому некогда ездить в кафе за выручкой. Он предполагал, что это обычное интернет-кафе, так как заработная плата у ФИО35 была маленькая, она получала всего 10000 рублей. Он был знаком с девушкой, которая работала в клубе – ФИО41, (Свидетель №4) так как она поддерживала отношения с ФИО12 Также он как-то заезжал в указанный клуб, завозил по просьбе ФИО12 сигареты, на смене в клубе была ФИО41. О том, что данный клуб осуществлял незаконную игорную деятельность, узнал тогда, когда к ним домой пришли с обыском сотрудники правоохранительных органов. О том, как осуществлялась указанная деятельность, кто её организовал, в чем точно заключались обязанности Подоляко, ему не известно. В судебном заседании в связи с неявкой в порядке ч. 1 ст. 281 УПК РФ с согласия сторон оглашены показания свидетеля Свидетель №14 (т. 5 л.д. 190-192), согласно которым она работает администратором у индивидуального предпринимателя ФИО73 У него в собственности имеется здание, расположенное по адресу: г. Уссурийск, XXXX – торговый центр «Империал». Помещения данного здания сдаются в аренду. О наличии помещений для аренды на окнах здания висят объявления, также имеются объявления на сайтах в сети интернет. В 20х числах июня 2022 года, точно дату не помнит, ей позвонила Рим Ю.А., которая стала интересоваться помещениями в их здании. Ту интересовало помещение с отдельным входом, чтобы помещение было не проходным, с отдельным санузлом. Девушка звонила 2-3 раза. Единожды в разговоре сказала о том, что деятельность связана с игровыми автоматами. Рим Ю.А. приехала к ней, чтобы посмотреть помещения. Она показала помещение, которое могло бы устроить звонившую по квадратам – на втором этаже вход через первый этаж. При утонении вопросов о наличии документов, девушка замялась, пояснила, что у них нет документов, подтверждающих легальность своей деятельности, в связи с чем она ей отказала в аренде. В судебном заседании в связи с неявкой в порядке ч. 1 ст. 281 УПК РФ с согласия сторон оглашены показания свидетеля ФИО74 (т. 6 л.д. 47-49), согласно которым примерно в конце 2021 года, с кем-то из знакомых в первый раз она пришла в игровой клуб, расположенный по адресу: Приморский край, г. Уссурийск, XXXX. В данном клубе осуществлялись азартные игры. О законности данных игр она не думала. После этого изредка она заезжала в указанный клуб, чтобы просто отвлечься от забот. Много времени там не проводила, большие денежные суммы не проигрывала. Вход в помещение осуществлялся через металлическую дверь, оборудованную магнитным замком и звонком. То есть дверь всегда была закрыта. Она звонила в звонок, ей открывали, она входила в помещение, где за барной стойкой находилась девушка-администратор, которой она передавала деньги. Обычно в сумме около 300 рублей, не больше. Девушка выдавала отрезок листа с написанным на нем цифровым кодом, с которым она проходила за свободный компьютер. Всего в клубе было около 20 игровых мест, оборудованных компьютерной техникой – системный блок, монитор, компьютерная мышь и клавиатура. На экране компьютера уже была открыта программа, в окно которой она вводила выданный ей код, после чего выбирала азартную игру. На экране отображалась сумма, которую она внесла девушке-администратору. После выбора конкретной игры она также выбирала количество игровых столбцов и игровых строк. Выигрыш происходил при совпадении определенной комбинации из картинок, но она никогда не выигрывала. Проиграв 300 рублей, она покидала игорный клуб. Девушек-администраторов не запоминала, с ними не общалась, не может сказать, сколько девушек работало в данном клубе. Ей на мобильный телефон никогда не приходили объявления о каких-то розыгрышах, лотереях, проводимых в клубе, не помнит, чтобы оставляла в клубе свой номер телефона. В каких-то лотереях не участвовала, вероятнее всего, ей не предлагали участвовать в лотереях, так как она никогда не делала крупных ставок. Максимально – 300 рублей. О том, кто организовал указанный игровой клуб, есть ли в городе Уссурийске другие аналогичные клубы, не знает. В судебном заседании в связи с неявкой в порядке ч. 1 ст. 281 УПК РФ с согласия сторон оглашены показания свидетеля ФИО25 (т. 6 л.д. 26-29), согласно которым периодически ею посещалось игровое заведение, расположенное по адресу: г. Уссурийск, XXXX «а». Об указанном заведении ей известно от кого-то из знакомых. Посещала его периодически. Само игровое заведение располагалось на первом этаже, доступ осуществлялся через металлическую дверь, оборудованную звонком, над входом располагались камеры видеонаблюдения. Позвонив в звонок, дверь открывалась дистанционно кассиром. Внутри располагалась касса, а также столы с персональными компьютерами – примерно 10-15 компьютеров. Перед началом игры было необходимо передать денежные средства кассиру. Место кассира занимали девушки на вид 20-25 лет. Одна из девушек была ей известна – зовут ФИО30, познакомились в клубе. Передав кассиру деньги, кассир предоставляла 14-значный код на листе бумаги, после она садилась за свободный компьютер, нажимала на ярлык в виде красного значка (что конкретно было отображено на ярлыке ей не известно), после вводила переданный ей код в окошко, отображавшееся на мониторе. На мониторе начинали отображаться игры разного наименования, как правило одна вкладка имела 5-6 игр, таких вкладок было примерно 10 штук. Выбрав одну из игр, в левом углу монитора отображалась графа «Кредит» с суммой, ранее данной кассиру. В момент игры ею выбирались разные игры. В момент игры можно было выбрать разное значение линий и ставки. Как правило, её ставка не превышала 5-10 рублей за одно нажатие. В случае выигрыша денежных средств, об этом сообщалось кассиру, та в свою очередь обнуляла ранее переданный чек с кодом и передавала выигранные денежные средства. Данное казино посещалось ею 5-10 раз. В момент её нахождения в заведении, кроме нее могло находиться от малого количества людей, до полного зала. Также ей было известно, что периодически в казино проводились акции, в результате которых можно было выиграть какую-то сумму, какую конкретно – не уточняла, так как в них не принимала участие. Помимо данного заведения иные она не посещала. Объективно вина подсудимых ФИО4, ФИО7 и Рим Ю.А., подтверждается следующими доказательствами. - заключением специалиста XXXX от ДД.ММ.ГГ, согласно которому общая сумма дохода от функционирования незаконных игровых клубов по адресам: г. Уссурийск, XXXX, д. ДД.ММ.ГГ537 рублей. (не учтены денежные средства, изъятые по указанным адресам в ходе обысков). (т. 8 л.д. 146-152); - актом осмотра лица, осуществляющего оперативный эксперимент (ИГРОК) от ДД.ММ.ГГ, в ходе которого перед посещением игорного клуба у Игрока запрещенных орудий, предметов, веществ, денежных средств не обнаружено; (т.1 л.д. 96-97) - актом осмотра, пометки и вручения денежных средств (предметов, ценностей) от ДД.ММ.ГГ, с ксерокопиями осмотренных денежных купюр, которым осмотрены и вручены Игроку две денежные банкноты достоинством 500 рублей и две денежные банкноты достоинством 100 рублей; (т.1 л.д. 98-100) - актом осмотра транспортного средства от ДД.ММ.ГГ, в ходе которого осмотрен автомобиль марки «Лада Гранта» ГРЗ М 082ХМ 125 (т.1 л.д. 101-102); - актом осмотра автомобиля марки «Лада Гранта» ГРЗ М 082ХМ 125 от ДД.ММ.ГГ, в ходе которого осмотрен автомобиль после помещения игорного клуба по адресу: г. Уссурийск, XXXX, в ходе которого запрещенных орудий, предметов, веществ, денежных средств не обнаружено. (т.1 л.д. 103-104); - актом осмотра лица, осуществившего оперативный эксперимент (ИГРОК) от ДД.ММ.ГГ, в ходе которого после посещения игорного клуба по адресу: г. Уссурийск, XXXX Игрока запрещенных орудий, предметов, веществ, денежных средств не обнаружено. (т.1 л.д. 105-106); - актом оперативного эксперимента от ДД.ММ.ГГ, в котором отражены порядок и результаты оперативного эксперимента, проведенного ДД.ММ.ГГ (т.1 л.д. 107-108); - актом осмотра лица, осуществляющего оперативный эксперимент (ИГРОК) от ДД.ММ.ГГ, в ходе которого перед посещением игорного клуба у Игрока запрещенных орудий, предметов, веществ, денежных средств не обнаружено. (т.1 л.д. 120-121); - актом осмотра, пометки и вручения денежных средств (предметов, ценностей) от ДД.ММ.ГГ с ксерокопиями осмотренных денежных купюр, в ходе которого осмотрены и вручены Игроку две денежные банкноты достоинством 500 рублей. (т.1 л.д. 122-123); – актом осмотра марки «Лада Гранта» ГРЗ М 082ХМ 125 от ДД.ММ.ГГ, в ходе которого осмотрен указанный автомобиль перед помещением игорного клуба по адресу: г. Уссурийск, XXXX, в ходе которого запрещенных орудий, предметов, веществ, денежных средств не обнаружено. (т.1 л.д. 125-126); – актом осмотра транспортного средства от ДД.ММ.ГГ, в ходе которого осмотрен автомобиль марки «Лада Гранта» ГРЗ М 082ХМ 125 после помещения игорного клуба по адресу: г. Уссурийск, XXXX, в ходе которого запрещенных орудий, предметов, веществ, денежных средств не обнаружено. (т.1 л.д. 127-128); - актом осмотра лица, осуществившего оперативный эксперимент (ИГРОК) от ДД.ММ.ГГ, в ходе которого после посещения игорного клуба по адресу: г. Уссурийск, XXXX Игрока запрещенных орудий, предметов, веществ, денежных средств не обнаружено. (т.1 л.д. 129-130); – актом оперативного эксперимента от ДД.ММ.ГГ, в котором отражены порядок и результаты оперативного эксперимента, проведенного ДД.ММ.ГГ; (т.1 л.д. 131-132); – актом осмотра лица, осуществляющего оперативный эксперимент (ИГРОК) от ДД.ММ.ГГ, в ходе которого перед посещением игорного клуба у Игрока запрещенных орудий, предметов, веществ, денежных средств не обнаружено. (т.1 л.д. 144-145); – актом осмотра, пометки и вручения денежных средств (предметов, ценностей) от ДД.ММ.ГГ, с ксерокопиями осмотренных денежных купюр, в ходе которого осмотрены и вручены Игроку две денежные банкноты достоинством 500 рублей. (т.1 л.д. 146-147); – актом осмотра транспортного средства от ДД.ММ.ГГ, в ходе которого осмотрен автомобиль марки «Лада Гранта» ГРЗ М 082ХМ 125 перед помещением игорного клуба по адресу: г. Уссурийск, XXXX, в ходе которого запрещенных орудий, предметов, веществ, денежных средств не обнаружено. (т.1 л.д. 149-150); – актом осмотра транспортного средства от ДД.ММ.ГГ, в ходе которого осмотрен автомобиль марки «Лада Гранта» ГРЗ М 082ХМ 125 после помещения игорного клуба по адресу: г. Уссурийск, XXXX, в ходе которого запрещенных орудий, предметов, веществ, денежных средств не обнаружено. (т.1 л.д. 151-152); – актом осмотра лица, осуществившего оперативный эксперимент (ИГРОК) от ДД.ММ.ГГ, в ходе которого после посещения игорного клуба по адресу: г. Уссурийск, XXXX у Игрока запрещенных орудий, предметов, веществ, денежных средств не обнаружено. (т.1 л.д. 153-154); – актом оперативного эксперимента от ДД.ММ.ГГ, в котором отражены порядок и результаты оперативного эксперимента, проведенного ДД.ММ.ГГ. (т.1 л.д. 155-156); – актом осмотра лица, осуществляющего оперативный эксперимент (ИГРОК) от ДД.ММ.ГГ, в ходе которого перед посещением игорного клуба у Игрока запрещенных орудий, предметов, веществ, денежных средств не обнаружено. (т.1 л.д. 166-167); – актом осмотра, пометки и вручения денежных средств (предметов, ценностей) от ДД.ММ.ГГ, с ксерокопиями осмотренных денежных купюр, в ходе которого осмотрены и вручены Игроку две денежные банкноты достоинством 500 рублей. (т.1 л.д. 168-169); – актом осмотра транспортного средства от ДД.ММ.ГГ, в ходе которого осмотрен автомобиль марки «Лада Гранта» ГРЗ М 082ХМ 125 перед помещением игорного клуба по адресу: г. Уссурийск, XXXX, в ходе которого запрещенных орудий, предметов, веществ, денежных средств не обнаружено; (т.1 л.д. 171-172); – актом осмотра транспортного средства от ДД.ММ.ГГ, в ходе которого осмотрен автомобиль марки «Лада Гранта» ГРЗ М 082ХМ 125 после помещения игорного клуба по адресу: г. Уссурийск, XXXX, в ходе которого запрещенных орудий, предметов, веществ, денежных средств не обнаружено. (т.1 л.д. 173-174); – актом осмотра лица, осуществившего оперативный эксперимент (ИГРОК) от ДД.ММ.ГГ, в ходе которого после посещения игорного клуба по адресу: г. Уссурийск, XXXX у Игрока запрещенных орудий, предметов, веществ, денежных средств не обнаружено. (т.1 л.д. 175-176); – актом оперативного эксперимента от ДД.ММ.ГГ, в котором отражены порядок и результаты оперативного эксперимента, проведенного ДД.ММ.ГГ. (т.1 л.д. 177-178); – актом осмотра лица, осуществляющего оперативный эксперимент (ИГРОК) от ДД.ММ.ГГ, в ходе которого перед посещением игорного клуба у Игрока запрещенных орудий, предметов, веществ, денежных средств не обнаружено. (т.1 л.д. 188-189); – актом осмотра, пометки и вручения денежных средств (предметов, ценностей) от ДД.ММ.ГГ, с ксерокопией осмотренной денежной купюры, в ходе которого осмотрена и вручена Игроку денежная банкнота достоинством 500 рублей. (т.1 л.д. 190-192); – актом осмотра транспортного средства от ДД.ММ.ГГ, в ходе которого осмотрен автомобиль марки «Лада Гранта» ГРЗ М 082ХМ 125 перед помещением игорного клуба по адресу: г. Уссурийск, XXXX, в ходе которого запрещенных орудий, предметов, веществ, денежных средств не обнаружено; (т.1 л.д. 193-194); – актом осмотра транспортного средства от ДД.ММ.ГГ, в ходе которого осмотрен автомобиль марки «Лада Гранта» ГРЗ М 082ХМ 125 после помещения игорного клуба по адресу: г. Уссурийск, XXXX, в ходе которого запрещенных орудий, предметов, веществ, денежных средств не обнаружено. (т.1 л.д. 195-196); – актом осмотра лица, осуществившего оперативный эксперимент (ИГРОК) от ДД.ММ.ГГ, в ходе которого после посещения игорного клуба по адресу: г. Уссурийск, XXXX у Игрока запрещенных орудий, предметов, веществ, денежных средств не обнаружено. (т.1 л.д. 197-198); – актом оперативного эксперимента от ДД.ММ.ГГ, в котором отражены порядок и результаты оперативного эксперимента, проведенного ДД.ММ.ГГ. (т.1 л.д. 199-200); – актом осмотра лица, осуществляющего оперативный эксперимент (ИГРОК) от ДД.ММ.ГГ, в ходе которого перед посещением игорного клуба у Игрока запрещенных орудий, предметов, веществ, денежных средств не обнаружено. (т.1 л.д. 210-211); – актом осмотра, пометки и вручения денежных средств (предметов, ценностей) от ДД.ММ.ГГ, с ксерокопией осмотренной денежной купюры, в ходе которого осмотрена и вручена Игроку денежная банкнота достоинством 1000 рублей. (т.1 л.д. 212-214); – акт осмотра лица, осуществившего оперативный эксперимент (ИГРОК) от ДД.ММ.ГГ, в ходе которого после посещения игорного клуба по адресу: г. Уссурийск, XXXX Игрока запрещенных орудий, предметов, веществ, денежных средств не обнаружено. (т.1 л.д. 215-216); – актом оперативного эксперимента от ДД.ММ.ГГ, в котором отражены порядок и результаты оперативного эксперимента, проведенного ДД.ММ.ГГ. (т.1 л.д. 217-218); – актом осмотра лица, осуществляющего оперативный эксперимент (ИГРОК) от ДД.ММ.ГГ, в ходе которого перед посещением игорного клуба у Игрока запрещенных орудий, предметов, веществ, денежных средств не обнаружено. (т.1 л.д. 228-229); – актом осмотра, пометки и вручения денежных средств (предметов, ценностей) от ДД.ММ.ГГ, с ксерокопиями осмотренных денежных купюр, в ходе которого осмотрены и вручены Игроку денежные банкноты: одна достоинством 200 рублей, три банкноты достоинством 100 рублей. (т.1 л.д. 230-232); – актом осмотра лица, осуществившего оперативный эксперимент (ИГРОК) от ДД.ММ.ГГ, в ходе которого после посещения игорного клуба по адресу: г. Уссурийск, XXXX Игрока запрещенных орудий, предметов, веществ, денежных средств не обнаружено. (т.1 л.д. 233-234); – актом оперативного эксперимента от ДД.ММ.ГГ, в котором отражены порядок и результаты оперативного эксперимента, проведенного ДД.ММ.ГГ; (т.1 л.д. 235-236); – актом осмотра лица, осуществляющего оперативный эксперимент (ИГРОК) от ДД.ММ.ГГ, в ходе которого перед посещением игорного клуба у Игрока запрещенных орудий, предметов, веществ, денежных средств не обнаружено. (т.1 л.д. 246-247); – актом осмотра, пометки и вручения денежных средств (предметов, ценностей) от ДД.ММ.ГГ, с ксерокопиями осмотренных денежных купюр, в ходе которого осмотрены и вручены Игроку денежные банкноты: одна достоинством 500 рублей, две банкноты достоинством 100 рублей. (т.1 л.д. 248-250); – актом осмотра лица, осуществившего оперативный эксперимент (ИГРОК) от ДД.ММ.ГГ, в ходе которого после посещения игорного клуба по адресу: г. Уссурийск, XXXX Игрока запрещенных орудий, предметов, веществ, денежных средств не обнаружено; (т.1 л.д. 251-252); – актом оперативного эксперимента от ДД.ММ.ГГ, в котором отражены порядок и результаты оперативного эксперимента, проведенного ДД.ММ.ГГ. (т.1 л.д. 253-254); - протоколом осмотра документов от ДД.ММ.ГГ, согласно которому осмотрены результаты оперативно-розыскной деятельности, предоставленные ОБЭП ОМВД России по г. Уссурийску (т. 2 л.д. 74-85) - протоколами осмотра и прослушивания фонограммы от ДД.ММ.ГГ, ДД.ММ.ГГ, ДД.ММ.ГГ, ДД.ММ.ГГ, ДД.ММ.ГГ, согласно которым с участием обвиняемых ФИО10, ФИО4, ФИО7 и Рим Ю.А. осмотрено содержимое дисков, предоставленных ОБЭП ОМВД России по г. Уссурийску: 1) диск с текстом «XXXX», на котором имеется один видеофайл «1». На видеозаписи видно, как лицо с прикрепленной камерой проходит мимо кирпичного здания, подходит к металлической двери. Через некоторое время дверь открывается. Лицо с камерой проходит через дверь в помещение – зал с персональными компьютерами, подходит к стойке, за которой сидит девушка с темными волосами в очках, которая протягивает листок. Далее проходит к столу, на котором стоит компьютерный монитор, присаживается на стул напротив компьютера. Камера при этом направлена на что-то темное. Спустя некоторое время лицо встает из-за стола, разворачивает камеру, виден экран компьютера с открытой программой в виде слотов с изображениями различных предметов. Лицо с камерой снова подходит к девушке, сидящей за стойкой, просит зачислить на игровой счет 500 рублей, после чего возвращается на игровое место, продолжает игру. Далее встает из-за стола и направляется к выходу, покидает помещение. Участвующий при осмотре ФИО10 пояснил, что на видеозаписи виден игровой клуб, расположенный по XXXX. Девушку, находящуюся за стойкой, он не знает, так как не был знаком с операторами-кассирами. Участвующая при осмотре ФИО4 пояснила, что на видеозаписи виден игровой клуб, расположенный по XXXX. Девушка за стойкой ей не знакома. Она один раз была в указанном клубе. Заезжала за стаканами, так как забыла купить стаканы в клуб по XXXX. О стаканах она разговаривала с ранее знакомой девушкой, которую знала как «ФИО654». О том, что «ФИО654» работает в игорном заведении, узнала случайно, увидев её, когда подъехала на встречу с ФИО10, чтобы передать тому денежные средства. ФИО10 встречался с «ФИО654», далее при таких же обстоятельствах видела ее еще несколько раз. Участвующая при осмотре ФИО12 пояснила, что на видеозаписи виден игровой клуб, расположенный по XXXX. За стойкой находится Свидетель №3. Участвующая при осмотре Рим Ю.А. пояснила, что на видеозаписи виден игровой клуб, в котором она не была, не работала. Девушка за стойкой ей не знакома. 2) диск с текстом «XXXX», на котором имеется один видеофайл «1». На экране видно, что лицо с прикрепленной камерой направляется к одноэтажному строению, подходит к металлической двери, стучит. Через некоторое время дверь открывается. Лицо с камерой проходит через дверь в помещение – зал с персональными компьютерами, подходит к стойке, при этом устанавливает камеру, закрывая обзор. Слышен гул от разговоров. Далее лицо с камерой разворачивается, проходит к столу, на котором стоит компьютерный монитор, присаживается на стул напротив монитора, вводит пароль, активирует игровую платформу, начинает игру. На экране отображается игровой процесс, вращаются слоты, выдающие игровые комбинации. Спустя некоторое время лицо с камерой встает из-за стола, идет к стойке, за которой сидит девушка, которой протягивает листок бумаги и денежные купюры со словами «Девушка, давайте еще на 500 (или 600, плохо слышно)». Девушка протягивает руку, забирает деньги и листок, после чего протягивает листок лицу с камерой, после чего последний возвращается на игровое место, продолжает игру. Далее встает из-за стола и направляется к выходу, покидает помещение. Участвующий при осмотре ФИО10 пояснил, что на видеозаписи виден игровой клуб, расположенный по XXXX. Девушку, находящуюся за стойкой, он не знает, так как не был знаком с операторами-кассирами. Участвующая при осмотре ФИО4 пояснила, что это снова игровой клуб по XXXX. Девушка за стойкой ей не знакома. Участвующая при осмотре ФИО12 пояснила, что это снова игровой клуб по XXXX. За стойкой находится Свидетель №4. Участвующая при осмотре Рим Ю.А. пояснила, что это снова игровой клуб, в котором она не была, не работала. Девушка за стойкой ей не знакома. 3) диск с текстом «XXXX», на котором имеется один видеофайл. На экране видно, как лицо с прикрепленной камерой подходит к зданию, подходит к металлической двери. Слева от металлической двери имеется еще один вход с козырьком. Лицо нажимает на звонок, расположенный около двери. Через некоторое время дверь открывается. Лицо с камерой проходит через дверь в помещение – зал с персональными компьютерами, за некоторыми сидят игроки. Лицо подходит к окну кассира. В помещении кассы находится девушка с темными волосами в очках, протягивает ей денежные средства, получает от нее лист бумаги. Далее проходит к столу, на котором стоит компьютерный монитор во включенном состоянии, на экране видно окно для ввода логина. Лицо с камерой присаживается на стул напротив монитора, при этом камеру располагает на что-то темное. Через некоторое время лицо с камерой встает, при этом разворачивает камеру к экрану компьютера, на котором отображается платформа с игровыми слотами. Лицо с камерой идет к девушке-кассиру. Перед окном стоит мужчина игрок. Когда игрок отходит, лицо с камерой подходит к окну, где сидит та же девушка, просит зачислить на игровой счет еще 500 рублей, после чего возвращается на игровое место, садится за компьютер, на экране монитора игровые слоты, при этом снова поворачивает камеру на что-то темное. Далее встает из-за стола, виден экран компьютера со слотами, лицо с камерой направляется к выходу, покидает помещение. Участвующий при осмотре ФИО10 пояснил, что на видеозаписи виден игровой клуб, расположенный по XXXX. Девушкой, находящейся за стойкой, является Рим Ю.. Участвующая при осмотре ФИО4 пояснила, что это клуб по XXXX, девушка-кассир это ФИО30, как узнала в следственном отделе фамилия Рим. Участвующая при осмотре ФИО12 пояснила, что это не клуб по XXXX, девушку-кассира она не знает, в данном клубе никогда не была. Участвующая при осмотре Рим Ю.А. пояснила, что это клуб по XXXX, девушка-кассир это она – Рим Ю.А. получила от игрока денежные средства, выдала ему логин, написанный на листке, для активации азартной игры на компьютере. 4) диск с текстом «ДД.ММ.ГГ секретно экз.ед. 0341/22 (подпись)» и «вх. ОЭБиПК 35с от ДД.ММ.ГГ.», на котором имеется один видеофайл. На экране видно, как лицо с прикрепленной камерой подходит к металлической двери здания, при этом разговаривает по телефону, нажимает на звонок, расположенный около двери. Через некоторое время дверь открывается. Лицо с камерой проходит через дверь в помещение – зал с персональными компьютерами, подходит к окну кассы, за которой находится девушка с темными волосами в очках (та же, что на предыдущей видеозаписи), протягивает ей денежные средства, просит зачислить на игровой счет 500 рублей, получает от нее лист бумаги. Далее проходит к столу, на котором стоит компьютерный монитор, присаживается на стул напротив монитора, вводит пароль, активирует игровую платформу, начинает игру. На экране отображается игровой процесс, вращаются слоты, выдающие игровые комбинации. Спустя некоторое время лицо с камерой встает из-за стола, идет к девушке за стойкой. Просит зачислить на игровой счет еще 500 рублей, после чего возвращается на игровое место. Далее встает из-за стола, подходит к стойке, за которой находится девушка, после чего направляется к выходу, покидает помещение. Участвующий при осмотре ФИО10 пояснил, что на видеозаписи виден игровой клуб, расположенный по XXXX. Девушкой, находящейся за стойкой, является Рим Ю.. Участвующая при осмотре ФИО4 пояснила, что это клуб по XXXX «а», девушка-кассир – это Рим Ю.А. Участвующая при осмотре ФИО12 пояснила, что не была в указанном клубе, девушку-кассира не знает. Участвующая при осмотре Рим Ю.А. пояснила, что это игорный клуб по XXXX «а», девушка-кассир – это она-Рим Ю.А. 5) диск с текстом «032 от 23.06.22», на котором один видеофайл «23.06.2022». На экране видно, как лицо с прикрепленной камерой идет по асфальтированной дороге, подходит к зданию, с внешней стороны которого прикреплена металлическая лестница. Стены здания отделаны сайдингом «под кирпичи». Далее подходит к металлической двери, нажимает на звонок, расположенный около двери. Через некоторое время дверь открывается. Лицо с камерой проходит через дверь в помещение – зал с персональными компьютерами, подходит к окну кассира, где находится девушка с темными волосами, убранными в хвост, протягивает ей денежные средства, сложенные пополам, получает от нее лист бумаги. Далее проходит к столу, на котором стоит компьютерный монитор, присаживается на стул напротив монитора, вводит пароль, активирует игровую платформу, начинает игру. На экране отображается игровой процесс, вращаются слоты, выдающие игровые комбинации. Спустя некоторое время лицо с камерой встает из-за стола, проходит мимо окна кассира, после чего направляется к выходу, покидает помещение. Участвующий при осмотре ФИО10 пояснил, что на видеозаписи виден игровой клуб, расположенный по XXXX. Девушку, находящуюся за стойкой, он не знает. Участвующая при осмотре ФИО4 пояснила, что это клуб по XXXX «а», девушка-кассир – это Рубец ФИО29. При производстве обыска в клубе были изъяты документы Рубец Н., чтобы не подводить ФИО29, она не стала говорить о том, что последняя работает в клубе, сказала, что документы оставила её знакомая. Специально не хотела вводить в заблуждение правоохранительные органы, просто растерялась, очень нервничала. Участвующая при осмотре ФИО12 пояснила, что не была в указанном клубе и девушку-кассира не знает. Участвующая при осмотре Рим Ю.А. пояснила, что это клуб по XXXX «а», девушка-кассир – это Рубец ФИО29. 6) диск с текстом «экз.1 Рег. XXXX», на котором имеется один видеофайл. На экране видно, как лицо с прикрепленной камерой идет вдоль металлического забора синего цвета, подходит к зданию, на котором видна вывеска с рекламой магазина детских игрушек, поднимается по лестнице, подходит к металлической двери, стучит в дверь. Через некоторое время дверь открывается. Лицо с камерой проходит через дверь в помещение – зал с персональными компьютерами, играет музыка, подходит к окну кассира, где находится девушка с черными волосами, собранными на макушке. Спрашивает, сколько стоит пиво, повторяет, 150, «бумажечку на розыгрыш не даете?», смеется. Протягивает ей денежные средства в сумме 1000 рублей, получает от нее лист бумаги. Далее проходит к столу, на котором стоит компьютерный монитор, присаживается на стул напротив монитора, вводит пароль, через некоторое время выходит из-за стола, возвращается к девушке и говорит, что пароль не активен. Девушка совместно с лицом с камерой проходит мимо компьютеров, подходит к одному из компьютеров, лично вводит пароль, активирует игровую платформу, после чего лицо с камерой присаживается за стол с монитором, начинает игру. На руке девушки татуировка. На экране отображается игровой процесс, вращаются слоты, выдающие игровые комбинации. Спустя некоторое время лицо с камерой встает из-за стола, идет к девушке за стойкой, далее направляется к выходу, покидает помещение Участвующий при осмотре ФИО10 пояснил, что на видеозаписи виден игровой клуб, расположенный по XXXX. Девушку, находящуюся за стойкой, он не знает. Участвующая при осмотре ФИО4 пояснила, что не знает, что это за клуб, не знает девушку-кассира. Участвующая при осмотре ФИО12 пояснила, что не знает, что это за клуб, не знает девушку-кассира. Участвующая при осмотре Рим Ю.А. пояснила, что это игорный клуб, расположенный по XXXX, в котором она работала после открытия в августе 2022. Администратор-кассир – это ФИО40 (ФИО18). 7) диск с текстом «042 от ДД.ММ.ГГ 1 экз.», на котором имеется один видеофайл. На экране видно, как лицо с прикрепленной камерой проходит вдоль здания мимо входа в магазин «Столица», подходит к металлической двери, стучит в неё. Через некоторое время дверь открывается. Лицо с камерой проходит через дверь в помещение – зал с персональными компьютерами, подходит к стойке, за которой находится девушка с темными волосами в очках, протягивает ей денежные средства, получает от нее лист бумаги. Далее проходит к столу, на котором стоит компьютерный монитор, присаживается на стул напротив монитора, вводит пароль, активирует игровую платформу, начинает игру. На экране отображается игровой процесс, вращаются слоты, выдающие игровые комбинации. Спустя некоторое время лицо с камерой встает из-за стола, идет к девушке за стойкой, после чего направляется к выходу, покидает помещение Участвующий при осмотре ФИО10 пояснил, что на видеозаписи виден игровой клуб, расположенный по XXXX. Девушку, находящуюся за стойкой, он не знает. Участвующая при осмотре ФИО4 пояснила, что это клуб по XXXX, девушка-кассир ей не знакома. Участвующая при осмотре ФИО12 пояснила, что это игровой клуб по XXXX. За стойкой кассиром работает Свидетель №3. Участвующая при осмотре Рим Ю.А. пояснила, что это игорный клуб, в котором она не работала, девушка-кассир ей не знакома. 8) диск с текстом «экз. 1 Рег. XXXX», на котором один видеофайл. На экране видно, как лицо с прикрепленной камерой идет вдоль металлического забора синего цвета, подходит к зданию, на котором имеется вывеска с рекламой магазина детских игрушек, поднимается по лестнице, подходит к металлической двери, в которую стучит. Через некоторое время дверь открывается. Лицо с камерой проходит через дверь в помещение – зал с персональными компьютерами, подходит к окну кассира, где находится девушка с темными волосами в очках (та же, что на 3 и 4 записях), протягивает ей денежные средства, получает от нее лист бумаги. Далее проходит к столу, на котором стоит компьютерный монитор, присаживается на стул напротив монитора, вводит пароль, активирует игровую платформу, начинает игру. На экране отображается игровой процесс, вращаются слоты, выдающие игровые комбинации. Спустя некоторое время лицо с камерой встает из-за стола, идет к девушке за стойкой, после чего направляется к выходу, покидает помещение Участвующий при осмотре ФИО10 пояснил, что на видеозаписи виден игровой клуб, расположенный по XXXX. Девушка, находящаяся за стойкой, это Рим Ю.. Участвующая при осмотре ФИО4. пояснила, что не была в указанном клубе, девушка-кассир – это Рим Ю.. О том, что ФИО30 стала работать в новом клубе, узнала не сразу. Примерно в июне-июле 2022 ФИО30 стала говорить ей, что будет увольняться с клуба по XXXX по семейным обстоятельствам. Но она-ФИО4 догадалась, что ФИО10 скорее всего открывает новый клуб и переводит ФИО30 в этот клуб. Перед уходом из клуба по XXXX ФИО30 ей призналась в том, что будет работать как она-ФИО4 в новом клубе. Адрес при этом не называла. И уже после того, как данная деятельность была пресечена, от ФИО30 она узнала, что документы аренды и охраны нового клуба были оформлены на ФИО30. Участвующая при осмотре ФИО12 пояснила, что не была в указанном клубе и девушку не знает. Участвующая при осмотре Рим Ю.А. пояснила, что это игорный клуб по XXXX, девушка-кассир – это она - Рим Ю.А. 9) диск с текстом «035 от 27.06.22». На диске 18 папок с названиями-датами 2022-01-14, 2022-01-15, 2022-01-16, 2022-01-17, 2022-01-18, 2022-01-19, 2022-01-20, 2022-01-21, 2022-01-22, 2022-01-26, 2022-01-28, 2022-01-30, 2022-01-31, 2022-02-03, 2022-02-04, 2022-02-06, 2022-02-07, 2022-02-08, в каждой по одному аудиофайлу: 30261398, 30266689, 30271651, 30275514, 30280409, 30284787, 30290019, 30294820, 30300927, 30314551, 30325067, 30334907, 30339794, 30355030, 30359465, 30368541, 30377281. Все файлы, кроме 30372867 содержат разговор двух женщин, одна из которых оператор фирмы такси, вторая делает заявку или от XXXX к магазину «Транзит» или в обратном направлении. В файле 30372867 разговор женщины и мужчины, речь идет о заказе воды на XXXX. Участвующий при осмотре ФИО10 пояснил, что голоса ему не знакомы. Участвующая при осмотре ФИО12 пояснила, что во всех разговорах узнает в голосе XXXX Свидетель №3. 10) диск с текстом «034 от 27.06.22», на котором пять папок 2022-02-11, 2022-02-17, 2022-02-19, 2022-02-26, 2022-03-06, в которых аудиофайлы в количестве соответственно папкам 1-2-3-1-1-1. Файл 30393137. Разговор двух женщин, одна из которых оператор фирмы такси, вторая делает заказ такси к адресу: Краснознаменная, 145, место назначения «по городу». Файл 30417560. Разговор двух женщин, одна из которых делает заказ обеда с доставкой по адресу: Краснознаменная, 145. Файл 30421132. Разговор двух женщин, одну из которых приглашают на улицу, но та говорит, что «у меня полный зал». Файл 30429296. Разговор двух женщин на неопределённую тему. Файл 30429413. Разговор женщины и мужчины, в котором женщина сообщила, что закрыла зал и ушла, так как ее предупредили о том, что ее могут задержат видимо сотрудники полиции. Файл 30431212 разговор между женщиной и мужчиной, о том, что зал сегодня не работает. Файл 30468030. разговор между женщиной и мужчиной. Сначала разговор о выборе и покупке дивана. Далее разговор о том, что женщина на смене в зале. Далее разговор о бытовых проблемах. Файл XXXX. разговор между женщиной и мужчиной. Сначала женщина говорит о своем самочувствии. Далее женщина сообщила, что завтра «игровые». Далее разговор о диване и самочувствии Участвующий при осмотре ФИО10 пояснил, что голоса ему не знакомы. Участвующая при осмотре ФИО12 пояснила, что в указанных записях в голосе XXXX узнает голос Свидетель №4, голосов собеседников она не узнает. О чем точно говорит Свидетель №4, не знает. С мужчиной по фамилии ФИО26 не знакома. 10) диск с текстом «041 от ДД.ММ.ГГ 1 экз.». На диске 9 аудиофайлов. Файл 31254797 Разговор двух женщин о наличии у одной задолженности и гашении части долга. Участвующая при осмотре ФИО4 пояснила, что узнает голос Рим Ю. (XXXX), предполагает, что последняя разговаривает с клиенткой. Участвующая при осмотре Рим Ю.А. пояснила, что узнает голос XXXX – это её голос, разговор этот она помнит, разговаривает с клиенткой игорного клуба по XXXX. С небольшим количеством игроков она общалась по телефону. Файл 31271788. Разговор двух женщин о том, что нерусских «запускать» нельзя. Далее разговор о ребенке. Участвующая при осмотре ФИО4 пояснила, что узнает голос Рим Ю. (XXXX), предполагает, что последняя разговаривает с клиенткой. Участвующая при осмотре Рим Ю.А. пояснила, что голос XXXX – это её голос, разговаривает с клиенткой игорного клуба по XXXX. Файл 31313261. Разговор женщины и мужчины. Женщина сообщила, что ей надо посидеть на работе. Также разговаривают на бытовые темы. Участвующая при осмотре ФИО4 пояснила, что узнает голос Рим Ю. (XXXX) и её мужа Рафаэля (XXXX), с которым её знакомила ФИО30, с которым она общалась не по указанной деятельности. Участвующая при осмотре Рим Ю.А. пояснила, что свой голос XXXX, разговаривает со своим мужем – голос XXXX. Разговор был о личных вещах, а также о том, что она задержится на работе, так как будет проводиться акция. Иногда в клубе проводились акции-розыгрыши по лотереям. Розыгрыши назначались только по указанию «главного», то есть Тона А.В. Розыгрыши выражались в том, что игроки вытягивали лотерею, на которой могла быть написана сумма, которая вносилась на игровой счет игрока. То есть он вносил свои деньги в кассу для начала игры, и к данной сумме добавлялась сумма, написанная на лотерее. Файл 31380193. Разговор двух женщин на тему заказа такси от ФИО34 13. Участвующая при осмотре ФИО4 пояснила, что узнает голос Рим Ю. (XXXX). Участвующая при осмотре Рим Ю.А. пояснила, что узнает свой голос XXXX, в разговоре она вызывала такси к клубу. В здании, где располагался клуб по XXXX также располагался ломбард, куда вел отдельный вход. Файл 31442590. Разговор двух женщин об отключении интернета и электроприборов. Участвующая при осмотре ФИО4 пояснила, что узнает голос Рим Ю. (XXXX), также узнает свой голос (XXXX). Данный разговор помнит плохо. Как ей кажется, ей тогда позвонил ФИО10 и сказал, что в клубе по XXXX отключился интернет. Возможно, им был открыт еще клуб в районе китайского рынка, точно не знает. То есть она передавала слова Тона ФИО27, что интернетом в клубе по XXXX она не занималась, эти вопросы решал сам ФИО10 Участвующая при осмотре Рим Ю.А. пояснила, что узнает свой голос XXXX, также узнает голос XXXX – это разговор с Н. ФИО14. Данный разговор она помнит плохо. Как ей кажется, тогда поступила информация о том, что может проводиться проверка сотрудниками правоохранительных органов, в связи с чем она закрыла клуб, отключив всё оборудование от электросети. Через некоторое время ей позвонила ФИО29, интересовалась об интернете. То, что в разговоре ФИО29 упомянула второй клуб «Казенка» - это скорее всего XXXX. О клубе «на китайском» ничего пояснить не может, клуб по XXXX в районе китайского рынка открылся только в августе 2022. Файл 31468783 разговор двух женщин о наличии отчета. Участвующая при осмотре ФИО4 пояснила, что узнает голос Рим Ю. (XXXX), также узнает свой голос (XXXX). Файл 31514346 Разговор двух женщин об аренде помещения. Одна сообщает, что оно необходимо: «под игровые автоматы». Также сообщила, что: «нас две точки по городу». Также обговаривают детали подлежащего сдаче помещения и стоимость аренды. Файл 31527300 продолжение разговор двух женщин, одна из которых представилась Свидетель №14 ТЦ «Империал», второй женский голос обозначен «XXXX». Обговаривают возможность встречи и осмотра подлежащего аренде помещения. Участвующий при осмотре ФИО10 пояснил, что голос XXXX похож на голос Рим Ю.. Участвующая при осмотре ФИО4 пояснила, что узнает голос Рим Ю. (XXXX), скорее всего последняя разговаривала с каким-то владельцем помещения, подбирала помещение для открытия нового клуба, уверена, что по указанию Тона А.В. Но ей ФИО30 ничего не говорила. Сам ФИО10 ей также не говорил о том, что хочет открыть новый клуб и взять туда «старшей» Рим Ю.. Участвующая при осмотре ФИО12 пояснила, что не узнает голоса разговаривающих женщин. Участвующая при осмотре Рим Ю.А. пояснила, что узнает свой голос (XXXX), данные разговоры помнит. Тогда она по поручению Тона А.В. приискивала помещение для открытия игорного клуба. Так она звонила представителю торгового центра «Империал», позже приезжала в указанный центр, осматривала помещение, которое не подошло. 11) диск с текстом «033 от 27.06.22», на котором три папки «ФИО12Г», «ФИО14», «ФИО10». В папке «ФИО12Г» 19 видеофайлов (эпизод 1, эпизод 2, эпизод 3, эпизод 4, эпизод 5…эпизод 19). Эпизоды 1-9 датированы ДД.ММ.ГГ. Эпизоды 10-14 датированы ДД.ММ.ГГ, эпизоды 15-19 датированы ДД.ММ.ГГ. Эпизоды поочередно воспроизводятся при помощи видеопроигрывателя «Media Player Classic». Эпизоды 1-3 К зданию с указателем «145» подъезжает автомобиль в кузове черного цвета, гос. регистрационный знак XXXX, паркуется, из него выходит женщина и проходит в магазин алкогольных напитков «Столица», выходит из магазина и заходит в помещение с железной дверью без вывески, расположенное слева от магазина «Столица». Участвующая при осмотре ФИО12 показала, что помещение с железной дверью – это игровой клуб, расположенный по адресу: г. Уссурийск, XXXX. На видеозаписях зафиксирована она, входящая в помещение клуба, куда она приходила, чтобы забрать выручку, привозила необходимые принадлежности, о чем рассказывала в ходе допросов. Автомобиль, на котором она подъезжала, её. Участвующая при осмотре Рим Ю.А. показала, что не бывала в помещении с железной дверью, может предположить, что это игорный клуб. Девушка на видео лично ей не знакома. Но она её видела несколько раз, когда приезжала на встречу с ФИО10, чтобы передать ему выручку от деятельности клуба по XXXX, и с ФИО10 также встречалась указанная девушка. Как она-Рим Ю.А. поняла, девушка выполняла такие же функции, как и она – передавала денежные средства. То есть с девушкой этой она не общалась, Тон её с ней не знакомил, о существовании еще какого-то клуба ей не говорил. Эпизод XXXX,5 ФИО12 выходит из помещения с железной дверью без вывески (далее клуб), проходит к своему автомобилю, из которого достает пустую пластиковую бутылку и несколько упаковок пластиковых стаканов, после чего возвращается в вышеуказанное помещение. Эпизод XXXX ФИО12 выходит из клуба, садится за руль автомобиля в кузове черного цвета, гос. номер: XXXX и уезжает. Участвующий при осмотре ФИО10 показал, что помещение с железной дверью – это игровой клуб, расположенный по адресу: г. Уссурийск, XXXX. На видеозаписях зафиксирована ФИО12, входящая в помещение клуба и выходящая из него. Участвующая при осмотре ФИО4 показала, что помещение с железной дверью – это игровой клуб, расположенный по адресу: г. Уссурийск, XXXX. На видеозаписях зафиксирована Свидетель №6, о которой она говорила ранее, и автомобиль последней. Эпизод XXXX зафиксированы два припаркованных автомобиля – автомобиль в кузове черного цвета, гос. номер: XXXX задней частью к камере, автомобиль марки Subaru Forester в кузове синего цвета, гос. регистрационный знак XXXX, передней частью к камере, за рулем находится мужчина – азиат. Из автомобиля черного цвета через открытое окно мужчине в автомобиле синего цвета передается конверт. Участвующий при осмотре ФИО10 показал, что автомобиль черного цвета принадлежит ФИО12, автомобиль синего цвета – это его автомобиль, в автомобиле находится он. В данном видео зафиксирована встреча его и ФИО12, когда последняя передавала ему выручку от клуба по XXXX. Участвующая при осмотре ФИО4 показала, что автомобиль черного цвета «Свидетель №6», автомобиль синего цвета ФИО10, за рулем автомобиля находится последний. Участвующая при осмотре ФИО12 показала, что автомобиль черного цвета её, автомобиль синего цвета и сидящего в нем мужчину она никогда не видела. Участвующая при осмотре Рим Ю.А. показала, что автомобиль черного цвета ФИО12, автомобиль синего цвета ФИО10, за рулем автомобиля находится последний. Эпизод XXXX, 9 Здание, на входной двери которого написано «класс», напротив входа припаркован автомобиль темного цвета. Мимо автомобиля проходят двое мужчин, один из которых похож на мужчину-азиата с прошлого видео, оба заходят в помещение. Далее из здания выходят двое мужчин: мужчина-азиат и второй мужчина, подходят к припаркованному автомобилю типа джип черного цвета. Второй мужчина останавливается с водительской стороны, там же виден еще один мужчина. Участвующий при осмотре ФИО10 показал, что мужчина-азиат, это он, второй мужчина – это Мамонтов ФИО39 – его знакомый. Участвующая при осмотре ФИО4 показала, что азиат – это ФИО10, другие мужчины ей не знакомы. Участвующая при осмотре ФИО12 показала, что мужчина-азиат, это ФИО10, второй мужчина её не знаком, его никогда не видела. Участвующая при осмотре Рим Ю.А. показала, что азиат – это ФИО10, другие мужчины ей не знакомы. Эпизод XXXX,11,12 ФИО12 за рулем автомобиля в кузове черного цвета, гос. номер: XXXX, паркуется возле XXXX в г. Уссурийске, выходит из автомобиля, проходит в магазин «Столица», выходит из магазина с банкой напитка, заходит в помещение «клуба». Эпизод XXXX ФИО12 выходит из клуба, садится за руль автомобиля в кузове черного цвета, гос. номер: XXXX, уезжает. Эпизод XXXX зафиксированы два припаркованных автомобиля – автомобиль в кузове черного цвета, гос. номер: XXXX передней частью к камере, в котором находится ФИО12, автомобиль марки Subaru Forester в кузове синего цвета, гос. регистрационный знак XXXX, задней частью к камере. ФИО12 из автомобиля черного цвета через открытое окно передается сверток Тону А.В., находящемуся в автомобиле синего цвета. Участвующий при осмотре ФИО10 показал, что ФИО12 передала ему денежные средства – выручку с клуба по XXXX. Участвующая при осмотре ФИО12 показала, что передала Тону А.В. денежные средства – выручку с клуба по XXXX. Эпизод XXXX,16 ФИО12 находится в помещении отделения ПАО «Сбербанк», стоит возле банкомата, осуществляет операцию по снятию денежных средств, выходит из помещения. Участвующий при осмотре ФИО10 показал, что не знает, что в банке делала ФИО12 Участвующая при осмотре ФИО12 показала, что не может с точностью сказать, что делала у банкомата. Иногда она осуществляла снятия денежных средств с карты, на которую поступала оплата услуг игрового клуба по XXXX, деньги передавала Тону А.В. Эпизод XXXX, 18 ФИО12 за рулем автомобиля в кузове черного цвета, гос. номер: XXXX, паркуется возле XXXX в г. Уссурийске ФИО12 заходит в помещение клуба, расположенное слева от магазина «Столица» по XXXX г. Уссурийске. Эпизод XXXX зафиксированы два припаркованных автомобиля – автомобиль в кузове черного цвета, гос. номер: XXXX передней частью к камере, в котором находится ФИО12, автомобиль марки Subaru Forester в кузове синего цвета, гос. регистрационный знак XXXX, задней частью к камере. ФИО12 из автомобиля черного цвета через открытое окно мужчине в автомобиле синего цвета передается сверток. Участвующий при осмотре ФИО10 показал, что вероятно ФИО12 передала ему денежные средства – выручку с клуба по XXXX. Участвующая при осмотре ФИО12 показала, что передала Тону А.В. денежные средства – выручку с клуба по XXXX. В папке «ФИО14» 5 видеофайлов: эпизод 1, эпизод 2, эпизод 3, эпизод 4, эпизод 5. Эпизоды 1-3 датированы ДД.ММ.ГГ, эпизоды 4-5 датированы ДД.ММ.ГГ. Проигрываются поочередно. Эпизод XXXX Женщина, садится в автомобиль-универсал в кузове серого цвета, гос. номер XXXX, за рулем в которого находится мужчина-азиат. Также видно, как мужчина-европеец садится за руль автомобиля в кузове красно цвета, гос. номер XXXX. Через некоторое время женщина пересела из автомобиля серого цвета в автомобиль красного цвета. Участвующий при осмотре ФИО10 показал, что девушка на видеозаписи – это ФИО20. В автомобиле – универсале находится он, ФИО14 вероятнее всего передала ему на встрече выручку от игорного клуба по XXXX Участвующая при осмотре ФИО4 показала, что в полушубке это она, приехала на встречу с ФИО10, в его автомобиле передала ему выручку от игорного клуба по XXXX. Привез её тогда муж Рим Ю. на автомобиле последней, однако ему не известен повод, по которому она встречалась с ФИО10 Участвующая при осмотре ФИО12 показала, что девушка на видеозаписи ей знакома, это ФИО20. С ФИО14 они поддерживали отношения давно, эти отношения не были связаны с игорным незаконной азартной деятельностью. О том, что ФИО20 также работает с ФИО10 узнала случайно, когда увидела ФИО4 ФИО10, когда сама подъехала передавать ему деньги. Участвующая при осмотре Рим Ю.А. показала, что в полушубке это ФИО20, приехала на встречу с ФИО10 Автомобиль, на красного цвета её-Рим Ю.А., за рулем находился её-Рим Ю.А. супруг. Видимо по просьбе ФИО20 подвез последнюю. Эпизод XXXX ФИО17 полушубке и женщина, одетая: черная куртка с капюшоном, розовая толстовка с капюшоном, черные брюки, белые кроссовки, держащая в руке переноску с ребенком, выходят из здания ПАО «Сбербанк». Участвующий при осмотре ФИО10 показал, что вторая девушка – это Рим Ю. Участвующая при осмотре ФИО4 показала, что рядом с ней Рим Ю.. В «Сбербанк» они ходили не по работе. Ей нужно было взять выписку по карте, чтобы передать в социальную службу. Участвующая при осмотре Рим Ю.А. показала, что с переноской в руке – это она Рим Ю.А. В «Сбербанк» они ходили не по работе, в тот день она помогала ФИО20 по каким-то личным делам последней. Эпизод XXXX Вышеописанные ФИО20, держащая в руке переноску с ребенком, и Рим Ю. подходят к автомобилю красного цвета, Рим Ю. открывает заднюю дверь, ФИО20 кладет переноску с ребенком на заднее сидение. Участвующая при осмотре ФИО4 показала, что автомобиль припаркован недалеко от налоговой службы, куда ей нужно было по личным делам. ФИО30 ей помогала. Участвующая при осмотре ФИО12 показала, что вторая девушка на видеозаписи ей не знакома. Участвующая при осмотре Рим Ю.А. показала, что автомобиль припаркован недалеко от налоговой службы, куда они приезжали с ФИО4 Эпизод XXXX,5 Возле здания, частично отделанного сайдингом «под кирпич» с металлической дверью, припаркован автомобиль красного цвета гос. номер XXXX. Росейчук Н. выходит из помещения за металлической дверью с системным блоком персонального компьютера в корпусе черного цвета в руке, кладет системный блок в автомобиль, садится в автомобиль с левой стороны. Видно, что с правой стороны за рулем кто-то сидит. Участвующий при осмотре ФИО10 показал, что в здании, из которого вышла ФИО14, находился игорный клуб по XXXX. Участвующая при осмотре ФИО4 показала, что в этом здании находится игорный клуб по XXXX. Она выносит принадлежащий ей системный блок (он был изъят в ходе обыска в её доме), она ранее завозила системный блок, чтобы приезжающий иногда к ним сисадмин посмотрел системный блок, который не работал, сисадмин его так и не отремонтировал, то есть он нерабочий. В автомобиле находилась Рим Ю.. Участвующая при осмотре ФИО12 показала, что здание, из которого вышла ФИО14, ей не знакомо. Участвующая при осмотре Рим Ю.А. показала, что в этом здании находится игорный клуб по XXXX. ФИО4 выносит принадлежащий последней системный блок. В автомобиле находилась она – Рим Ю.А. В папке «ФИО10» 13 видеофайлов: camera19 2022-01-19 (не относится к рассматриваемому делу); эпизод 1, эпизод 2, эпизод 3, эпизод 4, эпизод 5, …эпизод 12. Эпизоды 1 датирован ДД.ММ.ГГ, эпизоды 2-5 датированы ДД.ММ.ГГ, эпизоды 6-8 датированы ДД.ММ.ГГ, эпизоды 9-12 датированы ДД.ММ.ГГ. Проигрываются поочередно. Эпизод XXXX Зафиксирован автомобиль-универсал в кузове серого цвета, гос. номер: XXXX передней частью к камере, в которой сидит ФИО10, к нему подъезжает автомобиль универсал в кузове красного цвета, гос. номер: У967ВО125РУС. Лицо из автомобиля красного цвета передает сверток Тону А.В. через открытое окно. Далее красный автомобиль разворачивается, видно, что за рулем находится ФИО20 Участвующий при осмотре ФИО10 показал, что вероятнее всего ФИО20 передала ему выручку от игорного клуба по XXXX Участвующая при осмотре ФИО4 показала, что в автомобиле серого цвета ФИО10, в автомобиле красного цвета – она ФИО4 Участвующая при осмотре ФИО12 показала, что мужчина-азиат ФИО10, женщина – ФИО20 Участвующая при осмотре Рим Ю.А. показала, что в автомобиле серого цвета ФИО10, в автомобиле красного цвета – ФИО4 Эпизод XXXX,3,4 Зафиксирован автомобиль в кузове серого цвета, гос. номер: XXXX, припаркованный передней частью к камере, в котором сидит ФИО10, к которому подъезжает автомобиль в кузове черного цвета, гос. номер: XXXX, на котором передвигается ФИО12, паркуется задней частью к камере. ФИО12, находящаяся за рулем автомобиля черного цвета передает Тону А.В. сверток. Далее автомобиль черного цвета разворачивается, проезжает мимо камеры. Участвующий при осмотре ФИО10 показал, что вероятнее всего ФИО12 передала ему выручку от игорного клуба по XXXX. Эпизод XXXX Зафиксирован автомобиль в кузове серого цвета, гос. номер: XXXX, припаркованный передней частью к камере, в котором сидит ФИО10, к которому подъезжает автомобиль в кузове красного цвета, гос. номер: У967ВО125РУС. ФИО10 передает сверток ФИО20 через открытое окно. Далее красный автомобиль разворачивается, уезжает. Участвующий при осмотре ФИО10 показал, что вероятнее всего он передал ФИО20 деньги для игорного клуба по XXXX, скорее всего в указанном клубе произошел крупный выигрыш кем-то из игроков. Участвующая при осмотре ФИО4 показала, что часто ФИО10 передавал ей денежные средства, поскольку клуб по XXXX иногда работал «в минус», то есть выручки не было, передавал деньги на покупку чая, кофе, сахара, иных расходных материалов, на выплату заработной платы кассирам. В данном случае ФИО10 передавал ей денежные средства. Эпизод XXXX,7,8 Зафиксированы автомобили в кузове серого цвета, гос. номер: XXXX, припаркованный передней частью к камере, в котором сидит ФИО10, к которому подъезжает автомобиль в кузове черного цвета, гос. номер: XXXX. Какое-то время автомобили стоят рядом, Запись эпизода XXXX начинается с того, что ФИО10 сидит с вытянутой рукой к автомобилю черного цвета. Далее руку убирает. В руке ничего нет. Далее автомобиль черного цвета уезжает. Участвующая при осмотре ФИО4 показала, что возможно ФИО10 передал «Свидетель №6» денежные средства на какие-либо нужды клуба по XXXX. Эпизод XXXX,10,11 Зафиксированы автомобили в кузове синего цвета, гос. номер: XXXX, припаркованный передней частью к камере, в котором сидит ФИО10, рядом стоит автомобиль в кузове черного цвета, гос. номер: XXXX, припаркованный задней частью к камере. ФИО12 из автомобиля черно цвета передает Тону А.В. сверток. Далее автомобили разъезжаются. Участвующий при осмотре ФИО10 показал, что ФИО12 передавала ему выручку от игорного заведения по XXXX. Участвующая при осмотре ФИО12 показала, что передавала Тону А.В. выручку от игорного заведения по XXXX. Эпизод XXXX ФИО10 стоит возле дороги, к нему подъезжает автомобиль марки Toyota Land Cruiser, в кузове черного цвета, гос. номер С727СС25РУС, ФИО10 садится на заднее сидение в автомобиль, после чего автомобиль уезжает. Участвующий при осмотре ФИО10 показал, что на указанном автомобиле его забрал кто-то из знакомых, не исключает, что Мамонтов, у которого был в пользовании автомобиль такой модели, но государственный регистрационный знак не помнит. Участвующая при осмотре ФИО4 показала, что автомобиль ей не знаком. Участвующая при осмотре ФИО12 показала, что не знает, кому принадлежит автомобиль, в который сел ФИО10, данный автомобиль не видела. Участвующая при осмотре Рим Ю.А. показала, что автомобиль ей не знаком. 12) диск с текстом «033 от 27.06.22», на котором две папки «XXXX» и «Мамонтов». В папке «Мамонтов» фотография, осмотренная ранее, на которой мужчина, сидящий напротив Тона А.В., кладет сверток с деньгами в сумку. В папке «XXXX» папки ДД.ММ.ГГ, ДД.ММ.ГГ, ДД.ММ.ГГ, ДД.ММ.ГГ, ДД.ММ.ГГ, две фотографии, видеозаписи эпизод 1- эпизод 41. В папке ДД.ММ.ГГ содержатся фотографии в количестве 35 штук с посетителями клуба по XXXX. Участвующий при осмотре ФИО10 показал, что на фотографиях изображена входящая и выходящая клуба по XXXX ФИО12 и её припаркованный автомобиль. Участвующая при осмотре ФИО4 показала, что на фотографиях изображена входящая и выходящая из клуба по XXXX «Свидетель №6» и её припаркованный автомобиль Участвующая при осмотре ФИО12 показала, что на фотографиях изображена входящая и выходящая клуба по XXXX она и её припаркованный автомобиль Участвующая при осмотре Рим Ю.А. показала, что на фотографиях изображена входящая и выходящая из клуба ФИО12 и её припаркованный автомобиль. В папке ДД.ММ.ГГ содержатся фотографии в количестве 80 штук с посетителями клуба по XXXX Участвующий при осмотре ФИО10 показал, что на фотографиях изображена входящая и выходящая из клуба ФИО12 и её припаркованный автомобиль, а также возможные посетители игрового клуба, с которыми он не знаком. Не исключает, что на фотографиях могут быть девушки-операторы, с которыми он также не был знаком. Участвующая при осмотре ФИО4 показала, что на фотографиях изображена входящая и выходящая из клуба по XXXX «Свидетель №6» и её припаркованный автомобиль, другие посетители ей не знакомы. Участвующая при осмотре ФИО12 показала, что на фотографиях изображена входящая и выходящая из клуба она и её припаркованный автомобиль, а также возможные посетители игрового клуба, с которыми она не знакома, на внешность которых не обращала внимания, также на фотографиях зафиксирована входящей Свидетель №4. Участвующая при осмотре Рим Ю.А. показала, что на фотографиях изображена входящая и выходящая из клуба ФИО12 и её припаркованный автомобиль, другие посетители ей не знакомы. В папке ДД.ММ.ГГ содержатся фотографии в количестве 24 штук с посетителями клуба по XXXX Участвующий при осмотре ФИО10 показал, что на фотографиях изображена входящая и выходящая из клуба ФИО12 и её припаркованный автомобиль, мужчина, возможный игрок, с которым он не знаком, девушка, с которой он не знаком, возможно игрок, возможно оператор-кассир. Участвующая при осмотре ФИО4 показала, что на фотографиях изображена входящая и выходящая из клуба по XXXX «Свидетель №6» и её припаркованный автомобиль, другие посетители ей не знакомы. Участвующая при осмотре ФИО12 показала, что на фотографиях изображена входящая и выходящая из клуба она и её припаркованный автомобиль, мужчина, возможный игрок, с которым она не знакома, также на фотографиях зафиксирована входящей и выходящей Свидетель №3 Участвующая при осмотре Рим Ю.А. показала, что на фотографиях изображена входящая и выходящая из клуба ФИО12 и её припаркованный автомобиль, другие посетители ей не знакомы. В папке ДД.ММ.ГГ содержатся фотографии в количестве 44 штук с посетителями клуба по XXXX Участвующий при осмотре ФИО10 показал, что на фотографиях изображены мужчины, возможные игроки, приходящие в клуб по XXXX, также на фотографиях зафиксирована входящей девушка, которая ему не знакома, возможно игрок, а возможно оператор-кассир. Участвующая при осмотре ФИО4 показала, что посетители клуба по XXXX, зафиксированные на фотографиях, ей не знакомы. Участвующая при осмотре ФИО12 показала, что на фотографиях изображены мужчины, возможные игроки, приходящие в клуб по XXXX, также на фотографиях зафиксирована входящей Свидетель №4. Участвующая при осмотре Рим Ю.А. показала, что посетители клуба, зафиксированные на фотографиях, ей не знакомы. В папке ДД.ММ.ГГ содержатся фотографии в количестве 80 штук с посетителями клуба по XXXX Участвующий при осмотре ФИО10 показал, что на фотографиях изображена входящая и выходящая из клуба по XXXX ФИО12, заносящая в клуб в пакете какие-то расходные предметы, входящие в клуб девушки, мужчина, который ему не знакомы. Участвующая при осмотре ФИО4 показала, что на фотографиях изображена входящая и выходящая из клуба по XXXX «Свидетель №6», что-то заносящая в клуб в пакете, другие лица, входящие и выходящие из клуба, ей не знакомы. Участвующая при осмотре ФИО12 показала, что на фотографиях изображена входящая и выходящая из клуба по XXXX она –ФИО12, заносящая в клуб в пакете какие-то расходные предметы, входящие в клуб Свидетель №4 и Свидетель №3, работающие в клубе кассирами. Также зафиксирован возможный посетитель клуба-мужчина, который не знаком ей. Участвующая при осмотре Рим Ю.А. показала, что на фотографиях изображена входящая и выходящая из клуба ФИО12, что-то заносящая в клуб в пакете, другие лица, входящие и выходящие из клуба, ей не знакомы Далее описываются фотографии и видеозаписи на диске вне папок. Фотографии, на которых изображены пожилая женщина в вязаном берете красного цвета, девушки в бежевой куртке с надетым на голову капюшоном. Со слов ФИО10, ФИО4, ФИО12 и ФИО332 данные лица им не знакомы. Эпизод XXXX ФИО12 заходит в клуб. Эпизод XXXX ФИО12 достает из багажника автомобиля в кузове черного цвета, гос. номер: XXXX черный полиэтиленовый пакет, полностью чем-то наполненный и желтый стандартный полиэтиленовый пакет, также чем-то наполненный наполовину, с вышеуказанными пакетами проходит в клуб по XXXX. Участвующая при осмотре ФИО12 показала, что привезла в клуб какие-то расходные материалы, типа туалетной бумаги или салфеток. Эпизод XXXX ФИО12 садится за руль автомобиля в кузове черного цвета, гос. номер: XXXX. Эпизод XXXX Девушка, одетая черную куртка, синие брюки, светлые кроссовки, с белым стандартным полиэтиленовым пакетом чем-то наполненным наполовину, выходит из помещения клуба, садится в автомобиль в кузове серого цвета. Участвующая при осмотре ФИО4 показала, что девушка ей не знакома. Участвующая при осмотре ФИО12 показала, что это Свидетель №4 покидает клуб. Участвующая при осмотре Рим Ю.А. показала, что девушка ей не знакома. Эпизод XXXX,6 автомобиль в кузове белого цвета, гос. номер XXXX подъезжает к клубу, выходит мужчина, заходит в клуб. Эпизод XXXX, 8 Мужчина выходит из автомобиля в кузове серого цвета, проходит в клуб. Эпизод XXXX Мужчина закрывает автомобиль в кузове белого цвета, проходит в клуб. Эпизод XXXX Мужчина закрывает автомобиль в кузове белого цвета, проходит в клуб. Эпизод XXXX,12 Мужчина закрывает автомобиль кузове черного цвета, проходит в клуб. Участвующий при осмотре ФИО10 показал, что не знаком с указанными лицами. Участвующая при осмотре ФИО4 показала, что посетители ей не знакомы. Участвующая при осмотре ФИО12 показала, что не знакома с указанными лицами, скорее всего это игроки. Участвующая при осмотре Рим Ю.А. показала, что посетители ей не знакомы. Эпизод XXXX,14,15 ФИО12 за рулем автомобиля в кузове черного цвета, гос. номер: XXXX, паркуется возле дома XXXX в г. Уссурийске, после выходит из автомобиля, проходит в магазин «Столица», выходит из магазина и заходит в помещение клуба. Эпизод XXXX Девушка, одетая в спортивный костюм и вязаную шапку подходит к двери в клуб, дверь открывают, она заходит в клуб. Эпизод XXXX Крупная девушка со светлыми волосами проходит вдоль дома с магазином «Столица», садится в автомобиль, который уезжает. Эпизод XXXX Мужчина заходит в клуб. Эпизод XXXX Мужчина заходит в клуб. Эпизод XXXX Мужчина заходит в клуб. Эпизод XXXX,22 Мужчина выходит из автомобиля в кузове белого цвета, проходит в клуб. Участвующий при осмотре ФИО10 показал, что не знает, кто это. Участвующая при осмотре ФИО4 показала, что девушки и мужчины ей не знакомы. Участвующая при осмотре ФИО12 показала, что не знает, кто это, скорее всего игроки. Участвующая при осмотре Рим Ю.А. показала, что девушки и мужчины ей не знакомы. Эпизод XXXX ФИО12 за рулем автомобиля в кузове черного цвета, гос. номер XXXX паркуется возле дома XXXX в г. Уссурийске, после выходит из автомобиля и проходит в помещение клуба. Эпизод XXXX ФИО12 выходит из помещения клуба, садится за руль автомобиля в кузове черного цвета, гос. номер: XXXX. Эпизод XXXX Мужчина за рулем автомобиля в кузове черного цвета, паркует автомобиль возле дома XXXX, далее входит в клуб. Участвующая при осмотре ФИО12 показала, что это скорее всего игрок. Эпизод XXXX,27 Девушка отходит от двери клуба, при этом надевает очки, садится на пассажирское сидение автомобиля Toyota Prius, в кузове серого цвета, с логотипом такси «Восток» и уезжает. Участвующая при осмотре ФИО12 показала, что это Свидетель №3. Эпизод XXXX Девушка выходит из магазина «Столица» по XXXX г. Уссурийске и проходит в клуб. Участвующая при осмотре ФИО12 показала, что это Свидетель №4. Эпизод XXXX Мужчина выходит из клуба. Эпизод XXXX Мужчина заходит в клуб. Участвующий при осмотре ФИО10 показал, что не знаком с указанными лицами. Участвующая при осмотре ФИО4 показала, что мужчины и девушки ей не знакомы. Участвующая при осмотре ФИО12 показала, что это скорее всего игроки. Участвующая при осмотре Рим Ю.А. показала, что мужчины и девушки ей не знакомы. Эпизод XXXX,32 ФИО12 с двумя полиэтиленовыми пакетами черного и белого цвета чем-то наполовину наполненными, выходит из автомобиля в кузове черного цвета, гос. номер: XXXX, проходит в алкомаркет «Столица» по XXXX г. Уссурийске, выходит с вышеуказанными пакетами и проходит к помещению клуба. Участвующая при осмотре ФИО12 показала, что Свидетель №6 привезла в клуб какие-то расходные материалы. Эпизод XXXX Мужчина заходит в клуб. Участвующая при осмотре ФИО12 показала, что это скорее всего игрок. Эпизод XXXX Девушка с белым стандартным полиэтиленовым пакетом, выходит из автомобиля в кузове серого цвета и проходит в клуб Участвующий при осмотре ФИО10 показал, что не знаком с указанными лицами. Участвующая при осмотре ФИО4 показала, что мужчина и девушка ей не знакомы. Участвующая при осмотре ФИО12 показала, что это Свидетель №4. Участвующая при осмотре Рим Ю.А. показала, что мужчина и девушка ей не знакомы. Эпизод XXXX ФИО12 отходит от клуба, садится за руль автомобиля в кузове черного цвета, гос. номер: XXXX Эпизод XXXX К зданию с клубом подъезжает автомобиль марки Mersedes в кузове серебристого цвета, гос. номер XXXX паркуется у клуба и проходит в него. Эпизод XXXX Автомобиль Mersedes ML350, в кузове серого цвета, гос. номер XXXX уезжает от здания. Участвующая при осмотре ФИО4 показала, что автомобиль ей не знаком. Участвующая при осмотре Рим Ю.А. показала, что автомобиль ей не знаком. Эпизод XXXX Мужчина заходит в клуб. Эпизод XXXX Автомобиль в кузове серого цвета, гос. номер XXXX отъезжает от клуба. Эпизод XXXX, 41 мужчина садится за руль автомобиля-микроавтобуса в кузове коричневого цвета, гос. номер: XXXX и отъезжает от клуба. Участвующий при осмотре ФИО10 показал, что не знаком с указанными лицами. Участвующая при осмотре ФИО4 показала, что мужчины и автомобили ей не знакомы. Участвующая при осмотре ФИО12 показала, что это скорее всего игроки. Участвующая при осмотре Рим Ю.А. показала, что мужчины и автомобили ей не знакомы. 13) диск с текстом «экз. 1 рег XXXX». На диске два видеофайла. Видеофайл 8266. На записи девушка с темными волосами в очках, одетая в темные брюки и белую футболку, выходит из помещения с металлической дверью, к которому ведет крыльцо. Здание двухэтажное. Проходит вдоль металлического забора синего цвета по тротуару Видеофайл 8267. На записи девушка с темными волосами в очках, одетая в темные брюки и белую футболку, неся в руке сверток, проходит вдоль металлического забора синего цвета по тротуару к двухэтажному зданию, поднимается по лестнице на крыльцо, входит в помещение за металлической дверью. Участвующий при осмотре ФИО10 пояснила, что девушка на записи – Рим Ю., выходящая и входящая в помещение клуба по XXXX. Участвующая при осмотре ФИО4 пояснила, что девушка – это Рим Ю.. Вероятно выходит и входит в новый клуб. Сама она в указанном клубе никогда не была. Участвующая при осмотре ФИО12 пояснила, что не знакома с указанной девушкой, в помещении, в которое входит девушка, никогда не была. Девушку видела только на видеозаписях, осмотренных ранее. Участвующая при осмотре Рим Ю.А. пояснила, что девушка – это она Рим Ю.А. выходит из клуба по XXXX, далее возвращается. Скорее всего ходила в магазин за «шаурмой». 14) диск малинового цвета, на котором видеофайл, содержит запись аналогичную осмотренной ранее – мужчины, сидящие в кафе, в том числе ФИО10, который передает сидящему напротив ФИО91 сверток под столом (т. 2 л.д. 143-169, т. 3 л.д. 29-56, т. 4 л.д. 38-83, т. 4 л.д. 163-180, 4 л.д. 183-197); - протоколами осмотра и прослушивания фонограммы от ДД.ММ.ГГ, ДД.ММ.ГГ, ДД.ММ.ГГ, ДД.ММ.ГГ, ДД.ММ.ГГ согласно которым, с участием свидетелей Свидетель №3, Свидетель №4 и ФИО8 осмотрены диски, предоставленные сотрудниками ОМВД России по г. Уссурийску, на которых зафиксированы результаты оперативно-розыскных мероприятий: - диск с текстом «XXXX», на котором имеется один видеофайл «1». На видеозаписи видно, как лицо с прикрепленной камерой проходит мимо кирпичного здания, подходит к металлической двери. Через некоторое время дверь открывается. Лицо с камерой проходит через дверь в помещение – зал с персональными компьютерами, подходит к стойке, за которой сидит девушка с темными волосами в очках, которая протягивает листок. Далее проходит к столу, на котором стоит компьютерный монитор, присаживается на стул напротив компьютера. Камера при этом направлена на что-то темное. Спустя некоторое время лицо встает из-за стола, разворачивает камеру, виден экран компьютера с открытой программой в виде слотов с изображениями различных предметов. Лицо с камерой снова подходит к девушке, сидящей за стойкой, просит зачислить на игровой счет 500 рублей, после чего возвращается на игровое место, продолжает игру. Далее встает из-за стола и направляется к выходу, покидает помещение. Участвующая при осмотре Свидетель №3 пояснила, что на видеозаписи виден клуб, в котором она работала, расположенный по XXXX. За стойкой находится она, то есть игрок приходил в её смену. Участвующая при осмотре Свидетель №4 пояснила, что на видеозаписи видел клуб, в котором она работала, расположенный по XXXX. За стойкой находится её сменщица ФИО40 (Свидетель №3) Участвующая при осмотре ФИО8 пояснила, что на видеозаписи виден клуб, в котором она работала, расположенный по XXXX. За стойкой находится её сменщица Свидетель №3 - диск с текстом «XXXX», на котором имеется один видеофайл «1». На экране видно, что лицо с прикрепленной камерой направляется к одноэтажному строению, подходит к металлической двери, стучит. Через некоторое время дверь открывается. Лицо с камерой проходит через дверь в помещение – зал с персональными компьютерами, подходит к стойке, при этом устанавливает камеру, закрывая обзор. Слышен гул от разговоров. Далее лицо с камерой разворачивается, проходит к столу, на котором стоит компьютерный монитор, присаживается на стул напротив монитора, вводит пароль, активирует игровую платформу, начинает игру. На экране отображается игровой процесс, вращаются слоты, выдающие игровые комбинации. Спустя некоторое время лицо с камерой встает из-за стола, идет к стойке, за которой сидит девушка, которой протягивает листок бумаги и денежные купюры со словами «Девушка, давайте еще на 500 (или 600, плохо слышно)». Девушка протягивает руку, забирает деньги и листок, после чего протягивает листок лицу с камерой, после чего последний возвращается на игровое место, продолжает игру. Далее встает из-за стола и направляется к выходу, покидает помещение. Участвующая при осмотре Свидетель №3 пояснила, что это снова клуб, в котором она работала, по XXXX. За стойкой находится её сменщица Свидетель №3 Участвующая при осмотре Свидетель №4 пояснила, что это снова клуб, в котором она работала, по XXXX. За стойкой находится она, то есть игрок с камерой приходил в её смену. Участвующая при осмотре ФИО8 пояснила, что это клуб, в котором она работала, по XXXX. За стойкой находится её сменщица Свидетель №4 - диск с текстом «042 от ДД.ММ.ГГ 1 экз.», на котором имеется один видеофайл. На экране видно, как лицо с прикрепленной камерой проходит вдоль здания мимо входа в магазин «Столица», подходит к металлической двери, стучит в неё. Через некоторое время дверь открывается. Лицо с камерой проходит через дверь в помещение – зал с персональными компьютерами, подходит к стойке, за которой находится девушка с темными волосами в очках, протягивает ей денежные средства, получает от нее лист бумаги. Далее проходит к столу, на котором стоит компьютерный монитор, присаживается на стул напротив монитора, вводит пароль, активирует игровую платформу, начинает игру. На экране отображается игровой процесс, вращаются слоты, выдающие игровые комбинации. Спустя некоторое время лицо с камерой встает из-за стола, идет к девушке за стойкой, после чего направляется к выходу, покидает помещение. Участвующая при осмотре Свидетель №3 пояснила, что это клуб, в котором она работала, по XXXX. За стойкой кассиром работает она, то есть игрок приходил в её смену. Участвующая при осмотре Свидетель №4 пояснила, что это клуб, в котором она работала, по XXXX. За стойкой кассиром работает ФИО40, её сменщица. Участвующая при осмотре ФИО8 пояснила, что это клуб, в котором она работала, по XXXX. За стойкой кассиром работает Свидетель №3, её сменщица. - диск с текстом «035 от 27.06.22». На диске 18 папок с названиями-датами 2022-01-14, 2022-01-15, 2022-01-16, 2022-01-17, 2022-01-18, 2022-01-19, 2022-01-20, 2022-01-21, 2022-01-22, 2022-01-26, 2022-01-28, 2022-01-30, 2022-01-31, 2022-02-03, 2022-02-04, 2022-02-06, 2022-02-07, 2022-02-08. 1) файл 30261398 Разговор двух женщин на тему вызова такси по адресу Дзержинского, 54. Участвующая при осмотре Свидетель №3 пояснила, что голос XXXX – это её голос, она вызывает такси. Участвующая при осмотре Свидетель №4 пояснила, что голос XXXX – это голос её сменщицы Свидетель №3, которая вызывает такси. Далее во всех, кроме одного файлах (30266689, 30271651, 30275514, 30280409, 30284787, 30290019, 30294820, 30300927, 30314551, 30325067, 30334907, 30339794, 30355030, 30359465, 30368541, 30377281) вызовы такси по адресам XXXX. Участвующая при осмотре ФИО76 пояснила, что во всех разговорах голос XXXX её. На работу и с работы она в основном ездила на такси, так как в записях она вызывает такси для проезда из дома, то есть от XXXX, до XXXX, или наоборот. Участвующая при осмотре Свидетель №4 пояснила, что во всех разговорах Свидетель №3 вызывает такси. В файле 30372867 разговор женщины и мужчины, речь идет о заказе воды на XXXX. Участвующая при осмотре ФИО76 пояснила, что голос XXXX её, она заказывает воду в клуб. Участвующая при осмотре Свидетель №4 пояснила, что голос Свидетель №3 XXXX – заказывает воду. Они всегда заказывали воду самостоятельно. - диск с текстом «034 от 27.06.22», на котором пять папок 2022-02-11, 2022-02-17, 2022-02-19, 2022-02-26, 2022-03-06, в которых аудиофайлы в количестве соответственно папкам 1-2-3-1-1-1. Файл 30393137. Разговор двух женщин, одна из которых оператор фирмы такси, вторая делает заказ такси к адресу: Краснознаменная, 145, место назначения «по городу». Участвующая при осмотре Свидетель №4 пояснила, что голос 1 её. Она вызывает такси к клубу по XXXX. Файл 30417560. Разговор двух женщин, одна из которых делает заказ обеда с доставкой по адресу: Краснознаменная, 145. Участвующая при осмотре Свидетель №4 пояснила, что голос XXXX – её. Она заказывает обед, будучи на работе в клубе по XXXX. Файл 30421132. Разговор двух женщин, одну из которых приглашают на улицу, но та говорит, что «у меня полный зал». Участвующая при осмотре Свидетель №4 пояснила, что голос XXXX – её, разговаривает с подругой, называть которую не желает. Подруга знает о том, где расположен клуб, однако не знает о деятельности клуба. Подруга звала её выйти из клуба, чтобы покурить, но она покинуть клуб не могла, так как было много игроков. Файл 30429296. Разговор двух женщин на неопределённую тему. Участвующая при осмотре Свидетель №4 пояснила, что это разговор с кем-то из знакомых, точно не может понять, с кем. Точно содержимое разговора понять не может, возможно говорила и о работе. Фамилия ФИО26 ей знакома от кого-то из знакомых. Знает, что есть такой сотрудник полиции, но с ним лично не знакома. Файл 30429413. Разговор женщины и мужчины, в котором женщина сообщила, что закрыла зал и ушла, так как ее предупредили о том, что ее могут задержат видимо сотрудники полиции. Участвующая при осмотре Свидетель №4 пояснила, что точно не понимает, с кем разговаривала, с кем-то из знакомых. Говорила о том, что ушла раньше с работы – с клуба. Насколько вспомнила, она как-то плохо себя чувствовала на работе и придумала то, что её знакомый сотрудник полиции сообщил ей о том, что сотрудниками полиции будет проводиться проверка. Файл 30431212 разговор между женщиной и мужчиной, о том, что зал сегодня не работает. Участвующая при осмотре Свидетель №4 пояснила, что это её разговор с игроком по имени Антон. Он постоянный посетитель клуба. Файл 30468030. разговор между женщиной и мужчиной. Сначала разговор о выборе и покупке дивана. Далее разговор о том, что женщина на смене в зале. Далее разговор о бытовых проблемах. Участвующая при осмотре Свидетель №4 пояснила, что это её разговор со знакомым. Она не хотела с ним встречаться, поэтому обманула его в том, что задержится на работе так как «Ксюха», то есть «старшая» по клубу, будет проводить розыгрыш. Хотя сама «ФИО654» розыгрыш никогда сама не проводила. Розыгрыши проводились по согласованию с «ФИО654» самими кассирами. Файл XXXX. разговор между женщиной и мужчиной. Сначала женщина говорит о своем самочувствии. Далее женщина сообщила, что завтра «игровые». Далее разговор о диване и самочувствии Участвующая при осмотре ФИО76 пояснила, что голос XXXX – это голос её сменщицы Свидетель №4. Участвующая при осмотре Свидетель №4 пояснила, что это её разговор со знакомым. Бодя – это её сын Богдан. - диск с текстом «033 от 27.06.22», на котором три папки «ФИО12Г», «ФИО14», «ФИО10». В папке «ФИО12Г» 19 видеофайлов (эпизод 1, эпизод 2, эпизод 3, эпизод 4, эпизод 5…эпизод 19). Эпизоды 1-9 датированы ДД.ММ.ГГ. Эпизоды 10-14 датированы ДД.ММ.ГГ, эпизоды 15-19 датированы ДД.ММ.ГГ. Эпизоды поочередно воспроизводятся при помощи видеопроигрывателя «Media Player Classic». В эпизодах 1-6, 10, 11, 12, 13, 14, 17, 18 зафиксирован отъезжающий и подъезжающий к зданию автомобиль, входящая в помещение и выходящая женщина со светлыми волосами. Участвующая при осмотре Свидетель №3 показала, что помещение с железной дверью – это их игровой клуб, расположенный по адресу: г. Уссурийск, XXXX. На видеозаписях зафиксирована ФИО12, которая приходила в клуб, забирала у них выручку, привозила кофе, чай, стаканы, туалетную бумагу, салфетки и т.п. Автомобиль ФИО12 Участвующая при осмотре Свидетель №4 показала, что помещение с железной дверью – это их игровой клуб, расположенный по адресу: г. Уссурийск, XXXX. На видеозаписях зафиксирована ФИО12, которая приходила в клуб, забирала у них выручку, привозила кофе, чай, стаканы, туалетную бумагу, салфетки и т.п. Автомобиль ФИО12 Участвующая при осмотре ФИО8 показала, что помещение с железной дверью – это их игровой клуб, расположенный по адресу: г. Уссурийск, XXXX. На видеозаписях зафиксирована ФИО12, которая приходила в клуб, забирала у них выручку, привозила кофе, чай, стаканы, туалетную бумагу, салфетки и т.п. Автомобиль ФИО12 Эпизод XXXX зафиксированы два припаркованных автомобиля – автомобиль в кузове черного цвета, гос. номер: XXXX задней частью к камере, автомобиль марки Subaru Forester в кузове синего цвета, гос. регистрационный знак XXXX, передней частью к камере, за рулем находится мужчина – азиат. Из автомобиля черного цвета через открытое окно мужчине в автомобиле синего цвета передается конверт. Участвующая при осмотре Свидетель №3 показала, что автомобиль черного цвета ФИО12, автомобиль синего цвета и сидящего в нем мужчину она никогда не видела. Участвующая при осмотре Свидетель №4 показала, что автомобиль черного цвета ФИО12, автомобиль синего цвета и сидящего в нем мужчину она никогда не видела. Участвующая при осмотре ФИО8 показала, что автомобиль черного цвета ФИО12, автомобиль синего цвета и сидящего в нем мужчину она никогда не видела. В эпизодах 8, 9 мужчины, которых Свидетель №3, Свидетель №4 ФИО8 ранее не встречали. В эпизодах XXXX,16 ФИО12 находится в помещении отделения ПАО «Сбербанк», стоит возле банкомата, осуществляет операцию по снятию денежных средств, выходит из помещения. В эпизоде XXXX зафиксированы два припаркованных автомобиля – автомобиль в кузове черного цвета, гос. номер: XXXX передней частью к камере, в котором находится «Свидетель №6», автомобиль марки Subaru Forester в кузове синего цвета, гос. регистрационный знак XXXX, задней частью к камере. Свидетель №6 из автомобиля черного цвета через открытое окно мужчине в автомобиле синего цвета передается сверток. В папках «ФИО14» 5 видеофайлов: эпизод 1, эпизод 2, эпизд 3, эпизод 4, эпизод 5. Эпизоды 1-3 датированы ДД.ММ.ГГ, эпизоды 4-5 датированы ДД.ММ.ГГ, зафиксированы две женщины; «ФИО10» фотография и 13 видеофайлов: camera19 2022-01-19; эпизод 1, эпизод 2, эпизод 3, эпизод 4, эпизод 5, …эпизод 12. Эпизоды 1 датирован ДД.ММ.ГГ, эпизоды 2-5 датированы ДД.ММ.ГГ, эпизоды 6-8 датированы ДД.ММ.ГГ, эпизоды 9-12 датированы ДД.ММ.ГГ, на которых зафиксированы трое мужчин, две женщины. Участвующая при осмотре Свидетель №4 пояснила, что указанные лица ей не знакомы. Участвующая при осмотре ФИО8 пояснила, что указанные лица ей не знакомы. - диск с текстом «033 от 27.06.22». На диске две папки «XXXX» и «Мамонтов». В папке «Мамонтов» фотография, осмотренная ранее – в папке «Тон»ю. В папке «XXXX» папки ДД.ММ.ГГ, ДД.ММ.ГГ, ДД.ММ.ГГ, ДД.ММ.ГГ, ДД.ММ.ГГ, две фотографии, видеозаписи эпизод 1- эпизод 41. В папке ДД.ММ.ГГ содержатся фотографии в количестве 35 штук с посетителями клуба по XXXX. Участвующая при осмотре Свидетель №4 показала, что на фотографиях изображена входящая и выходящая из клуба ФИО12 и припаркованный автомобиль последней. Участвующая при осмотре ФИО8 показала, что на фотографиях изображена входящая и выходящая из клуба ФИО12 и припаркованный автомобиль последней. В папке ДД.ММ.ГГ содержатся фотографии в количестве 80 штук с посетителями клуба по XXXX Участвующая при осмотре Свидетель №4 показала, что на фотографиях изображена входящая и выходящая из клуба ФИО12 и её припаркованный автомобиль, гости мужчины, также на фотографиях зафиксирована входящей она-Свидетель №4 Участвующая при осмотре Свидетель №3 показала, что на фотографиях изображена входящая и выходящая из клуба ФИО12 и её припаркованный автомобиль, гости мужчины, также на фотографиях зафиксирована входящей она-Свидетель №4 Участвующая при осмотре ФИО8 показала, что на фотографиях изображена входящая и выходящая из клуба ФИО12 и её припаркованный автомобиль, мужчины, среди которых некоторых она опознает как посетителей клуба, также на фотографиях зафиксирована входящей Свидетель №4 В папке ДД.ММ.ГГ содержатся фотографии в количестве 24 штук с посетителями клуба по XXXX Участвующая при осмотре Свидетель №4 показала, что на фотографиях изображена входящая и выходящая из клуба ФИО12 и её припаркованный автомобиль, гость мужчина, также на фотографиях зафиксирована входящей и выходящей Свидетель №3 – её сменщица. Участвующая при осмотре Свидетель №3 показала, что на фотографиях изображена входящая и выходящая из клуба ФИО12 и её припаркованный автомобиль, гость мужчина, также на фотографиях зафиксирована входящей и выходящей она-Свидетель №3 Участвующая при осмотре ФИО8 показала, что на фотографиях изображена входящая и выходящая из клуба ФИО12 и её припаркованный автомобиль, гость мужчина, также на фотографиях зафиксирована входящей и выходящей Свидетель №3 В папке ДД.ММ.ГГ содержатся фотографии в количестве 44 штук с посетителями клуба по XXXX Участвующая при осмотре Свидетель №3 показала, что на фотографиях изображены гости мужчины, также на фотографиях зафиксирована входящей её сменщица-Свидетель №4 Участвующая при осмотре Свидетель №4 показала, что на фотографиях изображены гости мужчины, также на фотографиях зафиксирована входящей она-Свидетель №4 Участвующая при осмотре ФИО8 показала, что на фотографиях изображены мужчины, среди которых она узнает посетителей клуба, также на фотографиях зафиксирована входящей Свидетель №4 В папке ДД.ММ.ГГ содержатся фотографии в количестве 80 штук с посетителями клуба по XXXX Участвующая при осмотре Свидетель №3 показала, что на фотографиях изображена входящая и выходящая из клуба ФИО12, что-то заносящая в клуб в пакете, гость мужчина, также на фотографиях зафиксирована входящей её сменщица-Свидетель №4, а также входящей и выходящей ФИО40 – её сменщица. Участвующая при осмотре Свидетель №4 показала, что на фотографиях изображена входящая и выходящая из клуба ФИО12, что-то заносящая в клуб в пакете, гость мужчина, также на фотографиях зафиксирована входящей она-Свидетель №4, а также входящей и выходящей ФИО40 – её сменщица. Участвующая при осмотре ФИО8 показала, что на фотографиях изображена входящая и выходящая из клуба ФИО12, что-то заносящая в клуб в пакете, гость мужчина, также на фотографиях зафиксирована входящей Свидетель №4, а также входящей и выходящей Свидетель №3 Фотография вне папок, на которой изображена пожилая женщина в вязаном берете красного цвета, со слов Свидетель №3, Свидетель №4 – игрок. Фотография девушки в бежевой куртке с надетым на голову капюшоном – игрок. Эпизоды вне папок XXXX ФИО12 заходит в клуб; эпизод XXXX ФИО12 достает из багажника автомобиля в кузове черного цвета, гос. номер: XXXX черный полиэтиленовый пакет, полностью чем-то наполненный и желтый стандартный полиэтиленовый пакет, также чем-то наполненный наполовину, с вышеуказанными пакетами проходит в клуб по XXXX. Участвующая при осмотре Свидетель №3 показала, что в таких пакетах ФИО12 обычно привозила туалетную бумагу и салфетки. Участвующая при осмотре Свидетель №4 показала, что в таких пакетах ФИО12 обычно привозила туалетную бумагу и салфетки. Участвующая при осмотре ФИО8 показала, что в таких пакетах ФИО12 обычно привозила туалетную бумагу и салфетки Эпизод XXXX ФИО12 садится за руль автомобиля в кузове черного цвета, гос. номер: XXXX; эпизод XXXX Девушка, одетая черная куртка, синие брюки, светлые кроссовки, с белым стандартным полиэтиленовым пакетом чем-то наполненным наполовину, выходит из помещения клуба, садится в автомобиль в кузове серого цвета. Участвующая при осмотре Свидетель №3 показала, что это её сменщица-Свидетель №4 покидает клуб; Участвующая при осмотре Свидетель №4 показала, что это она-Свидетель №4 покидает клуб; эпизод XXXX,6 автомобиль в кузове белого цвета, гос. номер XXXX подъезжает к клубу, выходит мужчина, заходит в клуб. Участвующая при осмотре Свидетель №3 показала, что это игрок; эпизод Участвующая при осмотре Свидетель №4 показала, что это игрок; XXXX, 8 Мужчина выходит из автомобиля в кузове серого цвета, проходит в клуб. Участвующая при осмотре Свидетель №3 показала, что это игрок; Участвующая при осмотре Свидетель №4 показала, что это игрок; эпизод XXXX мужчина закрывает автомобиль в кузове белого цвета, проходит в клуб. Участвующая при осмотре Свидетель №3 показала, что это игрок; Участвующая при осмотре Свидетель №4 показала, что это игрок; эпизод XXXX мужчина закрывает автомобиль в кузове белого цвета, проходит в клуб. Участвующая при осмотре Свидетель №3 показала, что это игрок; Участвующая при осмотре Свидетель №4 показала, что это игрок; эпизод XXXX,12 мужчина закрывает автомобиль кузове черного цвета, проходит в клуб. Участвующая при осмотре Свидетель №3 показала, что это игрок; Участвующая при осмотре Свидетель №4 показала, что это игрок; эпизод XXXX,14,15 ФИО12 за рулем автомобиля в кузове черного цвета, гос. номер: XXXX, паркуется возле дома XXXX в г. Уссурийске, после выходит из автомобиля, проходит в магазин «Столица», выходит из магазина и заходит в помещение клуба; эпизод XXXX девушка, одетая в спортивный костюм и вязаную шапку подходит к двери в клуб, дверь открывают, она заходит в клуб Участвующая при осмотре Свидетель №3 показала, что это игрок; Участвующая при осмотре Свидетель №4 показала, что это игрок; эпизод XXXX крупная девушка со светлыми волосами проходит вдоль дома с магазином «Столица», садится в автомобиль, который уезжает. Участвующая при осмотре Свидетель №3 показала, что не знает, кто это; Участвующая при осмотре Свидетель №4 показала, что не знает, кто это; эпизод XXXX, 19, 20, 21, 22 мужчины заходит в клуб. Участвующая при осмотре Свидетель №3 показала, что это игроки; Участвующая при осмотре Свидетель №4 показала, что это игроки; эпизод XXXX ФИО12 за рулем автомобиля в кузове черного цвета, гос. номер XXXX паркуется возле дома XXXX в г. Уссурийске, после выходит из автомобиля и проходит в помещение клуба; эпизод XXXX ФИО12 выходит из помещения клуба, садится за руль автомобиля в кузове черного цвета, гос. номер: XXXX; эпизод XXXX мужчина за рулем автомобиля в кузове черного цвета, паркует автомобиль возле дома XXXX, далее входит в клуб. Участвующая при осмотре Свидетель №3 показала, что это игрок; Участвующая при осмотре Свидетель №4 показала, что это игрок; эпизод XXXX,27 девушка отходит от двери клуба, при этом надевает очки, садится на пассажирское сидение автомобиля Toyota Prius, в кузове серого цвета, с логотипом такси «Восток» и уезжает. Участвующая при осмотре Свидетель №3 показала, что это она; Участвующая при осмотре Свидетель №4 показала, что это Свидетель №3 – её сменщица; эпизод XXXX Девушка выходит из магазина «Столица» по XXXX г. Уссурийске и проходит в клуб. Участвующая при осмотре Свидетель №3 показала, что это её сменщица-Свидетель №4; Участвующая при осмотре Свидетель №4 показала, что это она-Свидетель №4; эпизоды XXXX, 30 мужчина выходит из клуба, мужчина заходит в клуб. Участвующая при осмотре Свидетель №3 показала, что это игроки; Участвующая при осмотре Свидетель №4 показала, что это игроки; эпизод XXXX,32 ФИО12 с двумя полиэтиленовыми пакетами черного и белого цвета чем-то наполовину наполненными, выходит из автомобиля в кузове черного цвета, гос. номер: XXXX, проходит в алкомаркет «Столица» по XXXX г. Уссурийске, выходит с вышеуказанными пакетами и проходит к помещению клуба. Участвующая при осмотре Свидетель №3 показала, что ФИО12 скорее всего привезла конфеты в клуб; Участвующая при осмотре Свидетель №4 показала, что Свидетель №6 скорее всего привезла конфеты в клуб; эпизод XXXX мужчина заходит в клуб. Участвующая при осмотре Свидетель №3 показала, что это игрок; Участвующая при осмотре Свидетель №4 показала, что это игрок; эпизод XXXX девушка с белым стандартным полиэтиленовым пакетом, выходит из автомобиля в кузове серого цвета и проходит в клуб. Участвующая при осмотре Свидетель №3 показала, что это её сменщица-Свидетель №4 идет в клуб на работу; Участвующая при осмотре Свидетель №4 показала, что это она идет в клуб на работу; эпизод XXXX ФИО12 отходит от клуба, садится за руль автомобиля в кузове черного цвета, гос. номер: XXXX; эпизод XXXX к зданию с клубом подъезжает автомобиль марки Mersedes в кузове серебристого цвета, гос. номер XXXX паркуется у клуба и проходит в него. Участвующая при осмотре Свидетель №3 показала, что это игрок; Участвующая при осмотре Свидетель №4 показала, что это игрок; эпизод XXXX автомобиль Mersedes ML350, в кузове серого цвета, гос. номер XXXX уезжает от здания; эпизод XXXX мужчина заходит в клуб. Участвующая при осмотре Свидетель №3 показала, что это игрок; Участвующая при осмотре Свидетель №4 показала, что это игрок; эпизод XXXX автомобиль в кузове серого цвета, гос. номер XXXX отъезжает от клуба; Участвующая при осмотре Свидетель №3 показала, что не знает, что это за автомобиль; Участвующая при осмотре Свидетель №4 показала, что не знает, что это за автомобиль; эпизод XXXX, 41 мужчина садится за руль автомобиля-микроавтобуса в кузове коричневого цвета, гос. номер: XXXX и отъезжает от адреса разработки. Участвующая при осмотре Свидетель №3 показала, что это игрок. Участвующая при осмотре Свидетель №4 показала, что это игрок. (т. 5 л.д. 81-102), (т. 5 л.д. 103-115), (т. 5 л.д. 116-133), (т. 5 л.д. 134-145), (т. 5 л.д. 146-159); - протоколом осмотра и прослушивания фонограммы (предметов) от ДД.ММ.ГГ, согласно которому с участием ФИО18 осмотрены диски, предоставленные сотрудниками ОМВД России по г. Уссурийску, на которых зафиксированы результаты оперативно-розыскных мероприятий: - диск, на котором один видеофайл. На экране видно, как лицо с прикрепленной камерой идет вдоль металлического забора синего цвета, подходит к зданию, подходит к металлической двери, стучит. Через некоторое время дверь открывается. Лицо с камерой проходит через дверь в помещение – зал с персональными компьютерами, играет музыка, подходит к окну кассира, где находится девушка с черными волосами, собранными на макушке. Спрашивает, сколько стоит пиво, повторяет, 150, «бумажечку на розыгрыш не даете?», смеется. Протягивает ей денежные средства в сумме 1000 рублей, получает от нее лист бумаги. Далее проходит к столу, на котором стоит компьютерный монитор, присаживается на стул напротив монитора, вводит пароль, через некоторое время выходит из-за стола, возвращается к девушке и говорит, что пароль не активен. Девушка совместно с лицом с камерой проходит мимо компьютеров, подходит к одному из компьютеров, лично вводит пароль, активирует игровую платформу, после чего лицо с камерой присаживается за стол с монитором, начинает игру. На руке девушки татуировка. На экране отображается игровой процесс, вращаются слоты, выдающие игровые комбинации. Спустя некоторое время лицо с камерой встает из-за стола, идет к девушке за стойкой, далее направляется к выходу, покидает помещение. Участвующая при осмотре ФИО18 пояснила, что девушка-кассир с татуировкой на руке – это она. На видеозаписи произведена съемка игорного заведения – клуба по XXXX г. Уссурийск (район «китайского рынка») - диск, на котором один видеофайл. На экране видно, как лицо с прикрепленной камерой идет вдоль металлического забора синего цвета, подходит к зданию, подходит к металлической двери, в которую стучит. Через некоторое время дверь открывается. Лицо с камерой проходит через дверь в помещение – зал с персональными компьютерами, подходит к окну кассира, где находится девушка с темными волосами в очках, протягивает ей денежные средства, получает от нее лист бумаги. Далее проходит к столу, на котором стоит компьютерный монитор, присаживается на стул напротив монитора, вводит пароль, активирует игровую платформу, начинает игру. На экране отображается игровой процесс, вращаются слоты, выдающие игровые комбинации. Спустя некоторое время лицо с камерой встает из-за стола, идет к девушке за стойкой, после чего направляется к выходу, покидает помещение Участвующая при осмотре ФИО18 пояснила, что это игорный клуб по XXXX, девушка-кассир – это Рим Ю.. - диск, на котором два видеофайла. На записи первого видеойфайла девушка с темными волосами в очках, одетая в темные брюки и белую футболку, выходит из помещения с металлической дверью, к которому ведет крыльцо. Здание двухэтажное. Проходит вдоль металлического забора синего цвета по тротуару На записи второго видеофайла девушка с темными волосами в очках, одетая в темные брюки и белую футболку, неся в руке сверток, проходит вдоль металлического забора синего цвета по тротуару к двухэтажному зданию, поднимается по лестнице на крыльцо, входит в помещение за металлической дверью. Участвующая при осмотре ФИО18 пояснила, что девушка на видео – Рим Ю., помещение, из которого выходит и в которое входит ФИО30, это помещение клуба по XXXX. (т. 5 л.д. 160-169); - протоколом обыска от ДД.ММ.ГГ, согласно которому с участием ФИО8 проведен обыск по адресу: Приморский край, г. Уссурийск, XXXX. В ходе обыска изъяты: 16 компьютеров в сборе, состоящие из системного блока, монитора, компьютерных клавиатуры и мыши; системный блок (сервер), вай-фай роутер, хаб, мобильный телефон ФИО8; денежные средства ФИО8; кошелек бордового цвета прямоугольной формы с денежными средствами; полимерный пакет с монетами; стопки банкнот, имитирующих денежные купюры разного достоинства; отрезки картона с изображениями, отрезки бумаги с текстом; связка, состоящая из металлического ключа с рукоятью из пластика черного цвета и брелока электронного замка; блок видеорегистратора; листы бумаги; счета и акты ООО «Охранное Агентство «ВекТор»; 167 листов формата А4 с отпечатанными на них «лотерейками» с изображением птицы и номерами с буквой «К»; 2 тетради. (т. 6 л.д. 198-205); - протоколом обыска от ДД.ММ.ГГ, согласно которому с участием ФИО4 проведен обыск по адресу: Приморский край, г. Уссурийск, XXXX. В ходе обыска изъяты: мобильный телефон марки «Galaxy J8», принадлежащий ФИО4, мобильный телефон марки «Honor 2», принадлежащий ФИО4, денежные средства, полученные от незаконной преступной деятельности: 1 купюра номиналом 1000 рублей, 22 купюры номиналом 500 рублей, 3 купюры номиналом 200 рублей, 12 купюр номиналом 50 рублей, 61 купюра номиналом 100 рублей - всего денежных средств на сумму 19 300 рублей;- 4 бумажных свертка с номерными бумажками (лотереями); 5 листков с рукописным текстом; документы обвиняемой Свидетель №1 свидетельство о заключении брака, документ, подтверждающий регистрацию в системе индивидуального учета; свидетельство, экзаменационный лист, копия свидетельства о постановке на учет физического лица, медицинское заключение, лист А4 (поиск ТС) с чеками; две тетради с записями; камера видеонаблюдения, расположенная над столом в комнате оператора-кассира, камера видеонаблюдения, расположенная справа от стола в комнате оператора-кассира; три камеры видеонаблюдения в игровом зале, одна камера видеонаблюдения над входом; монитор «pview» (S/N 768АСВА000894) из комнаты оператора-кассира; системный блок из комнаты оператора-кассира; монитор «Samsung» (S/N XXXX), клавиатура, компьютерная мышь, видеорегистратор «JM» (XXXXHА6-1) из комнаты оператора-кассира; мониторы в количестве 15 штук из игрового зала; системные блоки в количестве 15 штук из игрового зала; клавиатуры в количестве 15 штук из игрового зала; компьютерные мыши в количестве 15 штук из игрового зала. (т. 6 л.д. 150-157); - протоколом обыска от ДД.ММ.ГГ, согласно которому с участием Рим Ю.А. проведен обыск по адресу: Приморский край, г. Уссурийск, XXXX. В ходе обыска изъяты: 94 листа формата А4; тетрадь на спирали, 6 денежных купюр, два видеорегистратора марок «МНК», и «@Jhua», 17 системных блоков, 17 мониторов, 17 клавиатур и 17 компьютерных мышей; мобильный телефон. (т. 6 л.д. 109-111); - протоколом осмотра предметов от ДД.ММ.ГГ, согласно которому с участием специалиста ФИО78 осмотрена компьютерная техника, изъятая в ходе обысков по адресам: г. Уссурийск, XXXX «А», XXXX. Объектами осмотра являются системные блоки, изъятые в игорном клубе, расположенном по адресу: Приморский край, г. Уссурийск, XXXX «а»: 16 системных блоков в корпусе черного цвета; К каждому системному блоку поочередно подключаются монитор, клавиатура и компьютерная мышь. Системные блоки №№ 7,9,10,12,15 не рабочие. На рабочем столе монитора при подключении каждого работающего системного блока имеется ярлык: «loader». Приложение ярлыка не загружается без подключения к сети Интернет. При подключении сети Интернет загружается приложение «loader». При просмотре свойств ярлыка установлены: тип – приложение, расположение – iConnect. При просмотре папки «iConnect» установлено наличие файлов игровой системы «Champion» и файлы игр. То использование приложения возможно только при подключении к сети Интернет. Так, при запуске указанного приложения на первом осматриваемом системном блоке отображается окно, требующее ввода пароля для входа - «Access Code» (логина), в виде цифрового обозначения. В ходе следствия ранее при осмотре иных предметов и документов, обнаружены обрывки бумажных листов, на одном из которых содержится цифровой код из 14 чисел. При вводе указанного набора чисел приложение запускается и далее установлено следующее. Участвующий в осмотре специалист ФИО78 пояснил, что после запуска приложения на экране отображен внешний вид игрового автомата, схожий по внешнему виду с игровыми автоматами, которые в том числе используются в казино «Tigre de Cristal». То есть, данное приложение является эмулятором игрового автомата для азартных игр с денежным выигрышем. Таким образом, установлено, что на жестком диске данного осматриваемого системного блока установлено программное обеспечение, содержащее в себе набор азартных игр – эмулятора игрового автомата с денежным выигрышем, в которые возможно осуществить игру с использованием логина-пароля, имеющихся кредитов на балансе игровой системы, и подключения к сети «Интернет». При этом, в ходе осмотра осуществлена краткая видеозапись на видеокамеру следователем процесса азартной игры с помощью кнопки «AUTO» в эмуляторе для наглядной демонстрации. При последующих подключениях рабочих системных блоков, изъятых в ходе обыска в игорном заведении по XXXX установлено наличие аналогичного приложения, пригодного для осуществления азартных игр. Процесс игр аналогичный на всех компьютерах, описанный ранее. Объектами осмотра являются системные блоки, изъятые в игорном клубе, расположенном по адресу: Приморский край, г. Уссурийск, XXXX: 1 системный блок в корпусе черного цвета с текстом «Irbis», к которому при помощи скотч-ленты прикреплены монитор «Philips», компьютерная мышь и клавиатура, указанные предметы опечатаны биркой с оттиском печати «Следственный отдел по городу Уссурийск *№39*» с пояснительным текстом «Монитор, системный блок, клавиатура, мышь изъятые ДД.ММ.ГГ в ходе обыска по адресу: Приморский край, г. Уссурийск, XXXX». 2 системный блок в корпусе черного и серого цветов с текстом «Welton», к которому при помощи скотч-ленты прикреплены монитор «Aqwarius»,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системный блок в корпусе черного цвета с текстом «Posi flax», к которому при помощи скотч-ленты прикреплены монитор «Aqwarius»,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системный блок в корпусе серого цвета без текста, к которому при помощи скотч-ленты прикреплены монитор «LG»,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системный блок в корпусе серого цвета с текстом «Microlab», к которому при помощи скотч-ленты прикреплены монитор «Acer»,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системный блок в корпусе черного цвета с текстом «Microlab», к которому при помощи скотч-ленты прикреплены монитор «Aqwarius»,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системный блок в корпусе серого цвета с текстом «Microlab», к которому при помощи скотч-ленты прикреплены монитор «Philips»,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системный блок в корпусе черного цвета с текстом «K-Sistem», к которому при помощи скотч-ленты прикреплены монитор «Nec»,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системный блок в корпусе черного цвета без текста, к которому при помощи скотч-ленты прикреплены монитор «LG»,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системный блок в корпусе черного цвета с текстом «Air tone», к которому при помощи скотч-ленты прикреплены монитор «Samsung», компьютерная мышь и клавиатура. Указанные предметы опечатаны аналогичным образом, и имеют ту же пояснительную надпись, что и предметы под №1по адресу: Приморский край, г. Уссурийск, XXXX» и 6 подписями.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системный блок в корпусе черного цвета с текстом «Depo», к которому при помощи скотч-ленты прикреплены монитор «Bend»,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системный блок в корпусе серого цвета без текста, к которому при помощи скотч-ленты прикреплены монитор «Aqwarius»,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системный блок в корпусе черного цвета с текстом «Welton», к которому при помощи скотч-ленты прикреплены монитор «Samsung»,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системный блок в корпусе черного и серого цветов с текстом «Welton», к которому при помощи скотч-ленты прикреплены монитор «Samsung», компьютерная мышь и клавиатура. Указанные предметы опечатаны аналогичным образом, и имеют ту же пояснительную надпись, что и предметы под №1. 15 системный блок в корпусе черного цвета с текстом «DNS», к которому при помощи скотч-ленты прикреплены монитор «Samsung»,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системный блок в корпусе черного цвета без текста, к которому при помощи скотч-ленты прикреплены монитор «Samsung»,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системный блок в корпусе черного и серого цветов с текстом «НР», к которому при помощи скотч-ленты прикреплены монитор «Philips», компьютерная мышь и клавиатура. Указанные предметы опечатаны аналогичным образом, и имеют ту же пояснительную надпись, что и предметы под №1. Системные блоки поочередно подключаются к монитору при помощи кабеля, установлено, что системные блоки, описанные под номерами 2 и 7 не рабочие. При подключениях поочередно рабочих системных блоков, изъятых в ходе обыска в игорном заведении по XXXX, к монитору и подключению к сети Интернет, установлено наличие на рабочем столе монитора ярлыка: «loader». При подключении сети Интернет загружается приложение «loader». При просмотре свойств ярлыка установлены: тип – приложение, расположение – iConnect. При просмотре папки «iConnect» установлено наличие файлов игровой системы «Champion» и файлы игр. То есть использование приложения возможно только при подключении к сети Интернет. С участием специалиста вводится числовая комбинация, проводится процесс азартных игр. Процесс аналогичный на всех компьютерах, описанный ранее. Объектами осмотра являются системные блоки, изъятые в игорном клубе, расположенном по адресу: Приморский край, г. Уссурийск, XXXX:</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биркой с оттиском печати «Следственный отдел по городу Уссурийск *№39*» с пояснительным текстом «Компьютер в сборе из клуба по адресу: Приморский край, г. Уссурийск, XXXX» и 6 подписями.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системный блок в корпусе черного и серого цветов,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системный блок в корпусе черного и серого цветов,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системный блок в корпусе серого и темно-серого цветов,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системный блок в корпусе черного и серого цветов,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системный блок в корпусе черного цвета, к которому при помощи скотч-ленты прикреплены монитор, компьютерная мышь и клавиатура. Указанные предметы опечатаны аналогичным образом, и имеют ту же пояснительную надпись, что и предметы под №1. Системные блоки поочередно подключаются к монитору при помощи кабеля. Все системные блоки в рабочем состоянии. При подключениях системных блоков, изъятых в ходе обыска в игорном заведении по XXXX, к монитору и последующему подключению к сети Интернет, установлено наличие на рабочем столе монитора ярлыка: «loader». При подключении сети Интернет загружается приложение «loader». При просмотре свойств ярлыка установлены: тип – приложение, расположение – iConnect. При просмотре папки «iConnect» установлено наличие файлов игровой системы «Champion» и файлы игр. То есть использование приложения возможно только при подключении к сети Интернет. С участием специалиста вводится числовая комбинация, проводится процесс азартных игр. Процесс аналогичный на всех компьютерах, описанный ранее.</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системный блок черного цвета, опечатанный биркой с оттиском печати «Следственный отдел по городу Уссурийск *XXXX*» с пояснительным текстом «Сервер изъят из клуба по XXXX» и 6 подписями. При подключении указанного системного блока к монитору, игровое приложение не обнаружено. Таким образом, установлено, что на жестких дисках рабочих осматриваемых системных блоков установлено программное обеспечение, содержащее в себе набор азартных игр – эмулятора игрового автомата с денежным выигрышем, в которые возможно осуществить игру с использованием логина-пароля, имеющихся кредитов на балансе игровой системы, и подключения к сети «Интернет». (т. 7 л.д. 1-20); - протоколом осмотра предметов от ДД.ММ.ГГ, в ходе которого осмотрены изъятые в ходе обыска по XXXX 7 камер. (т. 6 л.д. 189-192) - протоколом осмотра предметов от ДД.ММ.ГГ, в ходе которого осмотрены изъятые в ходе обыска по XXXX «а»: 15 компьютерных мышей, 15 клавиатур, 15 мониторов, клавиатура, мышь, монитор и видеорегистратор. (т. 8 л.д. 95-101) - протоколом осмотра документов от ДД.ММ.ГГ, в ходе которого осмотрены изъятые в ходе обыска по XXXX «а»: личные документы, принадлежащие Свидетель №1; тетрадь с записями на 24 листах с обложкой зеленого цвета, в которой на двух листах таблица с именами ФИО665, ФИО666, ФИО667, ФИО668, ФИО669, ФИО37 др., ФИО44, ФИО670, ФИО672, датами и подписями; тетрадь с записями и с обложкой в виде «кошки», в которой на листах рукописный текст с текстом «Бар Пиво 14 шт по 150 Соки 3 шт по 100, с датами от 02.08; бумажный сверток – конверт с текстом «Бокс», в котором отрезки бумаги с изображением охотника и номерами с буквы «П»; бумажный сверток – конверт с текстом «высокий 5000», в котором отрезки бумаги с изображением тигра и номерами с буквы «П»; бумажный сверток – конверт с текстом «ФИО38», в котором отрезки бумаги с изображением охотника и номерами с буквы «П»; бумажный сверток – конверт с текстом «Лариса», в котором отрезки бумаги с изображением охотника и номерами с буквы «П»; бумажный сверток – конверт с текстом «ФИО37, в котором отрезки бумаги с изображением тигра и номерами с буквы «П»; листок с рукописной записью номера телефона и именем ФИО28; листок с текстом, в том числе «XXXX»; листок с рукописными записями – отчет; два листка с номерами телефонами «ФИО31.». (т. 6 л.д. 173-182); - протокол осмотра предметов от ДД.ММ.ГГ, в ходе которого осмотрены изъятые в ходе обыска по XXXX «а»: мобильные телефоны, принадлежащие ФИО4 - мобильный телефон в корпусе черного цвета с текстом «Samsung». Имеется учетная запись «XXXX». Приложение «Телеграмм» отсутствует, однако в галерее имеются изображения из приложения «Телеграмм». В приложении «Вотсапп» удалены диалоги, однако в галерее имеются изображения из приложения «Вотсапп». В галерее имеются изображения: - фотография от ДД.ММ.ГГ акта снятия показаний расчетного прибора учета за расчетный период июль месяц 2022 г. Потребитель Свидетель №2 ПАО «ДЭК»; - скриншот от ДД.ММ.ГГ экрана с перепиской в «Вотсапп» контакт А46, в котором приглашения на розыгрыш 15000 р. 20 мая и 27 мая в 20.00 ФИО34 13А; - скриншот от ДД.ММ.ГГ экрана с отправленными сообщениями в групповом чате контактам М3, А.. «Добрый день. Приглашаем Вас при…»; - скриншот от ДД.ММ.ГГ экрана с перепиской в «Вотсапп» контакт А19, в котором приглашения на розыгрыш, лотерею 15000 р. 14 января и «сегодня» ФИО34 13А; - скриншот от ДД.ММ.ГГ экрана телефона с входящим отчетом «27,01 ФИО33 Позавчера кому: always.hot888, мне НС Ч: 103767+100000 С: 82906 ЛИМИТ: 20000 РАСХОД: ТАКСИ КС: С: 221966 С: 78906 РЕЗУЛЬТАТ Ч: -18200 С: 4000 ИТОГ: -14200 ОБЩ.ИТОГ: -14400 ЛИМИТ: 5600»; - скриншот от ДД.ММ.ГГ экрана с перепиской в «Вотсапп» контакт А82, в котором приглашения на розыгрыш, лотерею 15000 р. «сегодня» ФИО34 13А. При входе в электронную почту аккаунта мобильного телефона установлен аккаунт (электронный адрес пользователя телефона): morigan.132gmail.com. Во вкладке «Входящие» имеются сообщения от контакта «ТУР АГЕНТСТВО» с электронным адресом «XXXX», также имеется информация о втором получателе сообщений от данного контакта «always.hot888@gmail.com». Имеются входящие письма – отчеты за ДД.ММ.ГГ, ДД.ММ.ГГ, ДД.ММ.ГГ, ДД.ММ.ГГ, аналогичные отчетам, полученным ФИО10 - мобильный телефон в корпусе синего цвета с текстом «HONOR». В приложение «Телеграмм» ник пользователя «Морриган» абонентский номер XXXX. В папке «Изображения» - «Screenshot» - «tempHead» имеется изображение «1870789» с датой изменения ДД.ММ.ГГ: помещение с угловым столом коричневого цвета, над которым полка, повторяющая форму стола. Над полкой окошко квадратной формы. На столе в углу монитор компьютера. За столом в кресле находится девушка-брюнетка с волосами, собранными на затылке, в очках. Ноги согнуты в коленях, закинуты на стол. На коленях листок бумаги. Изображение с камеры, установленной над сидящей девушкой за спиной. (т. 6 л.д. 158-172) - протоколом осмотра предметов от ДД.ММ.ГГ, в ходе которого осмотрены изъятые в ходе обыска по XXXX: - мобильный телефон ФИО8 в корпусе белого цвета с сенсорным экраном в чехле. В приложении «Телеграм» имеется переписка с контактом «Баба Гадя» с абонентским номером +XXXX, согласно которой ДД.ММ.ГГ имеются сообщения о суммах переводов и подтверждении, ДД.ММ.ГГ сообщения от ФИО8 в 06:08 « Меня берут» «Срочно», в 06:10 исходящий вызов В приложении «Вотсапп» имеется переписка с Свидетель №4 (абонентский номер +XXXX – Сестра ФИО661), начинается с ДД.ММ.ГГ. 31 июля с 14:36 Свидетель №4 спрашивает у ФИО8, когда последняя придет, ФИО8 ответила, что позднее. Свидетель №4 «Ну ты мне напиши, а я девочку предупрежу чтобы открыла тебе». 01 августа 14:43 голосовое сообщение от Свидетель №4 «Если хочешь, можешь завтра в смену уже встать, получишь больше». Голосовой ответ ФИО8 в 15:26 «ну давай я вот завтра выйду с 10, как ты говоришь, там до двух, если что спишемся, если все будет хорошо, то давай я останусь, да, хорошо» 2 августа В 11.32 сообщение от ФИО8 с фотография счета XXXX от ДД.ММ.ГГ, выставленного ООО «Охранное агентство «ВекТор» за услуги охраны объекта по адресу: г. Уссурийск XXXX.за июль 2022. Далее ФИО8 спрашивает, правильно сделала, что отдала 3500 рублей, Свидетель №4 подтверждает, что правильно. В 21:43 исходящее сообщение от ФИО8 «У меня уже нет никого, я примерно уже попробовала отчет составить», далее отправила фотографии отчета с экрана компьютера. Свидетель №4 пояснила, что отчет правильный. В 21:52 голосовые сообщения от Свидетель №4 «да все правильно сделала. Отправлять только, я забыла тебе сказать, в 9 часов ровно ты должна его отправить…надо ей сказать, чтоб этот мусор вывезла она»; «ты там тоже посматривай камера не мигает, а то наблюдают, там еще послушают, чтобы говоришь» В приложении «Вотсапп» имеется переписка с контактом «Катя Автоматы» с абонентским номером +XXXX (Свидетель №3). Переписка начинается с ДД.ММ.ГГ. В 09:57 голосовое сообщение от Свидетель №3 «ФИО32, привет, это Катя, я короче опоздаю минут на 10-15. Тебя не сильно задержит?». ФИО8 отвечает, что ей в 11 на ресницы, спрашивает, успеет ли Катя. С 11:23 обсуждают рабочие смены, график работы. 19 августа в 16:52 голосовое сообщение от ФИО8 «Кать, привет, слушай, у меня к тебе просьба, мне завтра будет рано уехать. Я наверное часов в 6 уеду. Меня на свадьбу нужно, пригласили короче к сестре. Мы с ФИО654 поговорили, она не сможет, она уезжает в командировку. Вот. И. Ты не смогла бы приехать к девяти, чтобы отправить отчет мой. И ключ если что будет там за дверью возле ведра или под ведром. Там я его спрячу туда», далее фотографии, в том числе отчета. Переписка заканчивается воскресеньем; - денежные средства, перетянутые резинкой с отрезком бумаги с текстом «2800 р. Деньги ФИО8». Под резинкой находятся: 5 денежных купюр достоинством 500 рублей, 1 купюра достоинством 200 рублей, 2 купюры достоинством 50 рублей; - кошелек бордового цвета прямоугольной формы, закрывается на хлястик с металлической вставкой и магнит. Под хлястик вложен отрезок бумаги с текстом «68800 4850 касса». В кошельке два отдела. В обоих отделах находятся денежные купюры. В первом отделе 8 купюр достоинством 5000 рублей, 14 купюр достоинством 500 рублей, 21 купюра достоинством 1000 рублей, 4 купюры достоинством 200 рублей. Во втором отделе 43 купюры достоинством 100 рублей, 11 купюр достоинством 50 рублей. - полимерный пакет белого цвета, обмотанный резинкой, под которой отрезок бумаги с текстом 10 рублей – 150 рублей 15 штук, 5 рублей – 40 рублей 8 штук 2 рубля – 132 рубля 67 штук 1 рубль – 66 рублей, 66 штук 50 копеек – 2 рубля 4 штуки = 390 рублей. В пакете находятся три бумажных пакета и один полимерный пакет, каждый обмотан резинкой. В бумажном пакете с текстом 10 находятся монеты достоинством 10 рублей в количестве 150 штук. В бумажном пакете с текстом 2 находятся монеты достоинством 2 рубля в количестве 67 штук. В бумажном пакете с текстом 1 находятся монеты достоинством 1 рубль в количестве 66 штук. В полимерном пакете находятся монеты достоинством 5 рублей в количестве 8 штук и 4 монеты достоинством 50 копеек; - стопки отрезков листов, имитирующих денежные купюры достоинством 50 рублей, 500 рублей, 50 рублей, 100 рублей, 1000 рублей, 2000 рублей, 200 рублей, 5000 рублей, 200 рублей, 100 рублей, 200 рублей, 1000 рублей, обмотанные отрезками бумаги, имитирующими банковскую ленту; - 4 отрезка картона с изображением птицы и текста 1000 рублей и один отрезок картона с изображением птицы и текстом 2000 рублей, также имеется текст с именем или прозвищем, на обратной стороне в квадратиках указаны даты; - 10 отрезков картона с изображением птицы и текста 1000 и 2000 рублей, не заполнены; - отрезок бумаги с номером телефона и текстом «проверка кнопки утром 9-00 Вт, ТП (обязательно) - отрезок бумаги с текстом – 14-тизначный номер - отрезок бумаги с текстом «Перевод: +79644523974» - отрезок бумаги с текстом, 14 отрезков бумаги с номерами телефонов и именами; - связка, состоящая из металлического ключа с рукоятью из пластика черного цвета и брелока электронного замка; - блок видеорегистратора в корпусе черного цвета «I SEE», на задней части которого бирка с текстом «MODEL № JM-N9116…»; - сетевой концентратор (хаб) с разъемами для подключения цифровых устройств в корпусе зеленого цвета с текстом «D-LINK». На нижней части имеется бирка с текстом «F-Link Model №: DES-1016A… S/N: QB3A1B7001788…» - Wi-Fi роутер в корпусе белого цвета с текстом «TP-LINK». На задней части имеется бирка с текстом «TP-LINK Беспроводной маршрутизатор серии N…S/N 214С500002015» - лист бумаги с «лотерейками», на которых изображен мотоцикл; - лист бумаги формата А4, согнутый пополам, на котором имеются рукописные тексты (отчеты) от 18.08, 19.08, 20.08, 21.08, 22.08, 23.08.; - 3 листа бумаги в клетку с расчерченными черным маркером таблицами с указанием номеров с начальной буквой «К» и именами, суммами 1000, 2000, месяцами и датами август, июнь, июль, отметками в виде «V» или подписей. (результаты лотерей); - лист бумаги с номерами телефонов; - счет XXXX от ДД.ММ.ГГ Продавца: Общество с ограниченной ответственностью «Охранное Агентство «ВекТор»…Наименование Услуги охраны объекта по адресу: г. Уссурийск, XXXX (Спорт Бар), два Акта XXXX от ДД.ММ.ГГ к счету; - счет XXXX от ДД.ММ.ГГ Продавца: Общество с ограниченной ответственностью «Охранное Агентство «ВекТор»… Наименование Услуги охраны объекта по адресу: г. Уссурийск, XXXX (Спорт Бар), два Акта к счету; - 167 листов формата А4 с отпечатанными на них «лотерейками» с изображением птицы и номерами с буквой «К» -. тетрадь стандартной формы с листами в клетку на спирали, на обложке с текстом «never stop dreaming» и рукописным текстом «Бар». В тетради первые листы разлинованы, в ячейках отражены даты, суммы; - тетрадь прямоугольной формы с листами в клетку на спирали, имеются таблицы дежурств на 2х листах, в одной из которых имена Настя, ФИО32, Катя, во второй имена отсутствую, текст «к/а», «н/т», «о», лист с номерами телефонов. (т. 6 л.д. 206-240); - протоколом осмотра предметов от ДД.ММ.ГГ, в ходе которого осмотрены изъятые в ходе обыска по XXXX: 94 листа формата А4, на каждом из которых разлинованная таблица с 20 ячейками, в каждой изображен автомобиль, ячейки имеют нумерацию, начинающуюся с А1041 на первом листе, заканчивающуюся А2920 на последнем листе (лотереи); тетрадь на спирали, в которой на 6 листах пронумерованные номера, похожие на номера телефонов с XXXX до XXXX. На 22 странице рукописный текст «… XXXXcom... отчет: XXXX ….». На 61 странице две таблицы-дежурства. В верхних строках даты и дни недели, в левом столбце «Ю», «Ксю», «Ка». В первой таблице дни с 3 по 15. Под таблицей текст «Ксю 4,5х3500=15750; Б 4,5х3500=15750; Ка 4х3500=14000-5000 (Ю/д -5000 д/к)=4000; 5 денежных купюр достоинством 500 рублей; 1 денежная купюра достоинством 1000 рублей. (т. 6 л.д. 135-144); - протоколом осмотра предметов от ДД.ММ.ГГ, в ходе которого осмотрен изъятый в ходе обыска по XXXX мобильный телефон в корпусе синего цвета с сенсорным экраном. На задней панели наклеен лист бумаги с графическим кодом в виде развернутой буквы «Г», блокировка снимается путем ввода указанного графического ключа. Имя устройства Redmi 9А, IMEI1 XXXX, IMEI2 XXXX, аккаунт XXXX. В СМС-сообщениях имеются два диалога: 1) одинаковые сообщения от 111 от 03 августа и 08 августа «Ваш номер телефона XXXX»; 2) от 08 августа абоненту Г48 «Здравствуйте! Приглашаем на акцию «+100%», которая состоится сегодня 8 августа! Периоды проведения: 12:00-14:00 17:00-19:00 22:00-00:00 Добро пожаловать на Льва Толстого 7». В списке контактов множество контактов «Г» с номерами; номера телефонов без названий. Имеется контакт П1 с абонентским номером XXXX; контакт Рара с абонентским номером XXXX. В списке вызовов 21 августа имеются исходящий вызов в 17 часов 52 минуты и пропущенный вызов в 18 часов 24 минуты от контакта с абонентским номером +XXXX (Рим Ю.А.) Просматривается приложение «Телеграмм». Профиль имеет ник-нейм «XXXX» с номером +XXXX. Имеется пустой диалог с контактом «ФИО654» с абонентским номером +XXXX с именем пользователя «@Кsumon» (Свидетель №6); диалог с контактом «ФИО674» с абонентским номером +XXXX (Свидетель №7.). При просмотре контакта «Рара» установлено имя пользователя в «Телеграмм» XXXX. При входе в приложение «Gmail» обнаружены исходящие письма от «ivan ivanov» ivaivan503@gmail.com кому: always.hot888@gmail.com; vasypupkin5033@gmail.com. Письма датированы 04 августа – ДД.ММ.ГГ. В письмах содержатся ежедневные отчеты, аналогичные тем, что были обнаружены при просмотре электронной почты ФИО10 (т. 6 л.д. 120-134) - протоколом обыска от ДД.ММ.ГГ, согласно которому проведен обыск в жилище ФИО10 по адресу: Приморский край, г. Уссурийск, XXXX. В ходе обыска изъяты ноутбук, два мобильных телефона, денежные средства. (т. 7 л.д. 216-222) - протоколом осмотра предметов от ДД.ММ.ГГ, согласно которому с участием ФИО10 осмотрен ноутбук марки «Acer Aspire one» белого цвета с блоком питания, изъятый в ходе обыска по месту его жительства, в том числе с разрешения ФИО10 осмотрено содержимое электронной почты с адресом (аккаунтом) XXXX. При просмотре содержимого почтового ящика во вкладке «входящие» обнаружены электронные письма от следующих пользователей: «ivan Ivanov» («ФИО65») с электронной почтой ivaivan503@gmail.com «ФИО34» с электронной почтой turg.iv@gmail.com «ТУР АГЕНСТВО» с электронной почтой tur.agenstvo12@gmail.com Участвующий в осмотре ФИО10 пояснил, что электронный адрес «XXXX» с электронной почтой turg.iv@gmail.com относится к клубу по XXXX, электронный адрес «ТУР АГЕНСТВО» с электронной почтой XXXX относится к клубу по XXXX, электронный адрес «ivan Ivanov» («ФИО65») с электронной почтой XXXX относится к клубу по XXXX. Данные письма за период с ДД.ММ.ГГ по ДД.ММ.ГГ (датированы отчеты данными датами), как пояснил ФИО10 Письма с адреса ivan Ivanov» («ФИО65») с электронной почтой XXXX датируются с ДД.ММ.ГГ по ДД.ММ.ГГ. При просмотре вкладки «корзина» обнаружены аналогичные письма, которые содержат отчеты за разные даты июля. ФИО10 пояснил, что в название письма сверху указываются две цифры, первая из которых это число того дня – конкретной отработанной смены, а вторая цифра является числом месяца, в котором была смена. При этом ФИО10 указал, что все данные письма, которые сохранились, они за 2022 год, более ранние письма не сохранились. (т. 6 л.д. 226-231); - протоколом осмотра документов от ДД.ММ.ГГ, согласно которому с участием ФИО10 осмотрены отчеты, полученные из электронной почты ФИО10 В верхней части писем указаны наименования контактов, от которых получены письма: «XXXX», «XXXX», «ТУР АГЕНТСТВО». Письма датированы с ДД.ММ.ГГ до ДД.ММ.ГГ. Получателями от контакта «ФИО34» указаны XXXX (почтовый ящик ФИО10) и «XXXX». Получателями от контакта «Фома Тихасевич» указаны XXXX (почтовый ящик ФИО10) и «XXXX». Получателями от контакта «ТУР АГЕНТСТВО» указаны XXXX (почтовый ящик ФИО10) и «XXXX». Получателями от контакта «ivan Ivanov» указаны XXXX (почтовый ящик ФИО10) и «XXXX». Участвующий в осмотре ФИО10 пояснил, что насколько помнит, отчеты с электронного адреса «ФИО34» относились к игровому клубу, расположенному по XXXX; отчеты с электронного адреса «ТУР АГЕНТСТВО» относились к игровому клубу, расположенному по XXXX «а»; отчеты с электронного адреса «ivan Ivanov» относились к игровому клубу по XXXX. Отчеты содержат буквенные и цифровые обозначения: «НС:» («Нс»), «Ч», «С», «ЛИМИТ» («Лимит»), «РАСХОД» («Расход»), «КС» («Кс»), «Р» («Результат»), «ИТОГ» («Итог»), «ОБЩ.ИТОГ» («Общий итог»), «ВОЗВРАТ» («ВОЗВРАТ ЛИМИТА»). Участвующий в осмотре ФИО10 пояснил, что данные обозначения означают следующее: «НС:» («Нс») – кредиты на начало смены по игровым программам «Чемпион» («Ч», «Ч1») и «Суперматик» («С»), «ЛИМИТ» («Лимит») – денежные средства, постоянно находящиеся в кассе для размена, выдачи выигрыша в случае нехватки поступающих денежных средств от игроков; «РАСХОД» («Расход»)- суммы денежных средств, расходуемых на приобретение чая, кофе, конфет, оплаты услуг компьютерных специалистов, аренды, а также суммы, выделяемые на акции, розыгрыши и бонусы постоянным игрокам («карты», «по картам»), «КС» («Кс») – конец смены, где отражаются кредиты на конец смены по игровым программам «Чемпион» («Ч») и «Суперматик» («С»); «Р» («Результат», «Р-Т»)- доход по игровым программам «Чемпион» («Ч») и «Суперматик» («С»), «ИТОГ» («Итог») – общий доход от двух игровых программ, то есть те денежные средства, находящиеся в кассе клуба по результатам игорной деятельности за сутки; «ОБЩ.ИТОГ» («Общий итог») – прибыль от игровых программ (доход с расходами), «ВОЗВРАТ» («ВОЗВРАТ ЛИМИТА») – указывается сумма, возвращенная из дохода для потраченного ранее лимита. При этом конец смены в отчете является началом следующей смены. Объяснение ФИО10 информации в отчете на примере отчета: ТУРАГЕНТСТВО 31 июля, 9:01 Н.С Ч: 162792 С: 100010 ЛИМИТ: 20000 К.С Ч: 87246 С: 99710 Р: 75550 С: 300 ИТОГ 75850 ОБЩ.ИТОГ: 75850 ЛИМИТ: 20000 ФИО10 поясняет, что данный отчет на 09 часов 01 минуту ДД.ММ.ГГ. На начало смены (то есть ДД.ММ.ГГ) в программе «Чемпион» было 162792 кредитов (1 кредит=1 рублю), 100010 кредитов в программе «Суперматик». На конец смены число кредитов уменьшилось в программе «Чемпион» до 87246, в программе «суперматик» до 99710. То есть кредиты были обменены игроками на деньги и проиграны ими. Так, от игроков в «Чемпион» за сутки было получено 75550 рублей, а от игроков в «Суперматик» 300 рублей, что отражено в «Результате» (в указанном отчете отсутствует слово результат, а «Ч» - чемпион заменено на Р ошибочно). Далее в «ИТОГ» отражен доход от игроков в обеих программах в сумме 75850 рублей, учитывая, что в указанную смену отсутствовали расходы, аналогичная сумма указана и в «ОБЩЕМ ИТОГЕ». «ЛИМИТ» остался прежним – 20000 рублей в кассе, перешел на следующую смену. То есть для того, чтобы определить доход от смены необходимо смотреть на суммы, указанные в результате, сложить суммы результата от двух игровых программ, данная сумма в большинстве указана в «ИТОГ». ТУР АГЕНСТВО 01 августа, 2:08 Н.С Ч: 87246 С: 99710 ЛИМИТ: 20000 К.С Ч: 74042 С: 96675 Р:13200 С: 2300 ИТОГ 15500 ОБЩ.ИТОГ: 15500 ЛИМИТ: 20000 ФИО10 поясняет, что данный отчет на 02 часа 08 минут ДД.ММ.ГГ (видимо клуб закрывался раньше). На начало смены (то есть ДД.ММ.ГГ) в программе «Чемпион» было 87246 кредитов (1 кредит=1 рублю), 99710 кредитов в программе «Суперматик». На конец смены число кредитов уменьшилось в программе «Чемпион» до 74042, в программе «суперматик» до 96675. То есть кредиты были обменены игроками на деньги и проиграны ими. Так, от игроков в «Чемпион» за смену было получено 13200 рублей, а от игроков в «Суперматик» 2300 рублей, что отражено в «Результате» (в указанном отчете отсутствует слово результат, а «Ч» - чемпион заменено на Р ошибочно). Далее в «ИТОГ» отражен доход от игроков в обеих программах в сумме 15500 рублей, учитывая, что в указанную смену отсутствовали расходы, аналогичная сумма указана и в «ОБЩЕМ ИТОГЕ». «ЛИМИТ» остался прежним – 20000 рублей в кассе, перешел на следующую смену. В почте имеется два отчета от «ТУР АГЕНТСТВО» за ДД.ММ.ГГ, один отчет на 09 часов 21 минуту, второй на 09 часов 28 минут. Учитывать необходимо второй отчет, так как в первом кассир допустил ошибки. Так, согласно отчету «ТУР АГЕНСТВО» на ДД.ММ.ГГ. ТУР АГЕНСТВО 02 августа, 9:28 Ч: 74042 + 100000 С: 96675 ЛИМИТ: 20000 РАСХОД: 150 КАРТЫ РАСХОД: 300 ВОДА РАСХОД: 750 КАНЦЕЛЯРИЯ РАСХОД: КАРТА 6000 К.С Ч: 130293 С: 96050 Р:43700 С:600 ИТОГ44300 ОБЩ.ИТОГ: 37100 ЛИМИТ: 20000 ФИО10 поясняет, что данный отчет на 09 часов 28 минут ДД.ММ.ГГ. На начало смены (то есть ДД.ММ.ГГ) с прошлой смены в программе «Чемпион» было 74042 кредита (1 кредит=1 рублю), кроме того, им было приобретено еще 100 000 кредитов, которые добавлены в отчете; 96675 кредитов в программе «Суперматик». На конец смены число кредитов в программе «Чемпион» с учетом добавленных 100 000 кредитов составило 130293, в программе «суперматик» 96050. То есть кредиты были обменены игроками на деньги и проиграны ими. Так, от игроков в «Чемпион» за смену было получено 43700 рублей, а от игроков в «Суперматик» 600 рублей, что отражено в «Результате» (в указанном отчете отсутствует слово результат, а «Ч» - чемпион заменено на Р ошибочно). Далее в «ИТОГ» отражен доход от игроков в обеих программах в сумме 44300 рублей, учитывая, что в указанную смену имели место расходы, в «ОБЩЕМ ИТОГЕ» указана сумма за вычетом расходов из дохода в 37100 рублей. «ЛИМИТ», как он уверен, остался прежним – 20000 рублей в кассе, перешел на следующую смену, просто в указанном отчете не вместился. ТУР АГЕНСТВО 03 августа, 9:03 Ч: 130293 С: 96050 ЛИМИТ: 20000 РАСХОД: 3500 ОХРАНА РАСХОД: 6200 КОНФЕТЫ, ЧАЙ, КОФЕ, САХАР, СЛИВКИ РАСХОД: КАРТА 3000 К.С Ч: 131462 С: 94261 Р:-1150 С:1800 ИТОГ: 650 ОБЩ.ИТОГ: -12050 ЛИМИТ: 7950 ФИО10 поясняет, что данный отчет на 09 часов 03 минуты ДД.ММ.ГГ. На начало смены (то есть ДД.ММ.ГГ) с прошлой смены в программе «Чемпион» было 130293 кредита (1 кредит=1 рублю), 96050 кредитов в программе «Суперматик». На конец смены число кредитов в программе «Чемпион» составило 131462, то есть увеличилось, в программе «суперматик» 94261. То есть кредиты обменивались игроками на деньги, в программе «суперматик» были проигрыши, в программе «чемпион» выигрыш, поэтому сумма кредитов увеличилась. Так, за смену с учетом выигрыша игроков в «Чемпион» клуб от указанной программы доход не получил, а от игроков в «Суперматик» поступило в доход 1800 рублей, что отражено в «Результате» (в указанном отчете отсутствует слово результат, а «Ч» - чемпион заменено на Р ошибочно). Далее в «ИТОГ» отражен доход от игроков в сумме 650 рублей, учитывая, что в указанную смену имели место расходы, выигрыш, «ОБЩЕМ ИТОГЕ» указана сумма с минусом, то есть -12050. «ЛИМИТ» составил 7950 рублей, поскольку из него брались деньги на расходы и выдачу выигрыша. ТУР АГЕНСТВО 04 августа, 8:56 Ч: 131462 С: 94261 ЛИМИТ: 7950+12050+42000 РАСХОД: 6000 К.С Ч: 126368 С: 94561 Р:5100 С:-300 ИТОГ: 4800 ОБЩ.ИТОГ: -1200 ЛИМИТ: 20000 ВОЗВРАТ ЛИМИТА: 40800 ФИО10 поясняет, что данный отчет на 08 часов 56 минут ДД.ММ.ГГ. На начало смены (то есть ДД.ММ.ГГ) с прошлой смены в программе «Чемпион» было 131462 кредита (1 кредит=1 рублю), 94261 кредит в программе «Суперматик». В связи с тратой лимита в прошлую смену им было добавлено в лимит 12050 рублей до 20000 рублей, кроме того добавлено еще 42000 рублей в лимит, возможно, планировались какие-то крупные расходы. Также указан расход в сумме 6000 рублей. На конец смены число кредитов в программе «Чемпион» составило 126368, в программе «суперматик» 94561. То есть кредиты обменивались игроками на деньги, в программе «чемпион» были проигрыши, в программе «суперматик» выигрыш, поэтому сумма кредитов увеличилась. Так, за смену от игроков в «Чемпион» было получено 5100 рублей, с учетом выигрыша игроков в «Суперматик» дохода не было, указано -300 рублей, что отражено в «Результате» (в указанном отчете отсутствует слово результат, а «Ч» - чемпион заменено на Р ошибочно). Далее в «ИТОГ» отражен доход от игроков в обеих программах в сумме 4800 рублей, учитывая, что в указанную смену имели место расходы, выигрыш, «ОБЩЕМ ИТОГЕ» указана сумма с минусом, то есть -1200. «ЛИМИТ» остался 20000 рублей, 40800 рублей, переданные для лимита были ему-ФИО10 возвращены. ТУР АГЕНСТВО 16 августа, 9:12 НС Ч1: 240301 Ч2: 0 С: 95762 ЛИМИТ: 7300+12700+44000 РАСХОД: 2000 КАРТА РАСХОД:450 ВОДА РАСХОД: 200 СИС АДМИН КС Ч1: 253425 Ч2: -44000 С: 95262 РЕЗУЛЬТАТ Ч1: 30900 Ч2: -44000 С: 500 ИТОГ: -12600 ОБЩ.ИТОГ: -15250 ВОЗВРАТ ЛИМИТА: 28750 ЛИМИТ: 20000 ФИО10 поясняет, что данный отчет на 09 часов 12 минут ДД.ММ.ГГ. Ч1 и Ч2 это программа «Чемпион». В связи с тем, что продолжительный период, предшествующий данному дню, на указанной программе были постоянные крупные выигрыши, данная программа была перезапущена. Ч1 после перезапуска, Ч2 до перезапуска.(где минус – это старая программа, с плюсом новая) На Ч1 доход в 30900 рублей, на Ч2 выигрыш игрока, то есть был выплачен выигрыш игроку в 44000 рублей, также доход был от «суперматик» в сумме 500 рублей. Далее в протоколе отражена информация о датах и времени отчетов и суммах дохода путем анализа «РЕЗУЛЬТАТА» Чемпиона и Суперматик соответственно по каждому электронному адресу поочередно. ТУР АГЕНТСТВО ДД.ММ.ГГ в 08 часов 59 минут результат 1950 и 0, ИТОГ 1950 рублей ДД.ММ.ГГ в 08 часов 52 минуты результат 71450 и 0 ИТОГ 71450 рублей ДД.ММ.ГГ в 09 часов 11 минут результат 65550 и 0 ИТОГ 65550 рублей ДД.ММ.ГГ в 09 часов 31 минуту результат 23200 и 0 ИТОГ 23200 рублей ДД.ММ.ГГ в 08 часов 12 минут 1650 и 300 ИТОГ 1950 рублей ДД.ММ.ГГ в 08 часов 50 минут результат 42800 и 350 ИТОГ 43150 рублей ДД.ММ.ГГ в 09 часов 05 минут результат -102400 и 0 ИТОГ -102400 рублей (ФИО10 пояснил, что был один большой выигрыш, или несколько выигрышей на данную общую сумму, дохода в этот день не было) ДД.ММ.ГГ в 09 часов 11 минут результат 19400 и -2150 ИТОГ 17250 рублей ДД.ММ.ГГ в 09 часов 01 минуту РЕЗУЛЬТАТ Ч: -11600 С: 300 ИТОГ -11300 рублей (то есть доход был в сумме 300 рублей на «Суперматике», на «Чемпионе» был выигрыш игроком или игроками) ДД.ММ.ГГ в 08 часов 54 минуты результат -14200 и 0 ИТОГ -14200 рублей, то есть дохода не было ДД.ММ.ГГ в 09 часов 06 минут результат -11700 и 0 ИТОГ -11700 рублей, то есть дохода не было ДД.ММ.ГГ в 08 часов 52 минуты результат доход только на «Суперматик» 500 рублей (анализ выше) ДД.ММ.ГГ в 09 часов 02 минуты результат 23500 и 0 ИТОГ 43500 рублей ДД.ММ.ГГ в 14 часов 48 минут результат -34550 и 0 ИТОГ -34550 рублей, то есть дохода не было ДД.ММ.ГГ в 08 часов 44 минуты результат 170500 и 400 ИТОГ 170900 рублей ДД.ММ.ГГ в 09 часов 36 минут результат 34600 и 3200 ИТОГ 37800 рублей ДД.ММ.ГГ в 09 часов 00 минут результат 59000 и 0 ИТОГ 59000 рублей ДД.ММ.ГГ в 08 часов 59 минут результат 3250 и 0 ИТОГ 3250 рублей ФИО34 ДД.ММ.ГГ 09 часов 04 минуты результат 18086 и 0 ИТОГ 18086 рублей ДД.ММ.ГГ 02 часа 24 минуты результат 46481 и 0 ИТОГ 46481 рубль ДД.ММ.ГГ 08 часов 58 минут результат 36782 и 0 ИТОГ 36783 рубля ДД.ММ.ГГ 09 часов 08 минут результат 43444 и 0 ИТОГ 43444 рубля ДД.ММ.ГГ 09 часов 11 минут результат 7006 и 0 ИТОГ 7006 рублей ДД.ММ.ГГ 09 часов 32 минуты результат -147145 и 0 ИТОГ -147145 (дохода не было) ДД.ММ.ГГ 09 часов 00 минут результат 52423 и 0 ИТОГ 52423 рубля ДД.ММ.ГГ 09 часов 22 минуты результат -1320 и 0 ИТОГ -1320 (дохода нет) ДД.ММ.ГГ 09 часов 06 минут результат -3339 и 0 ИТОГ -3339 (дохода нет) ДД.ММ.ГГ 09 часов 08 минут результат 2495 и 0 ИТОГ 2495 рублей ДД.ММ.ГГ 09 часов 00 минут результат 24907 и 0 ИТОГ 24907 рублей ДД.ММ.ГГ 09 часов 10 минут результат 95562 и 0 ИТОГ 95562 рубля ДД.ММ.ГГ 09 часов 07 минут результат 6225 и 0 ИТОГ 6225 рублей ДД.ММ.ГГ 09 часов 15 минут результат 64258 и 0 ИТОГ 64258 рублей ДД.ММ.ГГ 09 часов 18 минут результат 41122 и 0 ИТОГ 41122 рублей ДД.ММ.ГГ 09 часов 17 минут результат 12667 и 0 ИТОГ 12667 рублей ДД.ММ.ГГ 09 часов 48 минут результат Ч1:-39050 Ч2 17386 С 0 ИТОГ 17386 рублей (со слов ФИО10 именно это был доход, Ч1 уже не работал) ДД.ММ.ГГ 09 часов 25 минут результат 86546 и 0 ИТОГ 86546 рублей ДД.ММ.ГГ 09 часов 00 минут результат 45191 и 0 ИТОГ 45191 рублей ДД.ММ.ГГ 09 часов 44 минуты результат 16067 и 0 ИТОГ 16067 рублей ДД.ММ.ГГ 09 часов 10 минут результат 28100 и 0 ИТОГ 28100 рублей ДД.ММ.ГГ 09 часов 03 минуты результат 32460 и 0 ИТОГ 32460 рублей ДД.ММ.ГГ 09 часов 03 минуты результат 5745 и 0 ИТОГ 5745 рублей ivan ivanov ДД.ММ.ГГ 09 часов 05 минут результат 28400 и 0 ИТОГ 28400 рублей ДД.ММ.ГГ 08 часов 44 минуты результат -13100 и 0 ИТОГ -13100 рублей, то есть дохода нет ДД.ММ.ГГ 09 часов 09 минут результат -26963 и 1843 ИТОГ -25113 рублей, то есть доход от «суперматика» 1843 ДД.ММ.ГГ 08 часов 48 минут результат 28800 и 5700 ИТОГ 34500 рублей ДД.ММ.ГГ 08 часов 56 минут результат 49144 и 5000 ИТОГ 54144 рублей ДД.ММ.ГГ 09 часов 01 минута результат 12650 и 400 ИТОГ 13050 рублей ДД.ММ.ГГ 09 часов 41 минута результат 56640 и 3500 ИТОГ 60150 рублей ДД.ММ.ГГ 08 часов 27 минут результат 8250 и -2400 ИТОГ 5850, то есть доход от «Чемпиона» 8250 рублей ДД.ММ.ГГ 08 часов 59 минут результат 81100 и 1300 ИТОГ 82400 рублей ДД.ММ.ГГ 08 часов 52 минуты результат 33648 и 1850 ИТОГ 35498 рублей ДД.ММ.ГГ 09 часов 00 минут результат 21200 и 700 ИТОГ 21900 рублей ДД.ММ.ГГ 08 часов 35 минут результат -13276 и 0 ИТОГ -13276 рублей, т.е. дохода нет ДД.ММ.ГГ 08 часов 58 минут результат 94700 и 12250 ИТОГ 106950 рублей ДД.ММ.ГГ 08 часов 39 минут результат 19000 и -50 ИТОГ 18950 рублей, т.е. доход от «чемпиона» 19000 рублей ДД.ММ.ГГ 08 часов 50 минут результат 11450 и 8400 ИТОГ 19850 рублей ДД.ММ.ГГ 08 часов 59 минут результат -5650 и 600 ИТОГ -5050, т.е. доход от «суперматика» 600 рублей ДД.ММ.ГГ 09 часов 03 минуты результат 71600 и 50 ИТОГ 71650 рублей ДД.ММ.ГГ 08 часов 47 минут результат 16918 и 6871 ИТОГ 23789 рублей ДД.ММ.ГГ 09 часов 05 минут результат -1850 и 1200 ИТОГ -650 рублей, т.е. доход от «суперматика» 1200 рублей Отчеты, содержавшиеся в корзине электронной почты ФИО10 ТУР АГЕНТСТВО ДД.ММ.ГГ в 09 часов 01 минута результат 33650 и -300, ИТОГ 33359 рублей, доход от «Чемпиона» 33650 рублей ДД.ММ.ГГ в 08 часов 50 минут результат 3950 и -300 ИТОГ 3650 рублей, доход от «Чемпиона» 3950 рублей ДД.ММ.ГГ в 08 часов 59 минут результат 54600 и 500 ИТОГ 55100 рублей ДД.ММ.ГГ в 09 часов 04 минуты результат 13450 и 1000 ИТОГ 14450 рублей ДД.ММ.ГГ в 08 часов 54 минуты результат 206550 и 0 ИТОГ 206550 рублей ДД.ММ.ГГ в 09 часов 01 минуту результат 115200 и 1300 ИТОГ 116500 рублей ДД.ММ.ГГ в 09 часов 01 минуту результат 46800 и 650 ИТОГ 47450 рублей ДД.ММ.ГГ в 08 часов 48 минут результат 87750 и 2000 ИТОГ 89750 рублей ДД.ММ.ГГ в 08 часов 49 минут результат 44350 и 0 ИТОГ 44350 рублей ДД.ММ.ГГ в 09 часов 00 минут результат 30400 и 0 ИТОГ 30400 рублей ДД.ММ.ГГ в 08 часов 41 минуту результат 71100 и -2500 ИТОГО 68600, доход от «Чемпиона» 71100 рублей ДД.ММ.ГГ в 08 часов 50 минут результат 77850 и 500 ИТОГ 78350 рублей ДД.ММ.ГГ в 08 часов 50 минут результат -38500 и 300 ИТОГ -38200, то есть доход от «суперматик» 300 рублей ДД.ММ.ГГ в 08 часов 54 минуты результат 47250 и 0 ИТОГ 47250 рублей ДД.ММ.ГГ в 08 часов 59 минут результат 39400 и 0 ИТОГ 39400 рублей ДД.ММ.ГГ в 08 часов 53 минуты результат 13250 и 0 ИТОГ 13250 рублей ДД.ММ.ГГ в 08 часов 45 минут результат 150 и 0 ИТОГ 150 рублей ДД.ММ.ГГ в 09 часов 03 минуты результат -3100 и 3050 ИТОГ -50, то есть доход от «суперматик» 3050 рублей ДД.ММ.ГГ в 08 часов 56 минут результат 72300 и 1000 ИТОГ 73300 рублей ДД.ММ.ГГ в 08 часов 39 минут результат -5500 и 350 ИТОГ -5150 рублей, то есть доход от «суперматик» 350 рублей ДД.ММ.ГГ отчет отсутствует. (ФИО10 пояснил, что, возможно, не работал клуб) ДД.ММ.ГГ в 08 часов 44 минуты результат -5550 и 0 ИТОГ -5550, то есть дохода нет ДД.ММ.ГГ в 09 часов 00 минут результат -3850 и 950 ИТОГ -2900, то есть доход от «суперматик» 950 рублей ДД.ММ.ГГ в 08 часов 57 минут результат 62150 и 2000 ИТОГ 64150 рублей ДД.ММ.ГГ в 12 часов 58 минут результат 93050 и -200 ИТОГ 92850, то есть доход от «чемпион» 93050 рублей ДД.ММ.ГГ в 09 часов 00 минут результат -6550 и – 1700 ИТОГ -8250, то есть дохода нет ДД.ММ.ГГ в 07 часов 52 минуты результат 118550 и 1200 ИТОГ 119750 рублей ДД.ММ.ГГ в 09 часов 34 минуты результат 24750 и 0 ИТОГ 24750 рублей ДД.ММ.ГГ в 08 часов 58 минут результат 27450 и 0 ИТОГ 27450 рублей ФИО34 ДД.ММ.ГГ в 09 часов 06 минут результат 33105 и 500, ИТОГ 33605 рублей ДД.ММ.ГГ в 09 часов 07 минут результат 17931 и 0 ИТОГ 17931 рублей ДД.ММ.ГГ в 09 часов 02 минуты результат 16820 и 0 ИТОГ 16820 рублей ДД.ММ.ГГ в 09 часов 06 минут результат -46951 и 0 ИТОГ -46951, то есть дохода нет ДД.ММ.ГГ в 09 часов 10 минут результат -6399 и - ИТОГ -6399, то есть дохода нет ДД.ММ.ГГ в 09 часов 16 минут результат 18244 и 0 ИТОГ 18244 рублей ДД.ММ.ГГ в 09 часов 00 минут результат 58795 и - ИТОГ 58795 рублей ДД.ММ.ГГ в 09 часов 09 минут результат 21204 и 0 ИТОГ 21204 рублей ДД.ММ.ГГ в 09 часов 13 минут результат 20383 и 0 ИТОГ 20383 рублей ДД.ММ.ГГ в 08 часов 59 минут результат 14298 и - ИТОГ 14298 рублей ДД.ММ.ГГ в 09 часов 22 минуты результат -27262 и 0 ИТОГО -27262, то есть дохода нет ДД.ММ.ГГ в 09 часов 46 минут результат Ч1 239571 Ч2 24768 С 0 ИТОГ -214804, то есть доход от «чемпион» 24768 рублей ДД.ММ.ГГ в 09 часов 00 минут результат 17211 и - ИТОГ 17211 рублей ДД.ММ.ГГ в 09 часов 25 минут результат 70803 и 0 ИТОГ 70803 рублей ДД.ММ.ГГ в 09 часов 08 минут результат 77950 и 0 ИТОГ 77950 рублей ДД.ММ.ГГ в 09 часов 02 минуты результат 92681 и 0 ИТОГ 92681 рублей ДД.ММ.ГГ в 09 часов 12 минут результат 86156 и 0 ИТОГ 86156 рублей ДД.ММ.ГГ в 09 часов 25 минут результат 128378 и 0 ИТОГ 128378 рублей ДД.ММ.ГГ в 09 часов 38 минут результат 43118 и 0 ИТОГ 43118 рублей ДД.ММ.ГГ в 09 часов 43 минуты результат 47147 и 0 ИТОГ 47147 рублей ДД.ММ.ГГ в 09 часов 01 минуту результат 4504 и 0 ИТОГ 4504 рублей ДД.ММ.ГГ в 09 часов 14 минут результат 144966 и -1052 ИТОГ 143914, то есть доход от «чемпион» 144966 рублей ДД.ММ.ГГ в 09 часов 32 минуты результат 23268 и 0 ИТОГ 23268 рублей ДД.ММ.ГГ в 09 часов 11 минут результат 114785 и 0 ИТОГ 114785 рублей ДД.ММ.ГГ в 09 часов 33 минуты результат 31699 и 0 ИТОГ 31699 рублей ДД.ММ.ГГ в 09 часов 12 минут результат 81727 и 0 ИТОГ 81727 рублей ДД.ММ.ГГ в 09 часов 17 минут результат 2005 и 0 ИТОГ 2005 рублей ДД.ММ.ГГ в 10 часов 40 минут результат -5332 и 0 ИТОГ -5332, то есть дохода нет ДД.ММ.ГГ в 09 часов 30 минут результат 5618 и 1000 ИТОГ 6618 рублей. (т. 6 л.д. 232-242) - протоколом осмотра предметов от ДД.ММ.ГГ, в ходе которого осмотрены изъятые в ходе обыска по XXXX: два видеорегистратора марок «МНК», и «@Jhua». (т. 8 л.д. 95-101) - протоколом осмотра предметов от ДД.ММ.ГГ, согласно которому осмотрены мобильные телефоны, изъятые в ходе обыска по месту жительства ФИО10: 1) мобильный телефон в корпусе черного цвета с сенсорным экраном в накладном чехле. Телефон в режиме «авиа», настройки времени смещены. При осмотре содержимого мобильного телефона просматриваются список телефонных соединений, список диалогов и звонков в мобильном приложении «Вотсапп», список СМС-сообщений, галерея. Приложение «Телеграмм» отсутствует. В настройках просматривается информация о телефоне: Имя устройства Redmi Note 7, IMEI1 XXXX, IMEI2 XXXX, аккаунт XXXX. В «галерее» большое количество личных фотографий, кроме того имеется изображение чека по операции сбербанк от ДД.ММ.ГГ сумма операции 10300 отправитель VISA CLASSIC****XXXX получатель № карты ****XXXX телефон получателя +XXXX получатель платежа ФИО6 М; две фотографии паспорта Свидетель №5, ДД.ММ.ГГ года рождения от ДД.ММ.ГГ; 18 фотографий листов со списками номеров телефонов от ДД.ММ.ГГ. В СМС-сообщениях информации, имеющей значение, не обнаружено Просматривается содержимое приложения «Вотсапп». Профиль с именем «XXXX», абонентский номер +XXXX. Имеется личная переписка, кроме того имеется сообщение от контакта «Морриган» с абонентским номером +XXXX от ДД.ММ.ГГ «»Добрый день. Приглашаем Вас принять участие в розыгрыше 15000 т.р. Который состоится сегодня 12.08 в 20.00. добро ПОЖАЛОВАТЬ. XXXX». Более информации, имеющей значение для уголовного дела, не содержится. 2) мобильный телефон в корпусе синего цвета с сенсорным экраном в накладном чехле. Телефон в режиме «авиа», настройки времени смещены. При осмотре содержимого мобильного телефона просматриваются список телефонных соединений, список диалогов и звонков в мобильном приложении «Вотсапп», список СМС-сообщений, галерея. Приложение «Телеграмм» отсутствует. В настройках просматривается информация о телефоне: Имя устройства указано иероглифами, модель устройства «mi 6» IMEI1 XXXX, IMEI2 XXXX. В «галерее» большое количество личных фотографий. При входе в приложении Google Фото установлен аккаунт XXXX с именем XXXX. Просматривается содержимое приложения «Вотсапп». Профиль с именем иероглифами, абонентский номер +XXXX. Имеется личная переписка. Более информации, имеющей значение для уголовного дела, не содержится (т. 8 л.д. 1-12); - протоколом осмотра предметов (документов) от ДД.ММ.ГГ, согласно которому осмотрены денежные средства, изъятые в ходе обыска по месту жительства ФИО10: всего купюр достоинством 5000 рублей количеством 89 штук на общую сумму 445000 рублей (т. 8 л.д. 17-20); - протоколом обыска от ДД.ММ.ГГ, согласно которому проведен обыск по месту жительства ФИО4, в ходе которого изъяты: документы, мобильный телефон «NOKIA». (т. 7 л.д. 27-35); - протоколом осмотра предметов и документов от ДД.ММ.ГГ, согласно которым осмотрено изъятое в ходе обыска по месту жительства ФИО4: - двойной листок из тетради в клетку, на котором с двух сторон в столбцы написаны комбинации чисел – номера телефонов. - счет ПАО «Дальневосточная энергетическая компания» покупателю Свидетель №2 Адрес…Приморский край, г. Уссурийск, XXXXа; счет-фактура ПАО «Дальневосточная энергетическая компания» покупатель Свидетель №2 Адрес…Приморский край, г. Уссурийск, XXXXа - мобильный телефон марки «NOKIA» в корпусе темно-серого цвета с кнопками черного цвета с прямоугольным экраном. Под крышкой блок питания, на корпусе наклейка с текстом «NOKIA IMEI: XXXX…». В телефон установлена сим-карта с номером XXXX 0. Телефон включается путем нажатия на кнопку включения. Телефон в рабочем состоянии. При просмотре содержимого телефона установлено наличие смс-сообщения от службы МТС с номером «111», в котором имеется текст «Ваш номер телефона +XXXX. В списке контактов всего один контакт АП с абонентским номером +XXXX. (т. 7 л.д. 38-43) - протоколом осмотра предметов и документов от ДД.ММ.ГГ, согласно которым осмотрено изъятое в ходе обыска по месту жительства ФИО4: - лист формата А4 с рукописным текстом – список мобильных телефонов. На одной стороне телефоны в три ряда, на второй стороне в 1 ряд - счет XXXX от ДД.ММ.ГГ Продавца: Общество с ограниченной ответственностью «Охранное Агентство «ВекТор»…Покупатель: ФИО16… Наименование Услуги охраны объекта по адресу: г. Уссурийск, XXXX а (Спорт Бар), согласно договора XXXX от ДД.ММ.ГГ. за июнь 2021 г… Сумма 3 500,00; два Акта XXXX от ДД.ММ.ГГ Исполнитель Общество с ограниченной ответственностью «Охранное Агентство «ВекТор»… Заказчик ФИО16, Приморский край, XXXX XXXX Паспорт: Серия XXXX выдан ОУФМС России по ПК в Кировском муниципальном районе от ДД.ММ.ГГ Тел. XXXX Основание По счету XXXX от ДД.ММ.ГГ Наименование работ, услуг Услуги охраны объекта по адресу: г. Уссурийск, XXXX а (Спорт Бар), согласно договора XXXX от ДД.ММ.ГГ. за июнь 2021 г …Сумма 3 500,00… - счет XXXX от ДД.ММ.ГГ об оплате услуг ООО «Охранное Агентство «ВекТор», покупатель: ФИО16: услуги охраны объекта по адресу: г. Уссурийск, XXXX а (Спорт Бар), за июль 2021 XXXX 3 500,00; два Акта XXXX от ДД.ММ.ГГ об исполнении услуги охраны по адресу: г. Уссурийск, XXXX а (Спорт Бар), по договору XXXX от ДД.ММ.ГГ за июль 2021 г. на сумму 3 500,00 руб. - счет XXXX от ДД.ММ.ГГ об оплате услуг ООО «Охранное Агентство «ВекТор», покупатель: ФИО16: услуги охраны объекта по адресу: г. Уссурийск, XXXX а (Спорт Бар), за ноябрь 2021 XXXX 3 500,00; два Акта XXXX от ДД.ММ.ГГ об исполнении услуги охраны по адресу: г. Уссурийск, XXXX а (Спорт Бар), по договору XXXX от ДД.ММ.ГГ за ноябрь 2021 г. на сумму 3 500,00 руб. - счет XXXX от ДД.ММ.ГГ об оплате услуг ООО «Охранное Агентство «ВекТор», покупатель: ФИО16: услуги охраны объекта по адресу: г. Уссурийск, XXXX а (Спорт Бар), за декабрь 2021 XXXX 3 500,00; два Акта XXXX от ДД.ММ.ГГ об исполнении услуги охраны по адресу: г. Уссурийск, XXXX а (Спорт Бар), по договору XXXX от ДД.ММ.ГГ за декабрь 2021 г. на сумму 3 500,00 руб. - счет XXXX от ДД.ММ.ГГ об оплате услуг ООО «Охранное Агентство «ВекТор», покупатель: ФИО16: услуги охраны объекта по адресу: г. Уссурийск, XXXX а (Спорт Бар), за январь 2022 XXXX 3 500,00; два Акта XXXX от ДД.ММ.ГГ об исполнении услуги охраны по адресу: г. Уссурийск, XXXX а (Спорт Бар), по договору XXXX от ДД.ММ.ГГ за январь 2022 г. на сумму 3 500,00 руб. - счет XXXX от ДД.ММ.ГГ об оплате услуг ООО «Охранное Агентство «ВекТор», покупатель: ФИО16: услуги охраны объекта по адресу: г. Уссурийск, XXXX а (Спорт Бар), за февраля 2022 XXXX 3 500,00; два Акта XXXX от ДД.ММ.ГГ об исполнении услуги охраны по адресу: г. Уссурийск, XXXX а (Спорт Бар), по договору XXXX от ДД.ММ.ГГ за февраля 2022 г. на сумму 3 500,00 руб. - счет XXXX от ДД.ММ.ГГ об оплате услуг ООО «Охранное Агентство «ВекТор», покупатель: ФИО16: услуги охраны объекта по адресу: г. Уссурийск, XXXX а (Спорт Бар), за март 2022 XXXX 3 500,00; два Акта XXXX от ДД.ММ.ГГ об исполнении услуги охраны по адресу: г. Уссурийск, XXXX а (Спорт Бар), по договору XXXX от ДД.ММ.ГГ за март 2022 г. на сумму 3 500,00 руб. - счет XXXX от ДД.ММ.ГГ об оплате услуг ООО «Охранное Агентство «ВекТор», покупатель: ФИО16: услуги охраны объекта по адресу: г. Уссурийск, XXXX а (Спорт Бар), за апрель 2022 XXXX 3 500,00; два Акта XXXX от ДД.ММ.ГГ об исполнении услуги охраны по адресу: г. Уссурийск, XXXX а (Спорт Бар), по договору XXXX от ДД.ММ.ГГ за апрель 2022 г. на сумму 3 500,00 руб. - счет XXXX от ДД.ММ.ГГ об оплате услуг ООО «Охранное Агентство «ВекТор», покупатель: ФИО16: услуги охраны объекта по адресу: г. Уссурийск, XXXX а (Спорт Бар), за май 2022 XXXX 3 500,00; два Акта XXXX от ДД.ММ.ГГ об исполнении услуги охраны по адресу: г. Уссурийск, XXXX а (Спорт Бар), по договору XXXX от ДД.ММ.ГГ за май 2022 г. на сумму 3 500,00 руб. - счет XXXX от ДД.ММ.ГГ об оплате услуг ООО «Охранное Агентство «ВекТор», покупатель: ФИО16: услуги охраны объекта по адресу: г. Уссурийск, XXXX а (Спорт Бар), за июнь 2022 XXXX 3 500,00; два Акта XXXX от ДД.ММ.ГГ об исполнении услуги охраны по адресу: г. Уссурийск, XXXX а (Спорт Бар), по договору XXXX от ДД.ММ.ГГ за июнь 2022 г. на сумму 3 500,00 руб. - счет XXXX от ДД.ММ.ГГ об оплате услуг ООО «Охранное Агентство «ВекТор», покупатель: ФИО16: услуги охраны объекта по адресу: г. Уссурийск, XXXX а (Спорт Бар), за июль 2022 XXXX 3 500,00; два Акта XXXX от ДД.ММ.ГГ об исполнении услуги охраны по адресу: г. Уссурийск, XXXX а (Спорт Бар), по договору XXXX от ДД.ММ.ГГ за июль 2022 г. на сумму 3 500,00 руб. - счет-фактура XXXX от ДД.ММ.ГГ ПАО «Дальневосточная энергетическая компания» грузополучатель и его адрес Свидетель №2 …Приморский край, г. Уссурийск, XXXXа; - счет XXXX от ДД.ММ.ГГ продавец ПАО «Дальневосточная энергетическая компания» Покупатель: Свидетель №2 …Приморский край, г. Уссурийск, XXXXа… Период: январь 2022 - ведомость потребления электрической энергии за период с ДД.ММ.ГГ до ДД.ММ.ГГ договор XXXX от ДД.ММ.ГГ Свидетель №2…магазин г. Уссурийск, XXXXА - акт XXXX приема-передачи электрической энергии Потребитель Свидетель №2 дата составления ДД.ММ.ГГ к договору XXXX от ДД.ММ.ГГ - Счет XXXX от ДД.ММ.ГГ продавец ПАО «Дальневосточная энергетическая компания» Покупатель: Свидетель №2 …Приморский край, г. Уссурийск, XXXXа… Период: май 2021, к которому прикреплен кассовый чек Филиала ПАО ДЭК Дальэнергосбыт договор 6200 Принято от ФИО36 Наименование покупателя Свидетель №2 г. Уссурийск, XXXX назначение платежа март 2021 итого: 12300,00 руб.; - счет-фактура XXXX от ДД.ММ.ГГ ПАО «Дальневосточная энергетическая компания» грузополучатель и его адрес Свидетель №2 …Приморский край, г. Уссурийск, XXXXа; - ведомость потребления электрической энергии за период с ДД.ММ.ГГ до ДД.ММ.ГГ договор XXXX от ДД.ММ.ГГ Свидетель №2…магазин г. Уссурийск, XXXXА; - акт сверки взаимных расчетов XXXX от ДД.ММ.ГГ Потребитель Свидетель №2 - акт XXXX приема-передачи электрической энергии Потребитель Свидетель №2 дата составления ДД.ММ.ГГ к договору XXXX от ДД.ММ.ГГ - Счет XXXX от ДД.ММ.ГГ продавец ПАО «Дальневосточная энергетическая компания» Покупатель: Свидетель №2 …Приморский край, г. Уссурийск, XXXXа… Период: август 2021, к которому прикреплен кассовый чек Филиала ПАО ДЭК Дальэнергосбыт договор 6200 Принято от касса Наименование покупателя Свидетель №2 г. Уссурийск, XXXX назначение платежа июнь 2021 итого: 12000,00 руб. ; - счет-фактура XXXX от ДД.ММ.ГГ ПАО «Дальневосточная энергетическая компания» грузополучатель и его адрес Свидетель №2 …Приморский край, г. Уссурийск, XXXXа; - ведомость потребления электрической энергии за период с ДД.ММ.ГГ до ДД.ММ.ГГ договор XXXX от ДД.ММ.ГГ Свидетель №2…магазин г. Уссурийск, XXXXА; - акт сверки взаимных расчетов XXXX от ДД.ММ.ГГ Потребитель Свидетель №2 - акт XXXX приема-передачи электрической энергии Потребитель Свидетель №2 дата составления 30 июнь 2021 к договору XXXX от 01.11.2020 - Счет XXXX от ДД.ММ.ГГ продавец ПАО «Дальневосточная энергетическая компания» Покупатель: Свидетель №2 …Приморский край, г. Уссурийск, XXXXа… Период: сентябрь 2021, к которому прикреплен кассовый чек Филиала ПАО ДЭК Дальэнергосбыт договор 6200 Принято от касса Наименование покупателя Свидетель №2 г. Уссурийск, XXXX назначение платежа июль 2021 итого: 8800,00 руб. ; - счет-фактура XXXX от ДД.ММ.ГГ ПАО «Дальневосточная энергетическая компания» грузополучатель и его адрес Свидетель №2 …Приморский край, г. Уссурийск, XXXXа; - ведомость потребления электрической энергии за период с ДД.ММ.ГГ до ДД.ММ.ГГ договор XXXX от ДД.ММ.ГГ Свидетель №2…магазин г. Уссурийск, XXXXА; - акт XXXX приема-передачи электрической энергии Потребитель Свидетель №2 дата составления 31 июль 2021 к договору XXXX от 01.11.2020 - Счет XXXX от ДД.ММ.ГГ продавец ПАО «Дальневосточная энергетическая компания» Покупатель: Свидетель №2 …Приморский край, г. Уссурийск, XXXXа… Период: июль 2021, к которому прикреплен кассовый чек Филиала ПАО ДЭК Дальэнергосбыт договор 6200 Принято от касса Наименование покупателя Свидетель №2 г. Уссурийск, XXXX назначение платежа май 2021 итого: 4500,00 руб. ; - счет-фактура XXXX от ДД.ММ.ГГ ПАО «Дальневосточная энергетическая компания» грузополучатель и его адрес Свидетель №2 …Приморский край, г. Уссурийск, XXXXа; - ведомость потребления электрической энергии за период с ДД.ММ.ГГ до ДД.ММ.ГГ договор XXXX от ДД.ММ.ГГ Свидетель №2…магазин г. Уссурийск, XXXXА; - акт XXXX приема-передачи электрической энергии Потребитель Свидетель №2 дата составления 31 май 2021 к договору XXXX от 01.11.2020 - счет-фактура XXXX от ДД.ММ.ГГ ПАО «Дальневосточная энергетическая компания» грузополучатель и его адрес Свидетель №2 …Приморский край, г. Уссурийск, XXXX, к которой прикреплен кассовый чек Филиала ПАО ДЭК Дальэнергосбыт договор 6200 Принято от касса Наименование покупателя Свидетель №2 г. Уссурийск, XXXX назначение платежа январь 2022 итого: 39000,00 руб.; - Счет XXXX от ДД.ММ.ГГ продавец ПАО «Дальневосточная энергетическая компания» Покупатель: Свидетель №2 …Приморский край, г. Уссурийск, XXXXа… Период: февраль 2022; - ведомость потребления электрической энергии за период с ДД.ММ.ГГ до ДД.ММ.ГГ договор XXXX от ДД.ММ.ГГ Свидетель №2…магазин г. Уссурийск, XXXXА; - акт сверки взаимных расчетов XXXX от ДД.ММ.ГГ Потребитель Свидетель №2 - акт XXXX приема-передачи электрической энергии Потребитель Свидетель №2 дата составления ДД.ММ.ГГ к договору XXXX от ДД.ММ.ГГ. (т. 7 л.д. 44-61); - протоколом обыска от ДД.ММ.ГГ, согласно которому проведен обыск в жилище ФИО7 по адресу: Приморский край, г. Уссурийск, XXXX, в ходе которого изъяты: два мобильных телефона, денежные средства. (т. 7 л.д. 108-114); - протоколом осмотра предметов от ДД.ММ.ГГ, согласно которому осмотрены предметы, изъятые в ходе обыска по месту жительства ФИО7: 1) мобильный телефон Redmi Note 8 Pro, IMEI1 XXXX, IMEI2 XXXX, аккаунт XXXX. В «галерее» большое количество личных фотографий, кроме того имеется изображение от ДД.ММ.ГГ с двумя бирками (лотерейки), на каждой из которых изображена чайка, на одной текст 1000 рублей, на второй 2000 рублей; изображение от ДД.ММ.ГГ с двумя лотерейками – чайки и номера XXXX, XXXX; фотография руки с маникюром, держащей электронное устройство для курения (аналогичная фотография имеется в телефоне Свидетель №4 в переписке последней с контактом «ФИО654»). В списках вызовов имеются входящие и исходящие соединения с контактом «Настенька» с абонентским номером +XXXX (номер Свидетель №4). В приложении «Телеграмм» профиль имеет ник-нейм «ФИО654» Аккаунт +XXXX. Имеются входящие и исходящие соединения в ноябре 2020 с контактом «Морриган» - абонентский номер не указан, имеется диалог с контактом «ФИО29» с абонентским номером +XXXX (номер ФИО4) переписка с 2021 года. Сообщения в переписке в основном личного характера. Имеется пересланный контакт ФИО48 Охрана с номерами XXXX, XXXX (Свидетель №15 – директор ООО «Охранное агентство «ВекТор») от «ФИО29». В приложении «Вотсапп» профиль с именем «ФИО654» и изображением женской ноги, под пяткой мужской кулак, абонентский номер +XXXX, имеется личная переписка, кроме того переписка с контактом «ФИО29» (ФИО4), начинается с ДД.ММ.ГГ, много личных сообщений. ДД.ММ.ГГ сообщение от ФИО12 «ФИО29 ну что там с девочкой?». Ответ от контакта ФИО29 (голосовое) «Ага. Она до сих порне звонила ей, она так и не звонит, не перезванивает. Мне кажется, она с ФИО29 рванула на море, потому что они обе сегодня выходные. А ФИО30 сегодня работает». Аналогичная переписка имеется в телефоне ФИО4 ДД.ММ.ГГ исходящее сообщение от ФИО12 контакту «XXXX» «Позвони папе». При просмотре информации об аккаунте установлено название аккаунта Google «ФИО686» с электронным адресом «XXXX». Имеются входящие сообщения электронной почты от аккаунта «XXXX» с адресом электронной почты «XXXX». Копии сообщений направляются на электронный адрес «XXXX». Во входящих сообщениях имеются отчеты с указанного электронного адреса за август 2022, аналогичные тем, что были осмотрены в электронной почте ФИО10 2) мобильный телефон марки «NOKIA» прямоугольной формы с закругленными краями в корпусе темно-серого цвета с кнопками черного цвета с прямоугольным экраном. Телефон не включается. Под крышкой блок питания, на корпусе наклейка с текстом «NOKIA IMEI: XXXX…». В телефон установлена сим-карта с номером 8XXXX 6. Данный телефон аналогичный тому, что был изъят в ходе обыска по месту жительства ФИО4 (т. 7 л.д. 117-130); - протоколом осмотра предметов (документов) от ДД.ММ.ГГ, согласно которому осмотрены предметы, изъятые в ходе обыска по месту жительства ФИО7, в том числе: денежные купюры: 1 достоинством 5000 рублей; 2 достоинством 1000 рублей; 4 достоинством 100 рублей; 1 достоинством 50 рублей; купюра с текстом «100 YUAN». (т. 7 л.д. 131-137); - протоколом обыска от ДД.ММ.ГГ, согласно которому проведен обыск в автомобиле, принадлежащем ФИО7, в ходе которого изъяты документы. (т. 7 л.д. 140-145); - протокол осмотра документов от ДД.ММ.ГГ, согласно которому осмотрены документы, изъятые в ходе обыска автомобиля ФИО7:</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лист бумаги формата А4 с рукописным текстом, сложенный в 4 раза. На листе отражена информация, похожая на отчеты в электронной почте ФИО10 за 2.01, 3.01, 4.01, 5.01, 6.01, 7.01, 8.01, 9.01, 12.01, 13.01, 14.01, 15.01, 16.01, 19.01. 2.01 Нс. Ч: 53116 С: 56534 Карта: 2000 1000 2000 Лимит 20000 3.01 Н.С.Ч: 52467 С: 56634 Лимит: 20000 4.01 Н.с. Ч: 49894 С: 5643ДД.ММ.ГГ 1000 500 Лимит 20000 5.01 Н.С Ч: 45018+100000 С: 5723ДД.ММ.ГГ 3000 150 Лимит 20000 6.01 НС Ч: 142271 С: 57844 Карта 500 500 Лимит: 20000 7.01 Н.с.: Ч: 136718 С: 56894 Лимит: 20000 Карта: 500 8.01 Н.С. Ч: 126211 С: 54887 Лимит 20000 Карта 500 1000 500 1000 9.01 Н.С.: Ч: 114274 С: 52152 Лимит: 20000 Карта 1500 12.01 Нс Ч: 114474 С: 49657 Лимит 20000 Карта: 500 1000 1000 1000 13.01 Н.С, Ч: 87351 С: 44608 Лимит: 20000 Расход: 2500 (кофе, сливки) Карта 1000 500 1000 1000 1000 14.01 Н.С. Ч: 84385 С: 34960 Лимит 20000 Карта: 1000 15.01. НС Ч: 85518 С: 28660 Лимит: 20000 Карта 300 200 2000 300 150 200 16.01 Н.С. Ч: 83121 С: 26410 Лимит: 20000 19.01 Н.С. Ч: 84727 С: 28510 Лимит: 20000 Расход: 2000 (кружки) Карта: 1000 1000 500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два Акта XXXX от ДД.ММ.ГГ об исполнении услуги охраны ООО «Охранное Агентство «ВекТор» по адресу: г. Уссурийск, XXXX а (Спорт Бар), по договору XXXX от ДД.ММ.ГГ за январь 2022 г. на сумму 3 500,00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два Акта XXXX от ДД.ММ.ГГ об исполнении услуги охраны ООО «Охранное Агентство «ВекТор» по адресу: г. Уссурийск, XXXX а (Спорт Бар), по договору XXXX от ДД.ММ.ГГ за февраль 2022 г. на сумму 3 500,00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два Акта XXXX от ДД.ММ.ГГ об исполнении услуги охраны ООО «Охранное Агентство «ВекТор» по адресу: г. Уссурийск, XXXX а (Спорт Бар), по договору XXXX от ДД.ММ.ГГ за март 2022 г. на сумму 3 500,00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два Акта XXXX от ДД.ММ.ГГ об исполнении услуги охраны ООО «Охранное Агентство «ВекТор» по адресу: г. Уссурийск, XXXX а (Спорт Бар), по договору XXXX от ДД.ММ.ГГ за апрель 2022 г. на сумму 3 500,00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два Акта XXXX от ДД.ММ.ГГ об исполнении услуги охраны ООО «Охранное Агентство «ВекТор» по адресу: г. Уссурийск, XXXX а (Спорт Бар), по договору XXXX от ДД.ММ.ГГ за май 2022 г. на сумму 3 500,00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два Акта XXXX от ДД.ММ.ГГ об исполнении услуги охраны ООО «Охранное Агентство «ВекТор» по адресу: г. Уссурийск, XXXX а (Спорт Бар), по договору XXXX от ДД.ММ.ГГ за октябрь 2021 г. на сумму 3 500,00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два Акта XXXX от ДД.ММ.ГГ об исполнении услуги охраны ООО «Охранное Агентство «ВекТор» по адресу: г. Уссурийск, XXXX а (Спорт Бар), по договору XXXX от ДД.ММ.ГГ за ноябрь 2021 г. на сумму 3 500,00 руб.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два Акта XXXX от ДД.ММ.ГГ об исполнении услуги охраны ООО «Охранное Агентство «ВекТор» по адресу: г. Уссурийск, XXXX а (Спорт Бар), по договору XXXX от ДД.ММ.ГГ за декабрь 2021 г. на сумму 3 500,00 руб.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Счет XXXX от ДД.ММ.ГГ об исполнении услуги охраны ООО «Охранное Агентство «ВекТор» по адресу: г. Уссурийск, XXXX а (Спорт Бар), по договору XXXX от ДД.ММ.ГГ за октябрь 2021 г. на сумму 3 500,00 руб.</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Счет XXXX от ДД.ММ.ГГ об исполнении услуги охраны ООО «Охранное Агентство «ВекТор» по адресу: г. Уссурийск, XXXX а (Спорт Бар), по договору XXXX от ДД.ММ.ГГ за ноябрь 2021 г. на сумму 3 500,00 руб.</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Счет XXXX от ДД.ММ.ГГ об исполнении услуги охраны ООО «Охранное Агентство «ВекТор» по адресу: г. Уссурийск, XXXX а (Спорт Бар), по договору XXXX от ДД.ММ.ГГ за декабрь 2021 г. на сумму 3 500,00 руб.</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Счет XXXX от ДД.ММ.ГГ об исполнении услуги охраны ООО «Охранное Агентство «ВекТор» по адресу: г. Уссурийск, XXXX а (Спорт Бар), по договору XXXX от ДД.ММ.ГГ за январь 2022 г. на сумму 3 500,00 руб.</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Счет XXXX от ДД.ММ.ГГ об исполнении услуги охраны ООО «Охранное Агентство «ВекТор» по адресу: г. Уссурийск, XXXX а (Спорт Бар), по договору XXXX от ДД.ММ.ГГ за февраль 2022 г. на сумму 3 500,00 руб.</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Счет XXXX от ДД.ММ.ГГ об исполнении услуги охраны ООО «Охранное Агентство «ВекТор» по адресу: г. Уссурийск, XXXX а (Спорт Бар), по договору XXXX от ДД.ММ.ГГ за март 2022 г. на сумму 3 500,00 руб.</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Счет XXXX от ДД.ММ.ГГ об исполнении услуги охраны ООО «Охранное Агентство «ВекТор» по адресу: г. Уссурийск, XXXX а (Спорт Бар), по договору XXXX от ДД.ММ.ГГ за апрель 2022 г. на сумму 3 500,00 руб.</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Счет XXXX от ДД.ММ.ГГ об исполнении услуги охраны ООО «Охранное Агентство «ВекТор» по адресу: г. Уссурийск, XXXX а (Спорт Бар), по договору XXXX от ДД.ММ.ГГ за май 2022 г. на сумму 3 500,00 руб. (т. 7 л.д. 146-158); - протоколом обыска от ДД.ММ.ГГ, согласно которому проведен обыск по месту жительства Рим Ю.А. по адресу: г. Уссурийск, XXXX, в ходе которого изъяты документы. (т. 7 л.д. 167-171); - протокол осмотра предметов и документов от ДД.ММ.ГГ, согласно которому осмотрены документы, изъятые по месту жительства Рим Ю.А.: - договор XXXX о предупреждении и пресечении правонарушений и преступлений с помощью тревожной сигнализации от ДД.ММ.ГГ, заключенный между ООО «Охранное агентство «ВекТор» и Рим Ю. А.. Предмет договора «По настоящему договору Исполнитель принимает на себя обязательство осуществить выезд экипажа Группы быстрого реагирования при срабатывании «Тревожной кнопки», установленной в помещении Заказчика, находящегося по адресу: г. Уссурийск, XXXX (компьютерный салон)». Договор на 6 листах, на последнем листе информация о сторонах, оттиск печати ООО «ВекТор». 7ой лист приложение XXXX к договору XXXX от ДД.ММ.ГГ. 8ой лист акт приема-передачи оборудования к договору XXXX от 01.08.2022 - договор аренды нежилого помещения от ДД.ММ.ГГ, заключенный между Свидетель №9 и Рим Ю. А., об аренде нежилого помещения, расположенного по адресу: Приморский край, г. Уссурийск, XXXX. Договор на 4 листах, на последнем листе подписи сторон (т. 7 л.д. 186-194) - протоколом обыска от ДД.ММ.ГГ, согласно которому проведен обыск в автомобиле Рим Ю.А., в ходе которого изъяты предметы и документы (т. 7 л.д. 200-204) - протоколом осмотра предметов и документов от ДД.ММ.ГГ, согласно которому осмотрены документы, изъятые в автомобиле Рим Ю.А., в том числе кассовый чек по договору об оплате услуг ПАО «ДЭК» по адресу: г. Уссурийск, XXXX. (т. 7 л.д. 205-209); - протоколом обыска от ДД.ММ.ГГ, согласно которому проведен обыск в жилище Свидетель №4 по адресу: Приморский край, г. Уссурийск, XXXX. В ходе обыска изъят мобильный телефон. (т. 8 л.д. 41-45); - протоколом осмотра предметов от ДД.ММ.ГГ, согласно которому осмотрен мобильный телефон, изъятый в ходе обыска по месту жительства Свидетель №4 В ходе осмотра установлено наличие переписки в приложении «Вотсапп» с ФИО8, содержимое аналогичное имеющемуся в телефоне ФИО8, осмотренном ранее. Имеется переписка с контактами «Кс», «Ксюха личный» (ФИО12). ДД.ММ.ГГ ФИО12 спрашивает о девочке (ФИО92), Свидетель №4 спрашивает, можно ли взять аванс, напоминает про сахар и кофе. ФИО12 разрешает взять аванс. 19 августа Свидетель №4 спрашивает о сахаре и чае, ФИО12 ответила, что забыла. 19 мая Свидетель №4 сообщает о том, что взяла и кассы 550 на бензин, будет ехать обратно, завезет. ФИО12 ответила, что вложила, что Свидетель №4 будет ей должна указанные деньги. Имеются сообщения личного характера. В приложении «Вотсапп» имеется переписка между Свидетель №4 и контактом «Катя Краснозн» (Свидетель №3) с абонентским номером XXXX. Переписка начинается с 24 июля. Общение о том, что задерживаются, меняются сменами, обсуждают игроков, Свидетель №4 жалуется, что ввиду отсутствия третьего кассира, ей трудно совмещать работу кассира и мастера маникюра. ДД.ММ.ГГ голосовое сообщение от Свидетель №4 «ФИО687, приветик, я там девочку нашла. Она завтра придет к тебе на стажировку. Часика два пусть посидит там с тобой. Я ей сказала, ты ей вкратце объяснишь че-кого. А в понедельник она ко мне придет, будет сидеть. Я думаю, что уже во вторник, если она нормальная, во вторник можно её поставить на пол дня». ДД.ММ.ГГ голосовое сообщение от Свидетель №4 « Катюш, там девочка эта ФИО32 подъедет где-то через минут 30 приедет, запустишь ее, она такая темненькая»; голосовое сообщение от Свидетель №3 «че-то она как-то поздно, людей у нас особо нету. Это надо идти, когда люди есть. Ну в принципе только два человека»; голосовое сообщение от Свидетель №4 «Ты ей так, в общем расскажи, систему расскажи, как заходить, как снять, карты объясни. Завтра пусть приходит ко мне с утра, будет со мной там сидеть» ДД.ММ.ГГ голосовое от Свидетель №3 «Настюха, привет, а ты можешь номер ФИО32 скинуть, пожалуйста». Свидетель №4 отправляет контакт «ФИО32» с абонентским номером &lt;***&gt;. Далее разговаривают о подменах друг друга по сменам. (т. 8 л.д. 48-67); - протоколом осмотра предметов от ДД.ММ.ГГ, в ходе которого осмотрены изъятые в ходе обыска по XXXX «а»: 1 купюра номиналом 1000 рублей; 22 купюры номиналом 500 рублей; 3 купюры номиналом 200 рублей; 12 купюр номиналом 50 рублей; 61 купюра номиналом 100 рублей. То есть всего денежные средства на сумму 19 300 рублей. (т. 6 л.д. 183-188); - постановлением от ДД.ММ.ГГ, согласно которому 15 дисков с результатами ОРД, признаны и приобщены к материалам уголовного дела в качестве вещественных доказательств. (т. 5 л.д. 170-171); - постановлением от ДД.ММ.ГГ, согласно которому: - 10 мобильных телефонов; - ноутбук; - два видеорегистратора марок «МНК», и «@Jhua»; - системный блок в корпусе черного цвета; - 16 системных блоков игровых компьютеров, 16 мониторов игровых компьютеров, 16 клавиатур и 16 компьютерных мышей игровых компьютеров; - 5 камер видеонаблюдения; - монитор «pview» (S/N XXXX) из комнаты оператора-кассира; - системный блок; - монитор «Samsung» (S/N XXXX), клавиатура, компьютерная мышь, видеорегистратор «JM» (XXXXHА6-1); - мониторы в количестве 15 штук из игрового зала; - системные блоки в количестве 15 штук из игрового зала; - клавиатуры в количестве 15 штук из игрового зала; - компьютерные мыши в количестве 15 штук из игрового зала; - блок видеорегистратора; - сетевой концентратор (хаб) с разъемами для подключения цифровых устройств; - Wi-Fi роутер; - 15 игровых компьютеров в сборе из системного блока, монитора, компьютерной мыши и клавиатуры; - системный блок, монитор, компьютерная мышь и клавиатура; - денежные средства: 1 купюра номиналом 1000 рублей, 22 купюры номиналом 500 рублей, 3 купюры номиналом 200 рублей, 12 купюр номиналом 50 рублей, 61 купюра номиналом 100 рублей - всего денежных средств на сумму 19 300 рублей; - денежные средства: 5 денежных купюр достоинством 500 рублей, 1 купюра достоинством 200 рублей, 2 купюры достоинством 50 рублей, кошелек бордового цвета с денежными средствами: 8 купюр достоинством 5000 рублей, 14 купюр достоинством 500 рублей, 21 купюра достоинством 1000 рублей, 4 купюры достоинством 200 рублей, 43 купюры достоинством 100 рублей, 11 купюр достоинством 50 рублей; монеты: достоинством 10 рублей в количестве 150 штук, достоинством 2 рубля в количестве 67 штук, достоинством 1 рубль в количестве 66 штук, достоинством 5 рублей в количестве 8 штук, 4 монеты достоинством 50 копеек; - 5 денежных купюр достоинством 500 рублей; 1 денежная купюра достоинством 1000 рублей; - денежные средства: 1 достоинством 5000 рублей; 2 достоинством 1000 рублей; 4 достоинством 100 рублей; 1 достоинством 50 рублей; денежные средства, изъятые у ФИО10, а именно 89 купюр достоинством 5000 рублей на общую сумму 445 000 рублей; - 4 бумажных свертка с номерными бумажками (лотереями); - 5 листков с рукописным текстом; - две тетради с записями; - стопка отрезков листов, имитирующих денежные купюры достоинством 50 рублей, стопка отрезков листов, имитирующих денежные купюры достоинством 500 рублей, стопка отрезков листов, имитирующих денежные купюры достоинством 50 рублей, стопка отрезков листов, имитирующих денежные купюры достоинством 100 рублей, стопка отрезков листов, имитирующих денежные купюры достоинством 1000 рублей, стопка отрезков листов, имитирующих денежные купюры достоинством 2000 рублей, стопка отрезков листов, имитирующих денежные купюры достоинством 200 рублей, стопка отрезков листов, имитирующих денежные купюры достоинством 5000 рублей, стопка отрезков листов, имитирующих денежные купюры достоинством 200 рублей, стопка отрезков листов, имитирующих денежные купюры достоинством 100 рублей, стопка отрезков листов, имитирующих денежные купюры достоинством 200 рублей, стопка отрезков листов, имитирующих денежные купюры достоинством 1000 рублей, 4 отрезка картона с изображением птицы и текста 1000 рублей и один отрезок картона с изображением птицы и текстом 2000 рублей; 10 отрезков картона с изображением птицы и текста 1000 и 2000 рублей; отрезок бумаги с номером телефона; отрезок бумаги с текстом, отрезок бумаги с текстом, отрезок бумаги с текстом; 14 отрезков бумаги с номерами телефонов и именами; - связка, состоящая из металлического ключа с рукоятью из пластика черного цвета и брелока электронного замка; -лист бумаги с «лотерейками», 2 листа бумаги с текстом передаваемых отчетов, 3 листа бумаги в клетку с результатами лотерей; лист бумаги с номерами телефонов; - 167 листов формата А4 с отпечатанными «лотерейками» с изображением птицы и номерами с буквой «К»; - тетрадь с листами в клетку на спирали; тетрадь; - 94 листа формата А4 с лотерейками; - тетрадь на спирали с текстом; - двойной листок с номерами телефонов; - лист с номерами телефонов; - купюра с текстом «100 YUAN»; лист бумаги формата А4; - 2 счета и 4 акта ООО «Охранное Агентство «ВекТор»; - счет ПАО «Дальневосточная энергетическая компания» в адрес Свидетель №2 за помещение по XXXX; - 11 счетов и 22 акта ООО «Охранное Агентство «Вектор» за услуги охраны помещения, расположенного по адресу: г. Уссурийск, XXXX «а»; - счет-фактура, ведомость потребления электрической энергии, счет, акт приема-передачи электроэнергии, счет, счет-фактура, ведомость потребления электроэнергии, акт сверки взаимных расчетов, акт, счет, счет-фактура, ведомость потребления электроэнергии, акт сверки взаимных расчетов, акт приема-передачи, счет, счет-фактура, ведомость потребления электроэнергии, акт, счет, счет-фактура, ведомость потребления электроэнергии, акт, счет-фактура, счет, ведомость потребления электроэнергии, акт сверки, акт – все документы в адрес Свидетель №2 за помещение по XXXX; - 16 актов ООО «Охранное Агентство «ВекТор» на услуги охраны помещения по адресу: г. Уссурийск, XXXX; - 8 счетов ООО «Охранное Агентство «ВекТор» на услуги охраны помещения по адресу: г. Уссурийск, XXXX; - договор аренды помещения по адресу: г. Уссурийск, XXXX от имени Рим Ю.А.; - кассовый чек по договору об оплате услуг ПАО «ДЭК» по адресу: г. Уссурийск, XXXXа; - документы обвиняемой Свидетель №1; признаны и приобщены к материалам уголовного дела в качестве вещественных доказательств. (т. 8 л.д. 102-106); Собранная совокупность доказательств, согласующихся между собой и признанных судом достоверными, позволяют суду сделать вывод о том, что вина подсудимых ФИО4, ФИО7 и Рим Ю.А. в совершении преступления при обстоятельствах, изложенных в описательной части приговора, доказана и нашла свое подтверждение в судебном заседании. Нарушений уголовно-процессуального закона при проведении следственных действий суд не усматривает и не находит оснований, предусмотренных ст. 75 УПК РФ , для признания результатов следственных действий и письменных доказательств, представленных стороной государственного обвинения и приведенных в описательно-мотивировочной части приговора, недопустимыми. Суд полагает, что время и место совершения подсудимыми инкриминируемого им деяния, органами предварительного следствия установлены правильно и объективно подтверждены как показаниями самих подсудимых так и свидетелей и письменными материалами дела. При этом показания подсудимых о фактах мест расположения игорных заведений, их работы, появления нового игорного заведения по адресу: г. Уссурийск, XXXX, проведения в них азартных игр, обеспечения заведений расходными материалами и получения дохода от незаконной игорной деятельности подтверждаться показаниями всех свидетелей, оглашенными в судебном заседании. Данные показания согласуются между собой, с материалами дела, они логичны, последовательны, согласуются между собой и объективно подтверждены письменными доказательствами, оглашенными и исследованными в судебном заседании, в том числе протоколами следственных действий и материалами ОРМ, приведенными выше. Свидетели обвинения перед проведением допросов предупреждались об уголовной ответственности за дачу заведомо ложных показаний, оснований для оговора подсудимых с их стороны, в судебном заседании не установлено. Результаты оперативно-розыскных мероприятий судом оцениваются в совокупности с иными доказательствами по делу и принимаются судом при постановлении приговора, поскольку они получены в соответствии с требованиями закона и свидетельствуют о наличии у подсудимых умысла на совершение инкриминируемого преступления, соответственно, сформировавшегося независимо от деятельности сотрудников оперативных подразделений, а также о проведении ими всех подготовительных действий, необходимых для совершения противоправных деяний. Содержание протоколов следственных действий соответствует положениям действующего уголовно-процессуального законодательства, каких-либо существенных нарушений закона, которые могли бы служить основанием для признания их недопустимыми доказательствами, в судебном заседании не выявлено. Все доказательства, исследованные в судебном заседании и положенные в основу обвинительного приговора в отношении подсудимых, признаются судом относимыми, допустимыми, полученными в установленном уголовно-процессуальным законом порядке, достоверность которых не вызывает сомнений у суда и в своей совокупности – достаточными для разрешения данного уголовного дела. Оценивая показания подсудимых ФИО4, ФИО7 и Рим Ю.А., данные в судебном заседании, а также их оглашенные показания, суд принимает во внимание, что они в целом не отрицали организацию и проведение азартных игр в специально оборудованных помещениях, с использованием компьютерной техники, оснащенной игровыми программами вне игровой зоны, с использованием информационно-телекоммуникационных сетей, в том числе сети "Интернет". При этом, вопреки доводам подсудимых, квалифицирующий признак, вмененный ФИО4, ФИО7 и Рим Ю.А., а именно «совершение преступления организованной группой» также был подтверждён в ходе судебного следствия. В обвинении указано, что об устойчивости и сплоченности указанной организованной преступной группы, свидетельствуют: - значительный временной промежуток совместного осуществления незаконной игорной деятельности, а именно с ДД.ММ.ГГ по ДД.ММ.ГГ; - тесная взаимосвязь между организатором незаконной игорной деятельности и исполнителями, согласованность их действий; - иерархическая структура управления; - общность целей и задач, заключавшихся в организации и проведении азартных игр, сопряженных с извлечением дохода, подкрепленных осознанием того, что успешное достижение преступного результата может быть обеспечено только совместными усилиями; - наличие корыстной цели – получение денежных доходов от преступной деятельности, а также расширение сферы и объемов такой деятельности, систематическое увеличение преступных доходов; - наличием единой системы конспирации преступной деятельности; - устойчивостью, выражавшейся в стабильности и постоянстве основного состава организованной преступной группы в лице организатора и исполнителей. Указанные выше пункты фактически были подтверждены подсудимыми при их допросах в ходе предварительного следствия и не отрицались в судебных заседаниях. Так значительный временной промежуток совместного осуществления незаконной игорной деятельности, в период с ДД.ММ.ГГ по ДД.ММ.ГГ подтверждён подсудимыми. Согласно материалами дела ФИО10, организовал первое игорное заведение, которое было расположено по адресу: г. Уссурийск, XXXX «А», куда, сначала на должность администратора-кассира, а затем в должности «старшей» по заведению устроилась ФИО4, где работала в период с ДД.ММ.ГГ по ДД.ММ.ГГ. В дальнейшем, в период с ДД.ММ.ГГ по ДД.ММ.ГГ, для развития своего дела, ФИО10 организовал новое игорное заведение, расположенное по адресу: г. Уссурийск, XXXX, куда, на должность «старшей» по заведению пригласил ранее ему знакомую, в том числе и по организации незаконной игорной деятельности ФИО7, которая в период с ДД.ММ.ГГ по ДД.ММ.ГГ приняла активное участие в совершении преступления Продолжая реализовывать свой преступный умысел на развитие сети незаконных игорных заведений, ФИО10, в период с ДД.ММ.ГГ по ДД.ММ.ГГ, при помощи Рим Ю.А., которая с ДД.ММ.ГГ работала администратором-кассиром в игорном заведении, расположенном по адресу: г. Уссурийск, XXXX, нашел помещение, расположенное по адресу: г. Уссурийск, XXXX, где организовал третье игорное незаконное игорное заведение. При этом «старшей» в указанном заседании с ДД.ММ.ГГ являлась Рим Ю.А. Согласно показаниям подсудимых ФИО4, ФИО7 и Рим Ю.А., они не знали о наличии иных игорных заведений, кроме тех, в которых они были «старшими», за исключением Рим Ю.А., которая последовательно работала сначала в заведении по адресу: XXXX, а затем начала работать в заведении по адресу: XXXX, которое и нашла по заданию ФИО10 для организации игорного клуба. Кроме того, они регулярно передавали выручку игорных заведений ФИО10, а также снабжали игорные заведения расходными материалами и продуктами питания, обеспечивали, через ФИО10 исправность задействованной компьютерной техники. Все вышеуказанное подтверждает все вышеперечисленные признаки наличия между ФИО10, ФИО4, ФИО7 и Рим Ю.А. организованной группы, а именно: - длительная, совместная работа подсудимых, направленная на обеспечение получения преступного дохода от деятельности игорных заведений; - длительность и постоянство состава группы, которая постепенно пополнялась с расширением числа игорных заведений; - наличие иерархической структуры группы с ФИО10 во главе ее; - наличием системы конспирации, связанной с безымянностью самих игорных заведений, отсутствия каких-либо признаков на фасадах зданий, о том, что находится за их дверьми, закрытость игорных заведений от подозрительных для реализации целей группы лиц, стремление избежать огласки открытия и действия новых игорных заведений от, в том числе, посторонних для организованной группы лиц. Указанные обстоятельства описали в своих показаниях все подсудимые. Также они подтверждаются многочисленными материалами ОРМ, запечатлевшие ряд встреч подсудимых с ФИО10, их общения на организационные темы, передачи денежных средств, вырученных за игорную деятельность. В совокупности со свидетельскими показаниями и письменными материалами дела суд полагает, что факт организации и проведение азартных игр с использованием игрового оборудования вне игорной зоны, с использованием информационно-телекоммуникационных сетей, в том числе сети "Интернет", а также умысел подсудимых на их организацию и проведение нашли свое подтверждение в судебном заседании. О том, деятельность по организации и проведению азартных игр может осуществляться исключительно в игорных заведениях, соответствующих требованиям; о том, что деятельность по организации и проведению азартных игр с использованием информационно-телекоммуникационных сетей, в том числе сети "Интернет", а также средств связи, в том числе подвижной связи, запрещена, за исключением случаев приема интерактивных ставок и выплаты по ним выигрышей организаторами азартных игр в букмекерских конторах и (или) тотализаторах в соответствии со статьей 14.2 Федерального закона; игорные заведения (за исключением букмекерских контор, тотализаторов, их пунктов приема ставок) могут быть открыты исключительно в игорных зонах в порядке, установленном Федеральным законом; а право осуществлять деятельность по организации и проведению азартных игр в одной игорной зоне без ограничения количества и вида игорных заведений предоставляется на основании разрешения; о том, что игорная зона "Приморье" создана на территории Артемовского городского округа и осознавая, что адреса, где были устроены игорные заведения, не имеют статуса игорных зон, подсудимые знали достоверно и не оспаривали в судебном заседании, что организация и проведение данной деятельности вне игорной зоны являлись не законными. В судебном заседании установлено, что ФИО10, ФИО4, ФИО7 и Рим Ю.А. знакомы между собой, о чем они сами свидетельствовали как в ходе предварительного так и судебного следствия. Кроме того ими подробно описан процесс организации организованной группы, процесс руководства, детали осуществления деятельности, связанной с нахождением помещений, их оборудованием соответствующей техникой, подбор персонала, снабжение необходимыми материалами и продуктами питания, в том числе для гостей заведений, о попытках соблюдения условий конспирации, о систематической отчетности вырученных от деятельности денежных средств. Подсудимые ФИО4, ФИО7 и Рим Ю.А. подробно сообщили о преступной связи между ними и ФИО10, являвшегося организатором дела и руководителем группы, а также по выполнению его указаний в рамках их совместной деятельности. Оценивая доказательства в их совокупности, суд приходит к выводу о том, что участие подсудимых ФИО10, ФИО4, ФИО7 и Рим Ю.А. в организованной преступной группе, совершение инкриминированного им преступления, нашло свое подтверждение в судебном заседании. Суд пришел к убеждению, что указанная группа характеризовалась стабильностью состава, наличием руководителя и его подчиненных, устойчивостью, сплоченностью и тесной взаимосвязью ее участников, распределением ролей и выполнением постоянных функций, планированием преступной деятельности, разработкой мер конспирации, внутренней групповой дисциплиной и отношениями подчиненности, наличием единой преступной цели по организации и проведению азартных игр вне игорной зоны, с использованием информационно-телекоммуникационных сетей, в том числе сети "Интернет". Указанная преступная группа действовала длительный период времени, начиная ДД.ММ.ГГ по ДД.ММ.ГГ, при этом постепенно расширяясь. Указанные обстоятельства следуют из материалов уголовного дела, показаний подсудимых и свидетелей, характеризовалась наличием технической оснащенности, средств связи и компьютерной техники, используемых для совершения преступлений, соблюдением мер конспирации в целях затруднения обнаружения ее преступной деятельности и обеспечения безопасности, корыстным умыслом на совершение преступления. Указанные выше обстоятельства свидетельствуют о том, что подсудимые непосредственно участвовали в выполнении объективной стороны инкриминируемого им преступления, выполняя отведенную каждому из них роль в составе организованной группы. Таким образом, суд считает, что квалифицирующий признак "организованной группой" в действиях каждого подсудимого по инкриминированному каждому преступлению нашел свое подтверждение в судебном заседании совокупностью исследованных по делу доказательств. Содержание протоколов следственных действий соответствует положениям действующего уголовно-процессуального законодательства, каких-либо существенных нарушений закона, которые могли бы служить основанием для признания их недопустимыми доказательствами, в судебном заседании не выявлено. Все доказательства, исследованные в судебном заседании и положенные в основу обвинительного приговора в отношении подсудимых, признаются судом относимыми, допустимыми, полученными в установленном уголовно-процессуальным законом порядке, достоверность которых не вызывает сомнений у суда и в своей совокупности – достаточными для разрешения данного уголовного дела. Помимо этого, суд полагает доказанным также и квалифицирующий признак «сопряженные с извлечением дохода в крупном размере». Согласно примечанию к ст. 171.2 УК РФ доходом в крупном размере признается доход, сумма которого превышает один миллион пятьсот тысяч рублей. Согласно заключению специалиста XXXX от ДД.ММ.ГГ общая сумма дохода от функционирования незаконных игровых клубов по адресам: г. Уссурийск, XXXX, д. ДД.ММ.ГГ537 рублей. Таким образом, полученная сумма незаконного дохода о деятельности указанных выше игорных заведений, превышает сумму, приведенную в примечании к статье 171.2 УК РФ . При этом подсудимыми указанная сумма не оспаривается. С учетом изложенного выше суд соглашается с юридической оценкой, предложенной органами предварительного расследования, и квалифицирует действия ФИО4, ФИО7 и Рим Ю.А. по ч. 3 ст. 171.2 УК РФ – организация и проведение азартных игр вне игорной зоны, с использованием информационно-телекоммуникационных сетей, в том числе сети «Интернет», за исключением случаев приема интерактивных ставок организаторами азартных игр в букмекерских конторах и (или) тотализаторах, сопряженные с извлечением дохода в крупном размере, совершенные организованной группой. При назначении вида и меры наказания, суд учитывает характер совершенных подсудимыми преступлений, степень их общественной опасности, личность подсудимых. Подсудимыми ФИО4, ФИО7 и Рим Ю.А. совершено преступление, которое относится в соответствии со ст. 15 УК РФ к категории тяжких. Подсудимая ФИО4 впервые привлекается к уголовной ответственности, не военнообязанная, имеет постоянное место жительства и регистрации, на учетах у врачей психиатра и нарколога ГБУЗ «КПБ XXXX» не состоит, по месту жительства участковым уполномоченным ОМВД России по г. Уссурийску охарактеризована удовлетворительно, по месту работы в ООО «Бизнес-центр Развитие» характеризуется положительно, имеет на иждивении троих несовершеннолетних детей, супругу ФИО4 - ФИО43 установлена инвалидность первой группы. Подсудимая ФИО7 впервые привлекается к уголовной ответственности, не военнообязанная, имеет постоянное место жительства и регистрации, на учетах у врачей психиатра и нарколога ГБУЗ «КПБ XXXX» не состоит, имеет на иждивении несовершеннолетнего ребенка, по месту жительства участковым уполномоченным ОМВД России по г. Уссурийску охарактеризована удовлетворительно, по месту жительства соседями охарактеризована положительно, по месту обучения сына в МБОУ СОШ XXXX Уссурийского ГО характеризуется положительно, старостой XXXX ГО характеризуется положительно, исполнительным директором благотворительного фонда «Сохрани жизнь» характеризуется положительно, имеет постоянное место работы, супруг подсудимой ФИО81 является военнослужащим в/ч 19288 и находится в зоне СВО. Подсудимая Рим Ю.А. впервые привлекается к уголовной ответственности, не военнообязанная, имеет постоянное место жительства и регистрации, на учетах у врачей психиатра и нарколога ГБУЗ «КПБ XXXX» и КГБУЗ «Октябрьская ЦРБ» не состоит, по месту жительства участковым уполномоченным ОМВД России по г. Уссурийску охарактеризована положительно,, имеет на иждивении малолетнего ребенка, по месту работы в ООО «Центр информационных технологий» характеризуется положительно, имеет постоянное место работы. Обстоятельствами, смягчающими наказание подсудимой ФИО4 в соответствии с п. «г, и» ч. 1 ст. 61 УК РФ суд признает активное способствование раскрытию и расследованию преступления, наличие малолетних детей у виновной, а в соответствии с ч. 2 ст. 61 УК РФ – частичное признание вины, раскаяние в содеянном, наличие на иждивении супруга – инвалида первой группы. Обстоятельствами, смягчающими наказание подсудимой ФИО7 в соответствии с п. «г, и» ч. 1 ст. 61 УК РФ суд признает активное способствование раскрытию и расследованию преступления, наличие малолетнего ребенка у виновной, а в соответствии с ч. 2 ст. 61 УК РФ – частичное признание вины, раскаяние в содеянном. Обстоятельствами, смягчающими наказание подсудимой Рим Ю.А. в соответствии с п. «г, и» ч. 1 ст. 61 УК РФ суд признает активное способствование раскрытию и расследованию преступления, наличие малолетнего ребенка у виновной, а в соответствии с ч. 2 ст. 61 УК РФ – частичное признание вины, раскаяние в содеянном, наличие на иждивении матери, состояние здоровья супруга. Обстоятельств, отягчающих наказание подсудимых ФИО4, ФИО7 и Рим Ю.А. в соответствии со ст. 63 УК РФ судом не установлено. Суд учитывает необходимость соответствия характера и степени общественной опасности преступления обстоятельствам его совершения и личности виновных, влияние наказания на их исправление и условия жизни подсудимых, и считает, что исправление ФИО4, ФИО7 и Рим Ю.А., возможно без изоляции от общества, в связи с чем, полагает, что справедливым, законным и в полной мере отвечающим целям и задачам наказания будет наказание в виде лишения свободы условно, с применением положений ст. 73 УК РФ . На основании ч. 5 ст. 73 УК РФ суд считает необходимым возложить на подсудимых ФИО4, ФИО7 и Рим Ю.А., исполнение обязанностей, способствующих их исправлению. Учитывая материальное положение подсудимых, длительность проведениями ими незаконной игорной деятельности, характер и степень фактического участия лиц в совершении преступления, значение этого участия для достижения цели преступления, его влияние на характер и размер причиненного вреда, иных обстоятельств дела, а также с учетом наличия смягчающих обстоятельств, семейного положения и состояния здоровья подсудимых суд находит возможным назначить подсудимым ФИО4, ФИО7 и Рим Ю.А. дополнительное наказание в виде штрафа, размер которого определить каждой подсудимой исходя из указанных выше обстоятельств. При этом, суд находит возможным не назначать ФИО4, ФИО7 и Рим Ю.А. дополнительное наказание в виде лишения права занимать определенные должности или заниматься определенной деятельностью, поскольку считает, что цели наказания будут достигнуты при отбытии основного и дополнительного наказания в виде штрафа. При назначении наказания подсудимым ФИО4, ФИО7 и Рим Ю.А., по преступлению, предусмотренному ч. 3 ст. 171.2 УК РФ , суд руководствуется требованиями ч. 1 ст. 62 УК РФ о пределах наказания, назначаемого при наличии смягчающих обстоятельств. Вопреки доводам стороны защиты, исключительных обстоятельств для назначения наказания с учетом требований ст. 64 УК РФ , существенно уменьшающих степень общественной опасности преступления, а также оснований для освобождения от наказания или от уголовной ответственности, подсудимым ФИО4, ФИО7 и Рим Ю.А. судом не установлено. Суд полагает, что назначаемое подсудимым наказание соразмерно содеянному, позволит обеспечить достижение целей исправления подсудимых, предупреждения совершения ими новых преступлений. Оснований для изменения категории преступлений судом в соответствии с ч. 6 ст. 15 УК РФ не усмотрено с учетом фактических обстоятельств преступления и степени их общественной опасности. Гражданский иск по уголовному делу не заявлен. Вопрос о вещественных доказательствах суд разрешает в соответствии с требованиями ст. 81 УПК РФ . Денежные средства: - изъятые в ходе обыска ДД.ММ.ГГ по месту жительства ФИО10 на общую сумму 445000 рублей – в связи со смертью последнего, необходимо вернуть его наследнику; - изъятые в ходе обыска ДД.ММ.ГГ по месту жительства ФИО7 на общую сумму 7450 рублей необходимо вернуть последней, так как материалами дела не доказано получение ФИО10 и ФИО7 указанных выше денежных средств в результате преступной деятельности. Денежные средства на общую сумму 96 140 рублей, изъятые в ходе обысков в игорных заведениях, в силу п. «а» ч.1 ст. 104.1 УК РФ необходимо обратить в доход государства, так как установлено, что они добыты подсудимыми преступным путем. Арест, наложенный на основании постановления Уссурийского районного суда Приморского края от ДД.ММ.ГГ на имущество ФИО45 – автомобили марки «СУБАРУ ТРЕЗИА», 2013 года выпуска, государственный регистрационный знак XXXX, двигатель № XXXX, кузов № XXXX, автомобили марки «Ниссан НОУТ», 2009 года выпуска, государственный регистрационный знак XXXX, двигатель XXXXВ, кузов № XXXX, в соответствии со ст. , п. 11 ст. 299 УПК РФ надлежит сохранить до исполнения настоящего приговора в части назначенного ФИО45 дополнительного наказания в виде штрафа, после чего отменить. В случае невозможности уплаты штрафа обратить взыскание на арестованное имущество. Арест, наложенный на основании постановления Уссурийского районного суда Приморского края от ДД.ММ.ГГ на имущество Рим Ю.А. - автомобиль марки «MITSUBISHI PAJERO MINI», 2000 года выпуска, государственный регистрационный знак XXXX, двигатель XXXX, кузов XXXX, в соответствии со ст. , п. 11 ст. 299 УПК РФ надлежит сохранить до исполнения настоящего приговора в части назначенного Рим Ю.А. дополнительного наказания в виде штрафа, после чего отменить. В случае невозможности уплаты штрафа обратить взыскание на арестованное имущество. Процессуальные издержки, предусмотренные ст. 131 УПК РФ , взысканию с ФИО4 и Рим Ю.А. не подлежат в связи с их материальным и семейным положением. На основании изложенного и руководствуясь ст. ст. , , - 310 УПК РФ , суд ПРИГОВОРИЛ: признать ФИО4 виновной в совершении преступления, предусмотренного ч. 3 ст. 171.2 УК РФ , и назначить ей наказание в виде лишения свободы сроком на 3 (три) года, с дополнительным наказанием в виде штрафа в размере 150 000 (сто пятьдесят тысяч) рублей. На основании ст. 73 УК РФ назначенное ФИО4 наказание в виде лишения свободы считать условным с испытательным сроком 3 (три) года. признать ФИО7 виновной в совершении преступления, предусмотренного ч. 3 ст. 171.2 УК РФ , и назначить ей наказание в виде лишения свободы сроком на 3 (три) года с дополнительным наказанием в виде штрафа в размере 150 000 (сто пятьдесят тысяч) рублей. На основании ст. 73 УК РФ назначенное ФИО7 наказание в виде лишения свободы считать условным с испытательным сроком 3 (три) года. Признать Рим Ю. А. виновной в совершении преступления, предусмотренного ч. 3 ст. 171.2 УК РФ , и назначить ей наказание в виде лишения свободы сроком на 3 (три) года с дополнительным наказанием в виде штрафа в размере 150 000 (сто пятьдесят тысяч) рублей. На основании ст. 73 УК РФ назначенное Рим Ю. А. наказание в виде лишения свободы считать условным с испытательным сроком 3 (три) года. На основании ч. 5 ст. 73 УК РФ возложить на условно осужденных ФИО4, ФИО7 и Рим Ю. А. исполнение определенных обязанностей: встать на учет и являться в специализированный государственный орган, осуществляющий контроль за поведением условно осужденных, один раз в месяц для регистрации, не менять постоянного места жительства и не выезжать за пределы постоянного места жительства или пребывания без уведомления специализированного государственного органа, осуществляющего контроль за поведением условно осужденных. Дополнительное наказание в виде штрафа, назначенное осужденным – исполнять самостоятельно. В силу ч.1 ст. 31 УИК РФ штраф подлежит оплате в течение 60 дней со дня вступления приговора суда в законную силу. Меру пресечения в виде подписки о невыезде и надлежащем поведении, избранную в отношении ФИО4, ФИО7 и Рим Ю.А. - оставить без изменения до вступления приговора в законную силу, после чего отменить. Арест, наложенный на основании постановления Уссурийского районного суда Приморского края от ДД.ММ.ГГ. на имущество ФИО45 - автомобиль марки «СУБАРУ ТРЕЗИА», 2013 года выпуска, государственный регистрационный знак XXXX, двигатель № XXXX, кузов № XXXX, и автомобили марки «Ниссан НОУТ», 2009 года выпуска, государственный регистрационный знак XXXX, двигатель XXXXВ, кузов № XXXX сохранить до исполнения настоящего приговора в части назначенного ФИО45 дополнительного наказания в виде штрафа, после чего отменить. В случае невозможности уплаты штрафа обратить взыскание на арестованное имущество. Арест, наложенный на основании постановления Уссурийского районного суда Приморского края от ДД.ММ.ГГ. на имущество Рим Ю.А. - автомобиль марки «MITSUBISHI PAJERO MINI», 2000 года выпуска, государственный регистрационный знак XXXX, двигатель XXXX, кузов XXXX, сохранить до исполнения настоящего приговора в части назначенного Рим Ю.А. дополнительного наказания в виде штрафа, после чего отменить. В случае невозможности уплаты штрафа обратить взыскание на арестованное имущество. После вступления в законную силу приговора вещественные доказательства: - денежные средства, изъятые у ФИО10 на общую сумму 445000 рублей – вернуть его законному владельцу; - денежные средства, изъятые у ФИО7 на общую сумму 7450 рублей - вернуть последней по принадлежности; - билеты банка России в количестве: 8 штук, достоинством 5000 рублей, 22 штуки, достоинством 1000 рублей, 41 штука, достоинством 500 рублей, 8 штук достоинством 200 рублей, 104 штуки достоинством 100 рублей, 144 штуки достоинством 50 рублей, а также монеты банка России в количестве: 15 штук, достоинством 10 рублей, 8 штук, достоинством 5 рублей, 67 штук, достоинством 2 рубля, 66 штук, достоинством 1 рубль, 4 штуки, достоинством 50 копеек, в общей сумме 96 140 рублей хранящиеся в банковской ячейке XXXX в офисе ПАО «Сбербанк», расположенном по адресу: Приморский край, XXXX - обратить в доход государства; - 4 бумажных свертка с номерными бумажками (лотереями); - 5 листков с рукописным текстом; - две тетради с записями; - стопка отрезков листов, имитирующих денежные купюры достоинством 50 рублей, стопка отрезков листов, имитирующих денежные купюры достоинством 500 рублей, стопка отрезков листов, имитирующих денежные купюры достоинством 50 рублей, стопка отрезков листов, имитирующих денежные купюры достоинством 100 рублей, стопка отрезков листов, имитирующих денежные купюры достоинством 1000 рублей, стопка отрезков листов, имитирующих денежные купюры достоинством 2000 рублей, стопка отрезков листов, имитирующих денежные купюры достоинством 200 рублей, стопка отрезков листов, имитирующих денежные купюры достоинством 5000 рублей, стопка отрезков листов, имитирующих денежные купюры достоинством 200 рублей, стопка отрезков листов, имитирующих денежные купюры достоинством 100 рублей, стопка отрезков листов, имитирующих денежные купюры достоинством 200 рублей, стопка отрезков листов, имитирующих денежные купюры достоинством 1000 рублей, 4 отрезка картона с изображением птицы и текста 1000 рублей и один отрезок картона с изображением птицы и текстом 2000 рублей; 10 отрезков картона с изображением птицы и текста 1000 и 2000 рублей; отрезок бумаги с номером телефона; отрезок бумаги с текстом, отрезок бумаги с текстом, отрезок бумаги с текстом; 14 отрезков бумаги с номерами телефонов и именами; - связка, состоящая из металлического ключа с рукоятью из пластика черного цвета и брелока электронного замка; -лист бумаги с «лотерейками», 2 листа бумаги с текстом передаваемых отчетов, 3 листа бумаги в клетку с результатами лотерей; лист бумаги с номерами телефонов; - 167 листов формата А4 с отпечатанными «лотерейками» с изображением птицы и номерами с буквой «К»; - тетрадь с листами в клетку на спирали; - 94 листа формата А4 с лотерейками; - тетрадь на спирали с текстом; - двойной листок с номерами телефонов; - лист с номерами телефонов; - купюра с текстом «100 YUAN»; лист бумаги формата А4; - 2 счета и 4 акта ООО «Охранное Агентство «ВекТор»; - счет ПАО «Дальневосточная энергетическая компания» в адрес Свидетель №2 за помещение по XXXX; - 11 счетов и 22 акта ООО «Охранное Агентство «Вектор» за услуги охраны помещения, расположенного по адресу: г. Уссурийск, XXXX «а»; - счет-фактура, ведомость потребления электрической энергии, счет, акт приема-передачи электроэнергии, счет, счет-фактура, ведомость потребления электроэнергии, акт сверки взаимных расчетов, акт, счет, счет-фактура, ведомость потребления электроэнергии, акт сверки взаимных расчетов, акт приема-передачи, счет, счет-фактура, ведомость потребления электроэнергии, акт, счет, счет-фактура, ведомость потребления электроэнергии, акт, счет-фактура, счет, ведомость потребления электроэнергии, акт сверки, акт – все документы в адрес Свидетель №2 за помещение по XXXX; - 16 актов ООО «Охранное Агентство «ВекТор» на услуги охраны помещения по адресу: г. Уссурийск, XXXX; - 8 счетов ООО «Охранное Агентство «ВекТор» на услуги охраны помещения по адресу: г. Уссурийск, XXXX; - договор аренды помещения по адресу: г. Уссурийск, XXXX от имени Рим Ю.А.; - кассовый чек по договору об оплате услуг ПАО «ДЭК» по адресу: г. Уссурийск, XXXXа; хранящиеся в камере хранения вещественных доказательств следственного отдела по городу Уссурийск СУ СК РФ по Приморскому краю, по вступлению приговора в законную силу – уничтожить. - 15 CD-R - дисков с результатами ОРД – хранящиеся при уголовном деле – хранить в материалах дела; - два видеорегистратора марок «МНК», и «@Jhua»; - системный блок в корпусе черного цвета; - 16 системных блоков игровых компьютеров, 16 мониторов игровых компьютеров, 16 клавиатур и 16 компьютерных мышей игровых компьютеров; - 5 камер видеонаблюдения; - монитор «pview» (S/N XXXX); - системный блок; - монитор «Samsung» (S/N XXXX), клавиатура, компьютерная мышь, видеорегистратор «JM» (XXXX); - мониторы в количестве 15 штук из игрового зала; - системные блоки в количестве 15 штук из игрового зала; - клавиатуры в количестве 15 штук из игрового зала; - компьютерные мыши в количестве 15 штук из игрового зала; - блок видеорегистратора; - сетевой концентратор (хаб) с разъемами для подключения цифровых устройств; - Wi-Fi роутер; - 15 игровых компьютеров в сборе из системного блока, монитора, компьютерной мыши и клавиатуры; - системный блок, монитор, компьютерная мышь и клавиатура; хранящиеся в камере хранения вещественных доказательств ОБЭП и ПК ОМВД России по г. Уссурийску - обратить в доход государства. - мобильные телефоны модели «Samsung Galaxy J8», «Honor 2», «NOKIA IMEI: XXXX», принадлежащие ФИО4 – вернуть последней по принадлежности; ноутбук марки «Acer Aspire one» белого цвета с блоком питания, мобильные телефоны марки «Redmi Note 7», IMEI1 XXXX, IMEI2 XXXX, и марки «mi 6» IMEI1 XXXX, IMEI2 XXXX, принадлежавшие ФИО10 - вернуть их законному владельцу по принадлежности; - мобильные телефоны модели «Redmi Note 8 Pro», «NOKIA IMEI: XXXX», принадлежащие ФИО7 – вернуть последней по принадлежности; мобильный телефон марки IPhone, красного цвета, принадлежащий Свидетель №4 – вернуть последней по принадлежности; мобильный телефон марки «Redmi 9А» в корпусе синего цвета, хранящиеся в камере хранения вещественных доказательств ОБЭП и ПК ОМВД России по г. Уссурийску - обратить в доход государства мобильный телефон марки «IPhone 11», принадлежащий ФИО8 – вернуть последней по принадлежности документы, принадлежащий Свидетель №1: свидетельство о заключении брака, документ, подтверждающий регистрацию в системе индивидуального учета; свидетельство, экзаменационный лист, копия свидетельства о постановке на учет физического лица, медицинское заключение, лист А4 (поиск ТС) с чеками, переданные на хранение Свидетель №1 –оставить последней по принадлежности. Штраф оплатить по следующим реквизитам: УФК по Приморскому краю (следственное управление Следственного комитета Российской Федерации по Приморскому краю л/с &lt;***&gt;) ИНН &lt;***&gt; КПП 254001001, р/с &lt;***&gt;, к/с 03100643000000012000, БИК 010507002, Дальневосточное ГУ Банка России//УФК по Приморскому краю г. Владивосток, ОКТМО 05701000, КБК 41711603122019000140. Процессуальные издержки, предусмотренные ст. 131 УПК РФ , взысканию с ФИО4 и Рим Ю.А. не подлежат. Приговор может быть обжалован сторонами в апелляционном порядке в Приморский краевой суд через Уссурийский районный суд в течение 15 суток со дня провозглашения.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Разъяснить осужденным право пригласить защитника для участия в рассмотрении уголовного дела судом апелляционной инстанции, право отказаться от защитника, право ходатайствовать перед судом о назначении защитника в случаях, предусмотренных УПК РФ. Судья П.Я. Ивананс Суд: Уссурийский районный суд (Приморский край) (подробнее) Судьи дела: Ивананс Павел Янович (судья) (подробнее) Последние документы по делу: Апелляционное постановление от 2 октября 2025 г. по делу № 1-24/2025 Приговор от 16 июня 2025 г. по делу № 1-24/2025 Апелляционное постановление от 23 апреля 2025 г. по делу № 1-24/2025 Приговор от 18 марта 2025 г. по делу № 1-24/2025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