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i w:val="0"/>
          <w:sz w:val="24"/>
        </w:rPr>
        <w:t>№ 1</w:t>
      </w:r>
    </w:p>
    <w:p>
      <w:pPr>
        <w:spacing w:after="80"/>
        <w:jc w:val="center"/>
      </w:pPr>
      <w:r>
        <w:rPr>
          <w:rFonts w:ascii="Times New Roman" w:hAnsi="Times New Roman" w:eastAsia="Times New Roman" w:cs="Times New Roman"/>
          <w:b w:val="0"/>
          <w:i w:val="0"/>
          <w:sz w:val="22"/>
        </w:rPr>
        <w:t>город Ленск</w:t>
      </w:r>
    </w:p>
    <w:p>
      <w:pPr>
        <w:spacing w:after="200"/>
        <w:jc w:val="center"/>
      </w:pPr>
      <w:r>
        <w:rPr>
          <w:rFonts w:ascii="Times New Roman" w:hAnsi="Times New Roman" w:eastAsia="Times New Roman" w:cs="Times New Roman"/>
          <w:b w:val="0"/>
          <w:i w:val="0"/>
          <w:sz w:val="22"/>
        </w:rPr>
        <w:t>17 июня 2025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Движение денежных средств по счету [НОМЕР] банковской карты [НОМЕР] ПАО Сбербанк на имя Эдосома Дестини: - 01.12.2022 поступления 330 000 рублей; - 01.12.2022 перевод 150 000 и 18 000 рублей на банковскую карту [НОМЕР] С.№13.; 2 000 рублей на банковскую карту [НОМЕР] Г.Л.В.; - 01.12.2022 списание со счета 32 320 рублей и 18 899,08 рублей; - 01.12.2022 выдача наличных денежных средств - 70 000 рублей;</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Поступления денежных средств на банковскую карту [НОМЕР] на имя С.№13. из ПАО «Норвик Банк» от П.№1: - 24.10.2022 – 60 853 рубля; - 26.10.2022 – 12 3500 рублей; - 14.11.2022 – 15 0000 рублей; - 15.11.2022 – 15 1625 рублей.</w:t>
      </w:r>
    </w:p>
    <w:p>
      <w:pPr>
        <w:pStyle w:val="Heading3"/>
      </w:pPr>
      <w:r>
        <w:rPr>
          <w:rFonts w:ascii="Times New Roman" w:hAnsi="Times New Roman" w:eastAsia="Times New Roman" w:cs="Times New Roman"/>
          <w:b/>
          <w:i w:val="0"/>
          <w:sz w:val="22"/>
        </w:rPr>
        <w:t>Пункт 4. Правовой анализ</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03.02.2023 поступление денежных средств в сумме 230 000 рублей с банковского счета [НОМЕР] ПАО «Промсвязьбанк» от П.№1 на банковский счет [НОМЕР] ПАО «Сбербанк» на имя О.В.К..</w:t>
      </w:r>
    </w:p>
    <w:p>
      <w:pPr>
        <w:pStyle w:val="Heading3"/>
      </w:pPr>
      <w:r>
        <w:rPr>
          <w:rFonts w:ascii="Times New Roman" w:hAnsi="Times New Roman" w:eastAsia="Times New Roman" w:cs="Times New Roman"/>
          <w:b/>
          <w:i w:val="0"/>
          <w:sz w:val="22"/>
        </w:rPr>
        <w:t>Пункт 5. Правовой анализ</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Сведения о владельцах расчетного счета, согласно которому: - на имя А.Д. в офисе ПАО «Сбербанк» № 8604 открыт банковский счет [НОМЕР] банковской карты [НОМЕР]; - на имя Т.Н. в офисе ПАО «Сбербанк» № 9040 открыт банковский счет [НОМЕР] банковской карты [НОМЕР]; - на имя Эдосома Дестини в офисе ПАО «Сбербанк» № 8608 открыт банковский счет [НОМЕР] банковской карты [НОМЕР]; - на имя С.№13. в офисе ПАО «Сбербанк» № 5221 открыты банковские счета: [НОМЕР] банковской карты [НОМЕР]; [НОМЕР] банковской карты [НОМЕР]; [НОМЕР] банковской карте [НОМЕР]. Осмотренный диск приобщен к материалам уголовного дела в качестве вещественного доказательства. (том 2, л.д. 188-191, 192) Протоколом осмотра предметов от 26 октября 2024 года, осмотрены выписки по счетам клиентов АО «Тинькофф Банка», где отражены сведения:</w:t>
      </w: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 счетах клиентов банка: - на имя Э.Н. выпущена карта с текущим счетом [НОМЕР]; - на имя Э.А.К. счет [НОМЕР]; - на имя Н.О.-Киншаса [НОМЕР]; - на имя С.№13. [НОМЕР];</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 движении денежных средств по счету [НОМЕР] Н.О.: - 02.03.2023 поступление денежных средств 400 000 и 200 000 рублей от ПАО «Промсвязьбанк» П.№1; - 10.03.2023 поступление 390 000 рублей от ПАО «Промсвязьбанк» П.№1;</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О снятии указанных денежных средств в банкоматах г. Москва. Осмотренные документы приобщены к материалам уголовного дела в качестве вещественных доказательств. (том 2, л.д. 291, 292, 293) Протоколом осмотра документов (предметов) от 25 октября 2024 года осмотрены, в частности:</w:t>
      </w: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Выписка по счету [НОМЕР] ПАО «Норвик-Банк» на имя П.№1 за период с 24.10.2022 по 14.11.2022, согласно которой установлены сведения об осуществлении П.№1 переводов денежных средств со своего счета на счет С.№13. [НОМЕР] ПАО "Сбербанк": - 24.10.2022 в 08:42:34 (МСК) 60 853,00 руб.; - 26.10.2022, 12:59:30 (МСК) 123 500,00 руб.; - 14.11.2022, 09:44:34 (МСК) 150 000,00; - 15.11.2022, 19:25:29 (МСК) 151 625,00 руб.;</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Выписка движения денежных средств по счету [НОМЕР] ПАО «Промсвязьбанк» на имя П.№1 за период с 12.01.2023 по 10.03.2023, согласно которой П.№1 выполнены следующие переводы денежных средств: - 01.12.2022 в 02:38:28 (МСК) 330 00,00 руб. на счет ПАО "Сбербанк" [НОМЕР] Эдосома Дестини; - 12.01.2023 209 000,00 руб. на счет АО "Альфа-Банк" [НОМЕР] Д.Р.В.; - 18.01.2023 в 02:52:39 (МСК) 280 000,00 руб. на счет ПАО "Сбербанк" [НОМЕР] Т.Н.; - 23.01.2023 в 01:51:44 (МСК) 350 000,00 руб. на счет ПАО "Сбербанк" [НОМЕР] Т.Н.; - 31.01.2023 в 01:26:24 (МСК) 340 000,00 руб. на счет ПАО "Сбербанк" [НОМЕР] Т.Н.; - 03.02.2023 - 230 000,00 руб. на счет ПАО "Сбербанк" [НОМЕР] О.В.К.; - 21.02.2023 в 01:38:22 (МСК) 300 000,00 руб., на карту/счет ПАО «Сбербанк» [НОМЕР] А.Д.; - 02.03.2023 в 10:10:22 (МСК) 400 000,00 руб. на карту/счет АО «Тинькофф Банк» [НОМЕР] Н.О.; - 06.03.2023 в 10:40:20 (МСК) 200 000,00 руб. на карту/счет АО «Тинькофф Банк» [НОМЕР] Н.О.; - 07.03.2023 в 09:40:20 (МСК) 260 000,00 руб. на карту/счет АО «Тинькофф Банк» [НОМЕР] Э.Н.; - 10.03.2023 в 09:15:14 (МСК) 390 000,00 руб. на карту/счет АО «Тинькофф Банк» [НОМЕР] Э.А.К.;</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Выписка по счету [НОМЕР], открытый на имя А.Д., с эмитированной банковской карты [НОМЕР], согласно которой осуществлены следующие операции: - 21.02.2023 в 09:08:09 (МСК) перевод 270 000,00 руб. со счета на карту/счет ПАО «Сбербанк» [НОМЕР] Э.Г.; - 21.02.2023 в 20:05:35 (МСК) снятие наличных через банкомат 30 000,00 руб., место обналичивание суммы - АТМ 60035625, г. Тула;</w:t>
      </w:r>
    </w:p>
    <w:p>
      <w:pPr>
        <w:pStyle w:val="Heading3"/>
      </w:pPr>
      <w:r>
        <w:rPr>
          <w:rFonts w:ascii="Times New Roman" w:hAnsi="Times New Roman" w:eastAsia="Times New Roman" w:cs="Times New Roman"/>
          <w:b/>
          <w:i w:val="0"/>
          <w:sz w:val="22"/>
        </w:rPr>
        <w:t>Пункт 4. Правовой анализ</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Выписка по счету [НОМЕР] банковской карты [НОМЕР] на имя Н.О., согласно которой со счета сняты наличные денежные средства: - 02.03.2023 в 11:39:12-11:40:12 (МСК) 100 000,00, 150 000,00, 150 000,00 руб. в банкомате АО «Тинькофф Банк» &lt;...&gt; к 2; - 06.03.2023 в 12:01:03-12:02:58 (МСК) 100 000,00, 90 000,00, 6 00,00, 2 00,00 руб. в банкомат АО "Тинькофф Банк" &lt;...&gt;;</w:t>
      </w:r>
    </w:p>
    <w:p>
      <w:pPr>
        <w:pStyle w:val="Heading3"/>
      </w:pPr>
      <w:r>
        <w:rPr>
          <w:rFonts w:ascii="Times New Roman" w:hAnsi="Times New Roman" w:eastAsia="Times New Roman" w:cs="Times New Roman"/>
          <w:b/>
          <w:i w:val="0"/>
          <w:sz w:val="22"/>
        </w:rPr>
        <w:t>Пункт 5. Правовой анализ</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Выписка по счету [НОМЕР] к эмитированной банковской карте [НОМЕР] на имя Э.Н., из которой следует, что 07.03.2023 в 11:16:19-11:17:18 (МСК) осуществлено снятие наличных денежных средств 150 000,00, 110 000,00 руб. в банкомате АО "Тинькофф Банк" &lt;...&gt;;</w:t>
      </w:r>
    </w:p>
    <w:p>
      <w:pPr>
        <w:pStyle w:val="Heading3"/>
      </w:pPr>
      <w:r>
        <w:rPr>
          <w:rFonts w:ascii="Times New Roman" w:hAnsi="Times New Roman" w:eastAsia="Times New Roman" w:cs="Times New Roman"/>
          <w:b/>
          <w:i w:val="0"/>
          <w:sz w:val="22"/>
        </w:rPr>
        <w:t>Пункт 6. Правовой анализ</w:t>
      </w:r>
    </w:p>
    <w:p>
      <w:pPr>
        <w:spacing w:after="120" w:before="160"/>
        <w:ind w:firstLine="720"/>
        <w:jc w:val="both"/>
      </w:pPr>
      <w:r>
        <w:rPr>
          <w:rFonts w:ascii="Times New Roman" w:hAnsi="Times New Roman" w:eastAsia="Times New Roman" w:cs="Times New Roman"/>
          <w:b/>
          <w:i w:val="0"/>
          <w:sz w:val="22"/>
        </w:rPr>
        <w:t xml:space="preserve">6. </w:t>
      </w:r>
      <w:r>
        <w:rPr>
          <w:rFonts w:ascii="Times New Roman" w:hAnsi="Times New Roman" w:eastAsia="Times New Roman" w:cs="Times New Roman"/>
          <w:b w:val="0"/>
          <w:i w:val="0"/>
          <w:sz w:val="22"/>
        </w:rPr>
        <w:t>Выписка по счету [НОМЕР] по эмитированной банковской карте [НОМЕР] на имя Э.А.К., согласно которой 10.03.2023 в 11:06:01-11:09:10 (МСК) осуществлено снятие наличных денежных средств 100 000,00, 100 000,00, 100 000,00, 90 000,00 руб. в банкомате АО «Тинькофф Банк» &lt;...&gt;;</w:t>
      </w:r>
    </w:p>
    <w:p>
      <w:pPr>
        <w:pStyle w:val="Heading3"/>
      </w:pPr>
      <w:r>
        <w:rPr>
          <w:rFonts w:ascii="Times New Roman" w:hAnsi="Times New Roman" w:eastAsia="Times New Roman" w:cs="Times New Roman"/>
          <w:b/>
          <w:i w:val="0"/>
          <w:sz w:val="22"/>
        </w:rPr>
        <w:t>Пункт 7. Правовой анализ</w:t>
      </w:r>
    </w:p>
    <w:p>
      <w:pPr>
        <w:spacing w:after="120" w:before="160"/>
        <w:ind w:firstLine="720"/>
        <w:jc w:val="both"/>
      </w:pPr>
      <w:r>
        <w:rPr>
          <w:rFonts w:ascii="Times New Roman" w:hAnsi="Times New Roman" w:eastAsia="Times New Roman" w:cs="Times New Roman"/>
          <w:b/>
          <w:i w:val="0"/>
          <w:sz w:val="22"/>
        </w:rPr>
        <w:t xml:space="preserve">7. </w:t>
      </w:r>
      <w:r>
        <w:rPr>
          <w:rFonts w:ascii="Times New Roman" w:hAnsi="Times New Roman" w:eastAsia="Times New Roman" w:cs="Times New Roman"/>
          <w:b w:val="0"/>
          <w:i w:val="0"/>
          <w:sz w:val="22"/>
        </w:rPr>
        <w:t>Выписка по счету [НОМЕР] к банковской карте [НОМЕР] на имя Э.Г., согласно которой 21.02.2023 в 10:42:09 (МСК) осуществлен платеж с карты через Сбербанк Онлайн по новой биллинговой технологии 660 000,00 руб.;</w:t>
      </w:r>
    </w:p>
    <w:p>
      <w:pPr>
        <w:pStyle w:val="Heading3"/>
      </w:pPr>
      <w:r>
        <w:rPr>
          <w:rFonts w:ascii="Times New Roman" w:hAnsi="Times New Roman" w:eastAsia="Times New Roman" w:cs="Times New Roman"/>
          <w:b/>
          <w:i w:val="0"/>
          <w:sz w:val="22"/>
        </w:rPr>
        <w:t>Пункт 8. Правовой анализ</w:t>
      </w:r>
    </w:p>
    <w:p>
      <w:pPr>
        <w:spacing w:after="120" w:before="160"/>
        <w:ind w:firstLine="720"/>
        <w:jc w:val="both"/>
      </w:pPr>
      <w:r>
        <w:rPr>
          <w:rFonts w:ascii="Times New Roman" w:hAnsi="Times New Roman" w:eastAsia="Times New Roman" w:cs="Times New Roman"/>
          <w:b/>
          <w:i w:val="0"/>
          <w:sz w:val="22"/>
        </w:rPr>
        <w:t xml:space="preserve">8. </w:t>
      </w:r>
      <w:r>
        <w:rPr>
          <w:rFonts w:ascii="Times New Roman" w:hAnsi="Times New Roman" w:eastAsia="Times New Roman" w:cs="Times New Roman"/>
          <w:b w:val="0"/>
          <w:i w:val="0"/>
          <w:sz w:val="22"/>
        </w:rPr>
        <w:t>Выписка по счету [НОМЕР] банковской карты [НОМЕР] на имя С.№13., согласно которой осуществлены переводы денежных средств с карты на карту через мобильный банк: - 24.10.2022 в 8:54:44-9:00:55 (МСК) 25 000,00, 20 000,00 руб., на карту/счет [НОМЕР] С.№16.; - 24.10.2022 в 9:02:37 (МСК) 15 000,00 руб., на карту/счет [НОМЕР] С.№13.; - 26.10.2022 в 13:30:16-13:37:50 (МСК) 40 000,00, 15 000,00, 20 000,00, 10 000,00, 30 000,00, 25 000,00 руб. на карту/счет [НОМЕР] С.№16.; - 26.10.2022 в 14:06:02 (МСК) 8 196,00 руб. на карту/счет [НОМЕР] С.№13.; - 11.01.2023 в 08:47:14-11:06:44 (МСК) 490 000,00, 14 000,00 руб.на карту/счет [НОМЕР] ПАО "Сбербанк" С.№13.; - 14.11.2022 в 10:04:49-10:08:32 (МСК) 40 000,00, 40 000,00, 20 000,00, 40 000,00, 30 000,00 руб. на карту/счет [НОМЕР] С.№16.; - 15.11.2022 в 19:48:16-19:50:36 (МСК) 27 000,00, 28 000,00, 25 000,00, 20 000,00 руб. на карту/счет [НОМЕР] С.№16.; - 15.11.2022 в 21:47:49-21:49:00 (МСК) 20 000,00, 10 000,00, 20 000,00 руб., на карту/счет [НОМЕР] Эдосома Дестини; - 06.01.2023 в 18:08:40-18:11:56 (МСК) 73 000, 33 000 руб. на карту/счет [НОМЕР] ПАО «Сбербанк» С.№13.; - 27.01.2023 в 12:49:36-15:46:52 (МСК) 130 000, 50 000, 75 000, 15 000, 150 000, 150 00 руб. на карту/счет [НОМЕР] ПАО «Сбербанк» С.№13.; - 29.01.2023 в 18:57:29-21:23:33 (МСК) 632 000, 100 000 руб. на карту/счет [НОМЕР] ПАО «Сбербанк» С.№13.; - 30.01.2023 в 14:04:33 (МСК) 300 000 руб. на карту/счет [НОМЕР] ПАО «Сбербанк» С.№13.; - 31.01.2023 в 09:04:00 (МСК) 62 000 руб. на карту/счет [НОМЕР] ПАО «Сбербанк» С.№13..</w:t>
      </w:r>
    </w:p>
    <w:p>
      <w:pPr>
        <w:pStyle w:val="Heading3"/>
      </w:pPr>
      <w:r>
        <w:rPr>
          <w:rFonts w:ascii="Times New Roman" w:hAnsi="Times New Roman" w:eastAsia="Times New Roman" w:cs="Times New Roman"/>
          <w:b/>
          <w:i w:val="0"/>
          <w:sz w:val="22"/>
        </w:rPr>
        <w:t>Пункт 9. Правовой анализ</w:t>
      </w:r>
    </w:p>
    <w:p>
      <w:pPr>
        <w:spacing w:after="120" w:before="160"/>
        <w:ind w:firstLine="720"/>
        <w:jc w:val="both"/>
      </w:pPr>
      <w:r>
        <w:rPr>
          <w:rFonts w:ascii="Times New Roman" w:hAnsi="Times New Roman" w:eastAsia="Times New Roman" w:cs="Times New Roman"/>
          <w:b/>
          <w:i w:val="0"/>
          <w:sz w:val="22"/>
        </w:rPr>
        <w:t xml:space="preserve">9. </w:t>
      </w:r>
      <w:r>
        <w:rPr>
          <w:rFonts w:ascii="Times New Roman" w:hAnsi="Times New Roman" w:eastAsia="Times New Roman" w:cs="Times New Roman"/>
          <w:b w:val="0"/>
          <w:i w:val="0"/>
          <w:sz w:val="22"/>
        </w:rPr>
        <w:t>Выписка по счету [НОМЕР] банковской карты [НОМЕР], открытому на имя Д.Р.В. в ДО «СПБ-Беговой» в г. Санкт-Петербург, АО «Альфа-Банк», согласно которой 07.03.2023 в 11:17:18 (МСК) осуществлено снятие наличных денежных средств 207 000,00 руб. в банкомате АТМ №223539, г. Санкт-Петербург, пр-кт. Тореза;</w:t>
      </w:r>
    </w:p>
    <w:p>
      <w:pPr>
        <w:pStyle w:val="Heading3"/>
      </w:pPr>
      <w:r>
        <w:rPr>
          <w:rFonts w:ascii="Times New Roman" w:hAnsi="Times New Roman" w:eastAsia="Times New Roman" w:cs="Times New Roman"/>
          <w:b/>
          <w:i w:val="0"/>
          <w:sz w:val="22"/>
        </w:rPr>
        <w:t>Пункт 10. Правовой анализ</w:t>
      </w:r>
    </w:p>
    <w:p>
      <w:pPr>
        <w:spacing w:after="120" w:before="160"/>
        <w:ind w:firstLine="720"/>
        <w:jc w:val="both"/>
      </w:pPr>
      <w:r>
        <w:rPr>
          <w:rFonts w:ascii="Times New Roman" w:hAnsi="Times New Roman" w:eastAsia="Times New Roman" w:cs="Times New Roman"/>
          <w:b/>
          <w:i w:val="0"/>
          <w:sz w:val="22"/>
        </w:rPr>
        <w:t xml:space="preserve">10. </w:t>
      </w:r>
      <w:r>
        <w:rPr>
          <w:rFonts w:ascii="Times New Roman" w:hAnsi="Times New Roman" w:eastAsia="Times New Roman" w:cs="Times New Roman"/>
          <w:b w:val="0"/>
          <w:i w:val="0"/>
          <w:sz w:val="22"/>
        </w:rPr>
        <w:t>Выписка по счету [НОМЕР] банковской карты [НОМЕР], открытому 17.11.2022 на имя Т.Н. в Дополнительном офисе № 9040/01207 ПАО «Сбербанк» по адресу: &lt;...&gt;, согласно которой с указанного счета осуществлены переводы денежных средств: - 18.01.2023 в 06:16:36-09:24:28 (МСК) 350 000, 00 и 280 000,00 руб. на карту/счет ПАО «Сбербанк» [НОМЕР] Ч.Д.; - 31.01.2023 в 08:43:55 (МСК) 340 000,00 руб. на карту/счет ПАО «Сбербанк» [НОМЕР] Д.Б.М.;</w:t>
      </w:r>
    </w:p>
    <w:p>
      <w:pPr>
        <w:pStyle w:val="Heading3"/>
      </w:pPr>
      <w:r>
        <w:rPr>
          <w:rFonts w:ascii="Times New Roman" w:hAnsi="Times New Roman" w:eastAsia="Times New Roman" w:cs="Times New Roman"/>
          <w:b/>
          <w:i w:val="0"/>
          <w:sz w:val="22"/>
        </w:rPr>
        <w:t>Пункт 11. Правовой анализ</w:t>
      </w:r>
    </w:p>
    <w:p>
      <w:pPr>
        <w:spacing w:after="120" w:before="160"/>
        <w:ind w:firstLine="720"/>
        <w:jc w:val="both"/>
      </w:pPr>
      <w:r>
        <w:rPr>
          <w:rFonts w:ascii="Times New Roman" w:hAnsi="Times New Roman" w:eastAsia="Times New Roman" w:cs="Times New Roman"/>
          <w:b/>
          <w:i w:val="0"/>
          <w:sz w:val="22"/>
        </w:rPr>
        <w:t xml:space="preserve">11. </w:t>
      </w:r>
      <w:r>
        <w:rPr>
          <w:rFonts w:ascii="Times New Roman" w:hAnsi="Times New Roman" w:eastAsia="Times New Roman" w:cs="Times New Roman"/>
          <w:b w:val="0"/>
          <w:i w:val="0"/>
          <w:sz w:val="22"/>
        </w:rPr>
        <w:t>Выписка по счету [НОМЕР] банковской карты [НОМЕР], открытому 15.06.2022 на имя Ч.Д. в Дополнительном офисе № 8620/01 по адресу: &lt;...&gt;, согласно которой 19.01.2023 в 11:20:20-11:21:02 (МСК) осуществлено снятие наличных денежных средств в размере 65 000,00 и 125 000,00 руб. в банкомате АТМ 60007758 &lt;...&gt;;</w:t>
      </w:r>
    </w:p>
    <w:p>
      <w:pPr>
        <w:pStyle w:val="Heading3"/>
      </w:pPr>
      <w:r>
        <w:rPr>
          <w:rFonts w:ascii="Times New Roman" w:hAnsi="Times New Roman" w:eastAsia="Times New Roman" w:cs="Times New Roman"/>
          <w:b/>
          <w:i w:val="0"/>
          <w:sz w:val="22"/>
        </w:rPr>
        <w:t>Пункт 12. Правовой анализ</w:t>
      </w:r>
    </w:p>
    <w:p>
      <w:pPr>
        <w:spacing w:after="120" w:before="160"/>
        <w:ind w:firstLine="720"/>
        <w:jc w:val="both"/>
      </w:pPr>
      <w:r>
        <w:rPr>
          <w:rFonts w:ascii="Times New Roman" w:hAnsi="Times New Roman" w:eastAsia="Times New Roman" w:cs="Times New Roman"/>
          <w:b/>
          <w:i w:val="0"/>
          <w:sz w:val="22"/>
        </w:rPr>
        <w:t xml:space="preserve">12. </w:t>
      </w:r>
      <w:r>
        <w:rPr>
          <w:rFonts w:ascii="Times New Roman" w:hAnsi="Times New Roman" w:eastAsia="Times New Roman" w:cs="Times New Roman"/>
          <w:b w:val="0"/>
          <w:i w:val="0"/>
          <w:sz w:val="22"/>
        </w:rPr>
        <w:t>Выписка по счету [НОМЕР] банковской карты [НОМЕР], открытому 15.06.2022 на имя Ч.Д. в Дополнительном офисе № 8620/01 по адресу: &lt;...&gt;, из которой следует: 23.01.2023 в 11:03:05 (МСК) осуществлено снятие наличных денежных средств в размере 350 000,00 руб. через банкомат АТМ 60027791 &lt;...&gt;;</w:t>
      </w:r>
    </w:p>
    <w:p>
      <w:pPr>
        <w:pStyle w:val="Heading3"/>
      </w:pPr>
      <w:r>
        <w:rPr>
          <w:rFonts w:ascii="Times New Roman" w:hAnsi="Times New Roman" w:eastAsia="Times New Roman" w:cs="Times New Roman"/>
          <w:b/>
          <w:i w:val="0"/>
          <w:sz w:val="22"/>
        </w:rPr>
        <w:t>Пункт 13. Правовой анализ</w:t>
      </w:r>
    </w:p>
    <w:p>
      <w:pPr>
        <w:spacing w:after="120" w:before="160"/>
        <w:ind w:firstLine="720"/>
        <w:jc w:val="both"/>
      </w:pPr>
      <w:r>
        <w:rPr>
          <w:rFonts w:ascii="Times New Roman" w:hAnsi="Times New Roman" w:eastAsia="Times New Roman" w:cs="Times New Roman"/>
          <w:b/>
          <w:i w:val="0"/>
          <w:sz w:val="22"/>
        </w:rPr>
        <w:t xml:space="preserve">13. </w:t>
      </w:r>
      <w:r>
        <w:rPr>
          <w:rFonts w:ascii="Times New Roman" w:hAnsi="Times New Roman" w:eastAsia="Times New Roman" w:cs="Times New Roman"/>
          <w:b w:val="0"/>
          <w:i w:val="0"/>
          <w:sz w:val="22"/>
        </w:rPr>
        <w:t>Выписка по счету [НОМЕР] банковской карты [НОМЕР] открытый на имя Д.Б.М. 15.12.2022 в Дополнительном офисе №6991/0239 по адресу: &lt;...&gt; – 01.02.2023, 10:46:19-10:50:06 (МСК), осуществлено снятие наличных денежных средств в размере 61 792,00, 61 792,00, 61 792,00, 61 792,00, 61 792,00, 61 792,00 руб., через банкомат АТМ 202A4126;</w:t>
      </w:r>
    </w:p>
    <w:p>
      <w:pPr>
        <w:pStyle w:val="Heading3"/>
      </w:pPr>
      <w:r>
        <w:rPr>
          <w:rFonts w:ascii="Times New Roman" w:hAnsi="Times New Roman" w:eastAsia="Times New Roman" w:cs="Times New Roman"/>
          <w:b/>
          <w:i w:val="0"/>
          <w:sz w:val="22"/>
        </w:rPr>
        <w:t>Пункт 14. Правовой анализ</w:t>
      </w:r>
    </w:p>
    <w:p>
      <w:pPr>
        <w:spacing w:after="120" w:before="160"/>
        <w:ind w:firstLine="720"/>
        <w:jc w:val="both"/>
      </w:pPr>
      <w:r>
        <w:rPr>
          <w:rFonts w:ascii="Times New Roman" w:hAnsi="Times New Roman" w:eastAsia="Times New Roman" w:cs="Times New Roman"/>
          <w:b/>
          <w:i w:val="0"/>
          <w:sz w:val="22"/>
        </w:rPr>
        <w:t xml:space="preserve">14. </w:t>
      </w:r>
      <w:r>
        <w:rPr>
          <w:rFonts w:ascii="Times New Roman" w:hAnsi="Times New Roman" w:eastAsia="Times New Roman" w:cs="Times New Roman"/>
          <w:b w:val="0"/>
          <w:i w:val="0"/>
          <w:sz w:val="22"/>
        </w:rPr>
        <w:t>Выписка по счету [НОМЕР], который открытый на имя О.В.К. 30.12.2022 в дополнительном офисе № 9038/01739, &lt;...&gt;, согласно которой: 03.02.2023 в 01:46:33-02:15:06 (МСК) осуществлен перевод 30 000,00, 50 000,00, 100 000,00, 50 000,00 руб. на карту/счет [НОМЕР] О.В.К.;</w:t>
      </w:r>
    </w:p>
    <w:p>
      <w:pPr>
        <w:pStyle w:val="Heading3"/>
      </w:pPr>
      <w:r>
        <w:rPr>
          <w:rFonts w:ascii="Times New Roman" w:hAnsi="Times New Roman" w:eastAsia="Times New Roman" w:cs="Times New Roman"/>
          <w:b/>
          <w:i w:val="0"/>
          <w:sz w:val="22"/>
        </w:rPr>
        <w:t>Пункт 15. Правовой анализ</w:t>
      </w:r>
    </w:p>
    <w:p>
      <w:pPr>
        <w:spacing w:after="120" w:before="160"/>
        <w:ind w:firstLine="720"/>
        <w:jc w:val="both"/>
      </w:pPr>
      <w:r>
        <w:rPr>
          <w:rFonts w:ascii="Times New Roman" w:hAnsi="Times New Roman" w:eastAsia="Times New Roman" w:cs="Times New Roman"/>
          <w:b/>
          <w:i w:val="0"/>
          <w:sz w:val="22"/>
        </w:rPr>
        <w:t xml:space="preserve">15. </w:t>
      </w:r>
      <w:r>
        <w:rPr>
          <w:rFonts w:ascii="Times New Roman" w:hAnsi="Times New Roman" w:eastAsia="Times New Roman" w:cs="Times New Roman"/>
          <w:b w:val="0"/>
          <w:i w:val="0"/>
          <w:sz w:val="22"/>
        </w:rPr>
        <w:t>Выписка по счету [НОМЕР] банковской карты [НОМЕР], открытый на имя О.В.К. 01.09.2022 в Дополнительном офисе № 9038/01739 &lt;...&gt;, согласно которой осуществлены переводы денежных средств с карты на карту через мобильный банк: - 03.02.2023 в 01:48:33 (МСК) 32 200,00 руб. на карту/счет [НОМЕР] О.И.С.; - 03.02.2023 в 01:54:23-02:03:10 (МСК) 50 000,00, 100 000,00 руб., на карту/счет [НОМЕР] К.В.Н.; - 03.02.2023 в 02:15:50 (МСК) 50 000,00 руб. на карту/счет [НОМЕР] Н.В.А.;</w:t>
      </w:r>
    </w:p>
    <w:p>
      <w:pPr>
        <w:pStyle w:val="Heading3"/>
      </w:pPr>
      <w:r>
        <w:rPr>
          <w:rFonts w:ascii="Times New Roman" w:hAnsi="Times New Roman" w:eastAsia="Times New Roman" w:cs="Times New Roman"/>
          <w:b/>
          <w:i w:val="0"/>
          <w:sz w:val="22"/>
        </w:rPr>
        <w:t>Пункт 16. Правовой анализ</w:t>
      </w:r>
    </w:p>
    <w:p>
      <w:pPr>
        <w:spacing w:after="120" w:before="160"/>
        <w:ind w:firstLine="720"/>
        <w:jc w:val="both"/>
      </w:pPr>
      <w:r>
        <w:rPr>
          <w:rFonts w:ascii="Times New Roman" w:hAnsi="Times New Roman" w:eastAsia="Times New Roman" w:cs="Times New Roman"/>
          <w:b/>
          <w:i w:val="0"/>
          <w:sz w:val="22"/>
        </w:rPr>
        <w:t xml:space="preserve">16. </w:t>
      </w:r>
      <w:r>
        <w:rPr>
          <w:rFonts w:ascii="Times New Roman" w:hAnsi="Times New Roman" w:eastAsia="Times New Roman" w:cs="Times New Roman"/>
          <w:b w:val="0"/>
          <w:i w:val="0"/>
          <w:sz w:val="22"/>
        </w:rPr>
        <w:t>Выписка по счету [НОМЕР] банковской карты [НОМЕР], открытому 10.05.2018 на имя О.И.С. в дополнительном офисе № 8598/0233 по адресу: &lt;...&gt;, согласно которой 03.02.2023 в 6:56:58 (МСК) осуществлен перевод через мобильный банк 29 774,00 руб., карту/счет [НОМЕР] А.М.В.;</w:t>
      </w:r>
    </w:p>
    <w:p>
      <w:pPr>
        <w:pStyle w:val="Heading3"/>
      </w:pPr>
      <w:r>
        <w:rPr>
          <w:rFonts w:ascii="Times New Roman" w:hAnsi="Times New Roman" w:eastAsia="Times New Roman" w:cs="Times New Roman"/>
          <w:b/>
          <w:i w:val="0"/>
          <w:sz w:val="22"/>
        </w:rPr>
        <w:t>Пункт 17. Правовой анализ</w:t>
      </w:r>
    </w:p>
    <w:p>
      <w:pPr>
        <w:spacing w:after="120" w:before="160"/>
        <w:ind w:firstLine="720"/>
        <w:jc w:val="both"/>
      </w:pPr>
      <w:r>
        <w:rPr>
          <w:rFonts w:ascii="Times New Roman" w:hAnsi="Times New Roman" w:eastAsia="Times New Roman" w:cs="Times New Roman"/>
          <w:b/>
          <w:i w:val="0"/>
          <w:sz w:val="22"/>
        </w:rPr>
        <w:t xml:space="preserve">17. </w:t>
      </w:r>
      <w:r>
        <w:rPr>
          <w:rFonts w:ascii="Times New Roman" w:hAnsi="Times New Roman" w:eastAsia="Times New Roman" w:cs="Times New Roman"/>
          <w:b w:val="0"/>
          <w:i w:val="0"/>
          <w:sz w:val="22"/>
        </w:rPr>
        <w:t>Выписка по счету [НОМЕР] банковской карты [НОМЕР], открытому 24.06.2011 на имя А.М.В. в дополнительном офисе № 8586/0116 по адресу: &lt;...&gt;, согласно которой осуществлены операции: - 06.02.2023 в 07:07:40 (МСК) снятие наличных 3 900,00 руб. через банкомат АТМ 60025943 Иркутская область, Иркутск, г. Саянск, мкр. Центральный, 14; - 03.02.2023-17.02.2023 в 10:10:56-07:33:24 (МСК) покупка POS ТУ Сбербанка на сумму 26 514 руб.;</w:t>
      </w:r>
    </w:p>
    <w:p>
      <w:pPr>
        <w:pStyle w:val="Heading3"/>
      </w:pPr>
      <w:r>
        <w:rPr>
          <w:rFonts w:ascii="Times New Roman" w:hAnsi="Times New Roman" w:eastAsia="Times New Roman" w:cs="Times New Roman"/>
          <w:b/>
          <w:i w:val="0"/>
          <w:sz w:val="22"/>
        </w:rPr>
        <w:t>Пункт 18. Правовой анализ</w:t>
      </w:r>
    </w:p>
    <w:p>
      <w:pPr>
        <w:spacing w:after="120" w:before="160"/>
        <w:ind w:firstLine="720"/>
        <w:jc w:val="both"/>
      </w:pPr>
      <w:r>
        <w:rPr>
          <w:rFonts w:ascii="Times New Roman" w:hAnsi="Times New Roman" w:eastAsia="Times New Roman" w:cs="Times New Roman"/>
          <w:b/>
          <w:i w:val="0"/>
          <w:sz w:val="22"/>
        </w:rPr>
        <w:t xml:space="preserve">18. </w:t>
      </w:r>
      <w:r>
        <w:rPr>
          <w:rFonts w:ascii="Times New Roman" w:hAnsi="Times New Roman" w:eastAsia="Times New Roman" w:cs="Times New Roman"/>
          <w:b w:val="0"/>
          <w:i w:val="0"/>
          <w:sz w:val="22"/>
        </w:rPr>
        <w:t>Выписка по счету [НОМЕР] банковской карты [НОМЕР], открытому 17.05.2022 на имя О.В.П. в дополнительном офисе № 9013/0400 по адресу: &lt;...&gt;, согласно которой осуществлены снятия наличных денежных средств: - 03.02.2023 в 16:15:16 (МСК) 100 000 руб., через банкомат АТМ 00466504 Промсвязьбанк г. Мариуполь; - 06.02.2023 в 12:55:20 (МСК) 150 000 руб., через банкомат АТМ 00466024 Промсвязьбанк г. Новоазовск; - 06.02.2023 в 16:28:26 (МСК) 150 000 руб. через банкомат АТМ 00466569 Промсвязьбанк г. Мариуполь;</w:t>
      </w:r>
    </w:p>
    <w:p>
      <w:pPr>
        <w:pStyle w:val="Heading3"/>
      </w:pPr>
      <w:r>
        <w:rPr>
          <w:rFonts w:ascii="Times New Roman" w:hAnsi="Times New Roman" w:eastAsia="Times New Roman" w:cs="Times New Roman"/>
          <w:b/>
          <w:i w:val="0"/>
          <w:sz w:val="22"/>
        </w:rPr>
        <w:t>Пункт 19. Правовой анализ</w:t>
      </w:r>
    </w:p>
    <w:p>
      <w:pPr>
        <w:spacing w:after="120" w:before="160"/>
        <w:ind w:firstLine="720"/>
        <w:jc w:val="both"/>
      </w:pPr>
      <w:r>
        <w:rPr>
          <w:rFonts w:ascii="Times New Roman" w:hAnsi="Times New Roman" w:eastAsia="Times New Roman" w:cs="Times New Roman"/>
          <w:b/>
          <w:i w:val="0"/>
          <w:sz w:val="22"/>
        </w:rPr>
        <w:t xml:space="preserve">19. </w:t>
      </w:r>
      <w:r>
        <w:rPr>
          <w:rFonts w:ascii="Times New Roman" w:hAnsi="Times New Roman" w:eastAsia="Times New Roman" w:cs="Times New Roman"/>
          <w:b w:val="0"/>
          <w:i w:val="0"/>
          <w:sz w:val="22"/>
        </w:rPr>
        <w:t>Выписка по счету [НОМЕР] банковской карты [НОМЕР], открытый на имя К.В.Н. 19.01.2023 в дополнительном офисе № 8588/0343 &lt;...&gt;, согласно которой 03.02.2023 в 13:26:17 (МСК) осуществлен перевод 344 800,00 руб. с карты на карту [НОМЕР] О.В.П. через мобильный банк;</w:t>
      </w:r>
    </w:p>
    <w:p>
      <w:pPr>
        <w:pStyle w:val="Heading3"/>
      </w:pPr>
      <w:r>
        <w:rPr>
          <w:rFonts w:ascii="Times New Roman" w:hAnsi="Times New Roman" w:eastAsia="Times New Roman" w:cs="Times New Roman"/>
          <w:b/>
          <w:i w:val="0"/>
          <w:sz w:val="22"/>
        </w:rPr>
        <w:t>Пункт 20. Правовой анализ</w:t>
      </w:r>
    </w:p>
    <w:p>
      <w:pPr>
        <w:spacing w:after="120" w:before="160"/>
        <w:ind w:firstLine="720"/>
        <w:jc w:val="both"/>
      </w:pPr>
      <w:r>
        <w:rPr>
          <w:rFonts w:ascii="Times New Roman" w:hAnsi="Times New Roman" w:eastAsia="Times New Roman" w:cs="Times New Roman"/>
          <w:b/>
          <w:i w:val="0"/>
          <w:sz w:val="22"/>
        </w:rPr>
        <w:t xml:space="preserve">20. </w:t>
      </w:r>
      <w:r>
        <w:rPr>
          <w:rFonts w:ascii="Times New Roman" w:hAnsi="Times New Roman" w:eastAsia="Times New Roman" w:cs="Times New Roman"/>
          <w:b w:val="0"/>
          <w:i w:val="0"/>
          <w:sz w:val="22"/>
        </w:rPr>
        <w:t>Выписка по счету [НОМЕР] банковской карты [НОМЕР], открытому на имя Н.В.А. 26.10.2022 в дополнительном офисе [НОМЕР] по адресу: &lt;...&gt;, согласно которой 03.02.2023 в 20:25:33 (МСК) осуществлен перевод 50 000,00 рублей на карту/счет [НОМЕР] Н.В.А. через мобильный банк;</w:t>
      </w:r>
    </w:p>
    <w:p>
      <w:pPr>
        <w:pStyle w:val="Heading3"/>
      </w:pPr>
      <w:r>
        <w:rPr>
          <w:rFonts w:ascii="Times New Roman" w:hAnsi="Times New Roman" w:eastAsia="Times New Roman" w:cs="Times New Roman"/>
          <w:b/>
          <w:i w:val="0"/>
          <w:sz w:val="22"/>
        </w:rPr>
        <w:t>Пункт 21. Правовой анализ</w:t>
      </w:r>
    </w:p>
    <w:p>
      <w:pPr>
        <w:spacing w:after="120" w:before="160"/>
        <w:ind w:firstLine="720"/>
        <w:jc w:val="both"/>
      </w:pPr>
      <w:r>
        <w:rPr>
          <w:rFonts w:ascii="Times New Roman" w:hAnsi="Times New Roman" w:eastAsia="Times New Roman" w:cs="Times New Roman"/>
          <w:b/>
          <w:i w:val="0"/>
          <w:sz w:val="22"/>
        </w:rPr>
        <w:t xml:space="preserve">21. </w:t>
      </w:r>
      <w:r>
        <w:rPr>
          <w:rFonts w:ascii="Times New Roman" w:hAnsi="Times New Roman" w:eastAsia="Times New Roman" w:cs="Times New Roman"/>
          <w:b w:val="0"/>
          <w:i w:val="0"/>
          <w:sz w:val="22"/>
        </w:rPr>
        <w:t>Выписка по счету [НОМЕР] банковской карты [НОМЕР], открытому на имя Н.В.А. 28.09.2022 в дополнительном офисе № 8613/024 по адресу: &lt;...&gt;, из которой следует, что 03.02.2023 в 20:26:23 (МСК) осуществлена покупка на 50 000,00 руб. POS ТУ MOSCOW;</w:t>
      </w:r>
    </w:p>
    <w:p>
      <w:pPr>
        <w:pStyle w:val="Heading3"/>
      </w:pPr>
      <w:r>
        <w:rPr>
          <w:rFonts w:ascii="Times New Roman" w:hAnsi="Times New Roman" w:eastAsia="Times New Roman" w:cs="Times New Roman"/>
          <w:b/>
          <w:i w:val="0"/>
          <w:sz w:val="22"/>
        </w:rPr>
        <w:t>Пункт 22. Правовой анализ</w:t>
      </w:r>
    </w:p>
    <w:p>
      <w:pPr>
        <w:spacing w:after="120" w:before="160"/>
        <w:ind w:firstLine="720"/>
        <w:jc w:val="both"/>
      </w:pPr>
      <w:r>
        <w:rPr>
          <w:rFonts w:ascii="Times New Roman" w:hAnsi="Times New Roman" w:eastAsia="Times New Roman" w:cs="Times New Roman"/>
          <w:b/>
          <w:i w:val="0"/>
          <w:sz w:val="22"/>
        </w:rPr>
        <w:t xml:space="preserve">22. </w:t>
      </w:r>
      <w:r>
        <w:rPr>
          <w:rFonts w:ascii="Times New Roman" w:hAnsi="Times New Roman" w:eastAsia="Times New Roman" w:cs="Times New Roman"/>
          <w:b w:val="0"/>
          <w:i w:val="0"/>
          <w:sz w:val="22"/>
        </w:rPr>
        <w:t>Выписка по счету [НОМЕР] банковской карты [НОМЕР], открытому на имя С.№16. 14.07.2017 в ОСБ № 5221/386 &lt;...&gt; в отделении ПАО «Сбербанк», согласно которой проведены с карты на карту через мобильный банк: - 24.10.2022 в 12:26:47 (МСК) 92 350,00 руб. на карту/счет [НОМЕР] Ш.И.И.; - 26.10.2022 в 17:22:32 (МСК) 50 200,00 руб. на карту/счет [НОМЕР] Р.А.А.; - 26.10.2022 в 17:26:56 (МСК) 100 000,00 руб. на карту/счет [НОМЕР] Н.К.Д.; - 14.11.2022 в 16:35:23 (МСК) 143 000 руб. на карту/счет [НОМЕР] И.Б.; - 18.11.2022 в 19:50:34 (МСК) 100 000,00 руб., на карту/счет ПАО Сбербанк [НОМЕР] Р.А.; - 01.12.2022 в 14:39:27 (МСК) 220 000,00 руб. на карту/счет [НОМЕР] С.А.А.; - 06.01.2023 в 18:19:44-18:20:13 (МСК) 38 000 и 37 000 руб. на карту/счет [НОМЕР] С.№16.; - 11.01.2023 в 10:12:34-10:13:37 (МСК) 200 000, 250 000 и 55 000 руб. карту/счет [НОМЕР] С.№16.; - 17.01.2023 в 15:03:00 (МСК) перевод собственных средств 699 602,13 руб. с карты [НОМЕР] на счет [НОМЕР] С.№16., открытый 02.11.2020 в ОСБ № 5230/131 ПАО «Сбербанк», &lt;...&gt;; - 22.01.2023 в 15:40:05 (МСК) перевод собственных средств 300 000 руб. со счета [НОМЕР] на карту/счет [НОМЕР] С.№16.; - 29.01.2023 в 18:50:36 (МСК) перевод собственных средств 309 000 руб. со счета [НОМЕР] на карту/счет [НОМЕР] С.№16.;</w:t>
      </w:r>
    </w:p>
    <w:p>
      <w:pPr>
        <w:pStyle w:val="Heading3"/>
      </w:pPr>
      <w:r>
        <w:rPr>
          <w:rFonts w:ascii="Times New Roman" w:hAnsi="Times New Roman" w:eastAsia="Times New Roman" w:cs="Times New Roman"/>
          <w:b/>
          <w:i w:val="0"/>
          <w:sz w:val="22"/>
        </w:rPr>
        <w:t>Пункт 23. Правовой анализ</w:t>
      </w:r>
    </w:p>
    <w:p>
      <w:pPr>
        <w:spacing w:after="120" w:before="160"/>
        <w:ind w:firstLine="720"/>
        <w:jc w:val="both"/>
      </w:pPr>
      <w:r>
        <w:rPr>
          <w:rFonts w:ascii="Times New Roman" w:hAnsi="Times New Roman" w:eastAsia="Times New Roman" w:cs="Times New Roman"/>
          <w:b/>
          <w:i w:val="0"/>
          <w:sz w:val="22"/>
        </w:rPr>
        <w:t xml:space="preserve">23. </w:t>
      </w:r>
      <w:r>
        <w:rPr>
          <w:rFonts w:ascii="Times New Roman" w:hAnsi="Times New Roman" w:eastAsia="Times New Roman" w:cs="Times New Roman"/>
          <w:b w:val="0"/>
          <w:i w:val="0"/>
          <w:sz w:val="22"/>
        </w:rPr>
        <w:t>Выписка по счету [НОМЕР] банковской карты [НОМЕР], открытый на имя М.Ч.О. [ДАТА] в ОСБ № 546991/7771 ПАО «Сбербанк», согласно которой 11.01.2023 в 22:17:15 (МСК) осуществлен перевод 9 991 руб. с карты на карту /счет [НОМЕР] М.Ч.О. [ДАТА] в ОСБ № 546991/7771 ПАО "Сбербанк";</w:t>
      </w:r>
    </w:p>
    <w:p>
      <w:pPr>
        <w:pStyle w:val="Heading3"/>
      </w:pPr>
      <w:r>
        <w:rPr>
          <w:rFonts w:ascii="Times New Roman" w:hAnsi="Times New Roman" w:eastAsia="Times New Roman" w:cs="Times New Roman"/>
          <w:b/>
          <w:i w:val="0"/>
          <w:sz w:val="22"/>
        </w:rPr>
        <w:t>Пункт 24. Правовой анализ</w:t>
      </w:r>
    </w:p>
    <w:p>
      <w:pPr>
        <w:spacing w:after="120" w:before="160"/>
        <w:ind w:firstLine="720"/>
        <w:jc w:val="both"/>
      </w:pPr>
      <w:r>
        <w:rPr>
          <w:rFonts w:ascii="Times New Roman" w:hAnsi="Times New Roman" w:eastAsia="Times New Roman" w:cs="Times New Roman"/>
          <w:b/>
          <w:i w:val="0"/>
          <w:sz w:val="22"/>
        </w:rPr>
        <w:t xml:space="preserve">24. </w:t>
      </w:r>
      <w:r>
        <w:rPr>
          <w:rFonts w:ascii="Times New Roman" w:hAnsi="Times New Roman" w:eastAsia="Times New Roman" w:cs="Times New Roman"/>
          <w:b w:val="0"/>
          <w:i w:val="0"/>
          <w:sz w:val="22"/>
        </w:rPr>
        <w:t>Выписка по счету [НОМЕР] банковской карты [НОМЕР], открытый на имя А.Л.С. [ДАТА] в ОСБ № 559055/0910 ПАО «Сбербанк», согласно которой проведены денежные переводы: - 12.01.2023 в 8:29:28 (МСК) 35 000 и 35 000 руб. с карты на карту/счет [НОМЕР] А.Л.С.; - 13.01.2023 в 14:53:11 (МСК) 5 500 руб. с карты на карту /счет [НОМЕР] А.Л.С.;</w:t>
      </w:r>
    </w:p>
    <w:p>
      <w:pPr>
        <w:pStyle w:val="Heading3"/>
      </w:pPr>
      <w:r>
        <w:rPr>
          <w:rFonts w:ascii="Times New Roman" w:hAnsi="Times New Roman" w:eastAsia="Times New Roman" w:cs="Times New Roman"/>
          <w:b/>
          <w:i w:val="0"/>
          <w:sz w:val="22"/>
        </w:rPr>
        <w:t>Пункт 25. Правовой анализ</w:t>
      </w:r>
    </w:p>
    <w:p>
      <w:pPr>
        <w:spacing w:after="120" w:before="160"/>
        <w:ind w:firstLine="720"/>
        <w:jc w:val="both"/>
      </w:pPr>
      <w:r>
        <w:rPr>
          <w:rFonts w:ascii="Times New Roman" w:hAnsi="Times New Roman" w:eastAsia="Times New Roman" w:cs="Times New Roman"/>
          <w:b/>
          <w:i w:val="0"/>
          <w:sz w:val="22"/>
        </w:rPr>
        <w:t xml:space="preserve">25. </w:t>
      </w:r>
      <w:r>
        <w:rPr>
          <w:rFonts w:ascii="Times New Roman" w:hAnsi="Times New Roman" w:eastAsia="Times New Roman" w:cs="Times New Roman"/>
          <w:b w:val="0"/>
          <w:i w:val="0"/>
          <w:sz w:val="22"/>
        </w:rPr>
        <w:t>Выписка по счету [НОМЕР] банковской карты [НОМЕР], открытый на имя Б.Д. [ДАТА] в ОСБ № 387978/01715 ПАО «Сбербанк», согласно которой осуществлены следующие операции: - 12.01.2023 в 14:42:07 (МСК) 45 000 руб. с карты на карту/счет [НОМЕР] Б.Д. [ДАТА] в ОСБ № 387978/01715 ПАО «Сбербанк»; - 13.01.2023 в 21:26:01 (МСК) бесконтактная покупка на 4 999 руб. через POS ТУ Сбербанка, MERCHANT_NAME=DNS 3015; MCC=5722 Gorod Moskva;</w:t>
      </w:r>
    </w:p>
    <w:p>
      <w:pPr>
        <w:pStyle w:val="Heading3"/>
      </w:pPr>
      <w:r>
        <w:rPr>
          <w:rFonts w:ascii="Times New Roman" w:hAnsi="Times New Roman" w:eastAsia="Times New Roman" w:cs="Times New Roman"/>
          <w:b/>
          <w:i w:val="0"/>
          <w:sz w:val="22"/>
        </w:rPr>
        <w:t>Пункт 26. Правовой анализ</w:t>
      </w:r>
    </w:p>
    <w:p>
      <w:pPr>
        <w:spacing w:after="120" w:before="160"/>
        <w:ind w:firstLine="720"/>
        <w:jc w:val="both"/>
      </w:pPr>
      <w:r>
        <w:rPr>
          <w:rFonts w:ascii="Times New Roman" w:hAnsi="Times New Roman" w:eastAsia="Times New Roman" w:cs="Times New Roman"/>
          <w:b/>
          <w:i w:val="0"/>
          <w:sz w:val="22"/>
        </w:rPr>
        <w:t xml:space="preserve">26. </w:t>
      </w:r>
      <w:r>
        <w:rPr>
          <w:rFonts w:ascii="Times New Roman" w:hAnsi="Times New Roman" w:eastAsia="Times New Roman" w:cs="Times New Roman"/>
          <w:b w:val="0"/>
          <w:i w:val="0"/>
          <w:sz w:val="22"/>
        </w:rPr>
        <w:t>Выписка по счету [НОМЕР] банковской карты [НОМЕР], открытый на имя М.Д.Р. [ДАТА] в ОСБ № 99387813/01879 ПАО «Сбербанк», согласно которой 22.01.2023 в 15:44:22 (МСК) осуществлен перевод 293 000 руб. с карты на карту/счет [НОМЕР] М.Д.Р.;</w:t>
      </w:r>
    </w:p>
    <w:p>
      <w:pPr>
        <w:pStyle w:val="Heading3"/>
      </w:pPr>
      <w:r>
        <w:rPr>
          <w:rFonts w:ascii="Times New Roman" w:hAnsi="Times New Roman" w:eastAsia="Times New Roman" w:cs="Times New Roman"/>
          <w:b/>
          <w:i w:val="0"/>
          <w:sz w:val="22"/>
        </w:rPr>
        <w:t>Пункт 27. Правовой анализ</w:t>
      </w:r>
    </w:p>
    <w:p>
      <w:pPr>
        <w:spacing w:after="120" w:before="160"/>
        <w:ind w:firstLine="720"/>
        <w:jc w:val="both"/>
      </w:pPr>
      <w:r>
        <w:rPr>
          <w:rFonts w:ascii="Times New Roman" w:hAnsi="Times New Roman" w:eastAsia="Times New Roman" w:cs="Times New Roman"/>
          <w:b/>
          <w:i w:val="0"/>
          <w:sz w:val="22"/>
        </w:rPr>
        <w:t xml:space="preserve">27. </w:t>
      </w:r>
      <w:r>
        <w:rPr>
          <w:rFonts w:ascii="Times New Roman" w:hAnsi="Times New Roman" w:eastAsia="Times New Roman" w:cs="Times New Roman"/>
          <w:b w:val="0"/>
          <w:i w:val="0"/>
          <w:sz w:val="22"/>
        </w:rPr>
        <w:t>Выписка по счету [НОМЕР] банковской карты [НОМЕР], открытый на имя К.Н.Э. [ДАТА] в ОСБ № 54568622/00303 ПАО «Сбербанк», согласно которой 29.01.2023 в 18:50:55 (МСК) осуществлен перевод 135 000 руб. с карты на карту/счет [НОМЕР] К.Н.Э.;</w:t>
      </w:r>
    </w:p>
    <w:p>
      <w:pPr>
        <w:pStyle w:val="Heading3"/>
      </w:pPr>
      <w:r>
        <w:rPr>
          <w:rFonts w:ascii="Times New Roman" w:hAnsi="Times New Roman" w:eastAsia="Times New Roman" w:cs="Times New Roman"/>
          <w:b/>
          <w:i w:val="0"/>
          <w:sz w:val="22"/>
        </w:rPr>
        <w:t>Пункт 28. Правовой анализ</w:t>
      </w:r>
    </w:p>
    <w:p>
      <w:pPr>
        <w:spacing w:after="120" w:before="160"/>
        <w:ind w:firstLine="720"/>
        <w:jc w:val="both"/>
      </w:pPr>
      <w:r>
        <w:rPr>
          <w:rFonts w:ascii="Times New Roman" w:hAnsi="Times New Roman" w:eastAsia="Times New Roman" w:cs="Times New Roman"/>
          <w:b/>
          <w:i w:val="0"/>
          <w:sz w:val="22"/>
        </w:rPr>
        <w:t xml:space="preserve">28. </w:t>
      </w:r>
      <w:r>
        <w:rPr>
          <w:rFonts w:ascii="Times New Roman" w:hAnsi="Times New Roman" w:eastAsia="Times New Roman" w:cs="Times New Roman"/>
          <w:b w:val="0"/>
          <w:i w:val="0"/>
          <w:sz w:val="22"/>
        </w:rPr>
        <w:t>Выписка по счету [НОМЕР] банковской карты [НОМЕР], открытый на имя П.А.К. [ДАТА] в ОСБ № 42496984/00294 ПАО «Сбербанк», согласно которой 29.01.2023 в 18:50:55 (МСК) осуществлен перевод 135 000 руб. с карты на карту/счет [НОМЕР] К.Н.Э.;</w:t>
      </w:r>
    </w:p>
    <w:p>
      <w:pPr>
        <w:pStyle w:val="Heading3"/>
      </w:pPr>
      <w:r>
        <w:rPr>
          <w:rFonts w:ascii="Times New Roman" w:hAnsi="Times New Roman" w:eastAsia="Times New Roman" w:cs="Times New Roman"/>
          <w:b/>
          <w:i w:val="0"/>
          <w:sz w:val="22"/>
        </w:rPr>
        <w:t>Пункт 29. Правовой анализ</w:t>
      </w:r>
    </w:p>
    <w:p>
      <w:pPr>
        <w:spacing w:after="120" w:before="160"/>
        <w:ind w:firstLine="720"/>
        <w:jc w:val="both"/>
      </w:pPr>
      <w:r>
        <w:rPr>
          <w:rFonts w:ascii="Times New Roman" w:hAnsi="Times New Roman" w:eastAsia="Times New Roman" w:cs="Times New Roman"/>
          <w:b/>
          <w:i w:val="0"/>
          <w:sz w:val="22"/>
        </w:rPr>
        <w:t xml:space="preserve">29. </w:t>
      </w:r>
      <w:r>
        <w:rPr>
          <w:rFonts w:ascii="Times New Roman" w:hAnsi="Times New Roman" w:eastAsia="Times New Roman" w:cs="Times New Roman"/>
          <w:b w:val="0"/>
          <w:i w:val="0"/>
          <w:sz w:val="22"/>
        </w:rPr>
        <w:t>Выписка по счету [НОМЕР] банковской карты [НОМЕР], открытый на имя С.А.А. [ДАТА] в ОСБ № 8619/095 &lt;...&gt;, согласно которой 01.12.2022 в 15:08:35 (МСК) осуществлен перевод 220 000,00 руб. через мобильный банк с карты на карту/счет [НОМЕР] С.А.А.;</w:t>
      </w:r>
    </w:p>
    <w:p>
      <w:pPr>
        <w:pStyle w:val="Heading3"/>
      </w:pPr>
      <w:r>
        <w:rPr>
          <w:rFonts w:ascii="Times New Roman" w:hAnsi="Times New Roman" w:eastAsia="Times New Roman" w:cs="Times New Roman"/>
          <w:b/>
          <w:i w:val="0"/>
          <w:sz w:val="22"/>
        </w:rPr>
        <w:t>Пункт 30. Правовой анализ</w:t>
      </w:r>
    </w:p>
    <w:p>
      <w:pPr>
        <w:spacing w:after="120" w:before="160"/>
        <w:ind w:firstLine="720"/>
        <w:jc w:val="both"/>
      </w:pPr>
      <w:r>
        <w:rPr>
          <w:rFonts w:ascii="Times New Roman" w:hAnsi="Times New Roman" w:eastAsia="Times New Roman" w:cs="Times New Roman"/>
          <w:b/>
          <w:i w:val="0"/>
          <w:sz w:val="22"/>
        </w:rPr>
        <w:t xml:space="preserve">30. </w:t>
      </w:r>
      <w:r>
        <w:rPr>
          <w:rFonts w:ascii="Times New Roman" w:hAnsi="Times New Roman" w:eastAsia="Times New Roman" w:cs="Times New Roman"/>
          <w:b w:val="0"/>
          <w:i w:val="0"/>
          <w:sz w:val="22"/>
        </w:rPr>
        <w:t>Выписка по счету [НОМЕР] банковской карты [НОМЕР], открытый на имя С.А.А. [ДАТА] в дополнительном офисе № 8619/095 по адресу: &lt;...&gt;. 10, согласно которой 06.12.2022 в 11:01:20 (МСК) осуществлен перевод с карты на карту через мобильный банк 328 187,6 рублей;</w:t>
      </w:r>
    </w:p>
    <w:p>
      <w:pPr>
        <w:pStyle w:val="Heading3"/>
      </w:pPr>
      <w:r>
        <w:rPr>
          <w:rFonts w:ascii="Times New Roman" w:hAnsi="Times New Roman" w:eastAsia="Times New Roman" w:cs="Times New Roman"/>
          <w:b/>
          <w:i w:val="0"/>
          <w:sz w:val="22"/>
        </w:rPr>
        <w:t>Пункт 31. Правовой анализ</w:t>
      </w:r>
    </w:p>
    <w:p>
      <w:pPr>
        <w:spacing w:after="120" w:before="160"/>
        <w:ind w:firstLine="720"/>
        <w:jc w:val="both"/>
      </w:pPr>
      <w:r>
        <w:rPr>
          <w:rFonts w:ascii="Times New Roman" w:hAnsi="Times New Roman" w:eastAsia="Times New Roman" w:cs="Times New Roman"/>
          <w:b/>
          <w:i w:val="0"/>
          <w:sz w:val="22"/>
        </w:rPr>
        <w:t xml:space="preserve">31. </w:t>
      </w:r>
      <w:r>
        <w:rPr>
          <w:rFonts w:ascii="Times New Roman" w:hAnsi="Times New Roman" w:eastAsia="Times New Roman" w:cs="Times New Roman"/>
          <w:b w:val="0"/>
          <w:i w:val="0"/>
          <w:sz w:val="22"/>
        </w:rPr>
        <w:t>Выписка по счету [НОМЕР] банковской карты [НОМЕР], открытый на имя С.А.А. [ДАТА] в дополнительном офисе № 8619/095 по адресу: &lt;...&gt;, согласно которой 01.12.2022 в 10:35:16-10:35:50 (МСК) осуществлены переводы на 50 000,00 и 120 000,00 руб. с карты на карту/счет [НОМЕР] С.№16.;</w:t>
      </w:r>
    </w:p>
    <w:p>
      <w:pPr>
        <w:pStyle w:val="Heading3"/>
      </w:pPr>
      <w:r>
        <w:rPr>
          <w:rFonts w:ascii="Times New Roman" w:hAnsi="Times New Roman" w:eastAsia="Times New Roman" w:cs="Times New Roman"/>
          <w:b/>
          <w:i w:val="0"/>
          <w:sz w:val="22"/>
        </w:rPr>
        <w:t>Пункт 32. Правовой анализ</w:t>
      </w:r>
    </w:p>
    <w:p>
      <w:pPr>
        <w:spacing w:after="120" w:before="160"/>
        <w:ind w:firstLine="720"/>
        <w:jc w:val="both"/>
      </w:pPr>
      <w:r>
        <w:rPr>
          <w:rFonts w:ascii="Times New Roman" w:hAnsi="Times New Roman" w:eastAsia="Times New Roman" w:cs="Times New Roman"/>
          <w:b/>
          <w:i w:val="0"/>
          <w:sz w:val="22"/>
        </w:rPr>
        <w:t xml:space="preserve">32. </w:t>
      </w:r>
      <w:r>
        <w:rPr>
          <w:rFonts w:ascii="Times New Roman" w:hAnsi="Times New Roman" w:eastAsia="Times New Roman" w:cs="Times New Roman"/>
          <w:b w:val="0"/>
          <w:i w:val="0"/>
          <w:sz w:val="22"/>
        </w:rPr>
        <w:t>Выписка по счету [НОМЕР] банковской карты [НОМЕР] на имя С.№13. открытого [ДАТА] в ОСБ № 52525221/00935 &lt;...&gt;, согласно которой осуществлены следующие переводы денежных средств: - 06.01.2023 в 18:19:44-18:20:13 (МСК) 38 000, 37 000 руб. на карту/счет [НОМЕР] С.№16., открытого [ДАТА] в ОСБ № 5221/386 &lt;...&gt;; - 06.01.2023 в 18:41:35-18:42:17 (МСК) 13 000 и 17 000 руб. на карту/счет [НОМЕР] Эдосома Дестини, открытого [ДАТА] в ОСБ № 8608/0219 &lt;...&gt;; - 11.01.2023 в 10:12:34-10:13:11 (МСК) 200 000 и 250 000 руб. на карту/счет [НОМЕР] С.№16.; - 11.01.2023 в 9:25:01-11:06:44 (МСК) 15 000 и 14 000 руб. на карту/счет [НОМЕР] С.№13. ПАО «Сбербанк»; - 11.01.2023 в 10:13:47 (МСК) 55 000 руб. на карту/счет [НОМЕР] С.№16.; - 11.01.2023 в 13:37:03-13:37:36 (МСК) 25 000 и 19 000 руб. на карту/счет [НОМЕР] Эдосома Дестини; - 13.01.2023 в 20:30:31 (МСК) 24 000 руб. на карту/счет [НОМЕР] Эдосома Дестини; - 11.01.2023 в 20:31:08 (МСК) 10 000 руб. на карту/счет [НОМЕР] Эдосома Дестини; - 16.01.2023 в 11:45:05-11:57:34 (МСК) 29 000, 31 000, 25 000, 24 000 руб. на карту/счет [НОМЕР] С.№16.; - 27.01.2023 в 15:53:15-17:01:35 (МСК) 200 000, 100 000, 250 000, 130 000 руб. на карту/счет [НОМЕР] Эдосома Дестини; - 29.01.2023 в 18:57:53-21:25:29 (МСК) 89 000, 101 000, 70 000, 80 000, 60 000, 135 000, 65 000, 70 000, 80 000 руб. на карту/счет [НОМЕР] С.№16.; - 30.01.2023 в 14:10:08-14:11:33 (МСК) 57 000, 66 000, 88 000 руб. на карту/счет [НОМЕР] Эдосома Дестини; - 31.01.2023 в 9:05:05-9:05:44 (МСК) 55 000, 50 000 руб. на карту/ счет [НОМЕР] С.№16.;</w:t>
      </w:r>
    </w:p>
    <w:p>
      <w:pPr>
        <w:pStyle w:val="Heading3"/>
      </w:pPr>
      <w:r>
        <w:rPr>
          <w:rFonts w:ascii="Times New Roman" w:hAnsi="Times New Roman" w:eastAsia="Times New Roman" w:cs="Times New Roman"/>
          <w:b/>
          <w:i w:val="0"/>
          <w:sz w:val="22"/>
        </w:rPr>
        <w:t>Пункт 33. Правовой анализ</w:t>
      </w:r>
    </w:p>
    <w:p>
      <w:pPr>
        <w:spacing w:after="120" w:before="160"/>
        <w:ind w:firstLine="720"/>
        <w:jc w:val="both"/>
      </w:pPr>
      <w:r>
        <w:rPr>
          <w:rFonts w:ascii="Times New Roman" w:hAnsi="Times New Roman" w:eastAsia="Times New Roman" w:cs="Times New Roman"/>
          <w:b/>
          <w:i w:val="0"/>
          <w:sz w:val="22"/>
        </w:rPr>
        <w:t xml:space="preserve">33. </w:t>
      </w:r>
      <w:r>
        <w:rPr>
          <w:rFonts w:ascii="Times New Roman" w:hAnsi="Times New Roman" w:eastAsia="Times New Roman" w:cs="Times New Roman"/>
          <w:b w:val="0"/>
          <w:i w:val="0"/>
          <w:sz w:val="22"/>
        </w:rPr>
        <w:t>Выписка по карте [НОМЕР] на имя ФИО6 открытого [ДАТА] в ПАО ВТБ, согласно которой проведены следующие операции: - 11.01.2023 в 13:52:00-13:53:32 (МСК) обналичивание денежных средств - 200 000, 64 000 руб. через банкомат VB24, 387982, D. 20, PR-KT SVOBODNYI, RUS, MOSKVA G, ESELK3; - 13.01.2023 в 12:47:16-13:53:26 (МСК) перевод 129 000 и 48 000 руб. с карты на карту/счет [НОМЕР] А.Д. ПАО «Сбербанк»; - 16.01.2023 в 13:26:32 (МСК) обналичивание денежных средств 350 000 руб. через банкомат VB24; 397706; D. 20, PR-KT SVOBODNYI; RUS; MOSKVA G; NYVW36;</w:t>
      </w:r>
    </w:p>
    <w:p>
      <w:pPr>
        <w:pStyle w:val="Heading3"/>
      </w:pPr>
      <w:r>
        <w:rPr>
          <w:rFonts w:ascii="Times New Roman" w:hAnsi="Times New Roman" w:eastAsia="Times New Roman" w:cs="Times New Roman"/>
          <w:b/>
          <w:i w:val="0"/>
          <w:sz w:val="22"/>
        </w:rPr>
        <w:t>Пункт 34. Правовой анализ</w:t>
      </w:r>
    </w:p>
    <w:p>
      <w:pPr>
        <w:spacing w:after="120" w:before="160"/>
        <w:ind w:firstLine="720"/>
        <w:jc w:val="both"/>
      </w:pPr>
      <w:r>
        <w:rPr>
          <w:rFonts w:ascii="Times New Roman" w:hAnsi="Times New Roman" w:eastAsia="Times New Roman" w:cs="Times New Roman"/>
          <w:b/>
          <w:i w:val="0"/>
          <w:sz w:val="22"/>
        </w:rPr>
        <w:t xml:space="preserve">34. </w:t>
      </w:r>
      <w:r>
        <w:rPr>
          <w:rFonts w:ascii="Times New Roman" w:hAnsi="Times New Roman" w:eastAsia="Times New Roman" w:cs="Times New Roman"/>
          <w:b w:val="0"/>
          <w:i w:val="0"/>
          <w:sz w:val="22"/>
        </w:rPr>
        <w:t>Выписка по карте/счет [НОМЕР], открытой на имя А.Д. [ДАТА] в ПАО «Сбербанк», &lt;...&gt;, согласно которой 13.01.2023 в 12:47:16-13:53:26 (МСК) осуществлены обналичивание денежных средств 129 000 и 48 000 руб. через банкомат АТМ 60015328 &lt;...&gt;;</w:t>
      </w:r>
    </w:p>
    <w:p>
      <w:pPr>
        <w:pStyle w:val="Heading3"/>
      </w:pPr>
      <w:r>
        <w:rPr>
          <w:rFonts w:ascii="Times New Roman" w:hAnsi="Times New Roman" w:eastAsia="Times New Roman" w:cs="Times New Roman"/>
          <w:b/>
          <w:i w:val="0"/>
          <w:sz w:val="22"/>
        </w:rPr>
        <w:t>Пункт 35. Правовой анализ</w:t>
      </w:r>
    </w:p>
    <w:p>
      <w:pPr>
        <w:spacing w:after="120" w:before="160"/>
        <w:ind w:firstLine="720"/>
        <w:jc w:val="both"/>
      </w:pPr>
      <w:r>
        <w:rPr>
          <w:rFonts w:ascii="Times New Roman" w:hAnsi="Times New Roman" w:eastAsia="Times New Roman" w:cs="Times New Roman"/>
          <w:b/>
          <w:i w:val="0"/>
          <w:sz w:val="22"/>
        </w:rPr>
        <w:t xml:space="preserve">35. </w:t>
      </w:r>
      <w:r>
        <w:rPr>
          <w:rFonts w:ascii="Times New Roman" w:hAnsi="Times New Roman" w:eastAsia="Times New Roman" w:cs="Times New Roman"/>
          <w:b w:val="0"/>
          <w:i w:val="0"/>
          <w:sz w:val="22"/>
        </w:rPr>
        <w:t>Выписка по карте [НОМЕР], открытой на имя А.Д. [ДАТА] в ПАО ВТБ, согласно которой осуществлены обналичивание денежных средств: - 17.01.2023 в 15:04:47 (МСК) 98 000 руб. через банкомат, VB24; 373435; - 18.01.2023 в 9:48:01 (МСК) 47 000 руб. через банкомат, VB24; 370200; - 21.01.2023 в 14:29:32 (МСК) 130 000 руб. через банкомат VB24; 370200; - 22.01.2023 в 8:54:00 (МСК) 145 500 руб. через банкомат VB24; 370204; D. 10, KORP. 1, PR-KT LERMONTOVSKII; RUS; MOSKVA G; OMD1G7; - 23.01.2023 в 11:25:23 (МСК) 75 000 руб. через банкомат VB24; 370204; D. 10, KORP. 1, PR-KT LERMONTOVSKII; RUS; MOSKVA G; 3E53T9; - 24.01.2023 в 17:20:54 (МСК) 55 000 руб. через банкомат VB24; 370202; D. 10, KORP. 1, PR-KT LERMONTOVSKII; RUS; MOSKVA G; DG47F2; - 26.01.2023 в 9:29:48 (МСК) 100 000 руб. через банкомат VB24; 370202; D. 10, KORP. 1, PR-KT LERMONTOVSKII; RUS; MOSKVA G; 7LH455; - 26.01.2023 в 12:09:13 (МСК) 50 000 руб. через банкомат, VB24; 370202; D. 10, KORP. 1, PR-KT LERMONTOVSKII; RUS; MOSKVA G; I2M4I8; - 26.01.2023 в 18:47:17 (МСК) 100 000 руб. через банкомат, VB24; 370202; D. 10, KORP. 1, PR-KT LERMONTOVSKII; RUS; MOSKVA G; 43DCB5; - 27.01.2023 в 8:32:05 (МСК) 50 000 руб. через банкомат VB24; 370202; D. 10, KORP. 1, PR-KT LERMONTOVSKII; RUS; MOSKVA G; BH3LF1;</w:t>
      </w:r>
    </w:p>
    <w:p>
      <w:pPr>
        <w:pStyle w:val="Heading3"/>
      </w:pPr>
      <w:r>
        <w:rPr>
          <w:rFonts w:ascii="Times New Roman" w:hAnsi="Times New Roman" w:eastAsia="Times New Roman" w:cs="Times New Roman"/>
          <w:b/>
          <w:i w:val="0"/>
          <w:sz w:val="22"/>
        </w:rPr>
        <w:t>Пункт 36. Правовой анализ</w:t>
      </w:r>
    </w:p>
    <w:p>
      <w:pPr>
        <w:spacing w:after="120" w:before="160"/>
        <w:ind w:firstLine="720"/>
        <w:jc w:val="both"/>
      </w:pPr>
      <w:r>
        <w:rPr>
          <w:rFonts w:ascii="Times New Roman" w:hAnsi="Times New Roman" w:eastAsia="Times New Roman" w:cs="Times New Roman"/>
          <w:b/>
          <w:i w:val="0"/>
          <w:sz w:val="22"/>
        </w:rPr>
        <w:t xml:space="preserve">36. </w:t>
      </w:r>
      <w:r>
        <w:rPr>
          <w:rFonts w:ascii="Times New Roman" w:hAnsi="Times New Roman" w:eastAsia="Times New Roman" w:cs="Times New Roman"/>
          <w:b w:val="0"/>
          <w:i w:val="0"/>
          <w:sz w:val="22"/>
        </w:rPr>
        <w:t>Выписка по счету [НОМЕР] банковской карты [НОМЕР], открытого на имя Эдосомы Дестени [ДАТА] в ОСБ № 8608/0219 &lt;...&gt; в отделении ПАО «Сбербанк», согласно которой проведены следующие операции: - 16.11.2022 в 10:15:25 (МСК) снятие наличных денежных средств 50 000 руб. через банкомат АТМ Сбербанк России &lt;...&gt;; - 16.11.2022 в 9:33:33-9:35:46 (МСК) перевод 22 000,00, 18 000,00 и 10 000,00 руб. с карты на карту/счет [НОМЕР] С.№17.; - 01.12.2022 в 10:22:15-9:35:46 (МСК) перевод 150 000,00 руб. со счета на карту/счет [НОМЕР] С.№13.; - 01.12.2022 в 10:24:32-10:36:25 (МСК) перевод 18 000,00 и 2 000,00 руб. со счета на карту/счет [НОМЕР] Г.Л.В.; - 01.12.2022 в 10:42:11-10:51:00 (МСК) оплата кредита на сумму 32 320,00 и 18 899,08 руб. Home Credit Finance Bank; Rencredit; - 01.12.2022 в 13:09:08 (МСК) снятие наличных денежных средств 70 000,00 руб. через банкомат АТМ № 60008580, &lt;...&gt;; - 11.01.2023 в 13:37:03-13:37:36 (МСК) перевод 25 000 и 19 000 руб. с карты на карту/счет [НОМЕР] Эдосома ФИО7 в ОСБ № 8608/0219 &lt;...&gt;; - 11.01.2023 в 13:51:45-13:37:36 (МСК) перевод 1 700 руб. с карты на карту/счет [НОМЕР] С.№2; - 11.01.2023 в 13:58:46 (МСК) перевод 42 743,66 руб. с карты на карту/счет [НОМЕР] Эдосома Дестини открыт [ДАТА] в дополнительном офисе № 8608/0219 &lt;...&gt;; - 11.01.2023, 16.01.2023 в 20:47:30-14:22:46 (МСК) бесконтактная покупка POS ТУ Сбербанк на сумму 44 001,61 руб.,; - [ДАТА] в 20:31:08 (МСК) перевод 10 000 руб. с карты на карту/счет [НОМЕР] Эдосома Дестини [ДАТА] в ОСБ № 8608/0219 &lt;...&gt;; - 13.01.2023 в 20:30:31 (МСК) перевод 24 000 руб. с карты на карту/счет [НОМЕР] Эдосома Дестини в ОСБ № 5221/386 &lt;...&gt;; - 13.01.2023 в 21:11:12 (МСК) перевод 34 095,17 руб. с карты на карту/счет [НОМЕР] Эдосома Дестини открытый [ДАТА] в дополнительном офисе № 8608/0219 по адресу: &lt;...&gt;; - 13.01.2023 в 21:12:42 (МСК) – иное на 34 949 руб., SBOL MERCHANT_NAME=DNS; - 27.01.2023 в 18:37:37 (МСК), 06.02.2023 в 20:13:35 покупка POS ТУ Сбербанка Gorod Moskva Obninsk на сумму 138 673,90 руб.; - 27.01.2023 в 17:05:22 (МСК) - 200 000 руб. перевод с карты на карту/счет [НОМЕР] И.П.С. [ДАТА] ОСБ № 7813/1304 ПАО «Сбербанк»; - 27.01.2023 в 17:06:12 (МСК) перевод 150 000 руб. с карты на карту/счет [НОМЕР] Л.Г.К. [ДАТА] ОСБ № 7813/1118 ПАО «Сбербанк»;</w:t>
      </w:r>
    </w:p>
    <w:p>
      <w:pPr>
        <w:pStyle w:val="Heading3"/>
      </w:pPr>
      <w:r>
        <w:rPr>
          <w:rFonts w:ascii="Times New Roman" w:hAnsi="Times New Roman" w:eastAsia="Times New Roman" w:cs="Times New Roman"/>
          <w:b/>
          <w:i w:val="0"/>
          <w:sz w:val="22"/>
        </w:rPr>
        <w:t>Пункт 37. Правовой анализ</w:t>
      </w:r>
    </w:p>
    <w:p>
      <w:pPr>
        <w:spacing w:after="120" w:before="160"/>
        <w:ind w:firstLine="720"/>
        <w:jc w:val="both"/>
      </w:pPr>
      <w:r>
        <w:rPr>
          <w:rFonts w:ascii="Times New Roman" w:hAnsi="Times New Roman" w:eastAsia="Times New Roman" w:cs="Times New Roman"/>
          <w:b/>
          <w:i w:val="0"/>
          <w:sz w:val="22"/>
        </w:rPr>
        <w:t xml:space="preserve">37. </w:t>
      </w:r>
      <w:r>
        <w:rPr>
          <w:rFonts w:ascii="Times New Roman" w:hAnsi="Times New Roman" w:eastAsia="Times New Roman" w:cs="Times New Roman"/>
          <w:b w:val="0"/>
          <w:i w:val="0"/>
          <w:sz w:val="22"/>
        </w:rPr>
        <w:t>Выписка по счету [НОМЕР] банковской карты [НОМЕР], открытого на имя У.Э. [ДАТА] в ОСБ № 8635/251 ПАО «Сбербанк», согласно которой осуществлены следующие операции: - 30.01.2023 в 14:11:55 (МСК) - 103 800 руб. перевод с карты на карту/счет [НОМЕР] У.Э. [ДАТА] в ОСБ № 8635/251 ПАО «Сбербанк»; - 11.02.2023 в 8:38:34 (МСК) - 100 000,00 руб. перевод с карты на карту через мобильный банк SBERBANK_ONL@IN_PLATEZH;</w:t>
      </w:r>
    </w:p>
    <w:p>
      <w:pPr>
        <w:pStyle w:val="Heading3"/>
      </w:pPr>
      <w:r>
        <w:rPr>
          <w:rFonts w:ascii="Times New Roman" w:hAnsi="Times New Roman" w:eastAsia="Times New Roman" w:cs="Times New Roman"/>
          <w:b/>
          <w:i w:val="0"/>
          <w:sz w:val="22"/>
        </w:rPr>
        <w:t>Пункт 38. Правовой анализ</w:t>
      </w:r>
    </w:p>
    <w:p>
      <w:pPr>
        <w:spacing w:after="120" w:before="160"/>
        <w:ind w:firstLine="720"/>
        <w:jc w:val="both"/>
      </w:pPr>
      <w:r>
        <w:rPr>
          <w:rFonts w:ascii="Times New Roman" w:hAnsi="Times New Roman" w:eastAsia="Times New Roman" w:cs="Times New Roman"/>
          <w:b/>
          <w:i w:val="0"/>
          <w:sz w:val="22"/>
        </w:rPr>
        <w:t xml:space="preserve">38. </w:t>
      </w:r>
      <w:r>
        <w:rPr>
          <w:rFonts w:ascii="Times New Roman" w:hAnsi="Times New Roman" w:eastAsia="Times New Roman" w:cs="Times New Roman"/>
          <w:b w:val="0"/>
          <w:i w:val="0"/>
          <w:sz w:val="22"/>
        </w:rPr>
        <w:t>Выписка по счету [НОМЕР] банковской карты [НОМЕР], открытого на имя Л.Г.К. [ДАТА] в ОСБ № 7813/1118 ПАО «Сбербанк» согласно которой 30.01.2023 в 14:21:10 (МСК) произведено обналичивание денежных средств 165 000,00 руб. через банкомат ATM 60018500 MOSKVA RUS;</w:t>
      </w:r>
    </w:p>
    <w:p>
      <w:pPr>
        <w:pStyle w:val="Heading3"/>
      </w:pPr>
      <w:r>
        <w:rPr>
          <w:rFonts w:ascii="Times New Roman" w:hAnsi="Times New Roman" w:eastAsia="Times New Roman" w:cs="Times New Roman"/>
          <w:b/>
          <w:i w:val="0"/>
          <w:sz w:val="22"/>
        </w:rPr>
        <w:t>Пункт 39. Правовой анализ</w:t>
      </w:r>
    </w:p>
    <w:p>
      <w:pPr>
        <w:spacing w:after="120" w:before="160"/>
        <w:ind w:firstLine="720"/>
        <w:jc w:val="both"/>
      </w:pPr>
      <w:r>
        <w:rPr>
          <w:rFonts w:ascii="Times New Roman" w:hAnsi="Times New Roman" w:eastAsia="Times New Roman" w:cs="Times New Roman"/>
          <w:b/>
          <w:i w:val="0"/>
          <w:sz w:val="22"/>
        </w:rPr>
        <w:t xml:space="preserve">39. </w:t>
      </w:r>
      <w:r>
        <w:rPr>
          <w:rFonts w:ascii="Times New Roman" w:hAnsi="Times New Roman" w:eastAsia="Times New Roman" w:cs="Times New Roman"/>
          <w:b w:val="0"/>
          <w:i w:val="0"/>
          <w:sz w:val="22"/>
        </w:rPr>
        <w:t>Выписка по счету [НОМЕР] банковской карты [НОМЕР], открытого на имя И.П.С. открытого [ДАТА] в ОСБ № 7813/1304 ПАО «Сбербанк», согласно которой 31.01.2023 в 10:20:59 (МСК) осуществлен перевод 165 000,00 руб. с карты на карту;</w:t>
      </w:r>
    </w:p>
    <w:p>
      <w:pPr>
        <w:pStyle w:val="Heading3"/>
      </w:pPr>
      <w:r>
        <w:rPr>
          <w:rFonts w:ascii="Times New Roman" w:hAnsi="Times New Roman" w:eastAsia="Times New Roman" w:cs="Times New Roman"/>
          <w:b/>
          <w:i w:val="0"/>
          <w:sz w:val="22"/>
        </w:rPr>
        <w:t>Пункт 40. Правовой анализ</w:t>
      </w:r>
    </w:p>
    <w:p>
      <w:pPr>
        <w:spacing w:after="120" w:before="160"/>
        <w:ind w:firstLine="720"/>
        <w:jc w:val="both"/>
      </w:pPr>
      <w:r>
        <w:rPr>
          <w:rFonts w:ascii="Times New Roman" w:hAnsi="Times New Roman" w:eastAsia="Times New Roman" w:cs="Times New Roman"/>
          <w:b/>
          <w:i w:val="0"/>
          <w:sz w:val="22"/>
        </w:rPr>
        <w:t xml:space="preserve">40. </w:t>
      </w:r>
      <w:r>
        <w:rPr>
          <w:rFonts w:ascii="Times New Roman" w:hAnsi="Times New Roman" w:eastAsia="Times New Roman" w:cs="Times New Roman"/>
          <w:b w:val="0"/>
          <w:i w:val="0"/>
          <w:sz w:val="22"/>
        </w:rPr>
        <w:t>Выписка по счету [НОМЕР] банковской карты [НОМЕР], открытого на имя С.№17. [ДАТА] в ОСБ № 8608/00219 &lt;...&gt;, согласно которой осуществлен перевод 16.11.2022 в 9:56:48 50 000,00 руб. с карты на карту/счет [НОМЕР] Эдосома Дестини через мобильный банк;</w:t>
      </w:r>
    </w:p>
    <w:p>
      <w:pPr>
        <w:pStyle w:val="Heading3"/>
      </w:pPr>
      <w:r>
        <w:rPr>
          <w:rFonts w:ascii="Times New Roman" w:hAnsi="Times New Roman" w:eastAsia="Times New Roman" w:cs="Times New Roman"/>
          <w:b/>
          <w:i w:val="0"/>
          <w:sz w:val="22"/>
        </w:rPr>
        <w:t>Пункт 41. Правовой анализ</w:t>
      </w:r>
    </w:p>
    <w:p>
      <w:pPr>
        <w:spacing w:after="120" w:before="160"/>
        <w:ind w:firstLine="720"/>
        <w:jc w:val="both"/>
      </w:pPr>
      <w:r>
        <w:rPr>
          <w:rFonts w:ascii="Times New Roman" w:hAnsi="Times New Roman" w:eastAsia="Times New Roman" w:cs="Times New Roman"/>
          <w:b/>
          <w:i w:val="0"/>
          <w:sz w:val="22"/>
        </w:rPr>
        <w:t xml:space="preserve">41. </w:t>
      </w:r>
      <w:r>
        <w:rPr>
          <w:rFonts w:ascii="Times New Roman" w:hAnsi="Times New Roman" w:eastAsia="Times New Roman" w:cs="Times New Roman"/>
          <w:b w:val="0"/>
          <w:i w:val="0"/>
          <w:sz w:val="22"/>
        </w:rPr>
        <w:t>Выписка по счету [НОМЕР] банковской карты [НОМЕР] на имя Г.Л.В., открытого [ДАТА] в дополнительном офисе № 8608/0219 по адресу: &lt;...&gt; в отделении ПАО «Сбербанк», согласно которой 04.12.2022 в 18:36:47 осуществлена покупка на 4 220,87 руб.;</w:t>
      </w:r>
    </w:p>
    <w:p>
      <w:pPr>
        <w:pStyle w:val="Heading3"/>
      </w:pPr>
      <w:r>
        <w:rPr>
          <w:rFonts w:ascii="Times New Roman" w:hAnsi="Times New Roman" w:eastAsia="Times New Roman" w:cs="Times New Roman"/>
          <w:b/>
          <w:i w:val="0"/>
          <w:sz w:val="22"/>
        </w:rPr>
        <w:t>Пункт 42. Правовой анализ</w:t>
      </w:r>
    </w:p>
    <w:p>
      <w:pPr>
        <w:spacing w:after="120" w:before="160"/>
        <w:ind w:firstLine="720"/>
        <w:jc w:val="both"/>
      </w:pPr>
      <w:r>
        <w:rPr>
          <w:rFonts w:ascii="Times New Roman" w:hAnsi="Times New Roman" w:eastAsia="Times New Roman" w:cs="Times New Roman"/>
          <w:b/>
          <w:i w:val="0"/>
          <w:sz w:val="22"/>
        </w:rPr>
        <w:t xml:space="preserve">42. </w:t>
      </w:r>
      <w:r>
        <w:rPr>
          <w:rFonts w:ascii="Times New Roman" w:hAnsi="Times New Roman" w:eastAsia="Times New Roman" w:cs="Times New Roman"/>
          <w:b w:val="0"/>
          <w:i w:val="0"/>
          <w:sz w:val="22"/>
        </w:rPr>
        <w:t>Выписка по счету [НОМЕР] банковской карты [НОМЕР], открытый на имя Р.А. [ДАТА] в дополнительном офисе ПАО «Сбербанк» № 5221/0372 по адресу: &lt;...&gt;, согласно которой проведены следующие операции: - 19.11.2022 в 13:01:51 (МСК) выдача наличных 50 000,00 руб. в АТМ 60008053 Сбербанк России &lt;...&gt;; - 19.11.2022-26.11.2022 в 13:16-21:59 (МСК) покупка POS ТУ Сбербанка на сумму 1 012,00 руб. ROSTOV-NA-DONU; - 26.11.2022 в 19:22:18 (МСК) выдача наличных 3 000,00 руб. в АТМ 60008053Сбербанк России &lt;...&gt;; - 02.12.2022 в 10:23:00 (МСК) перевод 22 500,00 руб. с карты на карту/счет [НОМЕР] Ш.А.И., открытый [ДАТА] в дополнительном офисе №5221/0779 &lt;...&gt; а; - 13.12.2022 в 16:34:09 (МСК) выдача наличных 2 000,00 руб. в АТМ 60008053 Сбербанк России &lt;...&gt;; - 13.12.2022-20.12.2022 в 16:42-00:34 (МСК) покупка POS ТУ Сбербанка на 4 890,00 руб. ROSTOV-NA-DONU; - 20.12.2022-27.12.2022 в 16:50-21:48 (МСК) платеж с карты через Сбербанк ОнЛайн по новой биллинговой технологии на сумму 7 853,00 руб.; - 28.12.2022 в 15:35:22 (МСК) выдача наличных 1 000,00 руб. в АТМ 60008053 Сбербанк России &lt;...&gt;; - 30.12.2022 в 22:04:06 (МСК) Выдача наличных 1 000,00 в АТМ 60008053 Сбербанк России &lt;...&gt;; - 01.01.2023 в 15:15:15 (МСК) - 2 000,00 руб. списание перевода с карты Банка через СБП (с использованием ФОП); - 12.01.2023 в 0:00:00 (МСК) покупка POS ТУ Сбербанка на 1 599,00 руб. ROSTOV-NA-DONU; - 17.01.2023 в 9:22:27 (МСК) выдача наличных 5 000,00 руб. в АТМ 60008053 Сбербанк России &lt;...&gt;;</w:t>
      </w:r>
    </w:p>
    <w:p>
      <w:pPr>
        <w:pStyle w:val="Heading3"/>
      </w:pPr>
      <w:r>
        <w:rPr>
          <w:rFonts w:ascii="Times New Roman" w:hAnsi="Times New Roman" w:eastAsia="Times New Roman" w:cs="Times New Roman"/>
          <w:b/>
          <w:i w:val="0"/>
          <w:sz w:val="22"/>
        </w:rPr>
        <w:t>Пункт 43. Правовой анализ</w:t>
      </w:r>
    </w:p>
    <w:p>
      <w:pPr>
        <w:spacing w:after="120" w:before="160"/>
        <w:ind w:firstLine="720"/>
        <w:jc w:val="both"/>
      </w:pPr>
      <w:r>
        <w:rPr>
          <w:rFonts w:ascii="Times New Roman" w:hAnsi="Times New Roman" w:eastAsia="Times New Roman" w:cs="Times New Roman"/>
          <w:b/>
          <w:i w:val="0"/>
          <w:sz w:val="22"/>
        </w:rPr>
        <w:t xml:space="preserve">43. </w:t>
      </w:r>
      <w:r>
        <w:rPr>
          <w:rFonts w:ascii="Times New Roman" w:hAnsi="Times New Roman" w:eastAsia="Times New Roman" w:cs="Times New Roman"/>
          <w:b w:val="0"/>
          <w:i w:val="0"/>
          <w:sz w:val="22"/>
        </w:rPr>
        <w:t>Выписка по счету [НОМЕР] банковской карты [НОМЕР], открытый на имя Ш.А.И. [ДАТА] в дополнительном офисе №5221/0779 &lt;...&gt; а в отделении ПАО «Сбербанк», согласно которой проведены следующие операции: - 06.12.2022 в 12:22:52 (МСК) перевод 3 000,00 руб. с карты на карту/счет [НОМЕР] Ш.Я.Е. через Мобильный банк; - 06.12.2022 в 15:26:04 (МСК) покупка на 3 579,00 руб. MOSKVA; - 06.12.2022 в 21:42:33 (МСК) перевод 5 200,00 руб. с карты на карту/счет [НОМЕР] М.А.А. через Мобильный банк; - 06.12.2022 в 21:59:35 (МСК) перевод 10 000,00 руб. с карты на карту/счет [НОМЕР] С.Е.М. через Мобильный банк;</w:t>
      </w:r>
    </w:p>
    <w:p>
      <w:pPr>
        <w:pStyle w:val="Heading3"/>
      </w:pPr>
      <w:r>
        <w:rPr>
          <w:rFonts w:ascii="Times New Roman" w:hAnsi="Times New Roman" w:eastAsia="Times New Roman" w:cs="Times New Roman"/>
          <w:b/>
          <w:i w:val="0"/>
          <w:sz w:val="22"/>
        </w:rPr>
        <w:t>Пункт 44. Правовой анализ</w:t>
      </w:r>
    </w:p>
    <w:p>
      <w:pPr>
        <w:spacing w:after="120" w:before="160"/>
        <w:ind w:firstLine="720"/>
        <w:jc w:val="both"/>
      </w:pPr>
      <w:r>
        <w:rPr>
          <w:rFonts w:ascii="Times New Roman" w:hAnsi="Times New Roman" w:eastAsia="Times New Roman" w:cs="Times New Roman"/>
          <w:b/>
          <w:i w:val="0"/>
          <w:sz w:val="22"/>
        </w:rPr>
        <w:t xml:space="preserve">44. </w:t>
      </w:r>
      <w:r>
        <w:rPr>
          <w:rFonts w:ascii="Times New Roman" w:hAnsi="Times New Roman" w:eastAsia="Times New Roman" w:cs="Times New Roman"/>
          <w:b w:val="0"/>
          <w:i w:val="0"/>
          <w:sz w:val="22"/>
        </w:rPr>
        <w:t>Выписка по счету [НОМЕР] банковской карты [НОМЕР], открытого на имя Ш.Я.Е. [ДАТА] в дополнительном офисе № 5221/0779 по адресу: &lt;...&gt; а ПАО «Сбербанк», согласно которой 06.12.2022-18.02.2022 в 12:32:21-20:03:51 осуществлена покупка POS ТУ Сбербанка на сумму 2 984,00 руб.;</w:t>
      </w:r>
    </w:p>
    <w:p>
      <w:pPr>
        <w:pStyle w:val="Heading3"/>
      </w:pPr>
      <w:r>
        <w:rPr>
          <w:rFonts w:ascii="Times New Roman" w:hAnsi="Times New Roman" w:eastAsia="Times New Roman" w:cs="Times New Roman"/>
          <w:b/>
          <w:i w:val="0"/>
          <w:sz w:val="22"/>
        </w:rPr>
        <w:t>Пункт 45. Правовой анализ</w:t>
      </w:r>
    </w:p>
    <w:p>
      <w:pPr>
        <w:spacing w:after="120" w:before="160"/>
        <w:ind w:firstLine="720"/>
        <w:jc w:val="both"/>
      </w:pPr>
      <w:r>
        <w:rPr>
          <w:rFonts w:ascii="Times New Roman" w:hAnsi="Times New Roman" w:eastAsia="Times New Roman" w:cs="Times New Roman"/>
          <w:b/>
          <w:i w:val="0"/>
          <w:sz w:val="22"/>
        </w:rPr>
        <w:t xml:space="preserve">45. </w:t>
      </w:r>
      <w:r>
        <w:rPr>
          <w:rFonts w:ascii="Times New Roman" w:hAnsi="Times New Roman" w:eastAsia="Times New Roman" w:cs="Times New Roman"/>
          <w:b w:val="0"/>
          <w:i w:val="0"/>
          <w:sz w:val="22"/>
        </w:rPr>
        <w:t>Выписка по счету [НОМЕР] банковской карты [НОМЕР], открытого на имя М.А.А. [ДАТА] в дополнительном офисе № 8620/070 по адресу: &lt;...&gt; ПАО «Сбербанк», согласно которой 11.12.2022 в 16:06:52 (МСК) осуществлен перевод 6 250,00 руб. с карты на карту через мобильный банк;</w:t>
      </w:r>
    </w:p>
    <w:p>
      <w:pPr>
        <w:pStyle w:val="Heading3"/>
      </w:pPr>
      <w:r>
        <w:rPr>
          <w:rFonts w:ascii="Times New Roman" w:hAnsi="Times New Roman" w:eastAsia="Times New Roman" w:cs="Times New Roman"/>
          <w:b/>
          <w:i w:val="0"/>
          <w:sz w:val="22"/>
        </w:rPr>
        <w:t>Пункт 46. Правовой анализ</w:t>
      </w:r>
    </w:p>
    <w:p>
      <w:pPr>
        <w:spacing w:after="120" w:before="160"/>
        <w:ind w:firstLine="720"/>
        <w:jc w:val="both"/>
      </w:pPr>
      <w:r>
        <w:rPr>
          <w:rFonts w:ascii="Times New Roman" w:hAnsi="Times New Roman" w:eastAsia="Times New Roman" w:cs="Times New Roman"/>
          <w:b/>
          <w:i w:val="0"/>
          <w:sz w:val="22"/>
        </w:rPr>
        <w:t xml:space="preserve">46. </w:t>
      </w:r>
      <w:r>
        <w:rPr>
          <w:rFonts w:ascii="Times New Roman" w:hAnsi="Times New Roman" w:eastAsia="Times New Roman" w:cs="Times New Roman"/>
          <w:b w:val="0"/>
          <w:i w:val="0"/>
          <w:sz w:val="22"/>
        </w:rPr>
        <w:t>Выписка по счету [НОМЕР] банковской карты [НОМЕР], открытого на имя П.Е.М. [ДАТА] в дополнительном офисе № 9055/01940 по адресу: &lt;...&gt; ПАО «Сбербанк», согласно которой 11.12.2022 в 18:36:35 (МСК) списание на 21 622,00 руб. с карты Банка через СБП (с использованием ФОП);</w:t>
      </w:r>
    </w:p>
    <w:p>
      <w:pPr>
        <w:pStyle w:val="Heading3"/>
      </w:pPr>
      <w:r>
        <w:rPr>
          <w:rFonts w:ascii="Times New Roman" w:hAnsi="Times New Roman" w:eastAsia="Times New Roman" w:cs="Times New Roman"/>
          <w:b/>
          <w:i w:val="0"/>
          <w:sz w:val="22"/>
        </w:rPr>
        <w:t>Пункт 47. Правовой анализ</w:t>
      </w:r>
    </w:p>
    <w:p>
      <w:pPr>
        <w:spacing w:after="120" w:before="160"/>
        <w:ind w:firstLine="720"/>
        <w:jc w:val="both"/>
      </w:pPr>
      <w:r>
        <w:rPr>
          <w:rFonts w:ascii="Times New Roman" w:hAnsi="Times New Roman" w:eastAsia="Times New Roman" w:cs="Times New Roman"/>
          <w:b/>
          <w:i w:val="0"/>
          <w:sz w:val="22"/>
        </w:rPr>
        <w:t xml:space="preserve">47. </w:t>
      </w:r>
      <w:r>
        <w:rPr>
          <w:rFonts w:ascii="Times New Roman" w:hAnsi="Times New Roman" w:eastAsia="Times New Roman" w:cs="Times New Roman"/>
          <w:b w:val="0"/>
          <w:i w:val="0"/>
          <w:sz w:val="22"/>
        </w:rPr>
        <w:t>Выписка по счету [НОМЕР] банковской карты [НОМЕР], открытого на имя С.Е.М. [ДАТА] в дополнительном офисе № 5221/0779 по адресу: &lt;...&gt; а ПАО «Сбербанк», согласно которой 06.12.2022-10.12.2022 в 22:20:20-18:59:18 (МСК) покупка на сумму 9 996,00 руб.;</w:t>
      </w:r>
    </w:p>
    <w:p>
      <w:pPr>
        <w:pStyle w:val="Heading3"/>
      </w:pPr>
      <w:r>
        <w:rPr>
          <w:rFonts w:ascii="Times New Roman" w:hAnsi="Times New Roman" w:eastAsia="Times New Roman" w:cs="Times New Roman"/>
          <w:b/>
          <w:i w:val="0"/>
          <w:sz w:val="22"/>
        </w:rPr>
        <w:t>Пункт 48. Правовой анализ</w:t>
      </w:r>
    </w:p>
    <w:p>
      <w:pPr>
        <w:spacing w:after="120" w:before="160"/>
        <w:ind w:firstLine="720"/>
        <w:jc w:val="both"/>
      </w:pPr>
      <w:r>
        <w:rPr>
          <w:rFonts w:ascii="Times New Roman" w:hAnsi="Times New Roman" w:eastAsia="Times New Roman" w:cs="Times New Roman"/>
          <w:b/>
          <w:i w:val="0"/>
          <w:sz w:val="22"/>
        </w:rPr>
        <w:t xml:space="preserve">48. </w:t>
      </w:r>
      <w:r>
        <w:rPr>
          <w:rFonts w:ascii="Times New Roman" w:hAnsi="Times New Roman" w:eastAsia="Times New Roman" w:cs="Times New Roman"/>
          <w:b w:val="0"/>
          <w:i w:val="0"/>
          <w:sz w:val="22"/>
        </w:rPr>
        <w:t>Выписка по счету [НОМЕР] банковской карты [НОМЕР], открытого на имя И.Б. [ДАТА] в дополнительном офисе № 6991/0331 &lt;...&gt; ПАО «Сбербанк», согласно которой 14.11.2022 в 17:36:04 осуществлен перевод на 362 000 руб. с карты на карту/счет [НОМЕР] С.№14. через мобильный банк;</w:t>
      </w:r>
    </w:p>
    <w:p>
      <w:pPr>
        <w:pStyle w:val="Heading3"/>
      </w:pPr>
      <w:r>
        <w:rPr>
          <w:rFonts w:ascii="Times New Roman" w:hAnsi="Times New Roman" w:eastAsia="Times New Roman" w:cs="Times New Roman"/>
          <w:b/>
          <w:i w:val="0"/>
          <w:sz w:val="22"/>
        </w:rPr>
        <w:t>Пункт 49. Правовой анализ</w:t>
      </w:r>
    </w:p>
    <w:p>
      <w:pPr>
        <w:spacing w:after="120" w:before="160"/>
        <w:ind w:firstLine="720"/>
        <w:jc w:val="both"/>
      </w:pPr>
      <w:r>
        <w:rPr>
          <w:rFonts w:ascii="Times New Roman" w:hAnsi="Times New Roman" w:eastAsia="Times New Roman" w:cs="Times New Roman"/>
          <w:b/>
          <w:i w:val="0"/>
          <w:sz w:val="22"/>
        </w:rPr>
        <w:t xml:space="preserve">49. </w:t>
      </w:r>
      <w:r>
        <w:rPr>
          <w:rFonts w:ascii="Times New Roman" w:hAnsi="Times New Roman" w:eastAsia="Times New Roman" w:cs="Times New Roman"/>
          <w:b w:val="0"/>
          <w:i w:val="0"/>
          <w:sz w:val="22"/>
        </w:rPr>
        <w:t>Выписка по счету [НОМЕР] банковской карты [НОМЕР], открытого на имя Ш.И.И., открытого [ДАТА] в ОСБ № 8633/010 &lt;...&gt;, согласно которой 24.10.2022 в 15:11:00 осуществлен перевод на 243 000,00 руб. с карты на карту/счет [НОМЕР] Ш.Г.А. через мобильный банк;</w:t>
      </w:r>
    </w:p>
    <w:p>
      <w:pPr>
        <w:pStyle w:val="Heading3"/>
      </w:pPr>
      <w:r>
        <w:rPr>
          <w:rFonts w:ascii="Times New Roman" w:hAnsi="Times New Roman" w:eastAsia="Times New Roman" w:cs="Times New Roman"/>
          <w:b/>
          <w:i w:val="0"/>
          <w:sz w:val="22"/>
        </w:rPr>
        <w:t>Пункт 50. Правовой анализ</w:t>
      </w:r>
    </w:p>
    <w:p>
      <w:pPr>
        <w:spacing w:after="120" w:before="160"/>
        <w:ind w:firstLine="720"/>
        <w:jc w:val="both"/>
      </w:pPr>
      <w:r>
        <w:rPr>
          <w:rFonts w:ascii="Times New Roman" w:hAnsi="Times New Roman" w:eastAsia="Times New Roman" w:cs="Times New Roman"/>
          <w:b/>
          <w:i w:val="0"/>
          <w:sz w:val="22"/>
        </w:rPr>
        <w:t xml:space="preserve">50. </w:t>
      </w:r>
      <w:r>
        <w:rPr>
          <w:rFonts w:ascii="Times New Roman" w:hAnsi="Times New Roman" w:eastAsia="Times New Roman" w:cs="Times New Roman"/>
          <w:b w:val="0"/>
          <w:i w:val="0"/>
          <w:sz w:val="22"/>
        </w:rPr>
        <w:t>Выписка по счету [НОМЕР] банковской карты [НОМЕР], открытого на имя Ш.Г.А. [ДАТА] в ОСБ № 5221/0195 &lt;...&gt;, согласно которой осуществлены покупки в POS ТУ Россия: - 24.10.2022 в 19:54:46 (МСК) на 22 983,75 руб. в г. Москва; - 24.10.2022 в 20:26:04 (МСК) на 50 138,00 руб. в Подольске; - 24.10.2022 в 21:33:10 (МСК) на 76 696,00 руб. в г. Москва;</w:t>
      </w:r>
    </w:p>
    <w:p>
      <w:pPr>
        <w:pStyle w:val="Heading3"/>
      </w:pPr>
      <w:r>
        <w:rPr>
          <w:rFonts w:ascii="Times New Roman" w:hAnsi="Times New Roman" w:eastAsia="Times New Roman" w:cs="Times New Roman"/>
          <w:b/>
          <w:i w:val="0"/>
          <w:sz w:val="22"/>
        </w:rPr>
        <w:t>Пункт 51. Правовой анализ</w:t>
      </w:r>
    </w:p>
    <w:p>
      <w:pPr>
        <w:spacing w:after="120" w:before="160"/>
        <w:ind w:firstLine="720"/>
        <w:jc w:val="both"/>
      </w:pPr>
      <w:r>
        <w:rPr>
          <w:rFonts w:ascii="Times New Roman" w:hAnsi="Times New Roman" w:eastAsia="Times New Roman" w:cs="Times New Roman"/>
          <w:b/>
          <w:i w:val="0"/>
          <w:sz w:val="22"/>
        </w:rPr>
        <w:t xml:space="preserve">51. </w:t>
      </w:r>
      <w:r>
        <w:rPr>
          <w:rFonts w:ascii="Times New Roman" w:hAnsi="Times New Roman" w:eastAsia="Times New Roman" w:cs="Times New Roman"/>
          <w:b w:val="0"/>
          <w:i w:val="0"/>
          <w:sz w:val="22"/>
        </w:rPr>
        <w:t>Выписка по счету [НОМЕР] банковской карты [НОМЕР], открытый на имя Р.А.А. [ДАТА] в дополнительном офисе № 8623/079 &lt;...&gt;, согласно которой осуществлены переводы: - 26.10.2022 в 17:24:36 - 50 000,00 руб. с карты на карту/счет [НОМЕР] Р.А.А. через мобильный банк; - 30.10.2022 в 16:38:34 - 50 550,00 руб. с карты на карту/счет [НОМЕР] Я.И.А. через мобильный банк;</w:t>
      </w:r>
    </w:p>
    <w:p>
      <w:pPr>
        <w:pStyle w:val="Heading3"/>
      </w:pPr>
      <w:r>
        <w:rPr>
          <w:rFonts w:ascii="Times New Roman" w:hAnsi="Times New Roman" w:eastAsia="Times New Roman" w:cs="Times New Roman"/>
          <w:b/>
          <w:i w:val="0"/>
          <w:sz w:val="22"/>
        </w:rPr>
        <w:t>Пункт 52. Правовой анализ</w:t>
      </w:r>
    </w:p>
    <w:p>
      <w:pPr>
        <w:spacing w:after="120" w:before="160"/>
        <w:ind w:firstLine="720"/>
        <w:jc w:val="both"/>
      </w:pPr>
      <w:r>
        <w:rPr>
          <w:rFonts w:ascii="Times New Roman" w:hAnsi="Times New Roman" w:eastAsia="Times New Roman" w:cs="Times New Roman"/>
          <w:b/>
          <w:i w:val="0"/>
          <w:sz w:val="22"/>
        </w:rPr>
        <w:t xml:space="preserve">52. </w:t>
      </w:r>
      <w:r>
        <w:rPr>
          <w:rFonts w:ascii="Times New Roman" w:hAnsi="Times New Roman" w:eastAsia="Times New Roman" w:cs="Times New Roman"/>
          <w:b w:val="0"/>
          <w:i w:val="0"/>
          <w:sz w:val="22"/>
        </w:rPr>
        <w:t>Выписка по счету [НОМЕР] банковской карты [НОМЕР], открытый на имя Р.А.А. [ДАТА] в дополнительном офисе № 8623/079 &lt;...&gt;, согласно которой 26.10.2022 в 22:53:35 (МСК) осуществлен перевод 50 000,00 руб. с карты на карту/счет [НОМЕР] Р.А.А. через мобильный банк;</w:t>
      </w:r>
    </w:p>
    <w:p>
      <w:pPr>
        <w:pStyle w:val="Heading3"/>
      </w:pPr>
      <w:r>
        <w:rPr>
          <w:rFonts w:ascii="Times New Roman" w:hAnsi="Times New Roman" w:eastAsia="Times New Roman" w:cs="Times New Roman"/>
          <w:b/>
          <w:i w:val="0"/>
          <w:sz w:val="22"/>
        </w:rPr>
        <w:t>Пункт 53. Правовой анализ</w:t>
      </w:r>
    </w:p>
    <w:p>
      <w:pPr>
        <w:spacing w:after="120" w:before="160"/>
        <w:ind w:firstLine="720"/>
        <w:jc w:val="both"/>
      </w:pPr>
      <w:r>
        <w:rPr>
          <w:rFonts w:ascii="Times New Roman" w:hAnsi="Times New Roman" w:eastAsia="Times New Roman" w:cs="Times New Roman"/>
          <w:b/>
          <w:i w:val="0"/>
          <w:sz w:val="22"/>
        </w:rPr>
        <w:t xml:space="preserve">53. </w:t>
      </w:r>
      <w:r>
        <w:rPr>
          <w:rFonts w:ascii="Times New Roman" w:hAnsi="Times New Roman" w:eastAsia="Times New Roman" w:cs="Times New Roman"/>
          <w:b w:val="0"/>
          <w:i w:val="0"/>
          <w:sz w:val="22"/>
        </w:rPr>
        <w:t>Выписка по счету [НОМЕР] банковской карты [НОМЕР], открытый на имя Я.И.А. [ДАТА] в дополнительном офисе № 8623/077 &lt;...&gt;, согласно которой 30.10.2022 в 16:40:57 осуществлен перевод 50 550,00 руб. с карты на карту/счет [НОМЕР] Я.И.А. через мобильный банк;</w:t>
      </w:r>
    </w:p>
    <w:p>
      <w:pPr>
        <w:pStyle w:val="Heading3"/>
      </w:pPr>
      <w:r>
        <w:rPr>
          <w:rFonts w:ascii="Times New Roman" w:hAnsi="Times New Roman" w:eastAsia="Times New Roman" w:cs="Times New Roman"/>
          <w:b/>
          <w:i w:val="0"/>
          <w:sz w:val="22"/>
        </w:rPr>
        <w:t>Пункт 54. Правовой анализ</w:t>
      </w:r>
    </w:p>
    <w:p>
      <w:pPr>
        <w:spacing w:after="120" w:before="160"/>
        <w:ind w:firstLine="720"/>
        <w:jc w:val="both"/>
      </w:pPr>
      <w:r>
        <w:rPr>
          <w:rFonts w:ascii="Times New Roman" w:hAnsi="Times New Roman" w:eastAsia="Times New Roman" w:cs="Times New Roman"/>
          <w:b/>
          <w:i w:val="0"/>
          <w:sz w:val="22"/>
        </w:rPr>
        <w:t xml:space="preserve">54. </w:t>
      </w:r>
      <w:r>
        <w:rPr>
          <w:rFonts w:ascii="Times New Roman" w:hAnsi="Times New Roman" w:eastAsia="Times New Roman" w:cs="Times New Roman"/>
          <w:b w:val="0"/>
          <w:i w:val="0"/>
          <w:sz w:val="22"/>
        </w:rPr>
        <w:t>Выписка по счету [НОМЕР] банковской карты [НОМЕР], открытый на имя Я.И.А., согласно которой [ДАТА] в 21:42:59 осуществлен перевод 50 000,00 рублей с карты на карту [НОМЕР] Я.И.А. через мобильный банк;</w:t>
      </w:r>
    </w:p>
    <w:p>
      <w:pPr>
        <w:pStyle w:val="Heading3"/>
      </w:pPr>
      <w:r>
        <w:rPr>
          <w:rFonts w:ascii="Times New Roman" w:hAnsi="Times New Roman" w:eastAsia="Times New Roman" w:cs="Times New Roman"/>
          <w:b/>
          <w:i w:val="0"/>
          <w:sz w:val="22"/>
        </w:rPr>
        <w:t>Пункт 55. Правовой анализ</w:t>
      </w:r>
    </w:p>
    <w:p>
      <w:pPr>
        <w:spacing w:after="120" w:before="160"/>
        <w:ind w:firstLine="720"/>
        <w:jc w:val="both"/>
      </w:pPr>
      <w:r>
        <w:rPr>
          <w:rFonts w:ascii="Times New Roman" w:hAnsi="Times New Roman" w:eastAsia="Times New Roman" w:cs="Times New Roman"/>
          <w:b/>
          <w:i w:val="0"/>
          <w:sz w:val="22"/>
        </w:rPr>
        <w:t xml:space="preserve">55. </w:t>
      </w:r>
      <w:r>
        <w:rPr>
          <w:rFonts w:ascii="Times New Roman" w:hAnsi="Times New Roman" w:eastAsia="Times New Roman" w:cs="Times New Roman"/>
          <w:b w:val="0"/>
          <w:i w:val="0"/>
          <w:sz w:val="22"/>
        </w:rPr>
        <w:t>Выписка по счету [НОМЕР] банковской карты [НОМЕР], открытый на имя Н.К.Д. [ДАТА] в дополнительном офисе № 9038/01858 &lt;...&gt;, согласно которой 27.10.2022 в 10:13:01 осуществлен перевод 502 728,00 руб. с карты на карту/счет [НОМЕР] З.Е.А. через мобильный банк;</w:t>
      </w:r>
    </w:p>
    <w:p>
      <w:pPr>
        <w:pStyle w:val="Heading3"/>
      </w:pPr>
      <w:r>
        <w:rPr>
          <w:rFonts w:ascii="Times New Roman" w:hAnsi="Times New Roman" w:eastAsia="Times New Roman" w:cs="Times New Roman"/>
          <w:b/>
          <w:i w:val="0"/>
          <w:sz w:val="22"/>
        </w:rPr>
        <w:t>Пункт 56. Правовой анализ</w:t>
      </w:r>
    </w:p>
    <w:p>
      <w:pPr>
        <w:spacing w:after="120" w:before="160"/>
        <w:ind w:firstLine="720"/>
        <w:jc w:val="both"/>
      </w:pPr>
      <w:r>
        <w:rPr>
          <w:rFonts w:ascii="Times New Roman" w:hAnsi="Times New Roman" w:eastAsia="Times New Roman" w:cs="Times New Roman"/>
          <w:b/>
          <w:i w:val="0"/>
          <w:sz w:val="22"/>
        </w:rPr>
        <w:t xml:space="preserve">56. </w:t>
      </w:r>
      <w:r>
        <w:rPr>
          <w:rFonts w:ascii="Times New Roman" w:hAnsi="Times New Roman" w:eastAsia="Times New Roman" w:cs="Times New Roman"/>
          <w:b w:val="0"/>
          <w:i w:val="0"/>
          <w:sz w:val="22"/>
        </w:rPr>
        <w:t>Выписка по счету [НОМЕР] банковской карты [НОМЕР], открытый на имя З.Е.А. [ДАТА] в дополнительном офисе № 9038/01593 &lt;...&gt;, согласно которой осуществлены переводы денежных средств: - 27.10.2022 в 10:13:01 (МСК) - 502 728,00 руб. с карты на карту/счет [НОМЕР] З.Е.А. через мобильный банк; - 27.10.2022 в 10:15:42 (МСК) - 125 682,00 руб. с карты на карту/счет [НОМЕР] Р.А.А. через мобильный банк; - 27.10.2022 в 10:16:16 (МСК) - 125 682,00 руб. с карты на карту/счет [НОМЕР] Р.А.А. через мобильный банк; - 27.10.2022 в 10:16:45 (МСК) - 125 682,00 руб. с карты на карту [НОМЕР] Р.А.А. через мобильный банк; - 27.10.2022 в 10:17:01 (МСК) - 125 682,00 руб. с карты на карту [НОМЕР] Р.А.А. через мобильный банк;</w:t>
      </w:r>
    </w:p>
    <w:p>
      <w:pPr>
        <w:pStyle w:val="Heading3"/>
      </w:pPr>
      <w:r>
        <w:rPr>
          <w:rFonts w:ascii="Times New Roman" w:hAnsi="Times New Roman" w:eastAsia="Times New Roman" w:cs="Times New Roman"/>
          <w:b/>
          <w:i w:val="0"/>
          <w:sz w:val="22"/>
        </w:rPr>
        <w:t>Пункт 57. Правовой анализ</w:t>
      </w:r>
    </w:p>
    <w:p>
      <w:pPr>
        <w:spacing w:after="120" w:before="160"/>
        <w:ind w:firstLine="720"/>
        <w:jc w:val="both"/>
      </w:pPr>
      <w:r>
        <w:rPr>
          <w:rFonts w:ascii="Times New Roman" w:hAnsi="Times New Roman" w:eastAsia="Times New Roman" w:cs="Times New Roman"/>
          <w:b/>
          <w:i w:val="0"/>
          <w:sz w:val="22"/>
        </w:rPr>
        <w:t xml:space="preserve">57. </w:t>
      </w:r>
      <w:r>
        <w:rPr>
          <w:rFonts w:ascii="Times New Roman" w:hAnsi="Times New Roman" w:eastAsia="Times New Roman" w:cs="Times New Roman"/>
          <w:b w:val="0"/>
          <w:i w:val="0"/>
          <w:sz w:val="22"/>
        </w:rPr>
        <w:t>Выписка по счету [НОМЕР] банковской карты [НОМЕР], открытого на имя С.№14. [ДАТА] в дополнительном офисе № 6991/0331 &lt;...&gt;, согласно которой установлены следующие операции: - 14.11.2022 в 17:38:03 (МСК) перевод 40 000 руб. с карты на карту/счет [НОМЕР] С.№14. через мобильный банк; - 14.11.2022 в 17:38:39 (МСК) перевод 40 000 руб. с карты на карту/счет [НОМЕР] С.№14. через мобильный банк; - 14.11.2022 в 17:39:25 (МСК) перевод 40 000 руб. с карты на карту/счет [НОМЕР] С.№14. через мобильный банк; - 14.11.2022 в 17:39:54 (МСК) перевод 40 000 руб. с карты на карту/счет [НОМЕР] С.№14. через мобильный банк; - 14.11.2022 в 17:40:22 (МСК) перевод 40 000 руб. с карты на карту/счет [НОМЕР] С.№14. через мобильный банк; - 14.11.2022 в 17:42:46 (МСК) перевод 40 000 руб. с карты на карту/счет [НОМЕР] С.№14. через мобильный банк; - 14.11.2022 в 17:43:33 (МСК) перевод 40 000 руб. с карты на карту/счет [НОМЕР] С.№14. через мобильный банк; - 14.11.2022 в 17:44:04 (МСК) перевод 40 000 руб. с карты на карту/счет [НОМЕР] С.№14. через мобильный банк; - 14.11.2022 в 18:14:03 (МСК) перевод 3 752,00 руб. с карты на карту/счет [НОМЕР] С.№14. через мобильный банк; - 14.11.2022 в 18:14:44 (МСК) перевод 4 003,00 руб. с карты на карту/счет [НОМЕР] С.№14. через мобильный банк; - 14.11.2022 в 18:15:12 (МСК) перевод 4 003,00 руб. с карты на карту/счет [НОМЕР] С.№14. через мобильный банк; - 14.11.2022 в 18:16:54 (МСК) перевод 1 006,00 руб. с карты на карту/счет [НОМЕР] С.№14. через мобильный банк; - 14.11.2022 в 20:51:02 (МСК) снятие наличных 14 617,90 руб. через банкомат ТД «Премиум» по адресу: &lt;...&gt;; - 14.11.2022 в 21:02:34 (МСК) снятие наличных через банкомат 14 617,90 руб. ТД «Юльба» по адресу: &lt;...&gt;;</w:t>
      </w:r>
    </w:p>
    <w:p>
      <w:pPr>
        <w:pStyle w:val="Heading3"/>
      </w:pPr>
      <w:r>
        <w:rPr>
          <w:rFonts w:ascii="Times New Roman" w:hAnsi="Times New Roman" w:eastAsia="Times New Roman" w:cs="Times New Roman"/>
          <w:b/>
          <w:i w:val="0"/>
          <w:sz w:val="22"/>
        </w:rPr>
        <w:t>Пункт 58. Правовой анализ</w:t>
      </w:r>
    </w:p>
    <w:p>
      <w:pPr>
        <w:spacing w:after="120" w:before="160"/>
        <w:ind w:firstLine="720"/>
        <w:jc w:val="both"/>
      </w:pPr>
      <w:r>
        <w:rPr>
          <w:rFonts w:ascii="Times New Roman" w:hAnsi="Times New Roman" w:eastAsia="Times New Roman" w:cs="Times New Roman"/>
          <w:b/>
          <w:i w:val="0"/>
          <w:sz w:val="22"/>
        </w:rPr>
        <w:t xml:space="preserve">58. </w:t>
      </w:r>
      <w:r>
        <w:rPr>
          <w:rFonts w:ascii="Times New Roman" w:hAnsi="Times New Roman" w:eastAsia="Times New Roman" w:cs="Times New Roman"/>
          <w:b w:val="0"/>
          <w:i w:val="0"/>
          <w:sz w:val="22"/>
        </w:rPr>
        <w:t>Выписка по счету [НОМЕР] банковской карты [НОМЕР], открытого на имя С.№14. в дополнительном офисе 6991/0239 по адресу: &lt;...&gt;, согласно которой по счету осуществлены снятия наличных денежных средств через банкоматы: - 14.11.2022 в 20:51:52 (МСК) - 14 617,90 руб. через банкомат АТМ 00067014 ТД «Премиум» по адресу: &lt;...&gt;; - 14.11.2022 в 21:03:24 (МСК) - 14 617,90 руб. через банкомат АТМ 00067009 ТД «Юльба» по адресу: &lt;...&gt;; - 14.11.2022 в 21:31:51 (МСК) - 14 617,90 руб. через банкомат АТМ 00067091 ТД «Товары для дома» по адресу: &lt;...&gt;;</w:t>
      </w:r>
    </w:p>
    <w:p>
      <w:pPr>
        <w:pStyle w:val="Heading3"/>
      </w:pPr>
      <w:r>
        <w:rPr>
          <w:rFonts w:ascii="Times New Roman" w:hAnsi="Times New Roman" w:eastAsia="Times New Roman" w:cs="Times New Roman"/>
          <w:b/>
          <w:i w:val="0"/>
          <w:sz w:val="22"/>
        </w:rPr>
        <w:t>Пункт 59. Правовой анализ</w:t>
      </w:r>
    </w:p>
    <w:p>
      <w:pPr>
        <w:spacing w:after="120" w:before="160"/>
        <w:ind w:firstLine="720"/>
        <w:jc w:val="both"/>
      </w:pPr>
      <w:r>
        <w:rPr>
          <w:rFonts w:ascii="Times New Roman" w:hAnsi="Times New Roman" w:eastAsia="Times New Roman" w:cs="Times New Roman"/>
          <w:b/>
          <w:i w:val="0"/>
          <w:sz w:val="22"/>
        </w:rPr>
        <w:t xml:space="preserve">59. </w:t>
      </w:r>
      <w:r>
        <w:rPr>
          <w:rFonts w:ascii="Times New Roman" w:hAnsi="Times New Roman" w:eastAsia="Times New Roman" w:cs="Times New Roman"/>
          <w:b w:val="0"/>
          <w:i w:val="0"/>
          <w:sz w:val="22"/>
        </w:rPr>
        <w:t>Выписка по счету [НОМЕР] банковской карты [НОМЕР], открытого на имя С.№14. в дополнительном офисе № 6991/0239 по адресу: &lt;...&gt;, согласно которой по счету осуществлены снятия наличных денежных средств через банкоматы: - 14.11.2022 в 20:46:47 (МСК) - 14 617,90 руб. через банкомат АТМ 00067014 ТД «Премиум» по адресу: &lt;...&gt;; - 14.11.2022 в 20:58:32 (МСК) - 14 617,90 руб. через банкомат АТМ 00067009 ТД «Юльба» по адресу: &lt;...&gt;; - 14.11.2022 в 21:30:00 (МСК) - 14 617,90 руб. через банкомат АТМ 00067091 ТД «Товары для дома» по адресу: &lt;...&gt;;</w:t>
      </w:r>
    </w:p>
    <w:p>
      <w:pPr>
        <w:pStyle w:val="Heading3"/>
      </w:pPr>
      <w:r>
        <w:rPr>
          <w:rFonts w:ascii="Times New Roman" w:hAnsi="Times New Roman" w:eastAsia="Times New Roman" w:cs="Times New Roman"/>
          <w:b/>
          <w:i w:val="0"/>
          <w:sz w:val="22"/>
        </w:rPr>
        <w:t>Пункт 60. Правовой анализ</w:t>
      </w:r>
    </w:p>
    <w:p>
      <w:pPr>
        <w:spacing w:after="120" w:before="160"/>
        <w:ind w:firstLine="720"/>
        <w:jc w:val="both"/>
      </w:pPr>
      <w:r>
        <w:rPr>
          <w:rFonts w:ascii="Times New Roman" w:hAnsi="Times New Roman" w:eastAsia="Times New Roman" w:cs="Times New Roman"/>
          <w:b/>
          <w:i w:val="0"/>
          <w:sz w:val="22"/>
        </w:rPr>
        <w:t xml:space="preserve">60. </w:t>
      </w:r>
      <w:r>
        <w:rPr>
          <w:rFonts w:ascii="Times New Roman" w:hAnsi="Times New Roman" w:eastAsia="Times New Roman" w:cs="Times New Roman"/>
          <w:b w:val="0"/>
          <w:i w:val="0"/>
          <w:sz w:val="22"/>
        </w:rPr>
        <w:t>Выписка по счету [НОМЕР] банковской карты [НОМЕР], открытого на имя С.№14. в дополнительном офисе № 6991/0239 по адресу: &lt;...&gt;, согласно которой по счету осуществлены снятия наличных денежных средств через банкоматы: - 14.11.2022 в 20:47:37 (МСК) - 14 617,90 руб. через банкомат АТМ 00067014 ТД «Премиум» по адресу: &lt;...&gt; а; - 14.11.2022 в 20:59:20 (МСК) - 14 617,90 руб. через банкомат АТМ 00067009 ТД «Юльба» по адресу: &lt;...&gt;; - 14.11.2022 в 21:30:56 (МСК) - 14 617,90 руб. через банкомат АТМ 00067091 ТД «Товары для дома» по адресу: &lt;...&gt;;</w:t>
      </w:r>
    </w:p>
    <w:p>
      <w:pPr>
        <w:pStyle w:val="Heading3"/>
      </w:pPr>
      <w:r>
        <w:rPr>
          <w:rFonts w:ascii="Times New Roman" w:hAnsi="Times New Roman" w:eastAsia="Times New Roman" w:cs="Times New Roman"/>
          <w:b/>
          <w:i w:val="0"/>
          <w:sz w:val="22"/>
        </w:rPr>
        <w:t>Пункт 61. Правовой анализ</w:t>
      </w:r>
    </w:p>
    <w:p>
      <w:pPr>
        <w:spacing w:after="120" w:before="160"/>
        <w:ind w:firstLine="720"/>
        <w:jc w:val="both"/>
      </w:pPr>
      <w:r>
        <w:rPr>
          <w:rFonts w:ascii="Times New Roman" w:hAnsi="Times New Roman" w:eastAsia="Times New Roman" w:cs="Times New Roman"/>
          <w:b/>
          <w:i w:val="0"/>
          <w:sz w:val="22"/>
        </w:rPr>
        <w:t xml:space="preserve">61. </w:t>
      </w:r>
      <w:r>
        <w:rPr>
          <w:rFonts w:ascii="Times New Roman" w:hAnsi="Times New Roman" w:eastAsia="Times New Roman" w:cs="Times New Roman"/>
          <w:b w:val="0"/>
          <w:i w:val="0"/>
          <w:sz w:val="22"/>
        </w:rPr>
        <w:t>Выписка по счету [НОМЕР] банковской карты [НОМЕР], открытого на имя С.№14. в дополнительном офисе № 6991/0239 по адресу: &lt;...&gt;, согласно которой по счету осуществлены снятия наличных денежных средств через банкоматы: - 14.11.2022 в 20:48:32 (МСК) - 14 617,90 руб. через банкомат АТМ 00067014 ТД «Премиум» по адресу: &lt;...&gt;; - 14.11.2022 в 21:00:08 (МСК) - 14 617,90 руб. через банкомат АТМ 00067009 ТД «Юльба» по адресу: &lt;...&gt;; - 14.11.2022 в 21:35:09 (МСК) - 14 617,90 руб. через банкомат АТМ 00067091 ТД «Товары для дома» по адресу: &lt;...&gt;;</w:t>
      </w:r>
    </w:p>
    <w:p>
      <w:pPr>
        <w:pStyle w:val="Heading3"/>
      </w:pPr>
      <w:r>
        <w:rPr>
          <w:rFonts w:ascii="Times New Roman" w:hAnsi="Times New Roman" w:eastAsia="Times New Roman" w:cs="Times New Roman"/>
          <w:b/>
          <w:i w:val="0"/>
          <w:sz w:val="22"/>
        </w:rPr>
        <w:t>Пункт 62. Правовой анализ</w:t>
      </w:r>
    </w:p>
    <w:p>
      <w:pPr>
        <w:spacing w:after="120" w:before="160"/>
        <w:ind w:firstLine="720"/>
        <w:jc w:val="both"/>
      </w:pPr>
      <w:r>
        <w:rPr>
          <w:rFonts w:ascii="Times New Roman" w:hAnsi="Times New Roman" w:eastAsia="Times New Roman" w:cs="Times New Roman"/>
          <w:b/>
          <w:i w:val="0"/>
          <w:sz w:val="22"/>
        </w:rPr>
        <w:t xml:space="preserve">62. </w:t>
      </w:r>
      <w:r>
        <w:rPr>
          <w:rFonts w:ascii="Times New Roman" w:hAnsi="Times New Roman" w:eastAsia="Times New Roman" w:cs="Times New Roman"/>
          <w:b w:val="0"/>
          <w:i w:val="0"/>
          <w:sz w:val="22"/>
        </w:rPr>
        <w:t>Выписка по счету [НОМЕР] банковской карты [НОМЕР], открытого на имя С.№14. в дополнительном офисе № 6991/0239 по адресу: &lt;...&gt;, согласно которой по счету осуществлены снятия наличных денежных средств через банкоматы: - 13.12.2022 в 01:58:29 (МСК) - 14 961,10 руб. через банкомат АТМ 00067092 г. Уральск, Аптека № 36; - 13.12.2022 в 02:18:27 (МСК) - 14 961,10 руб. через банкомат АТМ 00067066. г. Уральск; - 13.12.2022 в 02:19:34 (МСК) - 14 961,10 руб. через банкомат АТМ 00067067. г. Уральск;</w:t>
      </w:r>
    </w:p>
    <w:p>
      <w:pPr>
        <w:pStyle w:val="Heading3"/>
      </w:pPr>
      <w:r>
        <w:rPr>
          <w:rFonts w:ascii="Times New Roman" w:hAnsi="Times New Roman" w:eastAsia="Times New Roman" w:cs="Times New Roman"/>
          <w:b/>
          <w:i w:val="0"/>
          <w:sz w:val="22"/>
        </w:rPr>
        <w:t>Пункт 63. Правовой анализ</w:t>
      </w:r>
    </w:p>
    <w:p>
      <w:pPr>
        <w:spacing w:after="120" w:before="160"/>
        <w:ind w:firstLine="720"/>
        <w:jc w:val="both"/>
      </w:pPr>
      <w:r>
        <w:rPr>
          <w:rFonts w:ascii="Times New Roman" w:hAnsi="Times New Roman" w:eastAsia="Times New Roman" w:cs="Times New Roman"/>
          <w:b/>
          <w:i w:val="0"/>
          <w:sz w:val="22"/>
        </w:rPr>
        <w:t xml:space="preserve">63. </w:t>
      </w:r>
      <w:r>
        <w:rPr>
          <w:rFonts w:ascii="Times New Roman" w:hAnsi="Times New Roman" w:eastAsia="Times New Roman" w:cs="Times New Roman"/>
          <w:b w:val="0"/>
          <w:i w:val="0"/>
          <w:sz w:val="22"/>
        </w:rPr>
        <w:t>Выписка по счету [НОМЕР] банковской карты [НОМЕР], открытого на имя С.№14. в дополнительном офисе № 6991/0239 по адресу: &lt;...&gt;, согласно которой по счету осуществлены снятия наличных денежных средств через банкоматы: - 14.11.2022 в 20:45:55 (МСК) - 14 617,90 руб. через банкомат АТМ 00067014 ТД «Премиум» по адресу: &lt;...&gt;; - 14.11.2022 в 20:57:44 (МСК) - 14 617,90 руб. через банкомат АТМ 00067009 ТД «Юльба» по адресу: &lt;...&gt;; - 14.11.2022 в 21:29:05 (МСК) - 14 617,90 руб. через банкомат АТМ 00067091 ТД «Товары для дома» по адресу: &lt;...&gt;;</w:t>
      </w:r>
    </w:p>
    <w:p>
      <w:pPr>
        <w:pStyle w:val="Heading3"/>
      </w:pPr>
      <w:r>
        <w:rPr>
          <w:rFonts w:ascii="Times New Roman" w:hAnsi="Times New Roman" w:eastAsia="Times New Roman" w:cs="Times New Roman"/>
          <w:b/>
          <w:i w:val="0"/>
          <w:sz w:val="22"/>
        </w:rPr>
        <w:t>Пункт 64. Правовой анализ</w:t>
      </w:r>
    </w:p>
    <w:p>
      <w:pPr>
        <w:spacing w:after="120" w:before="160"/>
        <w:ind w:firstLine="720"/>
        <w:jc w:val="both"/>
      </w:pPr>
      <w:r>
        <w:rPr>
          <w:rFonts w:ascii="Times New Roman" w:hAnsi="Times New Roman" w:eastAsia="Times New Roman" w:cs="Times New Roman"/>
          <w:b/>
          <w:i w:val="0"/>
          <w:sz w:val="22"/>
        </w:rPr>
        <w:t xml:space="preserve">64. </w:t>
      </w:r>
      <w:r>
        <w:rPr>
          <w:rFonts w:ascii="Times New Roman" w:hAnsi="Times New Roman" w:eastAsia="Times New Roman" w:cs="Times New Roman"/>
          <w:b w:val="0"/>
          <w:i w:val="0"/>
          <w:sz w:val="22"/>
        </w:rPr>
        <w:t>Выписка по счету [НОМЕР] банковской карты [НОМЕР], открытого на имя С.№14. в дополнительном офисе № 6991/0239 по адресу: &lt;...&gt;, согласно которой по счету осуществлены снятия наличных денежных средств через банкоматы: - 14.11.2022 в 20:50:11 (МСК) - 14 617,90 руб. через банкомат АТМ 00067014 ТД «Премиум» по адресу: &lt;...&gt;; - 14.11.2022 в 21:01:45 (МСК) - 14 617,90 руб. через банкомат АТМ 00067009 ТД «Юльба» по адресу: &lt;...&gt;; - 14.11.2022 в 21:32:47 (МСК) - 14 617,90 руб. через банкомат АТМ 00067091 ТД «Товары для дома» по адресу: &lt;...&gt;;</w:t>
      </w:r>
    </w:p>
    <w:p>
      <w:pPr>
        <w:pStyle w:val="Heading3"/>
      </w:pPr>
      <w:r>
        <w:rPr>
          <w:rFonts w:ascii="Times New Roman" w:hAnsi="Times New Roman" w:eastAsia="Times New Roman" w:cs="Times New Roman"/>
          <w:b/>
          <w:i w:val="0"/>
          <w:sz w:val="22"/>
        </w:rPr>
        <w:t>Пункт 65. Правовой анализ</w:t>
      </w:r>
    </w:p>
    <w:p>
      <w:pPr>
        <w:spacing w:after="120" w:before="160"/>
        <w:ind w:firstLine="720"/>
        <w:jc w:val="both"/>
      </w:pPr>
      <w:r>
        <w:rPr>
          <w:rFonts w:ascii="Times New Roman" w:hAnsi="Times New Roman" w:eastAsia="Times New Roman" w:cs="Times New Roman"/>
          <w:b/>
          <w:i w:val="0"/>
          <w:sz w:val="22"/>
        </w:rPr>
        <w:t xml:space="preserve">65. </w:t>
      </w:r>
      <w:r>
        <w:rPr>
          <w:rFonts w:ascii="Times New Roman" w:hAnsi="Times New Roman" w:eastAsia="Times New Roman" w:cs="Times New Roman"/>
          <w:b w:val="0"/>
          <w:i w:val="0"/>
          <w:sz w:val="22"/>
        </w:rPr>
        <w:t>Выписка по счету [НОМЕР] банковской карты [НОМЕР], открытого на имя С.№14. в дополнительном офисе № 6991/0239 по адресу: &lt;...&gt;, согласно которой по счету осуществлены снятия наличных денежных средств через банкоматы зарубежных банков: - 14.11.2022 в 20:45:03 (МСК) - 14 617,90 руб. через банкомат АТМ 00067014 ТД «Премиум» по адресу: &lt;...&gt;; - 14.11.2022 в 20:56:49 (МСК) - 14 617,90 руб. через банкомат АТМ 00067009 ТД «Юльба» по адресу: &lt;...&gt;; - 14.11.2022 в 21:28:08 (МСК) - 14 617,90 руб. через банкомат АТМ 00067091 ТД «Товары для дома» по адресу: &lt;...&gt;;</w:t>
      </w:r>
    </w:p>
    <w:p>
      <w:pPr>
        <w:pStyle w:val="Heading3"/>
      </w:pPr>
      <w:r>
        <w:rPr>
          <w:rFonts w:ascii="Times New Roman" w:hAnsi="Times New Roman" w:eastAsia="Times New Roman" w:cs="Times New Roman"/>
          <w:b/>
          <w:i w:val="0"/>
          <w:sz w:val="22"/>
        </w:rPr>
        <w:t>Пункт 66. Правовой анализ</w:t>
      </w:r>
    </w:p>
    <w:p>
      <w:pPr>
        <w:spacing w:after="120" w:before="160"/>
        <w:ind w:firstLine="720"/>
        <w:jc w:val="both"/>
      </w:pPr>
      <w:r>
        <w:rPr>
          <w:rFonts w:ascii="Times New Roman" w:hAnsi="Times New Roman" w:eastAsia="Times New Roman" w:cs="Times New Roman"/>
          <w:b/>
          <w:i w:val="0"/>
          <w:sz w:val="22"/>
        </w:rPr>
        <w:t xml:space="preserve">66. </w:t>
      </w:r>
      <w:r>
        <w:rPr>
          <w:rFonts w:ascii="Times New Roman" w:hAnsi="Times New Roman" w:eastAsia="Times New Roman" w:cs="Times New Roman"/>
          <w:b w:val="0"/>
          <w:i w:val="0"/>
          <w:sz w:val="22"/>
        </w:rPr>
        <w:t>Выписка по счету [НОМЕР] банковской карты [НОМЕР], открытого на имя С.№14. в дополнительном офисе № 6991/0239 по адресу: &lt;...&gt;, согласно которой осуществлено снятие наличных денежных средств 14.11.2022 в 21:31:51 (МСК) - 14 617,90 руб. через банкомат АТМ 00067091 ТД «Товары для дома» по адресу: &lt;...&gt;;</w:t>
      </w:r>
    </w:p>
    <w:p>
      <w:pPr>
        <w:pStyle w:val="Heading3"/>
      </w:pPr>
      <w:r>
        <w:rPr>
          <w:rFonts w:ascii="Times New Roman" w:hAnsi="Times New Roman" w:eastAsia="Times New Roman" w:cs="Times New Roman"/>
          <w:b/>
          <w:i w:val="0"/>
          <w:sz w:val="22"/>
        </w:rPr>
        <w:t>Пункт 67. Правовой анализ</w:t>
      </w:r>
    </w:p>
    <w:p>
      <w:pPr>
        <w:spacing w:after="120" w:before="160"/>
        <w:ind w:firstLine="720"/>
        <w:jc w:val="both"/>
      </w:pPr>
      <w:r>
        <w:rPr>
          <w:rFonts w:ascii="Times New Roman" w:hAnsi="Times New Roman" w:eastAsia="Times New Roman" w:cs="Times New Roman"/>
          <w:b/>
          <w:i w:val="0"/>
          <w:sz w:val="22"/>
        </w:rPr>
        <w:t xml:space="preserve">67. </w:t>
      </w:r>
      <w:r>
        <w:rPr>
          <w:rFonts w:ascii="Times New Roman" w:hAnsi="Times New Roman" w:eastAsia="Times New Roman" w:cs="Times New Roman"/>
          <w:b w:val="0"/>
          <w:i w:val="0"/>
          <w:sz w:val="22"/>
        </w:rPr>
        <w:t>Выписка по счету [НОМЕР] банковской карты [НОМЕР], открытого на имя С.№14. в дополнительном офисе № 6991/0239 по адресу: &lt;...&gt;, согласно которой осуществлено снятие наличных денежных средств 14.11.2022 в 21:30:00 (МСК) - 14 617,90 руб. через банкомат банка АТМ 00067091 ТД «Товары для дома» по адресу: &lt;...&gt;;</w:t>
      </w:r>
    </w:p>
    <w:p>
      <w:pPr>
        <w:pStyle w:val="Heading3"/>
      </w:pPr>
      <w:r>
        <w:rPr>
          <w:rFonts w:ascii="Times New Roman" w:hAnsi="Times New Roman" w:eastAsia="Times New Roman" w:cs="Times New Roman"/>
          <w:b/>
          <w:i w:val="0"/>
          <w:sz w:val="22"/>
        </w:rPr>
        <w:t>Пункт 68. Правовой анализ</w:t>
      </w:r>
    </w:p>
    <w:p>
      <w:pPr>
        <w:spacing w:after="120" w:before="160"/>
        <w:ind w:firstLine="720"/>
        <w:jc w:val="both"/>
      </w:pPr>
      <w:r>
        <w:rPr>
          <w:rFonts w:ascii="Times New Roman" w:hAnsi="Times New Roman" w:eastAsia="Times New Roman" w:cs="Times New Roman"/>
          <w:b/>
          <w:i w:val="0"/>
          <w:sz w:val="22"/>
        </w:rPr>
        <w:t xml:space="preserve">68. </w:t>
      </w:r>
      <w:r>
        <w:rPr>
          <w:rFonts w:ascii="Times New Roman" w:hAnsi="Times New Roman" w:eastAsia="Times New Roman" w:cs="Times New Roman"/>
          <w:b w:val="0"/>
          <w:i w:val="0"/>
          <w:sz w:val="22"/>
        </w:rPr>
        <w:t>Выписка по счету [НОМЕР] банковской карты [НОМЕР], открытого на имя С.№14. в дополнительном офисе № 6991/0239 по адресу: &lt;...&gt;, согласно которой осуществлено снятие наличных денежных средств 14.11.2022 в 21:30:56 (МСК) - 14 617,90 руб. через банкомат АТМ 00067091 ТД «Товары для дома» по адресу: &lt;...&gt;;</w:t>
      </w:r>
    </w:p>
    <w:p>
      <w:pPr>
        <w:pStyle w:val="Heading3"/>
      </w:pPr>
      <w:r>
        <w:rPr>
          <w:rFonts w:ascii="Times New Roman" w:hAnsi="Times New Roman" w:eastAsia="Times New Roman" w:cs="Times New Roman"/>
          <w:b/>
          <w:i w:val="0"/>
          <w:sz w:val="22"/>
        </w:rPr>
        <w:t>Пункт 69. Правовой анализ</w:t>
      </w:r>
    </w:p>
    <w:p>
      <w:pPr>
        <w:spacing w:after="120" w:before="160"/>
        <w:ind w:firstLine="720"/>
        <w:jc w:val="both"/>
      </w:pPr>
      <w:r>
        <w:rPr>
          <w:rFonts w:ascii="Times New Roman" w:hAnsi="Times New Roman" w:eastAsia="Times New Roman" w:cs="Times New Roman"/>
          <w:b/>
          <w:i w:val="0"/>
          <w:sz w:val="22"/>
        </w:rPr>
        <w:t xml:space="preserve">69. </w:t>
      </w:r>
      <w:r>
        <w:rPr>
          <w:rFonts w:ascii="Times New Roman" w:hAnsi="Times New Roman" w:eastAsia="Times New Roman" w:cs="Times New Roman"/>
          <w:b w:val="0"/>
          <w:i w:val="0"/>
          <w:sz w:val="22"/>
        </w:rPr>
        <w:t>Выписка по счету [НОМЕР] банковской карты [НОМЕР], открытого на имя С.№14. в дополнительном офисе № 6991/0239 по адресу: &lt;...&gt;, согласно которой осуществлено снятие наличных денежных средств 14.11.2022 в 21:32:47 (МСК) - 14 617,90 руб. через банкомат АТМ 00067091 ТД «Товары для дома» по адресу: &lt;...&gt;;</w:t>
      </w:r>
    </w:p>
    <w:p>
      <w:pPr>
        <w:pStyle w:val="Heading3"/>
      </w:pPr>
      <w:r>
        <w:rPr>
          <w:rFonts w:ascii="Times New Roman" w:hAnsi="Times New Roman" w:eastAsia="Times New Roman" w:cs="Times New Roman"/>
          <w:b/>
          <w:i w:val="0"/>
          <w:sz w:val="22"/>
        </w:rPr>
        <w:t>Пункт 70. Правовой анализ</w:t>
      </w:r>
    </w:p>
    <w:p>
      <w:pPr>
        <w:spacing w:after="120" w:before="160"/>
        <w:ind w:firstLine="720"/>
        <w:jc w:val="both"/>
      </w:pPr>
      <w:r>
        <w:rPr>
          <w:rFonts w:ascii="Times New Roman" w:hAnsi="Times New Roman" w:eastAsia="Times New Roman" w:cs="Times New Roman"/>
          <w:b/>
          <w:i w:val="0"/>
          <w:sz w:val="22"/>
        </w:rPr>
        <w:t xml:space="preserve">70. </w:t>
      </w:r>
      <w:r>
        <w:rPr>
          <w:rFonts w:ascii="Times New Roman" w:hAnsi="Times New Roman" w:eastAsia="Times New Roman" w:cs="Times New Roman"/>
          <w:b w:val="0"/>
          <w:i w:val="0"/>
          <w:sz w:val="22"/>
        </w:rPr>
        <w:t>Выписка движения денежных средств по счету [НОМЕР] ПАО ВТБ В.Г.Ю., открытого [ДАТА], согласно которой осуществлены переводы денежных средств: - 14.01.2023 в 9:59:40 - 200 000 руб. с карты на карту/счет [НОМЕР] Банк ВТБ (ПАО) А.Д.; - 14.01.2023 в 14:35:52 - 125 000 руб. с карты на карту/счет [НОМЕР] Э.Г.;</w:t>
      </w:r>
    </w:p>
    <w:p>
      <w:pPr>
        <w:pStyle w:val="Heading3"/>
      </w:pPr>
      <w:r>
        <w:rPr>
          <w:rFonts w:ascii="Times New Roman" w:hAnsi="Times New Roman" w:eastAsia="Times New Roman" w:cs="Times New Roman"/>
          <w:b/>
          <w:i w:val="0"/>
          <w:sz w:val="22"/>
        </w:rPr>
        <w:t>Пункт 71. Правовой анализ</w:t>
      </w:r>
    </w:p>
    <w:p>
      <w:pPr>
        <w:spacing w:after="120" w:before="160"/>
        <w:ind w:firstLine="720"/>
        <w:jc w:val="both"/>
      </w:pPr>
      <w:r>
        <w:rPr>
          <w:rFonts w:ascii="Times New Roman" w:hAnsi="Times New Roman" w:eastAsia="Times New Roman" w:cs="Times New Roman"/>
          <w:b/>
          <w:i w:val="0"/>
          <w:sz w:val="22"/>
        </w:rPr>
        <w:t xml:space="preserve">71. </w:t>
      </w:r>
      <w:r>
        <w:rPr>
          <w:rFonts w:ascii="Times New Roman" w:hAnsi="Times New Roman" w:eastAsia="Times New Roman" w:cs="Times New Roman"/>
          <w:b w:val="0"/>
          <w:i w:val="0"/>
          <w:sz w:val="22"/>
        </w:rPr>
        <w:t>Выписка движения денежных средств по счету [НОМЕР] ПАО ВТБ Э.Г., открытого [ДАТА], согласно которой 14.01.2023 осуществлено снятие наличных денежных средств 125 000 рублей с карты через банкомат Банка: &lt;...&gt;;</w:t>
      </w:r>
    </w:p>
    <w:p>
      <w:pPr>
        <w:pStyle w:val="Heading3"/>
      </w:pPr>
      <w:r>
        <w:rPr>
          <w:rFonts w:ascii="Times New Roman" w:hAnsi="Times New Roman" w:eastAsia="Times New Roman" w:cs="Times New Roman"/>
          <w:b/>
          <w:i w:val="0"/>
          <w:sz w:val="22"/>
        </w:rPr>
        <w:t>Пункт 72. Правовой анализ</w:t>
      </w:r>
    </w:p>
    <w:p>
      <w:pPr>
        <w:spacing w:after="120" w:before="160"/>
        <w:ind w:firstLine="720"/>
        <w:jc w:val="both"/>
      </w:pPr>
      <w:r>
        <w:rPr>
          <w:rFonts w:ascii="Times New Roman" w:hAnsi="Times New Roman" w:eastAsia="Times New Roman" w:cs="Times New Roman"/>
          <w:b/>
          <w:i w:val="0"/>
          <w:sz w:val="22"/>
        </w:rPr>
        <w:t xml:space="preserve">72. </w:t>
      </w:r>
      <w:r>
        <w:rPr>
          <w:rFonts w:ascii="Times New Roman" w:hAnsi="Times New Roman" w:eastAsia="Times New Roman" w:cs="Times New Roman"/>
          <w:b w:val="0"/>
          <w:i w:val="0"/>
          <w:sz w:val="22"/>
        </w:rPr>
        <w:t>Выписка движения денежных средств по счету [НОМЕР] банковской карты [НОМЕР] на имя К.В.В., предоставленная АО «ТБАНК», согласно которой осужествлены переводы денежных средств [ДАТА] в 5:37:44-6:46:19 в размере 50 000, 50 000, 45 000 и 190 000 руб. с карты на карту/ счет [НОМЕР] Р.В.;</w:t>
      </w:r>
    </w:p>
    <w:p>
      <w:pPr>
        <w:pStyle w:val="Heading3"/>
      </w:pPr>
      <w:r>
        <w:rPr>
          <w:rFonts w:ascii="Times New Roman" w:hAnsi="Times New Roman" w:eastAsia="Times New Roman" w:cs="Times New Roman"/>
          <w:b/>
          <w:i w:val="0"/>
          <w:sz w:val="22"/>
        </w:rPr>
        <w:t>Пункт 73. Правовой анализ</w:t>
      </w:r>
    </w:p>
    <w:p>
      <w:pPr>
        <w:spacing w:after="120" w:before="160"/>
        <w:ind w:firstLine="720"/>
        <w:jc w:val="both"/>
      </w:pPr>
      <w:r>
        <w:rPr>
          <w:rFonts w:ascii="Times New Roman" w:hAnsi="Times New Roman" w:eastAsia="Times New Roman" w:cs="Times New Roman"/>
          <w:b/>
          <w:i w:val="0"/>
          <w:sz w:val="22"/>
        </w:rPr>
        <w:t xml:space="preserve">73. </w:t>
      </w:r>
      <w:r>
        <w:rPr>
          <w:rFonts w:ascii="Times New Roman" w:hAnsi="Times New Roman" w:eastAsia="Times New Roman" w:cs="Times New Roman"/>
          <w:b w:val="0"/>
          <w:i w:val="0"/>
          <w:sz w:val="22"/>
        </w:rPr>
        <w:t>Выписка движения денежных средств по счету [НОМЕР] карты [НОМЕР] на имя О.Д.А., предоставленная АО «ТБАНК», согласно которой 23.12.2022 в 6:46:19 осуществлен перевод 190 000 руб. с карты на карту/счет [НОМЕР] Р.В.;</w:t>
      </w:r>
    </w:p>
    <w:p>
      <w:pPr>
        <w:pStyle w:val="Heading3"/>
      </w:pPr>
      <w:r>
        <w:rPr>
          <w:rFonts w:ascii="Times New Roman" w:hAnsi="Times New Roman" w:eastAsia="Times New Roman" w:cs="Times New Roman"/>
          <w:b/>
          <w:i w:val="0"/>
          <w:sz w:val="22"/>
        </w:rPr>
        <w:t>Пункт 74. Правовой анализ</w:t>
      </w:r>
    </w:p>
    <w:p>
      <w:pPr>
        <w:spacing w:after="120" w:before="160"/>
        <w:ind w:firstLine="720"/>
        <w:jc w:val="both"/>
      </w:pPr>
      <w:r>
        <w:rPr>
          <w:rFonts w:ascii="Times New Roman" w:hAnsi="Times New Roman" w:eastAsia="Times New Roman" w:cs="Times New Roman"/>
          <w:b/>
          <w:i w:val="0"/>
          <w:sz w:val="22"/>
        </w:rPr>
        <w:t xml:space="preserve">74. </w:t>
      </w:r>
      <w:r>
        <w:rPr>
          <w:rFonts w:ascii="Times New Roman" w:hAnsi="Times New Roman" w:eastAsia="Times New Roman" w:cs="Times New Roman"/>
          <w:b w:val="0"/>
          <w:i w:val="0"/>
          <w:sz w:val="22"/>
        </w:rPr>
        <w:t>Выписка движения денежных средств по счету [НОМЕР] карты [НОМЕР] АО «АЛЬФА-БАНК» на имя Р.В., открытого 06.09.2022 &lt;...&gt;, согласно которой 23.12.2022 в 7:47:22-7:48:11 осуществлены снятие наличных денежных средств 200 000,00 и 185 000,00 руб. через банкомат ATM 211202 &lt;...&gt;;</w:t>
      </w:r>
    </w:p>
    <w:p>
      <w:pPr>
        <w:pStyle w:val="Heading3"/>
      </w:pPr>
      <w:r>
        <w:rPr>
          <w:rFonts w:ascii="Times New Roman" w:hAnsi="Times New Roman" w:eastAsia="Times New Roman" w:cs="Times New Roman"/>
          <w:b/>
          <w:i w:val="0"/>
          <w:sz w:val="22"/>
        </w:rPr>
        <w:t>Пункт 75. Правовой анализ</w:t>
      </w:r>
    </w:p>
    <w:p>
      <w:pPr>
        <w:spacing w:after="120" w:before="160"/>
        <w:ind w:firstLine="720"/>
        <w:jc w:val="both"/>
      </w:pPr>
      <w:r>
        <w:rPr>
          <w:rFonts w:ascii="Times New Roman" w:hAnsi="Times New Roman" w:eastAsia="Times New Roman" w:cs="Times New Roman"/>
          <w:b/>
          <w:i w:val="0"/>
          <w:sz w:val="22"/>
        </w:rPr>
        <w:t xml:space="preserve">75. </w:t>
      </w:r>
      <w:r>
        <w:rPr>
          <w:rFonts w:ascii="Times New Roman" w:hAnsi="Times New Roman" w:eastAsia="Times New Roman" w:cs="Times New Roman"/>
          <w:b w:val="0"/>
          <w:i w:val="0"/>
          <w:sz w:val="22"/>
        </w:rPr>
        <w:t>Выписка на CD-R диске № LH3183 CK2624545 о движении денежных средств по счету [НОМЕР] карты [НОМЕР] на имя Э.Г., открытого [ДАТА] в Филиале «Поволжский» АО «Райффайзенбанк» в &lt;...&gt;, согласно которой установлено снятие наличных денежных средств по карте: - 30.12.2022 - 70 000 руб. через банкомат АТМ 65621 CARD **8196, &lt;...&gt;; - 04.01.2023 - 60 000 руб. через банкомат АТМ 65621 CARD **8196, &lt;...&gt;; - 04.01.2023 - 50 000 руб. через банкомат АТМ 65621 CARD **8196, &lt;...&gt;; - 05.01.2023 - 164 000 руб. через банкомат АТМ 57871 CARD **8196, &lt;...&gt;; - 05.01.2023 - 36 000 руб. через банкомат АТМ 65621 CARD **8196, &lt;...&gt;; - 06.01.2023 - 196 000 руб. через банкомат АТМ 57871 CARD **8196, &lt;...&gt;; - 09.01.2023 - 140 000 руб. через банкомат АТМ 65781 CARD **8196, &lt;...&gt;. Осмотренные документы признаны и приобщены к уголовному делу в качестве вещественных доказательств. (том 4, л.д. 105-151) В судебном заседании потерпевшая П.№2 показала, что она познакомилась на вебсайте «Гелакси» с мужчиной по имени Чанг, отношения с которым в последующем перешли в романтические, он признавался ей в любви, говорил, что хочет приехать к ней в Россию и жениться. После этого Чанг сообщил, что отправил ей с рождеством подарок (туфли, часы, кольца, сумочки, пакет с деньгами). После этого с транспортной компании поступила информация о необходимости оплаты за перевес посылки. Тогда в ходе переписки с «Чангом» о сложившейся ситуации, он убедил ее выкупить посылку, которая составила 50 000 рублей, в связи с чем она внесла эти деньги, находясь в офисе Сбербанка на счет С.№13., который ей был отправлен, но посылку так и не получила. Ущерб для нее является значительным. Подсудимого же ФИО1 она не знает, и не видела, так как она разговаривала с мужчиной корейской национальности. Протоколом осмотра документов от 24 января 2024 года осмотрены:</w:t>
      </w: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Копия (скриншоты) переписки между потерпевшей П.№2 и Международной компанией доставки «Прайм экспресс» от 24.12.2022, где компанией указана банковская карта [НОМЕР] С.№13. для оплаты доставки посылки, отправленной Чон Хуном из Манчестер (Великобритания);</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Копия чека ПАО «Сбербанк» [НОМЕР], согласно которого 24.12.2022 П.№2 осуществлен перевод денежных средств в размере 50 000 руб. на банковскую карту № **** 7313 С.№13.;</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Ответ ПАО «Сбербанк» от 01.02.2023, согласно которого держателем банковской карты [НОМЕР] является С.№13.;</w:t>
      </w:r>
    </w:p>
    <w:p>
      <w:pPr>
        <w:pStyle w:val="Heading3"/>
      </w:pPr>
      <w:r>
        <w:rPr>
          <w:rFonts w:ascii="Times New Roman" w:hAnsi="Times New Roman" w:eastAsia="Times New Roman" w:cs="Times New Roman"/>
          <w:b/>
          <w:i w:val="0"/>
          <w:sz w:val="22"/>
        </w:rPr>
        <w:t>Пункт 4. Правовой анализ</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Оптический диск CD-R с 15 файлами, содержащие сведения о владельце банковских карт и выписки о движении денежных средств по счетам С.№13., в частности: - держателем банковской карты [НОМЕР] со счетом [НОМЕР] является С.№13.; - 24.12.2022 в 12:07 зачисление 50 000 рублей на банковскую карту [НОМЕР] со счетом [НОМЕР] С.№13.; - 24.12.2022 в 15.05 С.№13. осуществлен перевод - 50 000 руб. со своей банковской карты [НОМЕР] со счетом [НОМЕР] на свою карту [НОМЕР]; Осмотренные документы признаны вещественными доказательствами и приобщены к материалам уголовного дела. (том 3, л.д. 59-60, 61) Протоколом осмотра документов от 04 октября 2024 года, осмотрены: - переписка потерпевшей П.№2 и Международной компанией доставки «Прайм экспресс» от 24.12.2022, где компанией указана банковская карта [НОМЕР] С.№13. для оплаты доставки посылки, отправленной Чон Хуном из Манчестер (Великобритания); - выписка о движении денежных средств по счету [НОМЕР] карты [НОМЕР] ПАО «Сбербанк» на имя С.№13., согласно которой 27.12.2022 осуществлено зачисление 50 000 рублей, внесенный наличными 24.12.2022 в 12.07 час.; Осмотренные документы признаны вещественными доказательствами и приобщены к материалам уголовного дела. (том 3, л.д. 63-68, 69) В судебном заседании потерпевшая П.№3 показала, что в конце 2022 года она в социальных сетях «Тик Ток» познакомилась с мужчиной из другой страны, который представился Антоном Яном и сообщил ей, что он поляк и ему 59 лет, является врачом. Выходил на связь по номеру [НОМЕР], но часто менял номера. В то же время Ян всегда выходил на видеосвязь только сам, а когда звонила она, звонок отклонялся. Далее, в ходе общения с ним по «Ватсап», он сказал ей, что может приехать к ней в Россию, при этом просил ее отправить ему деньги, поскольку у него были проблемы с банком, с банковской картой. Обещал вернуть ей все деньги по приезду. Более того, когда она общалась с Антоном по видеозвонку, то это был взрослый мужчина, который был в халате доктора, видела на стене его фотографии с пациентами и детьми, но это был не подсудимый ФИО1 Войдя в доверие к Антону, она начала перечислять ему денежные средства на разные счета (С.№13., Дэнис), который он отправлял. Поскольку у нее не было таких денег, которые он просил, она занимала денежные средства у своих друзей, знакомых К.В.В., О.Д.А., С.С.А., Г.А.А., Ш.М.А., Я.А.А., С.№5, К.М.Г., С.Е.А., П.В.Т., Н.А.И., А.Г.И., С.№4, М.А.А., К.А.С., Л.А.А., И.И.А., В.Г.Ю., С.№3, С.Г.Г., А.А.С., Ф.Е.В., Ш.А.А., М.Г.В., В.Ю.Н., С.№6, К.А.С., Н.А.С., С.№7, С.№8, Г.С.А., которые также напрямую по ее просьбе переводили на разные счета - Р.В., Э.Г., С.№13., А.Д.. Кроме того, по ее просьбе было три перевода, фамилии которых она вспомнить не может. Всего она перечислила по просьбе Антона более пяти миллионов рублей. Общение с Антоном она прекратила в середине 2023 года. Протоколами осмотра предметов (документов) от 29 мая и 25 октября 2024 года, согласно которых осмотрены:</w:t>
      </w: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Чеки, предоставленные потерпевшей П.№3, согласно которых выполнены следующие операции: - по чекам АО Банк «СНГБ» 22.12.2022 в 22:14:52-23:06:16 П.№3 перечислены денежные средства с карты [НОМЕР] - 15000 руб., 35000 руб. на карту [НОМЕР]; - по квитанциям Банка «Тинькофф» 23.12.2022 в 05:37:44-05:55:50 на карту от отправителя К.В.В. поступили денежные средства в размере 50 000 руб., 50 000 руб., 45 000 руб.; - по квитанцию Банка «Тинькофф» 23.12.2022 в 06:46:19 от О.Д.А. на карту поступил перевод в сумме 190 000 руб.; - согласно распоряжению о совершении расходной операции с использованием банковской карты (её реквизитов) АО «Почта Банк», 30.12.2023 в 11:58:42 (МСК) со счета [НОМЕР] на карту [НОМЕР] поступил перевод в размере 10 000 руб.; - по чеку АО Банк «СНГБ» 04.01.2023 в 16:02:49 с карты [НОМЕР] от П.№3 на карту [НОМЕР] поступили денежные средства 50 000 руб.; - по чеку «Почта банк» 04.01.2023 в 15:25:00 от П.№3 на карту [НОМЕР] поступило 60 000 руб.; - по чеку «Почта банк» 05.01.2023 в 13:30:00, 13:41:00, 13:49:00, 14:03:00 от П.№3 на карту [НОМЕР] перечислены денежные средства 50000 руб., 50000 руб.; 50000 руб., 20000 руб.; - по чеку АО Банк «СНГБ» 05.01.2023 в 15:14:57 с карты [НОМЕР] от П.№3 на карту [НОМЕР] поступил платеж на 50 000 руб.; - по чекам «Почта банк» 06.01.2023 в 06:58:00-07:13:00 от П.№3 на карту [НОМЕР] зачислено 45 000 руб. и 45 000 руб.; - по чекам «Почта банк» 06.01.2023 в 08:53:45, 11:54:00, 15:57:00, 17:54:00 от П.№3 на карту получателя [НОМЕР] поступили платежи в размере 50 000 руб., 40 000 руб., 30000 руб., 70000 руб.; - по чеку «Почта банк» 06.01.2023 в 18:05:00 от П.№3 на карту [НОМЕР] поступил платеж 73 000 руб.; - по чеку «Сбербанк» 11.01.2023 в 05:43:14 со счёта отправителя [НОМЕР] М.А.Ш. на карту [НОМЕР] С.№13. поступил платеж на сумму 40 000 руб.; - по чеку «Сбербанк» 11.01.2023 в 04:54:48 со счёт отправителя [НОМЕР] С.А.С. на карту [НОМЕР] С.№13. поступил платеж на 100000 руб.; - по чеку «Сбербанк» 11.01.2023 в 04:57:58 со счета отправителя [НОМЕР] А.А.Г. на карту [НОМЕР] С.№13. поступил платежа на 50 000 руб.; - по чеку «Сбербанк» 11.01.2023 в 05:59:43 со счёта отправителя [НОМЕР] А.А.Я. на карту [НОМЕР] С.№13. поступил 150 000 руб.; - по чеку «Сбербанк» 11.01.2023 в 07:12:35 со счёта [НОМЕР] А.А.С. на карту [НОМЕР] С.№13. поступил платеж в размере 50 000 руб.; - по чеку «Сбербанк» 11.01.2023 в 07:22:55 со счета [НОМЕР] М.Г.К. на карту [НОМЕР] С.№13. поступил платеж в размере 100 000 руб.; - по чеку «Сбербанк» 11.01.2023 в 08:56:00 со счета [НОМЕР] Е.А.С. на карту [НОМЕР] С.№13. поступил платежа - 10 000 руб.; - по чеку «Сбербанк» 11.01.2023 в 09:06:54 со счёта [НОМЕР] В.Т.П. на карту [НОМЕР] С.№13. поступил платеж на 15 000 руб.; - по чеку «Сбербанк» 11.01.2023 в 09:56:25 со счета счёт [НОМЕР] А.И.Н. на карту [НОМЕР] С.№13. поступил платеж на 55 000 руб.; - по чеку «Сбербанк» 11.01.2023 в 11:54:37 со счета [НОМЕР] Г.И.А., на карту получателя [НОМЕР] С.№13. поступил платеж на 25 000 руб.; - по чеку «Сбербанк» от 11.01.2023 в 12:14:13 с карты [НОМЕР] М.П.Ш. на карту [НОМЕР] ВТБ поступил платеж на 50 000 руб.; - по чеку «Сбербанк» 11.01.2023 в 13:01:12 с карты [НОМЕР] А.А.М. на карту [НОМЕР] ВТБ поступил платеж на 115 000 руб.; - по чеку АО Банк «СНГБ» 11.01.2023 в 15:22:48 с карты [НОМЕР] П.№3 на карту получателя [НОМЕР] поступил платеж на 99000 руб.; - по чеку Банк «ВТБ» 13.01.2023 в время 12:28 с карты [НОМЕР] А.К. на карту получателя [НОМЕР] А.Д. поступил перевод в сумме 50000 руб.; - по чеку АО Банк «СНГБ» от 13.01.2023 в 13:46:59 с карты [НОМЕР] П.№3 на карту [НОМЕР] поступил платеж на 80 000 руб.; - по чеку АО Банк «СНГБ» 13.01.2023 в 14:50:39 с карты [НОМЕР] Л.А.А. на карту [НОМЕР] поступил платеж на 15 000 руб.; - по квитанции Банка «Тинькофф» 14.01.2023 в 06:30:31 от И.И. на карту осуществлен перевод 30 000 руб.; - по чеку АО Банк «СНГБ» 14.01.2023 в 09:50:36 с карты [НОМЕР] П.№3 на карту получателя [НОМЕР] поступил платеж 85 000 руб.; - по чеку АО Банк «СНГБ» 17.01.2023 в 16:31:11 с карты [НОМЕР] П.№3 на карту [НОМЕР] поступил платеж на 98 000 руб.; - по квитанции Банка «Открытия» 21.01.2023 в 09:43:15 с карты [НОМЕР] С.№3 на карту [НОМЕР] Р.В. осуществлен перевод на 130 000 руб.; - по квитанции Банка «Открытия» от 22.01.2023 в 07:20:25 с карты [НОМЕР] С.№3 на карту получателя [НОМЕР] поступил перевод на 96 500 руб.; - по квитанции Банка «Открытия» 22.01.2023 в 08:40:10 с карты [НОМЕР] С.№3 на карту получателя [НОМЕР] поступил перевод на 49 000 руб.; - по квитанции Банка «Открытия» от 23.01.2023 в 07:24:22 с карты [НОМЕР] С.№3 на карту [НОМЕР] поступил перевод на 75 000 руб.; - по чеку «Сбербанк» 24.01.2023 в 14:10:52 (МСК) с карты [НОМЕР] Г.Г.С. на карту получателя [НОМЕР] ВТБ отправлен перевод на 55 000 руб.; - по чеку «Сбербанк» 26.01.2023 в 08:32:14 с карты [НОМЕР] А.С.А. на карту получателя [НОМЕР] ВТБ отправлен перевод на 50 000 руб.; - по чеку «Сбербанк» 26.01.2023 в 08:33:52 с карты [НОМЕР] Е.В. на карту [НОМЕР] ВТБ осуществлен перевод на 50 000 руб.; - по чеку Банк «ВТБ» 26.01.2023 в 10:47 с карты [НОМЕР] А.Ш. на карту [НОМЕР] поступил перевод денежных средств на 50000 руб.; - по чекам «Сбербанк» 26.01.2023 в 17:36:41 - 18:22:20 с карты отправителя [НОМЕР] на карту получателя [НОМЕР] ВТБ списаны платежи на 10 000 руб., 40 000 руб., 50 000 руб.; - по чеку Банк «ВТБ» 27.01.2023 в 09:42 с карты [НОМЕР] А.Ш. на карту [НОМЕР] поступил перевод денежных средств на 55000 руб.; - по чеку «Сбербанк» 27.01.2023 в 12:13:58(МСК) со счета [НОМЕР] О.В.Е. на карту получателя [НОМЕР] поступил платеж на 110 000 руб.; - по чеку «Сбербанк» 27.01.2023 в 12:40:20 со счета [НОМЕР] Г.В.М. на карту [НОМЕР] С.№13. поступил денежных перевод на 20 000 руб.; - по чеку «Сбербанк» 27.01.2023 в 13:45:42 со счета [НОМЕР] П.№3 на карту [НОМЕР] С.№13. осуществлен перевода на 50 000 руб.; - по квитанции Банка «Тинькофф» 27.01.2023 в 14:42:54 от Ю.В. на карту С.№13. осуществлен перевод на 50 000 руб.; - по чекам «Сбербанк» 27.01.2023 в 15:00:50-15:44:16 со счета [НОМЕР] Е.В.М. на карту [НОМЕР] С.№13. поступили денежный перевод на 15 000 руб., 150 000 руб., 150 000 руб.; - по чеку Банк «ВТБ» 27.01.2023 в 01:47 с карты [НОМЕР] А.Ш. на карту [НОМЕР] А.Д. поступил перевод на 50000 руб.; - по чеку «Сбербанк» 29.01.2023 в 04:39:04 (МСК) со счета [НОМЕР] А.С.К. на карту [НОМЕР] С.№13. поступил перевод на 60 000 руб.; - по чеку «Сбербанк» 29.01.2023 в 04:46:11-04:54:44 (МСК) со счёта [НОМЕР] А.С.Н. на карту [НОМЕР] С.№13. поступил перевод на 15 000 руб. и 85 000 руб.; - по чеку «Сбербанк» 29.01.2023 в 10:42:25 со счёта [НОМЕР] С.М.К. на карту [НОМЕР] С.№13. поступил перевод на 50 000 руб.; - по чеку «Сбербанк» 29.01.2023 в 11:34:45 (МСК) со счета [НОМЕР] С.№8 на карту [НОМЕР] С.№13. поступил перевод на 100 000 руб.; - по чекам «Сбербанк» 29.01.2023 в 16:46:59-16:51:17 (МСК) со счета [НОМЕР] С.А.Г. на карту [НОМЕР] С.№13. поступили денежные средства 110 000 руб., 100 000 руб.; - по чеку «Сбербанк» 29.01.2023 в 19:53:57-19:56:42 (МСК) со счёта [НОМЕР] П.№3 на карту [НОМЕР] С.№13. осуществлены переводы денежных средств 75 000 руб. и 25 000 руб.; - по чеку «Сбербанк» 30.01.2023 в 11:16:22-11:20:19 (МСК) со счёта [НОМЕР] П.№3 на карту [НОМЕР] С.№13. поступили денежные переводы на 125 000 руб. и 120 000 руб.; - по чеку «Сбербанк» 30.01.2023 в 13:40:59-15:23:26 (МСК) со счёта [НОМЕР] С.А.Г. на карту [НОМЕР] С.№13. поступили денежные переводы на 55 000 руб., 55 000 руб.;</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Сопроводительное письмо АО «Сургутнефтегазбанк» от 05.07.2023, согласно которого на имя П.№3 открыта банковская карта [НОМЕР] эмитирована к карточному счёту [НОМЕР] (ПС МИР). Счёт открыт [ДАТА], абонентский номер [НОМЕР] подключен к дополнительной услуге «SMS Банк».</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Согласно выписке движения денежных средств П.№3 за период с 17.12.2022 по 05.02.2023 с карты [НОМЕР] осуществлены денежные переводы: - 22.12.2022 в 22:15:01-23:03:29 (PM) на карту [НОМЕР] Р.В. 15 000 рублей, 35 000 рублей; - 30.12.2022 в 13:52:01 - 45 000 руб. на карту [НОМЕР] Э.Г.; - 04.01.2023 в 16:02:49 - 50 000 руб. на карту [НОМЕР] Э.Г.; - 05.01.2023 в 15:15:09 - 50 000 руб. на карту [НОМЕР] Э.Г.; - 06.01.2023 в 08:54:08 - 50 000 рублей на карту [НОМЕР] Э.Г.; - 11.01.2023 в 15:23:00 - 99 000 рублей на карту [НОМЕР] ВТБ А.Д.; - 13.01.2023 в 13:47:11 - 80 000 рублей на карту [НОМЕР] ВТБ А.Д.; - 14.01.2023 в 09:50:49 - 85 000 рублей [НОМЕР] ВТБ А.Д.; - 17.01.2023 в 16:31:19 - 98 000 рублей на карту [НОМЕР] ВТБ А.Д.; - 18.01.2023 в 08:31:32 - 85 000 рублей на карту [НОМЕР] ВТБ А.Д.;</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Копии трудовых книжек на имя П.№3, где указаны сведения о ее трудовой деятельности [ПЕРСОНАЛЬНЫЕ ДАННЫЕ];</w:t>
      </w:r>
    </w:p>
    <w:p>
      <w:pPr>
        <w:pStyle w:val="Heading3"/>
      </w:pPr>
      <w:r>
        <w:rPr>
          <w:rFonts w:ascii="Times New Roman" w:hAnsi="Times New Roman" w:eastAsia="Times New Roman" w:cs="Times New Roman"/>
          <w:b/>
          <w:i w:val="0"/>
          <w:sz w:val="22"/>
        </w:rPr>
        <w:t>Пункт 4. Правовой анализ</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Справки о доходах и суммах налога П.№3, согласно которых за 2022 год общая сумма дохода составляет [ПЕРСОНАЛЬНЫЕ ДАННЫЕ]</w:t>
      </w:r>
    </w:p>
    <w:p>
      <w:pPr>
        <w:pStyle w:val="Heading3"/>
      </w:pPr>
      <w:r>
        <w:rPr>
          <w:rFonts w:ascii="Times New Roman" w:hAnsi="Times New Roman" w:eastAsia="Times New Roman" w:cs="Times New Roman"/>
          <w:b/>
          <w:i w:val="0"/>
          <w:sz w:val="22"/>
        </w:rPr>
        <w:t>Пункт 5. Правовой анализ</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Справка Государственного учреждения Отделение Пенсионного фонда Российской Федерации по Республике Саха (Якутия), согласно которой П.№3 [ПЕРСОНАЛЬНЫЕ ДАННЫЕ];</w:t>
      </w:r>
    </w:p>
    <w:p>
      <w:pPr>
        <w:pStyle w:val="Heading3"/>
      </w:pPr>
      <w:r>
        <w:rPr>
          <w:rFonts w:ascii="Times New Roman" w:hAnsi="Times New Roman" w:eastAsia="Times New Roman" w:cs="Times New Roman"/>
          <w:b/>
          <w:i w:val="0"/>
          <w:sz w:val="22"/>
        </w:rPr>
        <w:t>Пункт 6. Правовой анализ</w:t>
      </w:r>
    </w:p>
    <w:p>
      <w:pPr>
        <w:spacing w:after="120" w:before="160"/>
        <w:ind w:firstLine="720"/>
        <w:jc w:val="both"/>
      </w:pPr>
      <w:r>
        <w:rPr>
          <w:rFonts w:ascii="Times New Roman" w:hAnsi="Times New Roman" w:eastAsia="Times New Roman" w:cs="Times New Roman"/>
          <w:b/>
          <w:i w:val="0"/>
          <w:sz w:val="22"/>
        </w:rPr>
        <w:t xml:space="preserve">6. </w:t>
      </w:r>
      <w:r>
        <w:rPr>
          <w:rFonts w:ascii="Times New Roman" w:hAnsi="Times New Roman" w:eastAsia="Times New Roman" w:cs="Times New Roman"/>
          <w:b w:val="0"/>
          <w:i w:val="0"/>
          <w:sz w:val="22"/>
        </w:rPr>
        <w:t>Выписка движения денежных средств по карте [НОМЕР] со счетом [НОМЕР] П.№3 за период с 30.10.2022 по 06.01.2023, согласно которой с указанного счета карты осуществлялись переводы денежных средств: - 30.12.2022 в 11:58:42 - 10 000 рублей на карту [НОМЕР] Э.Г.; - 04.01.2023 в 15:25:42 - 60 000 рублей на карту [НОМЕР] Э.Г.; - 05.01.2023 в 13:30:00-14:03:00 на карту [НОМЕР] Э.Г. 50 000 рублей, 50 000 рублей, 50 000 рублей и 20 000 рублей; - 06.01.2023 в 6:58:00-17:54:00 на карту [НОМЕР] Э.Г. 45 000 рублей, 45 000 рублей, 40 000 рублей, 30 000 рублей и 70 000 рублей; - 06.01.2023 в 18:05:00-18:11:00 на карту ПАО "Сбербанк" [НОМЕР] С.№13. 73 000 руб., 33 000 руб.;</w:t>
      </w:r>
    </w:p>
    <w:p>
      <w:pPr>
        <w:pStyle w:val="Heading3"/>
      </w:pPr>
      <w:r>
        <w:rPr>
          <w:rFonts w:ascii="Times New Roman" w:hAnsi="Times New Roman" w:eastAsia="Times New Roman" w:cs="Times New Roman"/>
          <w:b/>
          <w:i w:val="0"/>
          <w:sz w:val="22"/>
        </w:rPr>
        <w:t>Пункт 7. Правовой анализ</w:t>
      </w:r>
    </w:p>
    <w:p>
      <w:pPr>
        <w:spacing w:after="120" w:before="160"/>
        <w:ind w:firstLine="720"/>
        <w:jc w:val="both"/>
      </w:pPr>
      <w:r>
        <w:rPr>
          <w:rFonts w:ascii="Times New Roman" w:hAnsi="Times New Roman" w:eastAsia="Times New Roman" w:cs="Times New Roman"/>
          <w:b/>
          <w:i w:val="0"/>
          <w:sz w:val="22"/>
        </w:rPr>
        <w:t xml:space="preserve">7. </w:t>
      </w:r>
      <w:r>
        <w:rPr>
          <w:rFonts w:ascii="Times New Roman" w:hAnsi="Times New Roman" w:eastAsia="Times New Roman" w:cs="Times New Roman"/>
          <w:b w:val="0"/>
          <w:i w:val="0"/>
          <w:sz w:val="22"/>
        </w:rPr>
        <w:t>Выписка движения денежных средств по счету [НОМЕР] карты [НОМЕР] АО «Почта Банк» П.№3 за период с 30.10.2022 по 06.01.2023, согласно которой осуществлены переводы денежных средств: - 04.01.2023 в 16:02:49 - 50 000 рублей на карту [НОМЕР] Э.Г.; - 30.12.2022 в 13:52:01 - 45 000 рублей на карту [НОМЕР] Э.Г.; - 05.01.2023 в 15:14:57 - 50 000 рублей на карту [НОМЕР] Э.Г.;</w:t>
      </w:r>
    </w:p>
    <w:p>
      <w:pPr>
        <w:pStyle w:val="Heading3"/>
      </w:pPr>
      <w:r>
        <w:rPr>
          <w:rFonts w:ascii="Times New Roman" w:hAnsi="Times New Roman" w:eastAsia="Times New Roman" w:cs="Times New Roman"/>
          <w:b/>
          <w:i w:val="0"/>
          <w:sz w:val="22"/>
        </w:rPr>
        <w:t>Пункт 8. Правовой анализ</w:t>
      </w:r>
    </w:p>
    <w:p>
      <w:pPr>
        <w:spacing w:after="120" w:before="160"/>
        <w:ind w:firstLine="720"/>
        <w:jc w:val="both"/>
      </w:pPr>
      <w:r>
        <w:rPr>
          <w:rFonts w:ascii="Times New Roman" w:hAnsi="Times New Roman" w:eastAsia="Times New Roman" w:cs="Times New Roman"/>
          <w:b/>
          <w:i w:val="0"/>
          <w:sz w:val="22"/>
        </w:rPr>
        <w:t xml:space="preserve">8. </w:t>
      </w:r>
      <w:r>
        <w:rPr>
          <w:rFonts w:ascii="Times New Roman" w:hAnsi="Times New Roman" w:eastAsia="Times New Roman" w:cs="Times New Roman"/>
          <w:b w:val="0"/>
          <w:i w:val="0"/>
          <w:sz w:val="22"/>
        </w:rPr>
        <w:t>Выписка движения денежных средств по счету [НОМЕР] карты [НОМЕР] АО «Почта Банк» П.№3 открытого [ДАТА], согласно которой установлено осуществление перевода денежных средств с указанного счета 06.01.2023 в 8:53:45 - 50 000 рублей на карту [НОМЕР] Э.Г.;</w:t>
      </w:r>
    </w:p>
    <w:p>
      <w:pPr>
        <w:pStyle w:val="Heading3"/>
      </w:pPr>
      <w:r>
        <w:rPr>
          <w:rFonts w:ascii="Times New Roman" w:hAnsi="Times New Roman" w:eastAsia="Times New Roman" w:cs="Times New Roman"/>
          <w:b/>
          <w:i w:val="0"/>
          <w:sz w:val="22"/>
        </w:rPr>
        <w:t>Пункт 9. Правовой анализ</w:t>
      </w:r>
    </w:p>
    <w:p>
      <w:pPr>
        <w:spacing w:after="120" w:before="160"/>
        <w:ind w:firstLine="720"/>
        <w:jc w:val="both"/>
      </w:pPr>
      <w:r>
        <w:rPr>
          <w:rFonts w:ascii="Times New Roman" w:hAnsi="Times New Roman" w:eastAsia="Times New Roman" w:cs="Times New Roman"/>
          <w:b/>
          <w:i w:val="0"/>
          <w:sz w:val="22"/>
        </w:rPr>
        <w:t xml:space="preserve">9. </w:t>
      </w:r>
      <w:r>
        <w:rPr>
          <w:rFonts w:ascii="Times New Roman" w:hAnsi="Times New Roman" w:eastAsia="Times New Roman" w:cs="Times New Roman"/>
          <w:b w:val="0"/>
          <w:i w:val="0"/>
          <w:sz w:val="22"/>
        </w:rPr>
        <w:t>Выписка по счету [НОМЕР] банковской карты [НОМЕР] на имя С.№13., согласно которой осуществлены переводы денежных средств с карты на карту через мобильный банк: - 06.01.2023 в 18:08:40-18:11:56 (МСК) - 73 000 руб., 33 000 руб. на свою карту/счет [НОМЕР] ПАО "Сбербанк" С.№13.; - 11.01.2023 в 08:47:14 (МСК) – 490 000 руб. на свою карту/счет [НОМЕР] ПАО «Сбербанк» С.№13.; - 11.01.2023 в 08:47:14-11:06:44 (МСК) 490 000,00 руб., 14 000,00 руб. на свою карту/счет [НОМЕР] ПАО "Сбербанк" С.№13.; - 11.01.2023 в 11:06:44 (МСК) – 14 000 руб. на свою карту/счет [НОМЕР] ПАО «Сбербанк» С.№13.; - 27.01.2023 в 12:49:36-15:46:52 (МСК) 130 000 руб., 50 000 руб., 75 000 руб., 15 000 руб., 150 000 руб., 150 000 руб. на свою карту/счет [НОМЕР] ПАО «Сбербанк» С.№13.; - 29.01.2023 в 18:57:29-21:23:33 (МСК) 632 000 руб., 100 000 руб. на свою карту/счет [НОМЕР] ПАО «Сбербанк» С.№13.; - 30.01.2023 в 14:04:33 (МСК) 300 000 руб. на свою карту/счет [НОМЕР] ПАО «Сбербанк» С.№13.; - 31.01.2023 в 09:04:00 (МСК) 62 000 руб. на свою карту/счет [НОМЕР] ПАО «Сбербанк» С.№13..</w:t>
      </w:r>
    </w:p>
    <w:p>
      <w:pPr>
        <w:pStyle w:val="Heading3"/>
      </w:pPr>
      <w:r>
        <w:rPr>
          <w:rFonts w:ascii="Times New Roman" w:hAnsi="Times New Roman" w:eastAsia="Times New Roman" w:cs="Times New Roman"/>
          <w:b/>
          <w:i w:val="0"/>
          <w:sz w:val="22"/>
        </w:rPr>
        <w:t>Пункт 9. Правовой анализ</w:t>
      </w:r>
    </w:p>
    <w:p>
      <w:pPr>
        <w:spacing w:after="120" w:before="160"/>
        <w:ind w:firstLine="720"/>
        <w:jc w:val="both"/>
      </w:pPr>
      <w:r>
        <w:rPr>
          <w:rFonts w:ascii="Times New Roman" w:hAnsi="Times New Roman" w:eastAsia="Times New Roman" w:cs="Times New Roman"/>
          <w:b/>
          <w:i w:val="0"/>
          <w:sz w:val="22"/>
        </w:rPr>
        <w:t xml:space="preserve">9. </w:t>
      </w:r>
      <w:r>
        <w:rPr>
          <w:rFonts w:ascii="Times New Roman" w:hAnsi="Times New Roman" w:eastAsia="Times New Roman" w:cs="Times New Roman"/>
          <w:b w:val="0"/>
          <w:i w:val="0"/>
          <w:sz w:val="22"/>
        </w:rPr>
        <w:t>Выписка по счету [НОМЕР] банковской карты [НОМЕР], открытому на имя С.№16. [ДАТА] в ОСБ № 5221/386 &lt;...&gt; в отделении ПАО «Сбербанк», согласно которой проведены переводы денежных средств с карты на карту через мобильный банк: - 06.01.2023 в 18:19:44-18:20:13 (МСК) - 38 000 руб., 37 000 руб. на карту/счет [НОМЕР] С.№16.; - 11.01.2023 в 10:12:34-10:13:37 (МСК) 200 000 руб., 250 000 руб. и 55 000 руб. карту/счет [НОМЕР] С.№16.; - 17.01.2023 в 15:03:00 (МСК) перевод собственных средств 699 602,13 руб. с карты [НОМЕР] на счет [НОМЕР] С.№16., открытый [ДАТА] в ОСБ № 5230/131 ПАО «Сбербанк», &lt;...&gt;; - 22.01.2023 в 15:40:05 (МСК) перевод собственных средств 300 000 руб. со счета [НОМЕР] на карту/счет [НОМЕР] С.№16.; - 29.01.2023 в 18:50:36 (МСК) перевод собственных средств 309 000 руб. со счета [НОМЕР] на карту/счет [НОМЕР] С.№16.;</w:t>
      </w:r>
    </w:p>
    <w:p>
      <w:pPr>
        <w:pStyle w:val="Heading3"/>
      </w:pPr>
      <w:r>
        <w:rPr>
          <w:rFonts w:ascii="Times New Roman" w:hAnsi="Times New Roman" w:eastAsia="Times New Roman" w:cs="Times New Roman"/>
          <w:b/>
          <w:i w:val="0"/>
          <w:sz w:val="22"/>
        </w:rPr>
        <w:t>Пункт 10. Правовой анализ</w:t>
      </w:r>
    </w:p>
    <w:p>
      <w:pPr>
        <w:spacing w:after="120" w:before="160"/>
        <w:ind w:firstLine="720"/>
        <w:jc w:val="both"/>
      </w:pPr>
      <w:r>
        <w:rPr>
          <w:rFonts w:ascii="Times New Roman" w:hAnsi="Times New Roman" w:eastAsia="Times New Roman" w:cs="Times New Roman"/>
          <w:b/>
          <w:i w:val="0"/>
          <w:sz w:val="22"/>
        </w:rPr>
        <w:t xml:space="preserve">10. </w:t>
      </w:r>
      <w:r>
        <w:rPr>
          <w:rFonts w:ascii="Times New Roman" w:hAnsi="Times New Roman" w:eastAsia="Times New Roman" w:cs="Times New Roman"/>
          <w:b w:val="0"/>
          <w:i w:val="0"/>
          <w:sz w:val="22"/>
        </w:rPr>
        <w:t>Выписка по счету [НОМЕР] банковской карты [НОМЕР], открытый на имя М.Ч.О. [ДАТА] в ОСБ № 546991/7771 ПАО «Сбербанк», согласно которой 11.01.2023 в 22:17:15 (МСК) осуществлен перевод 9 991 руб. с карты на карту /счет [НОМЕР] М.Ч.О. [ДАТА] в ОСБ № 546991/7771 ПАО «Сбербанк»;</w:t>
      </w:r>
    </w:p>
    <w:p>
      <w:pPr>
        <w:pStyle w:val="Heading3"/>
      </w:pPr>
      <w:r>
        <w:rPr>
          <w:rFonts w:ascii="Times New Roman" w:hAnsi="Times New Roman" w:eastAsia="Times New Roman" w:cs="Times New Roman"/>
          <w:b/>
          <w:i w:val="0"/>
          <w:sz w:val="22"/>
        </w:rPr>
        <w:t>Пункт 11. Правовой анализ</w:t>
      </w:r>
    </w:p>
    <w:p>
      <w:pPr>
        <w:spacing w:after="120" w:before="160"/>
        <w:ind w:firstLine="720"/>
        <w:jc w:val="both"/>
      </w:pPr>
      <w:r>
        <w:rPr>
          <w:rFonts w:ascii="Times New Roman" w:hAnsi="Times New Roman" w:eastAsia="Times New Roman" w:cs="Times New Roman"/>
          <w:b/>
          <w:i w:val="0"/>
          <w:sz w:val="22"/>
        </w:rPr>
        <w:t xml:space="preserve">11. </w:t>
      </w:r>
      <w:r>
        <w:rPr>
          <w:rFonts w:ascii="Times New Roman" w:hAnsi="Times New Roman" w:eastAsia="Times New Roman" w:cs="Times New Roman"/>
          <w:b w:val="0"/>
          <w:i w:val="0"/>
          <w:sz w:val="22"/>
        </w:rPr>
        <w:t>Выписка по счету [НОМЕР] банковской карты [НОМЕР], открытый на имя А.Л.С. [ДАТА] в ОСБ № 559055/0910 ПАО «Сбербанк», согласно которой проведены денежные переводы: - 12.01.2023 в 8:29:28 (МСК) 35 000 и 35 000 руб. с карты на карту/счет [НОМЕР] А.Л.С.; - 13.01.2023 в 14:53:11 (МСК) 5 500 руб. с карты на карту /счет [НОМЕР] А.Л.С.;</w:t>
      </w:r>
    </w:p>
    <w:p>
      <w:pPr>
        <w:pStyle w:val="Heading3"/>
      </w:pPr>
      <w:r>
        <w:rPr>
          <w:rFonts w:ascii="Times New Roman" w:hAnsi="Times New Roman" w:eastAsia="Times New Roman" w:cs="Times New Roman"/>
          <w:b/>
          <w:i w:val="0"/>
          <w:sz w:val="22"/>
        </w:rPr>
        <w:t>Пункт 25. Правовой анализ</w:t>
      </w:r>
    </w:p>
    <w:p>
      <w:pPr>
        <w:spacing w:after="120" w:before="160"/>
        <w:ind w:firstLine="720"/>
        <w:jc w:val="both"/>
      </w:pPr>
      <w:r>
        <w:rPr>
          <w:rFonts w:ascii="Times New Roman" w:hAnsi="Times New Roman" w:eastAsia="Times New Roman" w:cs="Times New Roman"/>
          <w:b/>
          <w:i w:val="0"/>
          <w:sz w:val="22"/>
        </w:rPr>
        <w:t xml:space="preserve">25. </w:t>
      </w:r>
      <w:r>
        <w:rPr>
          <w:rFonts w:ascii="Times New Roman" w:hAnsi="Times New Roman" w:eastAsia="Times New Roman" w:cs="Times New Roman"/>
          <w:b w:val="0"/>
          <w:i w:val="0"/>
          <w:sz w:val="22"/>
        </w:rPr>
        <w:t>Выписка по счету [НОМЕР] банковской карты [НОМЕР], открытый на имя Б.Д. [ДАТА] в ОСБ № 387978/01715 ПАО «Сбербанк», согласно которой осуществлены следующие операции: - 12.01.2023 в 14:42:07 (МСК) 45 000 руб. с карты на карту/счет [НОМЕР] Б.Д. [ДАТА] в ОСБ № 387978/01715 ПАО «Сбербанк»; - 13.01.2023 в 21:26:01 (МСК) бесконтактная покупка на 4 999 руб. через POS ТУ Сбербанка, MERCHANT_NAME=DNS 3015; MCC=5722 Gorod Moskva;</w:t>
      </w:r>
    </w:p>
    <w:p>
      <w:pPr>
        <w:pStyle w:val="Heading3"/>
      </w:pPr>
      <w:r>
        <w:rPr>
          <w:rFonts w:ascii="Times New Roman" w:hAnsi="Times New Roman" w:eastAsia="Times New Roman" w:cs="Times New Roman"/>
          <w:b/>
          <w:i w:val="0"/>
          <w:sz w:val="22"/>
        </w:rPr>
        <w:t>Пункт 12. Правовой анализ</w:t>
      </w:r>
    </w:p>
    <w:p>
      <w:pPr>
        <w:spacing w:after="120" w:before="160"/>
        <w:ind w:firstLine="720"/>
        <w:jc w:val="both"/>
      </w:pPr>
      <w:r>
        <w:rPr>
          <w:rFonts w:ascii="Times New Roman" w:hAnsi="Times New Roman" w:eastAsia="Times New Roman" w:cs="Times New Roman"/>
          <w:b/>
          <w:i w:val="0"/>
          <w:sz w:val="22"/>
        </w:rPr>
        <w:t xml:space="preserve">12. </w:t>
      </w:r>
      <w:r>
        <w:rPr>
          <w:rFonts w:ascii="Times New Roman" w:hAnsi="Times New Roman" w:eastAsia="Times New Roman" w:cs="Times New Roman"/>
          <w:b w:val="0"/>
          <w:i w:val="0"/>
          <w:sz w:val="22"/>
        </w:rPr>
        <w:t>Выписка по счету [НОМЕР] банковской карты [НОМЕР], открытый на имя М.Д.Р. [ДАТА] в ОСБ № 99387813/01879 ПАО «Сбербанк», согласно которой 22.01.2023 в 15:44:22 (МСК) осуществлен перевод 293 000 руб. с карты на карту/счет [НОМЕР] М.Д.Р.;</w:t>
      </w:r>
    </w:p>
    <w:p>
      <w:pPr>
        <w:pStyle w:val="Heading3"/>
      </w:pPr>
      <w:r>
        <w:rPr>
          <w:rFonts w:ascii="Times New Roman" w:hAnsi="Times New Roman" w:eastAsia="Times New Roman" w:cs="Times New Roman"/>
          <w:b/>
          <w:i w:val="0"/>
          <w:sz w:val="22"/>
        </w:rPr>
        <w:t>Пункт 13. Правовой анализ</w:t>
      </w:r>
    </w:p>
    <w:p>
      <w:pPr>
        <w:spacing w:after="120" w:before="160"/>
        <w:ind w:firstLine="720"/>
        <w:jc w:val="both"/>
      </w:pPr>
      <w:r>
        <w:rPr>
          <w:rFonts w:ascii="Times New Roman" w:hAnsi="Times New Roman" w:eastAsia="Times New Roman" w:cs="Times New Roman"/>
          <w:b/>
          <w:i w:val="0"/>
          <w:sz w:val="22"/>
        </w:rPr>
        <w:t xml:space="preserve">13. </w:t>
      </w:r>
      <w:r>
        <w:rPr>
          <w:rFonts w:ascii="Times New Roman" w:hAnsi="Times New Roman" w:eastAsia="Times New Roman" w:cs="Times New Roman"/>
          <w:b w:val="0"/>
          <w:i w:val="0"/>
          <w:sz w:val="22"/>
        </w:rPr>
        <w:t>Выписка по счету [НОМЕР] банковской карты [НОМЕР], открытый на имя К.Н.Э. [ДАТА] в ОСБ № 54568622/00303 ПАО «Сбербанк», согласно которой 29.01.2023 в 18:50:55 (МСК) осуществлен перевод 135 000 руб. с карты на карту/счет [НОМЕР] К.Н.Э.;</w:t>
      </w:r>
    </w:p>
    <w:p>
      <w:pPr>
        <w:pStyle w:val="Heading3"/>
      </w:pPr>
      <w:r>
        <w:rPr>
          <w:rFonts w:ascii="Times New Roman" w:hAnsi="Times New Roman" w:eastAsia="Times New Roman" w:cs="Times New Roman"/>
          <w:b/>
          <w:i w:val="0"/>
          <w:sz w:val="22"/>
        </w:rPr>
        <w:t>Пункт 14. Правовой анализ</w:t>
      </w:r>
    </w:p>
    <w:p>
      <w:pPr>
        <w:spacing w:after="120" w:before="160"/>
        <w:ind w:firstLine="720"/>
        <w:jc w:val="both"/>
      </w:pPr>
      <w:r>
        <w:rPr>
          <w:rFonts w:ascii="Times New Roman" w:hAnsi="Times New Roman" w:eastAsia="Times New Roman" w:cs="Times New Roman"/>
          <w:b/>
          <w:i w:val="0"/>
          <w:sz w:val="22"/>
        </w:rPr>
        <w:t xml:space="preserve">14. </w:t>
      </w:r>
      <w:r>
        <w:rPr>
          <w:rFonts w:ascii="Times New Roman" w:hAnsi="Times New Roman" w:eastAsia="Times New Roman" w:cs="Times New Roman"/>
          <w:b w:val="0"/>
          <w:i w:val="0"/>
          <w:sz w:val="22"/>
        </w:rPr>
        <w:t>Выписка по счету [НОМЕР] банковской карты [НОМЕР], открытый на имя П.А.К. [ДАТА] в ОСБ № 42496984/00294 ПАО «Сбербанк», согласно которой 29.01.2023 в 18:50:55 (МСК) осуществлен перевод 135 000 руб. с карты на карту/счет [НОМЕР] К.Н.Э.;</w:t>
      </w:r>
    </w:p>
    <w:p>
      <w:pPr>
        <w:pStyle w:val="Heading3"/>
      </w:pPr>
      <w:r>
        <w:rPr>
          <w:rFonts w:ascii="Times New Roman" w:hAnsi="Times New Roman" w:eastAsia="Times New Roman" w:cs="Times New Roman"/>
          <w:b/>
          <w:i w:val="0"/>
          <w:sz w:val="22"/>
        </w:rPr>
        <w:t>Пункт 15. Правовой анализ</w:t>
      </w:r>
    </w:p>
    <w:p>
      <w:pPr>
        <w:spacing w:after="120" w:before="160"/>
        <w:ind w:firstLine="720"/>
        <w:jc w:val="both"/>
      </w:pPr>
      <w:r>
        <w:rPr>
          <w:rFonts w:ascii="Times New Roman" w:hAnsi="Times New Roman" w:eastAsia="Times New Roman" w:cs="Times New Roman"/>
          <w:b/>
          <w:i w:val="0"/>
          <w:sz w:val="22"/>
        </w:rPr>
        <w:t xml:space="preserve">15. </w:t>
      </w:r>
      <w:r>
        <w:rPr>
          <w:rFonts w:ascii="Times New Roman" w:hAnsi="Times New Roman" w:eastAsia="Times New Roman" w:cs="Times New Roman"/>
          <w:b w:val="0"/>
          <w:i w:val="0"/>
          <w:sz w:val="22"/>
        </w:rPr>
        <w:t>Выписка по счету [НОМЕР] банковской карты [НОМЕР], открытый на имя С.А.А. [ДАТА] в ОСБ № 8619/095 &lt;...&gt;, согласно которой 01.12.2022 в 15:08:35 (МСК) осуществлен перевод 220 000,00 руб. через мобильный банк с карты на карту/счет [НОМЕР] С.А.А.;</w:t>
      </w:r>
    </w:p>
    <w:p>
      <w:pPr>
        <w:pStyle w:val="Heading3"/>
      </w:pPr>
      <w:r>
        <w:rPr>
          <w:rFonts w:ascii="Times New Roman" w:hAnsi="Times New Roman" w:eastAsia="Times New Roman" w:cs="Times New Roman"/>
          <w:b/>
          <w:i w:val="0"/>
          <w:sz w:val="22"/>
        </w:rPr>
        <w:t>Пункт 16. Правовой анализ</w:t>
      </w:r>
    </w:p>
    <w:p>
      <w:pPr>
        <w:spacing w:after="120" w:before="160"/>
        <w:ind w:firstLine="720"/>
        <w:jc w:val="both"/>
      </w:pPr>
      <w:r>
        <w:rPr>
          <w:rFonts w:ascii="Times New Roman" w:hAnsi="Times New Roman" w:eastAsia="Times New Roman" w:cs="Times New Roman"/>
          <w:b/>
          <w:i w:val="0"/>
          <w:sz w:val="22"/>
        </w:rPr>
        <w:t xml:space="preserve">16. </w:t>
      </w:r>
      <w:r>
        <w:rPr>
          <w:rFonts w:ascii="Times New Roman" w:hAnsi="Times New Roman" w:eastAsia="Times New Roman" w:cs="Times New Roman"/>
          <w:b w:val="0"/>
          <w:i w:val="0"/>
          <w:sz w:val="22"/>
        </w:rPr>
        <w:t>Выписка по счету [НОМЕР] банковской карты [НОМЕР], открытый на имя С.А.А. [ДАТА] в дополнительном офисе № 8619/095 по адресу: &lt;...&gt;, согласно которой 06.12.2022 в 11:01:20 (МСК) осуществлен перевод с карты на карту через мобильный банк 328 187,6 рублей;</w:t>
      </w:r>
    </w:p>
    <w:p>
      <w:pPr>
        <w:pStyle w:val="Heading3"/>
      </w:pPr>
      <w:r>
        <w:rPr>
          <w:rFonts w:ascii="Times New Roman" w:hAnsi="Times New Roman" w:eastAsia="Times New Roman" w:cs="Times New Roman"/>
          <w:b/>
          <w:i w:val="0"/>
          <w:sz w:val="22"/>
        </w:rPr>
        <w:t>Пункт 17. Правовой анализ</w:t>
      </w:r>
    </w:p>
    <w:p>
      <w:pPr>
        <w:spacing w:after="120" w:before="160"/>
        <w:ind w:firstLine="720"/>
        <w:jc w:val="both"/>
      </w:pPr>
      <w:r>
        <w:rPr>
          <w:rFonts w:ascii="Times New Roman" w:hAnsi="Times New Roman" w:eastAsia="Times New Roman" w:cs="Times New Roman"/>
          <w:b/>
          <w:i w:val="0"/>
          <w:sz w:val="22"/>
        </w:rPr>
        <w:t xml:space="preserve">17. </w:t>
      </w:r>
      <w:r>
        <w:rPr>
          <w:rFonts w:ascii="Times New Roman" w:hAnsi="Times New Roman" w:eastAsia="Times New Roman" w:cs="Times New Roman"/>
          <w:b w:val="0"/>
          <w:i w:val="0"/>
          <w:sz w:val="22"/>
        </w:rPr>
        <w:t>Выписка по счету [НОМЕР] банковской карты [НОМЕР], открытый на имя С.А.А. [ДАТА] в дополнительном офисе № 8619/095 по адресу: &lt;...&gt;, согласно которой 01.12.2022 в 10:35:16-10:35:50 (МСК) осуществлены переводы на 50 000,00 и 120 000,00 руб. с карты на карту/счет [НОМЕР] С.№16.;</w:t>
      </w:r>
    </w:p>
    <w:p>
      <w:pPr>
        <w:pStyle w:val="Heading3"/>
      </w:pPr>
      <w:r>
        <w:rPr>
          <w:rFonts w:ascii="Times New Roman" w:hAnsi="Times New Roman" w:eastAsia="Times New Roman" w:cs="Times New Roman"/>
          <w:b/>
          <w:i w:val="0"/>
          <w:sz w:val="22"/>
        </w:rPr>
        <w:t>Пункт 18. Правовой анализ</w:t>
      </w:r>
    </w:p>
    <w:p>
      <w:pPr>
        <w:spacing w:after="120" w:before="160"/>
        <w:ind w:firstLine="720"/>
        <w:jc w:val="both"/>
      </w:pPr>
      <w:r>
        <w:rPr>
          <w:rFonts w:ascii="Times New Roman" w:hAnsi="Times New Roman" w:eastAsia="Times New Roman" w:cs="Times New Roman"/>
          <w:b/>
          <w:i w:val="0"/>
          <w:sz w:val="22"/>
        </w:rPr>
        <w:t xml:space="preserve">18. </w:t>
      </w:r>
      <w:r>
        <w:rPr>
          <w:rFonts w:ascii="Times New Roman" w:hAnsi="Times New Roman" w:eastAsia="Times New Roman" w:cs="Times New Roman"/>
          <w:b w:val="0"/>
          <w:i w:val="0"/>
          <w:sz w:val="22"/>
        </w:rPr>
        <w:t>Выписка по счету [НОМЕР] банковской карты [НОМЕР] на имя С.№13. открытого [ДАТА] в ОСБ № 52525221/00935 &lt;...&gt;, согласно которой осуществлены следующие переводы денежных средств: - 06.01.2023 в 18:19:44-18:20:13 (МСК) - 38 000 руб., 37 000 руб. на карту/счет [НОМЕР] С.№16.; - 06.01.2023 в 18:41:35-18:42:17 (МСК) - 13 000 руб. и 17 000 руб. на карту/счет [НОМЕР] Эдосома Дестини, открытого [ДАТА] в ОСБ № 8608/0219 &lt;...&gt;; - 11.01.2023 в 9:25:01-11:06:44 (МСК) - 15 000 руб. и 14 000 руб. на карту/счет [НОМЕР] С.№13. ПАО «Сбербанк»; - 11.01.2023 в 10:12:34-10:13:11 (МСК) - 200 000 руб. и 250 000 руб. на карту/счет [НОМЕР] С.№16.; - 11.01.2023 в 10:13:47 (МСК) - 55 000 руб. на карту/счет [НОМЕР] С.№16.; - 11.01.2023 в 13:37:03-13:37:36 (МСК) 25 000 руб. и 19 000 руб. на карту/счет [НОМЕР] Эдосома Дестини; - 11.01.2023 в 20:31:08 (МСК) - 10 000 руб. на карту/счет [НОМЕР] Эдосома Дестини; - 13.01.2023 в 20:30:31 (МСК) - 24 000 руб. на карту/счет [НОМЕР]/40[НОМЕР] Эдосома Дестини; - 16.01.2023 в 11:45:05-11:57:34 (МСК) - 29 000 руб., 31 000 руб., 25 000 руб., 24 000 руб. на карту/счет [НОМЕР] С.№16.; - 27.01.2023 в 15:53:15-17:01:35 (МСК) - 200 000 руб., 100 000 руб., 250 000 руб., 130 000 руб. на карту/счет [НОМЕР] Эдосома Дестини; - 29.01.2023 в 18:57:53-21:25:29 (МСК) - 89 000 руб., 101 000 руб., 70 000 руб., 80 000 руб., 60 000 руб., 135 000 руб., 65 000 руб., 70 000 руб., 80 000 руб. на карту/счет [НОМЕР] С.№16.; - 30.01.2023 в 14:10:08-14:11:33 (МСК) - 57 000 руб., 66 000 руб., 88 000 руб. на карту/счет [НОМЕР] Эдосома Дестини; - 31.01.2023 в 9:05:05-9:05:44 (МСК) - 55 000 руб., 50 000 руб. на карту/ счет [НОМЕР] С.№16.;</w:t>
      </w:r>
    </w:p>
    <w:p>
      <w:pPr>
        <w:pStyle w:val="Heading3"/>
      </w:pPr>
      <w:r>
        <w:rPr>
          <w:rFonts w:ascii="Times New Roman" w:hAnsi="Times New Roman" w:eastAsia="Times New Roman" w:cs="Times New Roman"/>
          <w:b/>
          <w:i w:val="0"/>
          <w:sz w:val="22"/>
        </w:rPr>
        <w:t>Пункт 19. Правовой анализ</w:t>
      </w:r>
    </w:p>
    <w:p>
      <w:pPr>
        <w:spacing w:after="120" w:before="160"/>
        <w:ind w:firstLine="720"/>
        <w:jc w:val="both"/>
      </w:pPr>
      <w:r>
        <w:rPr>
          <w:rFonts w:ascii="Times New Roman" w:hAnsi="Times New Roman" w:eastAsia="Times New Roman" w:cs="Times New Roman"/>
          <w:b/>
          <w:i w:val="0"/>
          <w:sz w:val="22"/>
        </w:rPr>
        <w:t xml:space="preserve">19. </w:t>
      </w:r>
      <w:r>
        <w:rPr>
          <w:rFonts w:ascii="Times New Roman" w:hAnsi="Times New Roman" w:eastAsia="Times New Roman" w:cs="Times New Roman"/>
          <w:b w:val="0"/>
          <w:i w:val="0"/>
          <w:sz w:val="22"/>
        </w:rPr>
        <w:t>Выписка по карте [НОМЕР] на имя А.Д. открытого [ДАТА] в ПАО ВТБ, согласно которой проведены следующие операции: - 11.01.2023 в 13:52:00-13:53:32 (МСК) обналичивание денежных средств - 200 000 руб., 64 000 руб. через банкомат VB24, 387982, D. 20, PR-KT SVOBODNYI, RUS, MOSKVA G, ESELK3; - 13.01.2023 в 12:47:16-13:53:26 (МСК) перевод 129 000 руб. и 48 000 руб. с карты на карту/счет [НОМЕР] А.Д. ПАО "Сбербанк"; - 16.01.2023 в 13:26:32 (МСК) обналичивание денежных средств 350 000 руб. через банкомат VB24; 397706; D. 20, PR-KT SVOBODNYI; RUS; MOSKVA G; NYVW36;</w:t>
      </w:r>
    </w:p>
    <w:p>
      <w:pPr>
        <w:pStyle w:val="Heading3"/>
      </w:pPr>
      <w:r>
        <w:rPr>
          <w:rFonts w:ascii="Times New Roman" w:hAnsi="Times New Roman" w:eastAsia="Times New Roman" w:cs="Times New Roman"/>
          <w:b/>
          <w:i w:val="0"/>
          <w:sz w:val="22"/>
        </w:rPr>
        <w:t>Пункт 20. Правовой анализ</w:t>
      </w:r>
    </w:p>
    <w:p>
      <w:pPr>
        <w:spacing w:after="120" w:before="160"/>
        <w:ind w:firstLine="720"/>
        <w:jc w:val="both"/>
      </w:pPr>
      <w:r>
        <w:rPr>
          <w:rFonts w:ascii="Times New Roman" w:hAnsi="Times New Roman" w:eastAsia="Times New Roman" w:cs="Times New Roman"/>
          <w:b/>
          <w:i w:val="0"/>
          <w:sz w:val="22"/>
        </w:rPr>
        <w:t xml:space="preserve">20. </w:t>
      </w:r>
      <w:r>
        <w:rPr>
          <w:rFonts w:ascii="Times New Roman" w:hAnsi="Times New Roman" w:eastAsia="Times New Roman" w:cs="Times New Roman"/>
          <w:b w:val="0"/>
          <w:i w:val="0"/>
          <w:sz w:val="22"/>
        </w:rPr>
        <w:t>Выписка по карте/счет [НОМЕР], открытой на имя А.Д. [ДАТА] в ПАО «Сбербанк», &lt;...&gt;, согласно которой 13.01.2023 в 12:47:16-13:53:26 (МСК) осуществлены обналичивание денежных средств 129 000 руб. и 48 000 руб. через банкомат АТМ 60015328 &lt;...&gt;;</w:t>
      </w:r>
    </w:p>
    <w:p>
      <w:pPr>
        <w:pStyle w:val="Heading3"/>
      </w:pPr>
      <w:r>
        <w:rPr>
          <w:rFonts w:ascii="Times New Roman" w:hAnsi="Times New Roman" w:eastAsia="Times New Roman" w:cs="Times New Roman"/>
          <w:b/>
          <w:i w:val="0"/>
          <w:sz w:val="22"/>
        </w:rPr>
        <w:t>Пункт 21. Правовой анализ</w:t>
      </w:r>
    </w:p>
    <w:p>
      <w:pPr>
        <w:spacing w:after="120" w:before="160"/>
        <w:ind w:firstLine="720"/>
        <w:jc w:val="both"/>
      </w:pPr>
      <w:r>
        <w:rPr>
          <w:rFonts w:ascii="Times New Roman" w:hAnsi="Times New Roman" w:eastAsia="Times New Roman" w:cs="Times New Roman"/>
          <w:b/>
          <w:i w:val="0"/>
          <w:sz w:val="22"/>
        </w:rPr>
        <w:t xml:space="preserve">21. </w:t>
      </w:r>
      <w:r>
        <w:rPr>
          <w:rFonts w:ascii="Times New Roman" w:hAnsi="Times New Roman" w:eastAsia="Times New Roman" w:cs="Times New Roman"/>
          <w:b w:val="0"/>
          <w:i w:val="0"/>
          <w:sz w:val="22"/>
        </w:rPr>
        <w:t>Выписка по карте [НОМЕР], открытой на имя А.Д. [ДАТА] в ПАО ВТБ, согласно которой осуществлены обналичивание денежных средств: - 17.01.2023 в 15:04:47 (МСК) 98 000 руб. через банкомат, VB24; 373435; - 18.01.2023 в 9:48:01 (МСК) 47 000 руб. через банкомат, VB24; 370200; - 21.01.2023 в 14:29:32 (МСК) 130 000 руб. через банкомат VB24; 370200; - 22.01.2023 в 8:54:00 (МСК) 145 500 руб. через банкомат VB24; 370204; D. 10, KORP. 1, PR-KT LERMONTOVSKII; RUS; MOSKVA G; OMD1G7; - 23.01.2023 в 11:25:23 (МСК) 75 000 руб. через банкомат VB24; 370204; D. 10, KORP. 1, PR-KT LERMONTOVSKII; RUS; MOSKVA G; 3E53T9; - 24.01.2023 в 17:20:54 (МСК) 55 000 руб. через банкомат VB24; 370202; D. 10, KORP. 1, PR-KT LERMONTOVSKII; RUS; MOSKVA G; DG47F2; - 26.01.2023 в 9:29:48 (МСК) 100 000 руб. через банкомат VB24; 370202; D. 10, KORP. 1, PR-KT LERMONTOVSKII; RUS; MOSKVA G; 7LH455; - 26.01.2023 в 12:09:13 (МСК) 50 000 руб. через банкомат, VB24; 370202; D. 10, KORP. 1, PR-KT LERMONTOVSKII; RUS; MOSKVA G; I2M4I8; - 26.01.2023 в 18:47:17 (МСК) 100 000 руб. через банкомат, VB24; 370202; D. 10, KORP. 1, PR-KT LERMONTOVSKII; RUS; MOSKVA G; 43DCB5; - 27.01.2023 в 8:32:05 (МСК) 50 000 руб. через банкомат VB24; 370202; D. 10, KORP. 1, PR-KT LERMONTOVSKII; RUS; MOSKVA G; BH3LF1;</w:t>
      </w:r>
    </w:p>
    <w:p>
      <w:pPr>
        <w:pStyle w:val="Heading3"/>
      </w:pPr>
      <w:r>
        <w:rPr>
          <w:rFonts w:ascii="Times New Roman" w:hAnsi="Times New Roman" w:eastAsia="Times New Roman" w:cs="Times New Roman"/>
          <w:b/>
          <w:i w:val="0"/>
          <w:sz w:val="22"/>
        </w:rPr>
        <w:t>Пункт 22. Правовой анализ</w:t>
      </w:r>
    </w:p>
    <w:p>
      <w:pPr>
        <w:spacing w:after="120" w:before="160"/>
        <w:ind w:firstLine="720"/>
        <w:jc w:val="both"/>
      </w:pPr>
      <w:r>
        <w:rPr>
          <w:rFonts w:ascii="Times New Roman" w:hAnsi="Times New Roman" w:eastAsia="Times New Roman" w:cs="Times New Roman"/>
          <w:b/>
          <w:i w:val="0"/>
          <w:sz w:val="22"/>
        </w:rPr>
        <w:t xml:space="preserve">22. </w:t>
      </w:r>
      <w:r>
        <w:rPr>
          <w:rFonts w:ascii="Times New Roman" w:hAnsi="Times New Roman" w:eastAsia="Times New Roman" w:cs="Times New Roman"/>
          <w:b w:val="0"/>
          <w:i w:val="0"/>
          <w:sz w:val="22"/>
        </w:rPr>
        <w:t>Выписка по счету [НОМЕР] банковской карты [НОМЕР], открытого на имя Эдосома Дестини [ДАТА] в ОСБ № 8608/0219 &lt;...&gt; в отделении ПАО «Сбербанк», согласно которой проведены следующие операции: - 16.11.2022 в 10:15:25 (МСК) снятие наличных денежных средств 50 000 руб. через банкомат АТМ Сбербанк России &lt;...&gt;; - 16.11.2022 в 9:33:33-9:35:46 (МСК) перевод 22 000,00 руб., 18 000,00 руб. и 10 000,00 руб. с карты на карту/счет [НОМЕР] С.№17.; - 01.12.2022 в 10:22:15-9:35:46 (МСК) перевод 150 000,00 руб. со счета на карту/счет [НОМЕР] С.№13.; - 01.12.2022 в 10:24:32-10:36:25 (МСК) перевод 18 000,00 руб. и 2 000,00 руб. со счета на карту/счет [НОМЕР] Г.Л.В.; - 01.12.2022 в 10:42:11-10:51:00 (МСК) оплата кредита на сумму 32320,00 руб. и 18 899,08 руб. Home Credit Finance Bank; Rencredit; - 01.12.2022 в 13:09:08 (МСК) снятие наличных денежных средств 70 000,00 руб. через банкомат АТМ № 60008580, &lt;...&gt;; - 11.01.2023 в 13:37:03-13:37:36 (МСК) перевод 25 000 руб. и 19 000 руб. с карты на карту/счет [НОМЕР] Эдосома Дестинв ОСБ № 8608/0219 &lt;...&gt;; - 11.01.2023 в 13:51:45-13:37:36 (МСК) перевод 1 700 руб. с карты на карту/счет [НОМЕР] С.№2; - 11.01.2023 в 13:58:46 (МСК) перевод 42 743,66 руб. с карты на карту/счет [НОМЕР] Эдосома Дестини открыт [ДАТА] в дополнительном офисе № 8608/0219 &lt;...&gt;; - 11.01.2023, 16.01.2023 в 20:47:30-14:22:46 (МСК) бесконтактная покупка POS ТУ Сбербанк на сумму 44 001,61 руб.,; - 13.01.2023 в 20:31:08 (МСК) перевод 10 000 руб. с карты на карту/счет [НОМЕР] Эдосома Дестини [ДАТА] в ОСБ № 8608/0219 &lt;...&gt;; - 13.01.2023 в 20:30:31 (МСК) перевод 24 000 руб. с карты на карту/счет [НОМЕР] Эдосома Дестини в ОСБ № 5221/386 &lt;...&gt;; - 13.01.2023 в 21:11:12 (МСК) перевод 34 095,17 руб. с карты на карту/счет [НОМЕР] Эдосома Дестини, открытый [ДАТА] в дополнительном офисе № 8608/0219 по адресу: &lt;...&gt;; - 13.01.2023 в 21:12:42 (МСК) – иное на 34 949 руб., SBOL MERCHANT_NAME=DNS; - 27.01.2023 в 18:37:37 - 06.02.2023 в 20:13:35 покупка POS ТУ Сбербанка Gorod Moskva Obninsk на сумму 138 673,90 руб.; - 27.01.2023 в 17:05:22 (МСК) - 200 000 руб. перевод с карты на карту/счет [НОМЕР] И.П.С. [ДАТА] ОСБ № 7813/1304 ПАО «Сбербанк»; - 27.01.2023 в 17:06:12 (МСК) перевод 150 000 руб. с карты на карту/счет [НОМЕР] Л.Г.К. [ДАТА] ОСБ № 7813/1118 ПАО «Сбербанк»;</w:t>
      </w:r>
    </w:p>
    <w:p>
      <w:pPr>
        <w:pStyle w:val="Heading3"/>
      </w:pPr>
      <w:r>
        <w:rPr>
          <w:rFonts w:ascii="Times New Roman" w:hAnsi="Times New Roman" w:eastAsia="Times New Roman" w:cs="Times New Roman"/>
          <w:b/>
          <w:i w:val="0"/>
          <w:sz w:val="22"/>
        </w:rPr>
        <w:t>Пункт 23. Правовой анализ</w:t>
      </w:r>
    </w:p>
    <w:p>
      <w:pPr>
        <w:spacing w:after="120" w:before="160"/>
        <w:ind w:firstLine="720"/>
        <w:jc w:val="both"/>
      </w:pPr>
      <w:r>
        <w:rPr>
          <w:rFonts w:ascii="Times New Roman" w:hAnsi="Times New Roman" w:eastAsia="Times New Roman" w:cs="Times New Roman"/>
          <w:b/>
          <w:i w:val="0"/>
          <w:sz w:val="22"/>
        </w:rPr>
        <w:t xml:space="preserve">23. </w:t>
      </w:r>
      <w:r>
        <w:rPr>
          <w:rFonts w:ascii="Times New Roman" w:hAnsi="Times New Roman" w:eastAsia="Times New Roman" w:cs="Times New Roman"/>
          <w:b w:val="0"/>
          <w:i w:val="0"/>
          <w:sz w:val="22"/>
        </w:rPr>
        <w:t>Выписка по счету [НОМЕР] банковской карты [НОМЕР], открытого на имя У.Э. [ДАТА] в ОСБ № 8635/251 ПАО «Сбербанк», согласно которой осуществлены следующие операции: - 30.01.2023 в 14:11:55 (МСК) - 103 800 руб. перевод с карты на карту/счет [НОМЕР]/40[НОМЕР] У.Э. [ДАТА] в ОСБ № 8635/251 ПАО «Сбербанк»; - 11.02.2023 в 8:38:34 (МСК) - 100 000,00 руб. перевод с карты на карту через мобильный банк SBERBANK_ONL@IN_PLATEZH;</w:t>
      </w:r>
    </w:p>
    <w:p>
      <w:pPr>
        <w:pStyle w:val="Heading3"/>
      </w:pPr>
      <w:r>
        <w:rPr>
          <w:rFonts w:ascii="Times New Roman" w:hAnsi="Times New Roman" w:eastAsia="Times New Roman" w:cs="Times New Roman"/>
          <w:b/>
          <w:i w:val="0"/>
          <w:sz w:val="22"/>
        </w:rPr>
        <w:t>Пункт 24. Правовой анализ</w:t>
      </w:r>
    </w:p>
    <w:p>
      <w:pPr>
        <w:spacing w:after="120" w:before="160"/>
        <w:ind w:firstLine="720"/>
        <w:jc w:val="both"/>
      </w:pPr>
      <w:r>
        <w:rPr>
          <w:rFonts w:ascii="Times New Roman" w:hAnsi="Times New Roman" w:eastAsia="Times New Roman" w:cs="Times New Roman"/>
          <w:b/>
          <w:i w:val="0"/>
          <w:sz w:val="22"/>
        </w:rPr>
        <w:t xml:space="preserve">24. </w:t>
      </w:r>
      <w:r>
        <w:rPr>
          <w:rFonts w:ascii="Times New Roman" w:hAnsi="Times New Roman" w:eastAsia="Times New Roman" w:cs="Times New Roman"/>
          <w:b w:val="0"/>
          <w:i w:val="0"/>
          <w:sz w:val="22"/>
        </w:rPr>
        <w:t>Выписка по счету [НОМЕР] банковской карты [НОМЕР], открытого на имя Л.Г.К. [ДАТА] в ОСБ № 7813/1118 ПАО «Сбербанк» согласно которой 30.01.2023 в 14:21:10 (МСК) произведена обналичивание денежных средств 165 000,00 руб. через банкомат ATM 60018500 MOSKVA RUS;</w:t>
      </w:r>
    </w:p>
    <w:p>
      <w:pPr>
        <w:pStyle w:val="Heading3"/>
      </w:pPr>
      <w:r>
        <w:rPr>
          <w:rFonts w:ascii="Times New Roman" w:hAnsi="Times New Roman" w:eastAsia="Times New Roman" w:cs="Times New Roman"/>
          <w:b/>
          <w:i w:val="0"/>
          <w:sz w:val="22"/>
        </w:rPr>
        <w:t>Пункт 25. Правовой анализ</w:t>
      </w:r>
    </w:p>
    <w:p>
      <w:pPr>
        <w:spacing w:after="120" w:before="160"/>
        <w:ind w:firstLine="720"/>
        <w:jc w:val="both"/>
      </w:pPr>
      <w:r>
        <w:rPr>
          <w:rFonts w:ascii="Times New Roman" w:hAnsi="Times New Roman" w:eastAsia="Times New Roman" w:cs="Times New Roman"/>
          <w:b/>
          <w:i w:val="0"/>
          <w:sz w:val="22"/>
        </w:rPr>
        <w:t xml:space="preserve">25. </w:t>
      </w:r>
      <w:r>
        <w:rPr>
          <w:rFonts w:ascii="Times New Roman" w:hAnsi="Times New Roman" w:eastAsia="Times New Roman" w:cs="Times New Roman"/>
          <w:b w:val="0"/>
          <w:i w:val="0"/>
          <w:sz w:val="22"/>
        </w:rPr>
        <w:t>Выписка по счету [НОМЕР] банковской карты [НОМЕР], открытого на имя И.П.С. открытого [ДАТА] в ОСБ № 7813/1304 ПАО «Сбербанк», согласно которой 31.01.2023 в 10:20:59 (МСК) осуществлен перевод 165 000,00 руб. с карты на карту в ОСБ № 7813/1304 ПАО «Сбербанк»;</w:t>
      </w:r>
    </w:p>
    <w:p>
      <w:pPr>
        <w:pStyle w:val="Heading3"/>
      </w:pPr>
      <w:r>
        <w:rPr>
          <w:rFonts w:ascii="Times New Roman" w:hAnsi="Times New Roman" w:eastAsia="Times New Roman" w:cs="Times New Roman"/>
          <w:b/>
          <w:i w:val="0"/>
          <w:sz w:val="22"/>
        </w:rPr>
        <w:t>Пункт 26. Правовой анализ</w:t>
      </w:r>
    </w:p>
    <w:p>
      <w:pPr>
        <w:spacing w:after="120" w:before="160"/>
        <w:ind w:firstLine="720"/>
        <w:jc w:val="both"/>
      </w:pPr>
      <w:r>
        <w:rPr>
          <w:rFonts w:ascii="Times New Roman" w:hAnsi="Times New Roman" w:eastAsia="Times New Roman" w:cs="Times New Roman"/>
          <w:b/>
          <w:i w:val="0"/>
          <w:sz w:val="22"/>
        </w:rPr>
        <w:t xml:space="preserve">26. </w:t>
      </w:r>
      <w:r>
        <w:rPr>
          <w:rFonts w:ascii="Times New Roman" w:hAnsi="Times New Roman" w:eastAsia="Times New Roman" w:cs="Times New Roman"/>
          <w:b w:val="0"/>
          <w:i w:val="0"/>
          <w:sz w:val="22"/>
        </w:rPr>
        <w:t>Выписка по счету [НОМЕР] банковской карты [НОМЕР] на имя Г.Л.В., открытого [ДАТА] в дополнительном офисе № 8608/0219 по адресу: &lt;...&gt; в отделении ПАО «Сбербанк», согласно которой 04.12.2022 в 18:36:47 осуществлена покупка на 4 220,87 руб.;</w:t>
      </w:r>
    </w:p>
    <w:p>
      <w:pPr>
        <w:pStyle w:val="Heading3"/>
      </w:pPr>
      <w:r>
        <w:rPr>
          <w:rFonts w:ascii="Times New Roman" w:hAnsi="Times New Roman" w:eastAsia="Times New Roman" w:cs="Times New Roman"/>
          <w:b/>
          <w:i w:val="0"/>
          <w:sz w:val="22"/>
        </w:rPr>
        <w:t>Пункт 27. Правовой анализ</w:t>
      </w:r>
    </w:p>
    <w:p>
      <w:pPr>
        <w:spacing w:after="120" w:before="160"/>
        <w:ind w:firstLine="720"/>
        <w:jc w:val="both"/>
      </w:pPr>
      <w:r>
        <w:rPr>
          <w:rFonts w:ascii="Times New Roman" w:hAnsi="Times New Roman" w:eastAsia="Times New Roman" w:cs="Times New Roman"/>
          <w:b/>
          <w:i w:val="0"/>
          <w:sz w:val="22"/>
        </w:rPr>
        <w:t xml:space="preserve">27. </w:t>
      </w:r>
      <w:r>
        <w:rPr>
          <w:rFonts w:ascii="Times New Roman" w:hAnsi="Times New Roman" w:eastAsia="Times New Roman" w:cs="Times New Roman"/>
          <w:b w:val="0"/>
          <w:i w:val="0"/>
          <w:sz w:val="22"/>
        </w:rPr>
        <w:t>Выписка по счету [НОМЕР] банковской карты [НОМЕР], открытый на имя Р.А. [ДАТА] в дополнительном офисе ПАО «Сбербанк» № 5221/0372 по адресу: &lt;...&gt;, согласно которой проведены следующие операции: - 19.11.2022 в 13:01:51 (МСК) выдача наличных 50 000,00 руб. в АТМ 60008053 Сбербанк России &lt;...&gt;; - 19.11.2022-26.11.2022 в 13:16-21:59 (МСК) покупка POS ТУ Сбербанка на сумму 1 012,00 руб. ROSTOV-NA-DONU; - 26.11.2022 в 19:22:18 (МСК) выдача наличных 3 000,00 руб. в АТМ 60008053Сбербанк России &lt;...&gt;; - 02.12.2022 в 10:23:00 (МСК) перевод 22 500,00 руб. с карты на карту/счет [НОМЕР] Ш.А.И., открытый [ДАТА] в дополнительном офисе №5221/0779 &lt;...&gt; а; - 13.12.2022 в 16:34:09 (МСК) выдача наличных 2 000,00 руб. в АТМ 60008053 Сбербанк России &lt;...&gt;; - 13.12.2022-20.12.2022 в 16:42-00:34 (МСК) покупка POS ТУ Сбербанка на 4 890,00 руб. ROSTOV-NA-DONU; - 20.12.2022-27.12.2022 в 16:50-21:48 (МСК) платеж с карты через Сбербанк Онлайн по новой биллинговой технологии на сумму 7 853,00 руб.; - 28.12.2022 в 15:35:22 (МСК) выдача наличных 1 000,00 руб. в АТМ 60008053 Сбербанк России &lt;...&gt;; - 30.12.2022 в 22:04:06 (МСК) Выдача наличных 1 000,00 в АТМ 60008053 Сбербанк России &lt;...&gt;; - 01.01.2023 в 15:15:15 (МСК) - 2 000,00 руб. списание перевода с карты Банка через СБП (с использованием ФОП); - 12.01.2023 в 0:00:00 (МСК) покупка POS ТУ Сбербанка на 1 599,00 руб. ROSTOV-NA-DONU; - 17.01.2023 в 9:22:27 (МСК) выдача наличных 5 000,00 руб. в АТМ 60008053 Сбербанк России &lt;...&gt;;</w:t>
      </w:r>
    </w:p>
    <w:p>
      <w:pPr>
        <w:pStyle w:val="Heading3"/>
      </w:pPr>
      <w:r>
        <w:rPr>
          <w:rFonts w:ascii="Times New Roman" w:hAnsi="Times New Roman" w:eastAsia="Times New Roman" w:cs="Times New Roman"/>
          <w:b/>
          <w:i w:val="0"/>
          <w:sz w:val="22"/>
        </w:rPr>
        <w:t>Пункт 28. Правовой анализ</w:t>
      </w:r>
    </w:p>
    <w:p>
      <w:pPr>
        <w:spacing w:after="120" w:before="160"/>
        <w:ind w:firstLine="720"/>
        <w:jc w:val="both"/>
      </w:pPr>
      <w:r>
        <w:rPr>
          <w:rFonts w:ascii="Times New Roman" w:hAnsi="Times New Roman" w:eastAsia="Times New Roman" w:cs="Times New Roman"/>
          <w:b/>
          <w:i w:val="0"/>
          <w:sz w:val="22"/>
        </w:rPr>
        <w:t xml:space="preserve">28. </w:t>
      </w:r>
      <w:r>
        <w:rPr>
          <w:rFonts w:ascii="Times New Roman" w:hAnsi="Times New Roman" w:eastAsia="Times New Roman" w:cs="Times New Roman"/>
          <w:b w:val="0"/>
          <w:i w:val="0"/>
          <w:sz w:val="22"/>
        </w:rPr>
        <w:t>Выписка по счету [НОМЕР] банковской карты [НОМЕР], открытый на имя Ш.А.И. [ДАТА] в дополнительном офисе №5221/0779 &lt;...&gt; «а» в отделении ПАО «Сбербанк», согласно которой проведены следующие операции: - 06.12.2022 в 12:22:52 (МСК) перевод 3 000,00 руб. с карты на карту/счет [НОМЕР] Ш.Я.Е. через Мобильный банк; - 06.12.2022 в 15:26:04 (МСК) покупка ТУ Россия на 3 579,00 руб. MOSKVA; - 06.12.2022 в 21:42:33 (МСК) перевод 5 200,00 руб. с карты на карту/счет [НОМЕР] М.А.А. через Мобильный банк; - 06.12.2022 в 21:59:35 (МСК) перевод 10 000,00 руб. с карты на карту/счет [НОМЕР] С.Е.М. через Мобильный банк;</w:t>
      </w:r>
    </w:p>
    <w:p>
      <w:pPr>
        <w:pStyle w:val="Heading3"/>
      </w:pPr>
      <w:r>
        <w:rPr>
          <w:rFonts w:ascii="Times New Roman" w:hAnsi="Times New Roman" w:eastAsia="Times New Roman" w:cs="Times New Roman"/>
          <w:b/>
          <w:i w:val="0"/>
          <w:sz w:val="22"/>
        </w:rPr>
        <w:t>Пункт 29. Правовой анализ</w:t>
      </w:r>
    </w:p>
    <w:p>
      <w:pPr>
        <w:spacing w:after="120" w:before="160"/>
        <w:ind w:firstLine="720"/>
        <w:jc w:val="both"/>
      </w:pPr>
      <w:r>
        <w:rPr>
          <w:rFonts w:ascii="Times New Roman" w:hAnsi="Times New Roman" w:eastAsia="Times New Roman" w:cs="Times New Roman"/>
          <w:b/>
          <w:i w:val="0"/>
          <w:sz w:val="22"/>
        </w:rPr>
        <w:t xml:space="preserve">29. </w:t>
      </w:r>
      <w:r>
        <w:rPr>
          <w:rFonts w:ascii="Times New Roman" w:hAnsi="Times New Roman" w:eastAsia="Times New Roman" w:cs="Times New Roman"/>
          <w:b w:val="0"/>
          <w:i w:val="0"/>
          <w:sz w:val="22"/>
        </w:rPr>
        <w:t>Выписка по счету [НОМЕР] банковской карты [НОМЕР], открытого на имя Ш.Я.Е. в дополнительном офисе № 5221/0779 по адресу: &lt;...&gt; «а» ПАО «Сбербанк», согласно которой 06.12.2022-18.02.2022 в 12:32:21-20:03:51 осуществлена покупка POS ТУ Сбербанка на сумму 2 984,00 руб.;</w:t>
      </w:r>
    </w:p>
    <w:p>
      <w:pPr>
        <w:pStyle w:val="Heading3"/>
      </w:pPr>
      <w:r>
        <w:rPr>
          <w:rFonts w:ascii="Times New Roman" w:hAnsi="Times New Roman" w:eastAsia="Times New Roman" w:cs="Times New Roman"/>
          <w:b/>
          <w:i w:val="0"/>
          <w:sz w:val="22"/>
        </w:rPr>
        <w:t>Пункт 30. Правовой анализ</w:t>
      </w:r>
    </w:p>
    <w:p>
      <w:pPr>
        <w:spacing w:after="120" w:before="160"/>
        <w:ind w:firstLine="720"/>
        <w:jc w:val="both"/>
      </w:pPr>
      <w:r>
        <w:rPr>
          <w:rFonts w:ascii="Times New Roman" w:hAnsi="Times New Roman" w:eastAsia="Times New Roman" w:cs="Times New Roman"/>
          <w:b/>
          <w:i w:val="0"/>
          <w:sz w:val="22"/>
        </w:rPr>
        <w:t xml:space="preserve">30. </w:t>
      </w:r>
      <w:r>
        <w:rPr>
          <w:rFonts w:ascii="Times New Roman" w:hAnsi="Times New Roman" w:eastAsia="Times New Roman" w:cs="Times New Roman"/>
          <w:b w:val="0"/>
          <w:i w:val="0"/>
          <w:sz w:val="22"/>
        </w:rPr>
        <w:t>Выписка по счету [НОМЕР] банковской карты [НОМЕР], открытого на имя М.А.А. [ДАТА] в дополнительном офисе № 8620/070 по адресу: &lt;...&gt; ПАО «Сбербанк», согласно которой 11.12.2022 в 16:06:52 (МСК) осуществлен перевод 6 250,00 руб. с карты на карту через мобильный банк;</w:t>
      </w:r>
    </w:p>
    <w:p>
      <w:pPr>
        <w:pStyle w:val="Heading3"/>
      </w:pPr>
      <w:r>
        <w:rPr>
          <w:rFonts w:ascii="Times New Roman" w:hAnsi="Times New Roman" w:eastAsia="Times New Roman" w:cs="Times New Roman"/>
          <w:b/>
          <w:i w:val="0"/>
          <w:sz w:val="22"/>
        </w:rPr>
        <w:t>Пункт 31. Правовой анализ</w:t>
      </w:r>
    </w:p>
    <w:p>
      <w:pPr>
        <w:spacing w:after="120" w:before="160"/>
        <w:ind w:firstLine="720"/>
        <w:jc w:val="both"/>
      </w:pPr>
      <w:r>
        <w:rPr>
          <w:rFonts w:ascii="Times New Roman" w:hAnsi="Times New Roman" w:eastAsia="Times New Roman" w:cs="Times New Roman"/>
          <w:b/>
          <w:i w:val="0"/>
          <w:sz w:val="22"/>
        </w:rPr>
        <w:t xml:space="preserve">31. </w:t>
      </w:r>
      <w:r>
        <w:rPr>
          <w:rFonts w:ascii="Times New Roman" w:hAnsi="Times New Roman" w:eastAsia="Times New Roman" w:cs="Times New Roman"/>
          <w:b w:val="0"/>
          <w:i w:val="0"/>
          <w:sz w:val="22"/>
        </w:rPr>
        <w:t>Выписка по счету [НОМЕР] банковской карты [НОМЕР], открытого на имя П.Е.М. [ДАТА] открыт в дополнительном офисе № 9055/01940 по адресу: &lt;...&gt; д. 41ПАО «Сбербанк», согласно которой 11.12.2022 в 18:36:35 (МСК) списание перевода 21 622,00 руб. с карты Банка через СБП (с использованием ФОП);</w:t>
      </w:r>
    </w:p>
    <w:p>
      <w:pPr>
        <w:pStyle w:val="Heading3"/>
      </w:pPr>
      <w:r>
        <w:rPr>
          <w:rFonts w:ascii="Times New Roman" w:hAnsi="Times New Roman" w:eastAsia="Times New Roman" w:cs="Times New Roman"/>
          <w:b/>
          <w:i w:val="0"/>
          <w:sz w:val="22"/>
        </w:rPr>
        <w:t>Пункт 32. Правовой анализ</w:t>
      </w:r>
    </w:p>
    <w:p>
      <w:pPr>
        <w:spacing w:after="120" w:before="160"/>
        <w:ind w:firstLine="720"/>
        <w:jc w:val="both"/>
      </w:pPr>
      <w:r>
        <w:rPr>
          <w:rFonts w:ascii="Times New Roman" w:hAnsi="Times New Roman" w:eastAsia="Times New Roman" w:cs="Times New Roman"/>
          <w:b/>
          <w:i w:val="0"/>
          <w:sz w:val="22"/>
        </w:rPr>
        <w:t xml:space="preserve">32. </w:t>
      </w:r>
      <w:r>
        <w:rPr>
          <w:rFonts w:ascii="Times New Roman" w:hAnsi="Times New Roman" w:eastAsia="Times New Roman" w:cs="Times New Roman"/>
          <w:b w:val="0"/>
          <w:i w:val="0"/>
          <w:sz w:val="22"/>
        </w:rPr>
        <w:t>Выписка по счету [НОМЕР] банковской карты [НОМЕР], открытого на имя С.Е.М. [ДАТА] в дополнительном офисе № 5221/0779 по адресу: &lt;...&gt; «а» ПАО «Сбербанк», согласно которой 06.12.2022-10.12.2022 в 22:20:20-18:59:18 (МСК) покупка POS ТУ Сбербанка г. Москва на сумму 9 996,00 руб.;</w:t>
      </w:r>
    </w:p>
    <w:p>
      <w:pPr>
        <w:pStyle w:val="Heading3"/>
      </w:pPr>
      <w:r>
        <w:rPr>
          <w:rFonts w:ascii="Times New Roman" w:hAnsi="Times New Roman" w:eastAsia="Times New Roman" w:cs="Times New Roman"/>
          <w:b/>
          <w:i w:val="0"/>
          <w:sz w:val="22"/>
        </w:rPr>
        <w:t>Пункт 33. Правовой анализ</w:t>
      </w:r>
    </w:p>
    <w:p>
      <w:pPr>
        <w:spacing w:after="120" w:before="160"/>
        <w:ind w:firstLine="720"/>
        <w:jc w:val="both"/>
      </w:pPr>
      <w:r>
        <w:rPr>
          <w:rFonts w:ascii="Times New Roman" w:hAnsi="Times New Roman" w:eastAsia="Times New Roman" w:cs="Times New Roman"/>
          <w:b/>
          <w:i w:val="0"/>
          <w:sz w:val="22"/>
        </w:rPr>
        <w:t xml:space="preserve">33. </w:t>
      </w:r>
      <w:r>
        <w:rPr>
          <w:rFonts w:ascii="Times New Roman" w:hAnsi="Times New Roman" w:eastAsia="Times New Roman" w:cs="Times New Roman"/>
          <w:b w:val="0"/>
          <w:i w:val="0"/>
          <w:sz w:val="22"/>
        </w:rPr>
        <w:t>Выписка по счету [НОМЕР] банковской карты [НОМЕР], открытого на имя И.Б. [ДАТА] в дополнительном офисе № 6991/0331 &lt;...&gt; ПАО «Сбербанк», согласно которой 14.11.2022 в 17:36:04 осуществлен перевод на 362 000 руб. с карты на карту/счет [НОМЕР] С.№14. через мобильный банк;</w:t>
      </w:r>
    </w:p>
    <w:p>
      <w:pPr>
        <w:pStyle w:val="Heading3"/>
      </w:pPr>
      <w:r>
        <w:rPr>
          <w:rFonts w:ascii="Times New Roman" w:hAnsi="Times New Roman" w:eastAsia="Times New Roman" w:cs="Times New Roman"/>
          <w:b/>
          <w:i w:val="0"/>
          <w:sz w:val="22"/>
        </w:rPr>
        <w:t>Пункт 34. Правовой анализ</w:t>
      </w:r>
    </w:p>
    <w:p>
      <w:pPr>
        <w:spacing w:after="120" w:before="160"/>
        <w:ind w:firstLine="720"/>
        <w:jc w:val="both"/>
      </w:pPr>
      <w:r>
        <w:rPr>
          <w:rFonts w:ascii="Times New Roman" w:hAnsi="Times New Roman" w:eastAsia="Times New Roman" w:cs="Times New Roman"/>
          <w:b/>
          <w:i w:val="0"/>
          <w:sz w:val="22"/>
        </w:rPr>
        <w:t xml:space="preserve">34. </w:t>
      </w:r>
      <w:r>
        <w:rPr>
          <w:rFonts w:ascii="Times New Roman" w:hAnsi="Times New Roman" w:eastAsia="Times New Roman" w:cs="Times New Roman"/>
          <w:b w:val="0"/>
          <w:i w:val="0"/>
          <w:sz w:val="22"/>
        </w:rPr>
        <w:t>Выписка по счету [НОМЕР] банковской карты [НОМЕР], открытого на имя Ш.И.И., открытого [ДАТА] в ОСБ № 8633/010 &lt;...&gt;, согласно которой 24.10.2022 в 15:11:00 осуществлен перевод на 243 000,00 руб. с карты на карту/счет [НОМЕР] Ш.Г.А. через мобильный банк;</w:t>
      </w:r>
    </w:p>
    <w:p>
      <w:pPr>
        <w:pStyle w:val="Heading3"/>
      </w:pPr>
      <w:r>
        <w:rPr>
          <w:rFonts w:ascii="Times New Roman" w:hAnsi="Times New Roman" w:eastAsia="Times New Roman" w:cs="Times New Roman"/>
          <w:b/>
          <w:i w:val="0"/>
          <w:sz w:val="22"/>
        </w:rPr>
        <w:t>Пункт 35. Правовой анализ</w:t>
      </w:r>
    </w:p>
    <w:p>
      <w:pPr>
        <w:spacing w:after="120" w:before="160"/>
        <w:ind w:firstLine="720"/>
        <w:jc w:val="both"/>
      </w:pPr>
      <w:r>
        <w:rPr>
          <w:rFonts w:ascii="Times New Roman" w:hAnsi="Times New Roman" w:eastAsia="Times New Roman" w:cs="Times New Roman"/>
          <w:b/>
          <w:i w:val="0"/>
          <w:sz w:val="22"/>
        </w:rPr>
        <w:t xml:space="preserve">35. </w:t>
      </w:r>
      <w:r>
        <w:rPr>
          <w:rFonts w:ascii="Times New Roman" w:hAnsi="Times New Roman" w:eastAsia="Times New Roman" w:cs="Times New Roman"/>
          <w:b w:val="0"/>
          <w:i w:val="0"/>
          <w:sz w:val="22"/>
        </w:rPr>
        <w:t>Выписка по счету [НОМЕР] банковской карты [НОМЕР], открытого на имя Ш.Г.А. [ДАТА] в ОСБ № 5221/0195 &lt;...&gt;, согласно которой осуществлены покупки в POS ТУ Россия: - 24.10.2022 в 19:54:46 (МСК) на 22 983,75 руб. в г. Москва; - 24.10.2022 в 20:26:04 (МСК) на 50 138,00 руб. в Подольске; - 24.10.2022 в 21:33:10 (МСК) на 76 696,00 руб. в г. Москва;</w:t>
      </w:r>
    </w:p>
    <w:p>
      <w:pPr>
        <w:pStyle w:val="Heading3"/>
      </w:pPr>
      <w:r>
        <w:rPr>
          <w:rFonts w:ascii="Times New Roman" w:hAnsi="Times New Roman" w:eastAsia="Times New Roman" w:cs="Times New Roman"/>
          <w:b/>
          <w:i w:val="0"/>
          <w:sz w:val="22"/>
        </w:rPr>
        <w:t>Пункт 36. Правовой анализ</w:t>
      </w:r>
    </w:p>
    <w:p>
      <w:pPr>
        <w:spacing w:after="120" w:before="160"/>
        <w:ind w:firstLine="720"/>
        <w:jc w:val="both"/>
      </w:pPr>
      <w:r>
        <w:rPr>
          <w:rFonts w:ascii="Times New Roman" w:hAnsi="Times New Roman" w:eastAsia="Times New Roman" w:cs="Times New Roman"/>
          <w:b/>
          <w:i w:val="0"/>
          <w:sz w:val="22"/>
        </w:rPr>
        <w:t xml:space="preserve">36. </w:t>
      </w:r>
      <w:r>
        <w:rPr>
          <w:rFonts w:ascii="Times New Roman" w:hAnsi="Times New Roman" w:eastAsia="Times New Roman" w:cs="Times New Roman"/>
          <w:b w:val="0"/>
          <w:i w:val="0"/>
          <w:sz w:val="22"/>
        </w:rPr>
        <w:t>Выписка по счету [НОМЕР] банковской карты [НОМЕР], открытый на имя Р.А.А. [ДАТА] в дополнительном офисе № 8623/079 &lt;...&gt; «а» к которому эмитирована, согласно которой осуществлены переводы: - 26.10.2022 в 17:24:36 - 50 000,00 руб. с карты на карту/счет [НОМЕР] Р.А.А. через мобильный банк; - 30.10.2022 в 16:38:34 - 50 550,00 руб. с карты на карту/счет [НОМЕР] Я.И.А. через мобильный банк;</w:t>
      </w:r>
    </w:p>
    <w:p>
      <w:pPr>
        <w:pStyle w:val="Heading3"/>
      </w:pPr>
      <w:r>
        <w:rPr>
          <w:rFonts w:ascii="Times New Roman" w:hAnsi="Times New Roman" w:eastAsia="Times New Roman" w:cs="Times New Roman"/>
          <w:b/>
          <w:i w:val="0"/>
          <w:sz w:val="22"/>
        </w:rPr>
        <w:t>Пункт 37. Правовой анализ</w:t>
      </w:r>
    </w:p>
    <w:p>
      <w:pPr>
        <w:spacing w:after="120" w:before="160"/>
        <w:ind w:firstLine="720"/>
        <w:jc w:val="both"/>
      </w:pPr>
      <w:r>
        <w:rPr>
          <w:rFonts w:ascii="Times New Roman" w:hAnsi="Times New Roman" w:eastAsia="Times New Roman" w:cs="Times New Roman"/>
          <w:b/>
          <w:i w:val="0"/>
          <w:sz w:val="22"/>
        </w:rPr>
        <w:t xml:space="preserve">37. </w:t>
      </w:r>
      <w:r>
        <w:rPr>
          <w:rFonts w:ascii="Times New Roman" w:hAnsi="Times New Roman" w:eastAsia="Times New Roman" w:cs="Times New Roman"/>
          <w:b w:val="0"/>
          <w:i w:val="0"/>
          <w:sz w:val="22"/>
        </w:rPr>
        <w:t>Выписка по счету [НОМЕР] банковской карты [НОМЕР], открытый на имя Р.А.А. [ДАТА] в дополнительном офисе № 8623/079 &lt;...&gt; «а», согласно которой 26.10.2022 в 22:53:35 (МСК) осуществлен перевод 50 000,00 руб. с карты на карту/счет [НОМЕР] Р.А.А. через мобильный банк;</w:t>
      </w:r>
    </w:p>
    <w:p>
      <w:pPr>
        <w:pStyle w:val="Heading3"/>
      </w:pPr>
      <w:r>
        <w:rPr>
          <w:rFonts w:ascii="Times New Roman" w:hAnsi="Times New Roman" w:eastAsia="Times New Roman" w:cs="Times New Roman"/>
          <w:b/>
          <w:i w:val="0"/>
          <w:sz w:val="22"/>
        </w:rPr>
        <w:t>Пункт 38. Правовой анализ</w:t>
      </w:r>
    </w:p>
    <w:p>
      <w:pPr>
        <w:spacing w:after="120" w:before="160"/>
        <w:ind w:firstLine="720"/>
        <w:jc w:val="both"/>
      </w:pPr>
      <w:r>
        <w:rPr>
          <w:rFonts w:ascii="Times New Roman" w:hAnsi="Times New Roman" w:eastAsia="Times New Roman" w:cs="Times New Roman"/>
          <w:b/>
          <w:i w:val="0"/>
          <w:sz w:val="22"/>
        </w:rPr>
        <w:t xml:space="preserve">38. </w:t>
      </w:r>
      <w:r>
        <w:rPr>
          <w:rFonts w:ascii="Times New Roman" w:hAnsi="Times New Roman" w:eastAsia="Times New Roman" w:cs="Times New Roman"/>
          <w:b w:val="0"/>
          <w:i w:val="0"/>
          <w:sz w:val="22"/>
        </w:rPr>
        <w:t>Выписка по счету [НОМЕР] банковской карты [НОМЕР], открытый на имя Я.И.А. [ДАТА] в дополнительном офисе № 8623/077 &lt;...&gt;, согласно которой 30.10.2022 в 16:40:57 осуществлен перевод 50 550,00 руб. с карты на карту/счет [НОМЕР] Я.И.А. через мобильный банк;</w:t>
      </w:r>
    </w:p>
    <w:p>
      <w:pPr>
        <w:pStyle w:val="Heading3"/>
      </w:pPr>
      <w:r>
        <w:rPr>
          <w:rFonts w:ascii="Times New Roman" w:hAnsi="Times New Roman" w:eastAsia="Times New Roman" w:cs="Times New Roman"/>
          <w:b/>
          <w:i w:val="0"/>
          <w:sz w:val="22"/>
        </w:rPr>
        <w:t>Пункт 39. Правовой анализ</w:t>
      </w:r>
    </w:p>
    <w:p>
      <w:pPr>
        <w:spacing w:after="120" w:before="160"/>
        <w:ind w:firstLine="720"/>
        <w:jc w:val="both"/>
      </w:pPr>
      <w:r>
        <w:rPr>
          <w:rFonts w:ascii="Times New Roman" w:hAnsi="Times New Roman" w:eastAsia="Times New Roman" w:cs="Times New Roman"/>
          <w:b/>
          <w:i w:val="0"/>
          <w:sz w:val="22"/>
        </w:rPr>
        <w:t xml:space="preserve">39. </w:t>
      </w:r>
      <w:r>
        <w:rPr>
          <w:rFonts w:ascii="Times New Roman" w:hAnsi="Times New Roman" w:eastAsia="Times New Roman" w:cs="Times New Roman"/>
          <w:b w:val="0"/>
          <w:i w:val="0"/>
          <w:sz w:val="22"/>
        </w:rPr>
        <w:t>Выписка по счету [НОМЕР] банковской карты [НОМЕР], открытый на имя Я.И.А., согласно которой [ДАТА] в 21:42:59 осуществлен перевод 50 000,00 рублей с карты на карту [НОМЕР] Я.И.А. через мобильный банк;</w:t>
      </w:r>
    </w:p>
    <w:p>
      <w:pPr>
        <w:pStyle w:val="Heading3"/>
      </w:pPr>
      <w:r>
        <w:rPr>
          <w:rFonts w:ascii="Times New Roman" w:hAnsi="Times New Roman" w:eastAsia="Times New Roman" w:cs="Times New Roman"/>
          <w:b/>
          <w:i w:val="0"/>
          <w:sz w:val="22"/>
        </w:rPr>
        <w:t>Пункт 40. Правовой анализ</w:t>
      </w:r>
    </w:p>
    <w:p>
      <w:pPr>
        <w:spacing w:after="120" w:before="160"/>
        <w:ind w:firstLine="720"/>
        <w:jc w:val="both"/>
      </w:pPr>
      <w:r>
        <w:rPr>
          <w:rFonts w:ascii="Times New Roman" w:hAnsi="Times New Roman" w:eastAsia="Times New Roman" w:cs="Times New Roman"/>
          <w:b/>
          <w:i w:val="0"/>
          <w:sz w:val="22"/>
        </w:rPr>
        <w:t xml:space="preserve">40. </w:t>
      </w:r>
      <w:r>
        <w:rPr>
          <w:rFonts w:ascii="Times New Roman" w:hAnsi="Times New Roman" w:eastAsia="Times New Roman" w:cs="Times New Roman"/>
          <w:b w:val="0"/>
          <w:i w:val="0"/>
          <w:sz w:val="22"/>
        </w:rPr>
        <w:t>Выписка по счету [НОМЕР] банковской карты [НОМЕР], открытый на имя Н.К.Д. [ДАТА] в дополнительном офисе № 9038/01858 &lt;...&gt;, согласно которой 27.10.2022 в 10:13:01 осуществлен перевод 502 728,00 руб. с карты на карту/счет [НОМЕР] З.Е.А. через мобильный банк;</w:t>
      </w:r>
    </w:p>
    <w:p>
      <w:pPr>
        <w:pStyle w:val="Heading3"/>
      </w:pPr>
      <w:r>
        <w:rPr>
          <w:rFonts w:ascii="Times New Roman" w:hAnsi="Times New Roman" w:eastAsia="Times New Roman" w:cs="Times New Roman"/>
          <w:b/>
          <w:i w:val="0"/>
          <w:sz w:val="22"/>
        </w:rPr>
        <w:t>Пункт 41. Правовой анализ</w:t>
      </w:r>
    </w:p>
    <w:p>
      <w:pPr>
        <w:spacing w:after="120" w:before="160"/>
        <w:ind w:firstLine="720"/>
        <w:jc w:val="both"/>
      </w:pPr>
      <w:r>
        <w:rPr>
          <w:rFonts w:ascii="Times New Roman" w:hAnsi="Times New Roman" w:eastAsia="Times New Roman" w:cs="Times New Roman"/>
          <w:b/>
          <w:i w:val="0"/>
          <w:sz w:val="22"/>
        </w:rPr>
        <w:t xml:space="preserve">41. </w:t>
      </w:r>
      <w:r>
        <w:rPr>
          <w:rFonts w:ascii="Times New Roman" w:hAnsi="Times New Roman" w:eastAsia="Times New Roman" w:cs="Times New Roman"/>
          <w:b w:val="0"/>
          <w:i w:val="0"/>
          <w:sz w:val="22"/>
        </w:rPr>
        <w:t>Выписка по счету [НОМЕР] банковской карты [НОМЕР], открытый на имя З.Е.А. [ДАТА] в дополнительном офисе № 9038/01593 &lt;...&gt;, согласно которой осуществлены переводы денежных средств: - 27.10.2022 в 10:13:01 (МСК) - 502 728,00 руб. с карты на карту/счет [НОМЕР] З.Е.А. через мобильный банк; - 27.10.2022 в 10:15:42 (МСК) - 125 682,00 руб. с карты на карту/счет [НОМЕР] Р.А.А. через мобильный банк; - 27.10.2022 в 10:16:16 (МСК) - 125 682,00 руб. с карты на карту/счет [НОМЕР] Р.А.А. через мобильный банк; - 27.10.2022 в 10:16:45 (МСК) - 125 682,00 руб. с карты на карту [НОМЕР] Р.А.А. через мобильный банк; - 27.10.2022 в 10:17:01 (МСК) - 125 682,00 руб. с карты на карту [НОМЕР] Р.А.А. через мобильный банк;</w:t>
      </w:r>
    </w:p>
    <w:p>
      <w:pPr>
        <w:pStyle w:val="Heading3"/>
      </w:pPr>
      <w:r>
        <w:rPr>
          <w:rFonts w:ascii="Times New Roman" w:hAnsi="Times New Roman" w:eastAsia="Times New Roman" w:cs="Times New Roman"/>
          <w:b/>
          <w:i w:val="0"/>
          <w:sz w:val="22"/>
        </w:rPr>
        <w:t>Пункт 42. Правовой анализ</w:t>
      </w:r>
    </w:p>
    <w:p>
      <w:pPr>
        <w:spacing w:after="120" w:before="160"/>
        <w:ind w:firstLine="720"/>
        <w:jc w:val="both"/>
      </w:pPr>
      <w:r>
        <w:rPr>
          <w:rFonts w:ascii="Times New Roman" w:hAnsi="Times New Roman" w:eastAsia="Times New Roman" w:cs="Times New Roman"/>
          <w:b/>
          <w:i w:val="0"/>
          <w:sz w:val="22"/>
        </w:rPr>
        <w:t xml:space="preserve">42. </w:t>
      </w:r>
      <w:r>
        <w:rPr>
          <w:rFonts w:ascii="Times New Roman" w:hAnsi="Times New Roman" w:eastAsia="Times New Roman" w:cs="Times New Roman"/>
          <w:b w:val="0"/>
          <w:i w:val="0"/>
          <w:sz w:val="22"/>
        </w:rPr>
        <w:t>Выписка по счету [НОМЕР] банковской карты [НОМЕР], открытого на имя С.№14. [ДАТА] в дополнительном офисе № 6991/0331 &lt;...&gt;, согласно которой установлены следующие операции: - 14.11.2022 в 17:38:03 (МСК) перевод 40 000 руб. с карты на карту/счет [НОМЕР] С.№14. через мобильный банк; - 14.11.2022 в 17:38:39 (МСК) перевод 40 000 руб. с карты на карту/счет [НОМЕР] С.№14. через мобильный банк; - 14.11.2022 в 17:39:25 (МСК) перевод 40 000 руб. с карты на карту/счет [НОМЕР] С.№14. через мобильный банк; - 14.11.2022 в 17:39:54 (МСК) перевод 40 000 руб. с карты на карту/счет [НОМЕР] С.№14. через мобильный банк; - 14.11.2022 в 17:40:22 (МСК) перевод 40 000 руб. с карты на карту/счет [НОМЕР] С.№14. через мобильный банк; - 14.11.2022 в 17:42:46 (МСК) перевод 40 000 руб. с карты на карту/счет [НОМЕР] С.№14. через мобильный банк; - 14.11.2022 в 17:43:33 (МСК) перевод 40 000 руб. с карты на карту/счет [НОМЕР] С.№14. через мобильный банк; - 14.11.2022 в 17:44:04 (МСК) перевод 40 000 руб. с карты на карту/счет [НОМЕР] С.№14. через мобильный банк; - 14.11.2022 в 18:14:03 (МСК) перевод 3 752,00 руб. с карты на карту/счет [НОМЕР] С.№14. через мобильный банк; - 14.11.2022 в 18:14:44 (МСК) перевод 4 003,00 руб. с карты на карту/счет [НОМЕР] С.№14. через мобильный банк; - 14.11.2022 в 18:15:12 (МСК) перевод 4 003,00 руб. с карты на карту/счет [НОМЕР] С.№14. через мобильный банк; - 14.11.2022 в 18:16:54 (МСК) перевод 1 006,00 руб. с карты на карту/счет [НОМЕР] С.№14. через мобильный банк; - 14.11.2022 в 20:51:02 (МСК) снятие наличных 14 617,90 руб. через банкомат ТД «Премиум» по адресу: &lt;...&gt;; - 14.11.2022 в 21:02:34 (МСК) снятие наличных через банкомат 14 617,90 руб. ТД «Юльба» по адресу: &lt;...&gt;;</w:t>
      </w:r>
    </w:p>
    <w:p>
      <w:pPr>
        <w:pStyle w:val="Heading3"/>
      </w:pPr>
      <w:r>
        <w:rPr>
          <w:rFonts w:ascii="Times New Roman" w:hAnsi="Times New Roman" w:eastAsia="Times New Roman" w:cs="Times New Roman"/>
          <w:b/>
          <w:i w:val="0"/>
          <w:sz w:val="22"/>
        </w:rPr>
        <w:t>Пункт 43. Правовой анализ</w:t>
      </w:r>
    </w:p>
    <w:p>
      <w:pPr>
        <w:spacing w:after="120" w:before="160"/>
        <w:ind w:firstLine="720"/>
        <w:jc w:val="both"/>
      </w:pPr>
      <w:r>
        <w:rPr>
          <w:rFonts w:ascii="Times New Roman" w:hAnsi="Times New Roman" w:eastAsia="Times New Roman" w:cs="Times New Roman"/>
          <w:b/>
          <w:i w:val="0"/>
          <w:sz w:val="22"/>
        </w:rPr>
        <w:t xml:space="preserve">43. </w:t>
      </w:r>
      <w:r>
        <w:rPr>
          <w:rFonts w:ascii="Times New Roman" w:hAnsi="Times New Roman" w:eastAsia="Times New Roman" w:cs="Times New Roman"/>
          <w:b w:val="0"/>
          <w:i w:val="0"/>
          <w:sz w:val="22"/>
        </w:rPr>
        <w:t>Выписка по счету [НОМЕР] банковской карты [НОМЕР], открытого на имя С.№14. в дополнительном офисе 6991/0239 по адресу: &lt;...&gt;, согласно которой по счету осуществлены снятия наличных денежных средств через банкоматы: - 14.11.2022 в 20:51:52 (МСК) - 14 617,90 руб. через банкомат АТМ 00067014 ТД «Премиум» по адресу: &lt;...&gt;; - 14.11.2022 в 21:03:24 (МСК) - 14 617,90 руб. через банкомат АТМ 00067009 ТД «Юльба» по адресу: &lt;...&gt;; - 14.11.2022 в 21:31:51 (МСК) - 14 617,90 руб. через банкомат АТМ 00067091 ТД «Товары для дома» по адресу: &lt;...&gt;;</w:t>
      </w:r>
    </w:p>
    <w:p>
      <w:pPr>
        <w:pStyle w:val="Heading3"/>
      </w:pPr>
      <w:r>
        <w:rPr>
          <w:rFonts w:ascii="Times New Roman" w:hAnsi="Times New Roman" w:eastAsia="Times New Roman" w:cs="Times New Roman"/>
          <w:b/>
          <w:i w:val="0"/>
          <w:sz w:val="22"/>
        </w:rPr>
        <w:t>Пункт 44. Правовой анализ</w:t>
      </w:r>
    </w:p>
    <w:p>
      <w:pPr>
        <w:spacing w:after="120" w:before="160"/>
        <w:ind w:firstLine="720"/>
        <w:jc w:val="both"/>
      </w:pPr>
      <w:r>
        <w:rPr>
          <w:rFonts w:ascii="Times New Roman" w:hAnsi="Times New Roman" w:eastAsia="Times New Roman" w:cs="Times New Roman"/>
          <w:b/>
          <w:i w:val="0"/>
          <w:sz w:val="22"/>
        </w:rPr>
        <w:t xml:space="preserve">44. </w:t>
      </w:r>
      <w:r>
        <w:rPr>
          <w:rFonts w:ascii="Times New Roman" w:hAnsi="Times New Roman" w:eastAsia="Times New Roman" w:cs="Times New Roman"/>
          <w:b w:val="0"/>
          <w:i w:val="0"/>
          <w:sz w:val="22"/>
        </w:rPr>
        <w:t>Выписка по счету [НОМЕР] банковской карты [НОМЕР], открытого на имя С.№14. в дополнительном офисе № 6991/0239 по адресу: &lt;...&gt;, согласно которой по счету осуществлены снятия наличных денежных средств через банкоматы: - 14.11.2022 в 20:46:47 (МСК) - 14 617,90 руб. через банкомат АТМ 00067014 ТД «Премиум» по адресу: &lt;...&gt;; - 14.11.2022 в 20:58:32 (МСК) - 14 617,90 руб. через банкомат АТМ 00067009 ТД «Юльба» по адресу: &lt;...&gt;; - 14.11.2022 в 21:30:00 (МСК) - 14 617,90 руб. через банкомат АТМ 00067091 ТД «Товары для дома» по адресу: &lt;...&gt;;</w:t>
      </w:r>
    </w:p>
    <w:p>
      <w:pPr>
        <w:pStyle w:val="Heading3"/>
      </w:pPr>
      <w:r>
        <w:rPr>
          <w:rFonts w:ascii="Times New Roman" w:hAnsi="Times New Roman" w:eastAsia="Times New Roman" w:cs="Times New Roman"/>
          <w:b/>
          <w:i w:val="0"/>
          <w:sz w:val="22"/>
        </w:rPr>
        <w:t>Пункт 45. Правовой анализ</w:t>
      </w:r>
    </w:p>
    <w:p>
      <w:pPr>
        <w:spacing w:after="120" w:before="160"/>
        <w:ind w:firstLine="720"/>
        <w:jc w:val="both"/>
      </w:pPr>
      <w:r>
        <w:rPr>
          <w:rFonts w:ascii="Times New Roman" w:hAnsi="Times New Roman" w:eastAsia="Times New Roman" w:cs="Times New Roman"/>
          <w:b/>
          <w:i w:val="0"/>
          <w:sz w:val="22"/>
        </w:rPr>
        <w:t xml:space="preserve">45. </w:t>
      </w:r>
      <w:r>
        <w:rPr>
          <w:rFonts w:ascii="Times New Roman" w:hAnsi="Times New Roman" w:eastAsia="Times New Roman" w:cs="Times New Roman"/>
          <w:b w:val="0"/>
          <w:i w:val="0"/>
          <w:sz w:val="22"/>
        </w:rPr>
        <w:t>Выписка по счету [НОМЕР] банковской карты [НОМЕР], открытого на имя С.№14. в дополнительном офисе № 6991/0239 по адресу: &lt;...&gt;, согласно которой по счету осуществлены снятия наличных денежных средств через банкоматы: - 14.11.2022 в 20:47:37 (МСК) - 14 617,90 руб. через банкомат АТМ 00067014 ТД «Премиум» по адресу: &lt;...&gt;; - 14.11.2022 в 20:59:20 (МСК) - 14 617,90 руб. через банкомат АТМ 00067009 ТД «Юльба» по адресу: &lt;...&gt;; - 14.11.2022 в 21:30:56 (МСК) - 14 617,90 руб. через банкомат АТМ 00067091 ТД «Товары для дома» по адресу: &lt;...&gt;;</w:t>
      </w:r>
    </w:p>
    <w:p>
      <w:pPr>
        <w:pStyle w:val="Heading3"/>
      </w:pPr>
      <w:r>
        <w:rPr>
          <w:rFonts w:ascii="Times New Roman" w:hAnsi="Times New Roman" w:eastAsia="Times New Roman" w:cs="Times New Roman"/>
          <w:b/>
          <w:i w:val="0"/>
          <w:sz w:val="22"/>
        </w:rPr>
        <w:t>Пункт 46. Правовой анализ</w:t>
      </w:r>
    </w:p>
    <w:p>
      <w:pPr>
        <w:spacing w:after="120" w:before="160"/>
        <w:ind w:firstLine="720"/>
        <w:jc w:val="both"/>
      </w:pPr>
      <w:r>
        <w:rPr>
          <w:rFonts w:ascii="Times New Roman" w:hAnsi="Times New Roman" w:eastAsia="Times New Roman" w:cs="Times New Roman"/>
          <w:b/>
          <w:i w:val="0"/>
          <w:sz w:val="22"/>
        </w:rPr>
        <w:t xml:space="preserve">46. </w:t>
      </w:r>
      <w:r>
        <w:rPr>
          <w:rFonts w:ascii="Times New Roman" w:hAnsi="Times New Roman" w:eastAsia="Times New Roman" w:cs="Times New Roman"/>
          <w:b w:val="0"/>
          <w:i w:val="0"/>
          <w:sz w:val="22"/>
        </w:rPr>
        <w:t>Выписка по счету [НОМЕР] банковской карты [НОМЕР], открытого на имя С.№14. в дополнительном офисе № 6991/0239 по адресу: &lt;...&gt;, согласно которой по счету осуществлены снятия наличных денежных средств через банкоматы: - 14.11.2022 в 20:48:32 (МСК) - 14 617,90 руб. через банкомат АТМ 00067014 ТД «Премиум» по адресу: &lt;...&gt;; - 14.11.2022 в 21:00:08 (МСК) - 14 617,90 руб. через банкомат АТМ 00067009 ТД «Юльба» по адресу: &lt;...&gt;; - 14.11.2022 в 21:35:09 (МСК) - 14 617,90 руб. через банкомат АТМ 00067091 ТД «Товары для дома» по адресу: &lt;...&gt;;</w:t>
      </w:r>
    </w:p>
    <w:p>
      <w:pPr>
        <w:pStyle w:val="Heading3"/>
      </w:pPr>
      <w:r>
        <w:rPr>
          <w:rFonts w:ascii="Times New Roman" w:hAnsi="Times New Roman" w:eastAsia="Times New Roman" w:cs="Times New Roman"/>
          <w:b/>
          <w:i w:val="0"/>
          <w:sz w:val="22"/>
        </w:rPr>
        <w:t>Пункт 47. Правовой анализ</w:t>
      </w:r>
    </w:p>
    <w:p>
      <w:pPr>
        <w:spacing w:after="120" w:before="160"/>
        <w:ind w:firstLine="720"/>
        <w:jc w:val="both"/>
      </w:pPr>
      <w:r>
        <w:rPr>
          <w:rFonts w:ascii="Times New Roman" w:hAnsi="Times New Roman" w:eastAsia="Times New Roman" w:cs="Times New Roman"/>
          <w:b/>
          <w:i w:val="0"/>
          <w:sz w:val="22"/>
        </w:rPr>
        <w:t xml:space="preserve">47. </w:t>
      </w:r>
      <w:r>
        <w:rPr>
          <w:rFonts w:ascii="Times New Roman" w:hAnsi="Times New Roman" w:eastAsia="Times New Roman" w:cs="Times New Roman"/>
          <w:b w:val="0"/>
          <w:i w:val="0"/>
          <w:sz w:val="22"/>
        </w:rPr>
        <w:t>Выписка по счету [НОМЕР] банковской карты [НОМЕР], открытого на имя С.№14. в дополнительном офисе № 6991/0239 по адресу: &lt;...&gt;, согласно которой по счету осуществлены снятия наличных денежных средств через банкоматы: - 13.12.2022 в 01:58:29 (МСК) - 14 961,10 руб. через банкомат АТМ 00067092 г. Уральск, Аптека № 36; - 13.12.2022 в 02:18:27 (МСК) - 14 961,10 руб. через банкомат АТМ 00067066. г. Уральск; - 13.12.2022 в 02:19:34 (МСК) - 14 961,10 руб. через банкомат АТМ 00067067. г. Уральск;</w:t>
      </w:r>
    </w:p>
    <w:p>
      <w:pPr>
        <w:pStyle w:val="Heading3"/>
      </w:pPr>
      <w:r>
        <w:rPr>
          <w:rFonts w:ascii="Times New Roman" w:hAnsi="Times New Roman" w:eastAsia="Times New Roman" w:cs="Times New Roman"/>
          <w:b/>
          <w:i w:val="0"/>
          <w:sz w:val="22"/>
        </w:rPr>
        <w:t>Пункт 48. Правовой анализ</w:t>
      </w:r>
    </w:p>
    <w:p>
      <w:pPr>
        <w:spacing w:after="120" w:before="160"/>
        <w:ind w:firstLine="720"/>
        <w:jc w:val="both"/>
      </w:pPr>
      <w:r>
        <w:rPr>
          <w:rFonts w:ascii="Times New Roman" w:hAnsi="Times New Roman" w:eastAsia="Times New Roman" w:cs="Times New Roman"/>
          <w:b/>
          <w:i w:val="0"/>
          <w:sz w:val="22"/>
        </w:rPr>
        <w:t xml:space="preserve">48. </w:t>
      </w:r>
      <w:r>
        <w:rPr>
          <w:rFonts w:ascii="Times New Roman" w:hAnsi="Times New Roman" w:eastAsia="Times New Roman" w:cs="Times New Roman"/>
          <w:b w:val="0"/>
          <w:i w:val="0"/>
          <w:sz w:val="22"/>
        </w:rPr>
        <w:t>Выписка по счету [НОМЕР] банковской карты [НОМЕР], открытого на имя С.№14. в дополнительном офисе № 6991/0239 по адресу: &lt;...&gt;, согласно которой по счету осуществлены снятия наличных денежных средств через банкоматы: - 14.11.2022 в 20:45:55 (МСК) - 14 617,90 руб. через банкомат АТМ 00067014 ТД «Премиум» по адресу: &lt;...&gt;; - 14.11.2022 в 20:57:44 (МСК) - 14 617,90 руб. через банкомат АТМ 00067009 ТД «Юльба» по адресу: &lt;...&gt;; - 14.11.2022 в 21:29:05 (МСК) - 14 617,90 руб. через банкомат АТМ 00067091 ТД «Товары для дома» по адресу: &lt;...&gt;;</w:t>
      </w:r>
    </w:p>
    <w:p>
      <w:pPr>
        <w:pStyle w:val="Heading3"/>
      </w:pPr>
      <w:r>
        <w:rPr>
          <w:rFonts w:ascii="Times New Roman" w:hAnsi="Times New Roman" w:eastAsia="Times New Roman" w:cs="Times New Roman"/>
          <w:b/>
          <w:i w:val="0"/>
          <w:sz w:val="22"/>
        </w:rPr>
        <w:t>Пункт 49. Правовой анализ</w:t>
      </w:r>
    </w:p>
    <w:p>
      <w:pPr>
        <w:spacing w:after="120" w:before="160"/>
        <w:ind w:firstLine="720"/>
        <w:jc w:val="both"/>
      </w:pPr>
      <w:r>
        <w:rPr>
          <w:rFonts w:ascii="Times New Roman" w:hAnsi="Times New Roman" w:eastAsia="Times New Roman" w:cs="Times New Roman"/>
          <w:b/>
          <w:i w:val="0"/>
          <w:sz w:val="22"/>
        </w:rPr>
        <w:t xml:space="preserve">49. </w:t>
      </w:r>
      <w:r>
        <w:rPr>
          <w:rFonts w:ascii="Times New Roman" w:hAnsi="Times New Roman" w:eastAsia="Times New Roman" w:cs="Times New Roman"/>
          <w:b w:val="0"/>
          <w:i w:val="0"/>
          <w:sz w:val="22"/>
        </w:rPr>
        <w:t>Выписка по счету [НОМЕР] банковской карты [НОМЕР], открытого на имя С.№14. в дополнительном офисе № 6991/0239 по адресу: &lt;...&gt;, согласно которой по счету осуществлены снятия наличных денежных средств через банкоматы: - 14.11.2022 в 20:50:11 (МСК) - 14 617,90 руб. через банкомат АТМ 00067014 ТД «Премиум» по адресу: &lt;...&gt;; - 14.11.2022 в 21:01:45 (МСК) - 14 617,90 руб. через банкомат АТМ 00067009 ТД «Юльба» по адресу: &lt;...&gt;; - 14.11.2022 в 21:32:47 (МСК) - 14 617,90 руб. через банкомат АТМ 00067091 ТД «Товары для дома» по адресу: &lt;...&gt;;</w:t>
      </w:r>
    </w:p>
    <w:p>
      <w:pPr>
        <w:pStyle w:val="Heading3"/>
      </w:pPr>
      <w:r>
        <w:rPr>
          <w:rFonts w:ascii="Times New Roman" w:hAnsi="Times New Roman" w:eastAsia="Times New Roman" w:cs="Times New Roman"/>
          <w:b/>
          <w:i w:val="0"/>
          <w:sz w:val="22"/>
        </w:rPr>
        <w:t>Пункт 50. Правовой анализ</w:t>
      </w:r>
    </w:p>
    <w:p>
      <w:pPr>
        <w:spacing w:after="120" w:before="160"/>
        <w:ind w:firstLine="720"/>
        <w:jc w:val="both"/>
      </w:pPr>
      <w:r>
        <w:rPr>
          <w:rFonts w:ascii="Times New Roman" w:hAnsi="Times New Roman" w:eastAsia="Times New Roman" w:cs="Times New Roman"/>
          <w:b/>
          <w:i w:val="0"/>
          <w:sz w:val="22"/>
        </w:rPr>
        <w:t xml:space="preserve">50. </w:t>
      </w:r>
      <w:r>
        <w:rPr>
          <w:rFonts w:ascii="Times New Roman" w:hAnsi="Times New Roman" w:eastAsia="Times New Roman" w:cs="Times New Roman"/>
          <w:b w:val="0"/>
          <w:i w:val="0"/>
          <w:sz w:val="22"/>
        </w:rPr>
        <w:t>Выписка по счету [НОМЕР] банковской карты [НОМЕР], открытого на имя С.№14. в дополнительном офисе № 6991/0239 по адресу: &lt;...&gt;, согласно которой по счету осуществлены снятия наличных денежных средств через банкоматы: - 14.11.2022 в 20:45:03 (МСК) - 14 617,90 руб. через банкомат АТМ 00067014 ТД «Премиум» по адресу: &lt;...&gt;; - 14.11.2022 в 20:56:49 (МСК) - 14 617,90 руб. через банкомат АТМ 00067009 ТД «Юльба» по адресу: &lt;...&gt;; - 14.11.2022 в 21:28:08 (МСК) - 14 617,90 руб. через банкомат АТМ 00067091 ТД «Товары для дома» по адресу: &lt;...&gt;;</w:t>
      </w:r>
    </w:p>
    <w:p>
      <w:pPr>
        <w:pStyle w:val="Heading3"/>
      </w:pPr>
      <w:r>
        <w:rPr>
          <w:rFonts w:ascii="Times New Roman" w:hAnsi="Times New Roman" w:eastAsia="Times New Roman" w:cs="Times New Roman"/>
          <w:b/>
          <w:i w:val="0"/>
          <w:sz w:val="22"/>
        </w:rPr>
        <w:t>Пункт 51. Правовой анализ</w:t>
      </w:r>
    </w:p>
    <w:p>
      <w:pPr>
        <w:spacing w:after="120" w:before="160"/>
        <w:ind w:firstLine="720"/>
        <w:jc w:val="both"/>
      </w:pPr>
      <w:r>
        <w:rPr>
          <w:rFonts w:ascii="Times New Roman" w:hAnsi="Times New Roman" w:eastAsia="Times New Roman" w:cs="Times New Roman"/>
          <w:b/>
          <w:i w:val="0"/>
          <w:sz w:val="22"/>
        </w:rPr>
        <w:t xml:space="preserve">51. </w:t>
      </w:r>
      <w:r>
        <w:rPr>
          <w:rFonts w:ascii="Times New Roman" w:hAnsi="Times New Roman" w:eastAsia="Times New Roman" w:cs="Times New Roman"/>
          <w:b w:val="0"/>
          <w:i w:val="0"/>
          <w:sz w:val="22"/>
        </w:rPr>
        <w:t>Выписка по счету [НОМЕР] банковской карты [НОМЕР], открытого на имя С.№14. в дополнительном офисе № 6991/0239 по адресу: &lt;...&gt;, согласно которой осуществлено снятие наличных денежных средств 14.11.2022 в 21:31:51 (МСК) - 14 617,90 руб. через банкомат АТМ 00067091 ТД «Товары для дома» по адресу: &lt;...&gt;;</w:t>
      </w:r>
    </w:p>
    <w:p>
      <w:pPr>
        <w:pStyle w:val="Heading3"/>
      </w:pPr>
      <w:r>
        <w:rPr>
          <w:rFonts w:ascii="Times New Roman" w:hAnsi="Times New Roman" w:eastAsia="Times New Roman" w:cs="Times New Roman"/>
          <w:b/>
          <w:i w:val="0"/>
          <w:sz w:val="22"/>
        </w:rPr>
        <w:t>Пункт 52. Правовой анализ</w:t>
      </w:r>
    </w:p>
    <w:p>
      <w:pPr>
        <w:spacing w:after="120" w:before="160"/>
        <w:ind w:firstLine="720"/>
        <w:jc w:val="both"/>
      </w:pPr>
      <w:r>
        <w:rPr>
          <w:rFonts w:ascii="Times New Roman" w:hAnsi="Times New Roman" w:eastAsia="Times New Roman" w:cs="Times New Roman"/>
          <w:b/>
          <w:i w:val="0"/>
          <w:sz w:val="22"/>
        </w:rPr>
        <w:t xml:space="preserve">52. </w:t>
      </w:r>
      <w:r>
        <w:rPr>
          <w:rFonts w:ascii="Times New Roman" w:hAnsi="Times New Roman" w:eastAsia="Times New Roman" w:cs="Times New Roman"/>
          <w:b w:val="0"/>
          <w:i w:val="0"/>
          <w:sz w:val="22"/>
        </w:rPr>
        <w:t>Выписка по счету [НОМЕР] банковской карты [НОМЕР], открытого на имя С.№14. в дополнительном офисе № 6991/0239 по адресу: &lt;...&gt;, согласно которой осуществлено снятие наличных денежных средств 14.11.2022 в 21:30:00 (МСК) - 14 617,90 руб. через банкомат АТМ 00067091 ТД «Товары для дома» по адресу: &lt;...&gt;;</w:t>
      </w:r>
    </w:p>
    <w:p>
      <w:pPr>
        <w:pStyle w:val="Heading3"/>
      </w:pPr>
      <w:r>
        <w:rPr>
          <w:rFonts w:ascii="Times New Roman" w:hAnsi="Times New Roman" w:eastAsia="Times New Roman" w:cs="Times New Roman"/>
          <w:b/>
          <w:i w:val="0"/>
          <w:sz w:val="22"/>
        </w:rPr>
        <w:t>Пункт 53. Правовой анализ</w:t>
      </w:r>
    </w:p>
    <w:p>
      <w:pPr>
        <w:spacing w:after="120" w:before="160"/>
        <w:ind w:firstLine="720"/>
        <w:jc w:val="both"/>
      </w:pPr>
      <w:r>
        <w:rPr>
          <w:rFonts w:ascii="Times New Roman" w:hAnsi="Times New Roman" w:eastAsia="Times New Roman" w:cs="Times New Roman"/>
          <w:b/>
          <w:i w:val="0"/>
          <w:sz w:val="22"/>
        </w:rPr>
        <w:t xml:space="preserve">53. </w:t>
      </w:r>
      <w:r>
        <w:rPr>
          <w:rFonts w:ascii="Times New Roman" w:hAnsi="Times New Roman" w:eastAsia="Times New Roman" w:cs="Times New Roman"/>
          <w:b w:val="0"/>
          <w:i w:val="0"/>
          <w:sz w:val="22"/>
        </w:rPr>
        <w:t>Выписка по счету [НОМЕР] банковской карты [НОМЕР], открытого на имя С.№14. в дополнительном офисе № 6991/0239 по адресу: &lt;...&gt;, согласно которой осуществлено снятие наличных денежных средств 14.11.2022 в 21:30:56 (МСК) - 14 617,90 руб. через банкомат АТМ 00067091 ТД «Товары для дома» по адресу: &lt;...&gt;;</w:t>
      </w:r>
    </w:p>
    <w:p>
      <w:pPr>
        <w:pStyle w:val="Heading3"/>
      </w:pPr>
      <w:r>
        <w:rPr>
          <w:rFonts w:ascii="Times New Roman" w:hAnsi="Times New Roman" w:eastAsia="Times New Roman" w:cs="Times New Roman"/>
          <w:b/>
          <w:i w:val="0"/>
          <w:sz w:val="22"/>
        </w:rPr>
        <w:t>Пункт 54. Правовой анализ</w:t>
      </w:r>
    </w:p>
    <w:p>
      <w:pPr>
        <w:spacing w:after="120" w:before="160"/>
        <w:ind w:firstLine="720"/>
        <w:jc w:val="both"/>
      </w:pPr>
      <w:r>
        <w:rPr>
          <w:rFonts w:ascii="Times New Roman" w:hAnsi="Times New Roman" w:eastAsia="Times New Roman" w:cs="Times New Roman"/>
          <w:b/>
          <w:i w:val="0"/>
          <w:sz w:val="22"/>
        </w:rPr>
        <w:t xml:space="preserve">54. </w:t>
      </w:r>
      <w:r>
        <w:rPr>
          <w:rFonts w:ascii="Times New Roman" w:hAnsi="Times New Roman" w:eastAsia="Times New Roman" w:cs="Times New Roman"/>
          <w:b w:val="0"/>
          <w:i w:val="0"/>
          <w:sz w:val="22"/>
        </w:rPr>
        <w:t>Выписка по счету [НОМЕР] банковской карты [НОМЕР], открытого на имя С.№14. в дополнительном офисе № 6991/0239 по адресу: &lt;...&gt;, согласно которой осуществлено снятие наличных денежных средств 14.11.2022 в 21:32:47 (МСК) - 14 617,90 руб. через банкомат АТМ 00067091 ТД «Товары для дома» по адресу: &lt;...&gt;;</w:t>
      </w:r>
    </w:p>
    <w:p>
      <w:pPr>
        <w:pStyle w:val="Heading3"/>
      </w:pPr>
      <w:r>
        <w:rPr>
          <w:rFonts w:ascii="Times New Roman" w:hAnsi="Times New Roman" w:eastAsia="Times New Roman" w:cs="Times New Roman"/>
          <w:b/>
          <w:i w:val="0"/>
          <w:sz w:val="22"/>
        </w:rPr>
        <w:t>Пункт 55. Правовой анализ</w:t>
      </w:r>
    </w:p>
    <w:p>
      <w:pPr>
        <w:spacing w:after="120" w:before="160"/>
        <w:ind w:firstLine="720"/>
        <w:jc w:val="both"/>
      </w:pPr>
      <w:r>
        <w:rPr>
          <w:rFonts w:ascii="Times New Roman" w:hAnsi="Times New Roman" w:eastAsia="Times New Roman" w:cs="Times New Roman"/>
          <w:b/>
          <w:i w:val="0"/>
          <w:sz w:val="22"/>
        </w:rPr>
        <w:t xml:space="preserve">55. </w:t>
      </w:r>
      <w:r>
        <w:rPr>
          <w:rFonts w:ascii="Times New Roman" w:hAnsi="Times New Roman" w:eastAsia="Times New Roman" w:cs="Times New Roman"/>
          <w:b w:val="0"/>
          <w:i w:val="0"/>
          <w:sz w:val="22"/>
        </w:rPr>
        <w:t>Выписка движения денежных средств по счету [НОМЕР] ПАО ВТБ В.Г.Ю., открытого [ДАТА], согласно которой осуществлены переводы денежных средств: - 14.01.2023 в 9:59:40 - 200 000 руб. с карты на карту/счет [НОМЕР] Банк ВТБ (ПАО) А.Д.; - 14.01.2023 в 14:35:52 - 125 000 руб. с карты на карту/счет [НОМЕР] Э.Г.;</w:t>
      </w:r>
    </w:p>
    <w:p>
      <w:pPr>
        <w:pStyle w:val="Heading3"/>
      </w:pPr>
      <w:r>
        <w:rPr>
          <w:rFonts w:ascii="Times New Roman" w:hAnsi="Times New Roman" w:eastAsia="Times New Roman" w:cs="Times New Roman"/>
          <w:b/>
          <w:i w:val="0"/>
          <w:sz w:val="22"/>
        </w:rPr>
        <w:t>Пункт 56. Правовой анализ</w:t>
      </w:r>
    </w:p>
    <w:p>
      <w:pPr>
        <w:spacing w:after="120" w:before="160"/>
        <w:ind w:firstLine="720"/>
        <w:jc w:val="both"/>
      </w:pPr>
      <w:r>
        <w:rPr>
          <w:rFonts w:ascii="Times New Roman" w:hAnsi="Times New Roman" w:eastAsia="Times New Roman" w:cs="Times New Roman"/>
          <w:b/>
          <w:i w:val="0"/>
          <w:sz w:val="22"/>
        </w:rPr>
        <w:t xml:space="preserve">56. </w:t>
      </w:r>
      <w:r>
        <w:rPr>
          <w:rFonts w:ascii="Times New Roman" w:hAnsi="Times New Roman" w:eastAsia="Times New Roman" w:cs="Times New Roman"/>
          <w:b w:val="0"/>
          <w:i w:val="0"/>
          <w:sz w:val="22"/>
        </w:rPr>
        <w:t>Выписка движения денежных средств по счету [НОМЕР] ПАО ВТБ Э.Г., открытого [ДАТА], согласно которой 14.01.2023 осуществлено снятие наличных денежных средств 125 000 рублей с карты через банкомат Банка CARD **8196 14JAN RUR 125000 RBA REC 65621 LYUBERTSY &lt;...&gt;;</w:t>
      </w:r>
    </w:p>
    <w:p>
      <w:pPr>
        <w:pStyle w:val="Heading3"/>
      </w:pPr>
      <w:r>
        <w:rPr>
          <w:rFonts w:ascii="Times New Roman" w:hAnsi="Times New Roman" w:eastAsia="Times New Roman" w:cs="Times New Roman"/>
          <w:b/>
          <w:i w:val="0"/>
          <w:sz w:val="22"/>
        </w:rPr>
        <w:t>Пункт 57. Правовой анализ</w:t>
      </w:r>
    </w:p>
    <w:p>
      <w:pPr>
        <w:spacing w:after="120" w:before="160"/>
        <w:ind w:firstLine="720"/>
        <w:jc w:val="both"/>
      </w:pPr>
      <w:r>
        <w:rPr>
          <w:rFonts w:ascii="Times New Roman" w:hAnsi="Times New Roman" w:eastAsia="Times New Roman" w:cs="Times New Roman"/>
          <w:b/>
          <w:i w:val="0"/>
          <w:sz w:val="22"/>
        </w:rPr>
        <w:t xml:space="preserve">57. </w:t>
      </w:r>
      <w:r>
        <w:rPr>
          <w:rFonts w:ascii="Times New Roman" w:hAnsi="Times New Roman" w:eastAsia="Times New Roman" w:cs="Times New Roman"/>
          <w:b w:val="0"/>
          <w:i w:val="0"/>
          <w:sz w:val="22"/>
        </w:rPr>
        <w:t>Выписка движения денежных средств по счету [НОМЕР] банковской карты [НОМЕР] на имя К.В.В., предоставленная АО «ТБАНК», согласно которой осужествлены переводы денежных средств 23.12.2022 в 5:37:44-6:46:19 в размере 50 000 (450), 50 000 (750), 45 000 (675) и 190 000 (2 550) руб. с карты на карту/счет [НОМЕР] Р.В.;</w:t>
      </w:r>
    </w:p>
    <w:p>
      <w:pPr>
        <w:pStyle w:val="Heading3"/>
      </w:pPr>
      <w:r>
        <w:rPr>
          <w:rFonts w:ascii="Times New Roman" w:hAnsi="Times New Roman" w:eastAsia="Times New Roman" w:cs="Times New Roman"/>
          <w:b/>
          <w:i w:val="0"/>
          <w:sz w:val="22"/>
        </w:rPr>
        <w:t>Пункт 58. Правовой анализ</w:t>
      </w:r>
    </w:p>
    <w:p>
      <w:pPr>
        <w:spacing w:after="120" w:before="160"/>
        <w:ind w:firstLine="720"/>
        <w:jc w:val="both"/>
      </w:pPr>
      <w:r>
        <w:rPr>
          <w:rFonts w:ascii="Times New Roman" w:hAnsi="Times New Roman" w:eastAsia="Times New Roman" w:cs="Times New Roman"/>
          <w:b/>
          <w:i w:val="0"/>
          <w:sz w:val="22"/>
        </w:rPr>
        <w:t xml:space="preserve">58. </w:t>
      </w:r>
      <w:r>
        <w:rPr>
          <w:rFonts w:ascii="Times New Roman" w:hAnsi="Times New Roman" w:eastAsia="Times New Roman" w:cs="Times New Roman"/>
          <w:b w:val="0"/>
          <w:i w:val="0"/>
          <w:sz w:val="22"/>
        </w:rPr>
        <w:t>Выписка движения денежных средств по счету [НОМЕР] карты [НОМЕР] на имя О.Д.А., предоставленная АО «ТБАНК», согласно которой 23.12.2022 в 6:46:19 осуществлен перевод 190 000 (2 550) руб. с карты на карту/счет [НОМЕР] Р.В.;</w:t>
      </w:r>
    </w:p>
    <w:p>
      <w:pPr>
        <w:pStyle w:val="Heading3"/>
      </w:pPr>
      <w:r>
        <w:rPr>
          <w:rFonts w:ascii="Times New Roman" w:hAnsi="Times New Roman" w:eastAsia="Times New Roman" w:cs="Times New Roman"/>
          <w:b/>
          <w:i w:val="0"/>
          <w:sz w:val="22"/>
        </w:rPr>
        <w:t>Пункт 59. Правовой анализ</w:t>
      </w:r>
    </w:p>
    <w:p>
      <w:pPr>
        <w:spacing w:after="120" w:before="160"/>
        <w:ind w:firstLine="720"/>
        <w:jc w:val="both"/>
      </w:pPr>
      <w:r>
        <w:rPr>
          <w:rFonts w:ascii="Times New Roman" w:hAnsi="Times New Roman" w:eastAsia="Times New Roman" w:cs="Times New Roman"/>
          <w:b/>
          <w:i w:val="0"/>
          <w:sz w:val="22"/>
        </w:rPr>
        <w:t xml:space="preserve">59. </w:t>
      </w:r>
      <w:r>
        <w:rPr>
          <w:rFonts w:ascii="Times New Roman" w:hAnsi="Times New Roman" w:eastAsia="Times New Roman" w:cs="Times New Roman"/>
          <w:b w:val="0"/>
          <w:i w:val="0"/>
          <w:sz w:val="22"/>
        </w:rPr>
        <w:t>Выписка движения денежных средств по счету [НОМЕР] карты [НОМЕР] АО «АЛЬФА-БАНК» на имя Р.В., открытого [ДАТА] &lt;...&gt;, согласно которой 23.12.2022 в 7:47:22-7:48:11 осуществлены снятие наличных денежных средств 200 000,00 и 185 000,00 руб. через банкомат ATM 211202 &lt;...&gt;;</w:t>
      </w:r>
    </w:p>
    <w:p>
      <w:pPr>
        <w:pStyle w:val="Heading3"/>
      </w:pPr>
      <w:r>
        <w:rPr>
          <w:rFonts w:ascii="Times New Roman" w:hAnsi="Times New Roman" w:eastAsia="Times New Roman" w:cs="Times New Roman"/>
          <w:b/>
          <w:i w:val="0"/>
          <w:sz w:val="22"/>
        </w:rPr>
        <w:t>Пункт 60. Правовой анализ</w:t>
      </w:r>
    </w:p>
    <w:p>
      <w:pPr>
        <w:spacing w:after="120" w:before="160"/>
        <w:ind w:firstLine="720"/>
        <w:jc w:val="both"/>
      </w:pPr>
      <w:r>
        <w:rPr>
          <w:rFonts w:ascii="Times New Roman" w:hAnsi="Times New Roman" w:eastAsia="Times New Roman" w:cs="Times New Roman"/>
          <w:b/>
          <w:i w:val="0"/>
          <w:sz w:val="22"/>
        </w:rPr>
        <w:t xml:space="preserve">60. </w:t>
      </w:r>
      <w:r>
        <w:rPr>
          <w:rFonts w:ascii="Times New Roman" w:hAnsi="Times New Roman" w:eastAsia="Times New Roman" w:cs="Times New Roman"/>
          <w:b w:val="0"/>
          <w:i w:val="0"/>
          <w:sz w:val="22"/>
        </w:rPr>
        <w:t>Выписка CD-R диск № LH3183 CK2624545 о движении денежных средств по счету [НОМЕР] карты [НОМЕР] на имя Э.Г., открытого [ДАТА] в Филиале «Поволжский» АО «Райффайзенбанк» в &lt;...&gt;, согласно которой установлено снятие наличных денежных средств по карте: - 30.12.2022 - 70 000 руб. через банкомат АТМ 65621 CARD **8196 30DEC RUR 70000 RBA REC 65621 LYUBERTSY &lt;...&gt;; - 04.01.2023 - 60 000 руб. через банкомат АТМ 65621 CARD **8196 04JAN RUR 60000 RBA REC 65621 LYUBERTSY &lt;...&gt;; - 04.01.2023 - 50 000 руб. через банкомат АТМ 65621 CARD **8196 04JAN RUR 50000 RBA REC 65621 LYUBERTSY &lt;...&gt;; - 05.01.2023 - 164 000 руб. через банкомат АТМ 57871 CARD **8196 05JAN RUR 164000 RBA REC 57871 MOSKVA &lt;...&gt;; - 05.01.2023 - 36 000 руб. через банкомат АТМ 65621 CARD **8196 05JAN RUR 36000 RBA REC 65621 LYUBERTSY &lt;...&gt;; - 06.01.2023 - 196 000 руб. через банкомат АТМ 57871 CARD **8196 06JAN RUR 196000 RBA REC 57871 MOSKVA &lt;...&gt;; - 09.01.2023 - 140 000 руб. через банкомат АТМ 65781 CARD **8196 09JAN RUR 140000 RBA REC 65781 MOSKVA &lt;...&gt;. Осмотренные документы признаны вещественными доказательствами и приобщены к материалам уголовного дела (том 1, л.д. 195-200, 201-202, том 4, л.д. 105-151, 152-157) В судебном заседании потерпевшая П.№4. показала, что в марте 2023 году она в социальных сетях «Миф» или «Тандем» познакомилась с мужчиной по имени «Енг» и начала с ним переписываться в «Ватсап» по поводу покупки корейской косметики. У «Енга» было два номера [НОМЕР], [НОМЕР]. После ее согласия на приобретение косметики «Енг» отправил ей контакт С.№13., номер которой был прикреплен к Сбербанку, представив ее как сотрудника из отдела по переводу денег, которая конвертировала российские рубли на корейские деньги. После этого она перечислила по номеру С.№13. сначала 60 000 рублей, затем двумя переводами по 5 000 рублей. Вместе с тем, посылку она так и не получила. Ущерб в размере 70 000 рублей для нее является значительным. Протоколом дополнительного осмотра документов от 01 октября 2024 года осмотрены скриншоты переписки между потерпевшей П.№4. и мужчиной с никнейм (сетевое имя) «Yong Korea» в мессенджере «Telegram» (на русском языке), который предлагает П.№4. помочь в приобретении и отправке косметики за 2 000 долларов, эквивалентные 150 000 рублей, при этом «Yong Korea» обещает попросить службу обмена валюты помочь с открытием счета в России, на что П.№4. соглашается перевести только 60 000 рублей. «Yong Korea» отправляет П.№4. реквизиты карты [НОМЕР] Сбербанк С.№13. для перевода денежных средств в размере 2000 долларов эквивалентные 150 000 российским рублям. (том 3, л.д. 134-148) Протоколами выемки от 20 марта 2023 года и осмотра документов от 12 апреля 2023 года и 01 октября 2024 года, согласно которых у потерпевшей П.№4. изъяты и осмотрены:</w:t>
      </w: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Чеки ПАО «Сбербанк» об осуществлении перевода денежных средств П.№4.: - 18.03.2023 в 00:50:42 (МСК) на карту [НОМЕР] «Сбербанк» С.№13. в размере 60 000 рублей; - 21.03.2023 в 12:44:56 (МСК) на карту [НОМЕР] «Сбербанк» С.№13. в размере 5 000 руб.; - 21.03.2023 в 19:37:54 (МСК) на карту [НОМЕР] «Сбербанк» С.№13. в размере 5 000 рублей;</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Скриншоты переписки между П.№4. и Yong Korea на иностранном языке;</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Выписка о движении денежных средств по карте [НОМЕР] на С.№13., [ДАТА] года рождения;</w:t>
      </w:r>
    </w:p>
    <w:p>
      <w:pPr>
        <w:pStyle w:val="Heading3"/>
      </w:pPr>
      <w:r>
        <w:rPr>
          <w:rFonts w:ascii="Times New Roman" w:hAnsi="Times New Roman" w:eastAsia="Times New Roman" w:cs="Times New Roman"/>
          <w:b/>
          <w:i w:val="0"/>
          <w:sz w:val="22"/>
        </w:rPr>
        <w:t>Пункт 4. Правовой анализ</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Отчет по банковской карте [НОМЕР], оформленной на С.№13. за период с 14.03.2023 по 30.03.2023. Осмотренные документы признаны вещественными доказательствами и приобщены к материалам уголовного дела. (том 3, л.д. 119-121, 122-128, 129-132, 133) В судебном заседании потерпевшая П.№5 показала, что примерно летом-осенью 2022 года на сайте знакомств она познакомилась с мужчиной корейской национальности. В ходе общения в «Вастап» он стал говорить ей, что хочет приехать в Россию и отправить свою машину в Россию, а она должна будет встретить и забрать. После этого он прислал ей трек-номер об отправке машины. Через некоторое время ей с транспортной компании поступило сообщение о прибытии на территорию Российской Федерации автомобиля и необходимости оплаты за доставку, в связи с чем она оплатила первоначально 30 000 рублей путем перевода. Затем поступила информация, что в ходе осмотра автомобиля была обнаружена крупная сумма денег, а также запрещенные предметы, в связи с чем следует увеличить сумму до 100 000 рублей, что она и сделала, поскольку пугали ее тем, что сообщат об этом в полицию. Из оглашенных в порядке ст. 281 УПК РФ показаний свидетеля П.№5 следует, что 07 августа 2023 года она в приложении «МEFF» познакомилась с неизвестным ей лицом, который представился как «Ен Джи Хун» и 12 августа 2023 года ею из банка ПАО «ВТБ» через приложение в телефоне были осуществлены переводы денежных средств на сумму 50 000 рублей и 150 000 рублей. (том 3, л.д. 193-194, 195-196) Оглашенные показания потерпевшая П.№5 подтвердила. Протоколами выемки от 31 января 2024 года и осмотра документов от 5 октября 2024 года у потерпевшей П.№5 изъяты и осмотрены:</w:t>
      </w: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Выписка о движении денежных средств по счету [НОМЕР] ПАО «Банк ВТБ» на имя П.№5 за период с 01.08.2023 – 31.08.2024, согласно которой, поступление на счет денежных средств составляет 338 736.00 руб., расходные операции – 319 794.13 рублей, установлены следующие операции, в частности: - 12.08.2023 перевод 50 750 рублей на карту/счет [НОМЕР]; - 12.08.2023 перевод 152 250, 00 рублей на карту/счет [НОМЕР];</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Копии чеков ПАО «ВТБ банк» от 12.08.2023, согласно которых: - 12.08.2023 в 08:33 на номер карты [НОМЕР] со счетом [НОМЕР] зачислено пополнение через банкомат ВТБ банк 50 000 руб.; - 12.08.2023 в 13:44 М.А.Л. со счета [НОМЕР] с карты [НОМЕР] осуществила перевод в сумме 150 000 рублей;</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Скриншот переписки между П.№5 с Worldwideexpresscourierltd@outlook.com (Экспресс-курьер по всему миру), из которой следует, что 10 августа 2023 года П.№5 сообщают о поступлении посылки (автомобиль) в России от Ён Чжи Хуна, предлагают оплатить 50 00 рублей за доставку на карту [НОМЕР] Сбербанк Дестини. Далее имеются сообщения об обнаружении в машине 100 000 долларов и ИТ-оборудование на 9 миллионов российских рублей. 12 августа 2023 года сообщается о необходимости осуществления перевода 150 000 рублей. П.№5 подтверждает о внесении оплаты.</w:t>
      </w:r>
    </w:p>
    <w:p>
      <w:pPr>
        <w:pStyle w:val="Heading3"/>
      </w:pPr>
      <w:r>
        <w:rPr>
          <w:rFonts w:ascii="Times New Roman" w:hAnsi="Times New Roman" w:eastAsia="Times New Roman" w:cs="Times New Roman"/>
          <w:b/>
          <w:i w:val="0"/>
          <w:sz w:val="22"/>
        </w:rPr>
        <w:t>Пункт 4. Правовой анализ</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Скриншот переписки в приложении «Ватсап» между потерпевшей П.№5 и Ён Джи Хун на английском языке с переводом на русский язык с помощью приложения «Яндекс переводчик», согласно которой Ён Джи Хун представляется, что он из Южной Кореи, работает в Польше. Обещает приехать к П.№5 в Красноярск, интересуется, имеет ли она дом, машину. Узнав, что у П.№5 нет машины, обещает отправить свою машину до своего приезда, просит адрес. П.№5 отправляет свой адрес для отправки автомобиля. Затем, Ён Джи Хун отправляет ссылку для отслеживания посылки, фото отправленного автомобиля, фото, информации о грузоотправителя, дату прибытия груза - 10.08.2023. После, предупреждает о необходимости заплатить П.№5 50 000 рублей за таможенное оформление, а также о наличии в машине денежных средств, уверяет о благонадежности курьерской компании. П.№5 сообщает о поступлении посылки в Россию, о том, что она оплатила 50 000 рублей, а также о дополнительном требовании компании об оплате 150 000 рублей за обнаружение в машине денежных средств. Осмотренные документы признаны и приобщены к материалам уголовного дела в качестве вещественных доказательств. (том 3, л.д. 199, 200-252, 253-297, 298-299) Свидетель С.№17. суду показала, что она в социальной сети «Инстаграм» познакомилась с иностранным гражданином [ПЕРСОНАЛЬНЫЕ ДАННЫЕ] ФИО1, который рассказал ей, что его родители умерли в тюрьме, и он с братьями проживает с тетей и у них тяжелая жизнь, им не хватает денег на еду и проживание, в связи с чем она помогала ему переводами денежных средств. В последующем она помогла ему с поступлением в Университет «Синергия» г. Москва и с приездом в Россию, который прилетел 01 марта 2022 года. После того как он прилетел, его долго не выпускали из таможни в аэропорту из-за того, что у него было всего 50 долларов и отсутствовали какие-либо документы. После выяснения всех возникших проблем его выпустили, и они поехали в [АДРЕС], где ему арендовали квартиру. При этом все расходы несла она. Через некоторое время у них сложились романтические отношения, он просил ее выйти за него замуж, после чего ФИО1 переехал к ней. Поскольку изначально у него не было банковской карты, он пользовался ее картой «Сбер», куда дважды перечислялись денежные средства от С.№13. На ее же вопросы, ФИО1 пояснял, что это переводы денежных средств от жены его друга. После оформления банковской карты на ФИО1 он вернул ее карту, а через некоторое время она заметила, что он начал делать покупки и на ее вопросы отвечал, что ему деньги переводит тетя. Сам же ФИО1 нигде не работал и пользовался тремя телефонами. Затем, через некоторое время, в конце декабря 2022 года, он без объяснения причин переехал жить в другое место, однако они продолжали общаться. Когда он 15 апреля 2023 года приехал к ней ночевать, она решила проверить один из его телефонов, поскольку до этого он разговаривал с женщиной по имени С.№13., где обнаружила множество его любовных переписок с разными женщинами с разных стран, при этом он переписывался не под своим именем. Видела, что некоторые женщины называли его мошенником. Также с его телефона сохранила номер телефона С.№13.. Кроме того, в одной из папок почтового адреса было имя «Донг». Увидев все это в его телефоне, она разбудила и попросила его объяснить, на что он ответил, что она неправильно все поняла. После этого, поняв, что ФИО1 является мошенником, она прекратила с ним отношения. По ходатайству подсудимого ФИО1 судом исследованы протоколы выемки и осмотра предметов от 17 октября 2024 года и фототаблица к протоколу осмотра. (том 7, л.д. 436-439, 440-488) После исследования указанных документов свидетель С.№17. пояснила, что первые показания она давала в апреле 2023 года, а скриншоты с его телефона были сделаны в июле месяце. Протоколами выемки и осмотра предметов от 17 октября 2024 года у свидетеля С.№17. изъят и осмотрен сотовый телефон марки «iPhone 14 Pro Max», золотого цвета, вставленной в него сим-картой ООО «Т2» с абонентским номером [НОМЕР], в силиконовом чехле коричневого цвета. В папки «Галерея» обнаружены скриншоты: приказ об отчислении Эдосома Дестини из ВУЗа, скриншот из сотового телефона, в котором имеются переписки с девушками в мобильном приложении «Facebook» на 1 л., скриншот страницы приложения «VK» на имя Dong-Narro Hoon на 1 л., скриншот из сайта «Waplog.com» в сети «Интернет» на 2 л., в котором изображены мужчины европейской и азиатской внешности с геолокацией Нигерия, скриншот фотографии женщины азиатской внешности из аватара мессенджера «Telegram» на номере [НОМЕР], принадлежащий Эдосома Дестини, скриншот фотографии мужчины азиатской внешности из аватара мессенджера «Telegram» на номере [НОМЕР], принадлежащий Эдосома Дестини на 1 л., скриншот из мессенджера «WhatsApp» переписки с абонентским номером [НОМЕР] на 1 л. Осмотренный предмет и скриншоты приобщены к материалам уголовного дела в качестве вещественных доказательств. (том 7, л.д. 436-439, 440-488, 489-490). Свидетель С.№9 суду показала, что она является подругой С.№17., которая познакомилась в социальной сети с ФИО1 От С.№17. ей известно, что у ФИО1 родители погибли, и он со своими братьями проживал с тетей, что у них очень тяжелая жизнь. Через некоторое время с помощью С.№17. он приехал в Россию и поступил в университет и проживал в г. Обнинск, а какое-то время проживал с С.№17., у них была любовь, он предлагал ей жениться. После этого примерно через полтора года у них прекратились отношения, поводом которого послужило то, что ФИО1 переписывался с другими женщинами на любовную тему и пытается у них выманить деньги. Об этом С.№17. рассказала ей после того, как она увидела переписки в его телефоне. Свидетель С.№13. суду показала, что в 2022 года она на сайте «Тиндер» познакомилась с мужчиной корейской национальности по имени Донг Им 36 лет, который проживал и работал в Америке. В ходе переписки он признавался ей в любви, всегда обещал, что скоро приедет к ней. Затем, через месяц общения в «Ватсап» он попросил у нее номер банковской карты, объяснив тем, что за покупку гражданами России недвижимости заграницей, ему перечисляются проценты и просил помочь с получением этих денег. Далее, через некоторое время он попросил ее открыть отдельные счета (банковские карты), чтобы не было блокировок карт, куда будут поступать денежные средства, в связи с чем она открыла в «Сбер» и «Тинькофф» счета для этих целей. Все поступающие средства от разных людей по просьбе «Донг Им» она переводила частями на номера карты Э. и Дестини, которых представил как сотрудников компании. На каждые ее банковские счета от третьих лиц в месяц поступало от 2 000 000 до 3 000 000 рублей, а за весь период всего около 50 000 000 рублей. Когда в апреле 2023 года ей заблокировали банковские карты в связи с большими переводами денежных средств, он очень расстроился и практически перестал выходить с ней на связь, а только писал в «Ватсап». После этого ей позвонила С.№17. и рассказала, что человек, с которым она общается, выдает себя за другого и его на самом деле зовут Дестини, и дала его номер телефона, чтобы она сама в этом убедилась. Когда же она позвонила по этому номеру, ответил тот мужчина «Донг», с которым она общалась все это время. Тогда услышав ее голос, он сразу отключил звонок. На ее попытки дозвониться, постоянно сбрасывались звонки, после ответил какой-то мужчина и сказал, что такого здесь нет. Протоколом осмотра документов от 20 октября 2024 года осмотрена распечатка переписки между С.№13. и ФИО1 в мессенджере «Ватсап» за период с 01 июля 2022 года по 04 августа 2022 года, согласно которой: - 22.07.2022 ФИО1 признается в любви С.№13.; - 27.07.2022 ФИО1 сообщает С.№13., что едет на неделю в деловую поездку во Францию и после приедет в Россию к ней, выражает желание с ней встретиться, жениться на ней; - 27.07.2022 аккаунт «favorite» меняется на «Любимый»; - 29.07.2022 ФИО1 сообщает С.№13. о том, что его банк в России не работает, хочет получить выплату, интересуется сколько у нее счетов и в каких банках; С.№13. сообщает о двух счетах в Сбербанке. ФИО1 сообщил о намерении отправить деньги на ее счет, просит отправить ему номер ее банковской карты; - 29.07.2022 С.№13. отправляет ФИО1 сообщение с номером своего счета [НОМЕР]; - 02.08.2022 ФИО1 снова просит С.№13. отправить ее счет, сообщив, что пришлют 36 000 рублей, взносы для агента недвижимости. Указанный документ признан и приобщен к материалам уголовного дела в качестве вещественного доказательства. (том 7, л.д. 343-345, 346) Протоколом осмотра документов от 18 октября 2024 года осмотрены выписки о движении денежных средств по банковским картам ПАО «Сбербанк», выпущенные на имя С.№13., которым установлено:</w:t>
      </w: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по выписке счета дебетовой карты VISA Classic [НОМЕР] за период с 05.08.2022 по 03.04.2023, остаток на 05.08.2022 - 252,44, на 03.04.2023 - 94,87, всего списаний - 13 765 779,99, всего пополнений - 13 765 662,42. Из движения денежных средств установлено, в частности: - 24.10.2022 перевод с карты [НОМЕР] С.№16. в сумме 5 500 рублей; - 26.10.2022 переводы с карты [НОМЕР] С.№16. в сумме 25 000 рублей; 30 000 рублей; 10 000 рублей; 20 000 рублей; 15 000 рублей; 25 000 рублей; - 31.10.2022 перевод с карты [НОМЕР] С.№16. в сумме 8 000 рублей; 12 000 рублей; 10 000 рублей; 20 000 рублей; 15 000 рублей; - 01.11.2022 перевод с карты [НОМЕР] С.№16. в сумме 12 000 рублей; 13 000 рублей; 15 000 рублей; 30 000 рублей; 20 000 рублей; 35 000 рублей; 25 000 рублей; 10 000 рублей; 15 000 рублей; 25 000 рублей; 50 000 рублей; 18 000 рублей; 17 000 рублей; 20 000 рублей; 30 000 рублей; - 07.11.2022 перевод с карты [НОМЕР] С.№16. в сумме 40 000 рублей, 18 000 рублей, 17 000 рублей, 25 000 рублей, 35 000 рублей, 30 000 рублей; - 14.11.2022 перевод с карты [НОМЕР] С.№16. в сумме 10 000 рублей, 10 000 рублей, 10 000 рублей; - 15.11.2022 перевод с карты [НОМЕР] С.№16. в сумме 25 000 рублей, 28 000 рублей, 27 000 рублей, 151 625 рублей; - 01.12.2022 перевод с карты [НОМЕР] Э. Дестини в сумме 84 500 рублей; 18 500 рублей; 150 000 рублей; 150 000 рублей; - 09.12.2022 перевод с карты [НОМЕР] Э. Дестини в сумме 23 000 рублей;</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По выписке счета дебетовой карты [НОМЕР] за период с 22.08.2022 по 22.03.2023 всего пополнений на сумму 11 139 318,50, всего списаний на 11 139 318,50, осуществлены переводы: Сбербанк Онлайн на карту [НОМЕР] Э.Дестани 19 500 рублей, 63 000 рублей, 84 500 рублей, 18 000 рублей, 150 000 рублей, 150 000 рублей, 52 500 рублей, 23 000 рублей, 27 000 рублей, 18 000 рублей, 19 000 рублей, 22 000 рублей, 1 000 рублей, 22. 000 рублей, 6 300, 15 000 рублей, 25 000 рублей, 25 000 рублей, 19 820 рублей, 5000 рублей, 10 000 рублей, 15 000 рублей, 10 000 рублей, 9500 рублей, 10 000 рублей, 20 000 рублей, 10 000 рублей;</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По выписке счета дебетовой карты [НОМЕР] за период с [ДАТА] по [ДАТА] всего пополнений на сумму 11 139 318,50, всего списаний на 11 139 318,50, переводы в суммах Сбербанк Онлайн на карту [НОМЕР] Э.Дестани 19 500 рублей, 150 000 рублей, [ДАТА], [ДАТА] 50.000 рублей, [ДАТА] - 62.000 рублей, [ДАТА] - 190 000 рублей, 9000 рублей, 230 000 рублей, 22 000 рублей, 100 000 рублей, 70 000 рублей, 33 000 рублей, 2 000 рублей, 88 000 рублей, 66 000 рублей, 300 000 рублей, 200 000 рублей, 250 000 рублей, 38 000 рублей. Осмотренные документы признаны и приобщены к материалам уголовного дела в качестве вещественных доказательств. (том 7, л.д. 416-419, 420) Свидетель С.№16. суду показал, что в августе 2022 года ему по «Ватсап» написал мужчина, представившись ФИО1, из сообщений которого понял, что он живет в России, женат на С.№17. (С.№17.) и помогает студентам из Нигерии. После этого, ФИО1 сообщил, что у него заблокирована банковская карта и ему нужна помощь для перевода российских денег на найра. В то время ФИО1 пользовался банковской картой своей жены С.№17.. Поскольку необходимо было удостовериться в словах ФИО1, он переговорил с его женой, которая сообщила, что каких-либо претензий в связи с переводами денежных средств с ее стороны не будет. После того, как он удостоверился, что ФИО1 не мошенник, с банковской карты С.№17. на его счет начали поступать деньги. Изначально ФИО1 попросил перевести российские рубли на нигерийские найра, а на следующий день попросил обратно перевести их на российские рубли, что для него было непонятно. В последующем, все поступающие деньги он по просьбе ФИО1 переводил на разные нигерийские банковские счета. Через некоторое время ФИО1 позвонил ему и сообщил, что банковская карта С.№17. заблокирована, и он будет переводить деньги с другой банковской карты, то есть подруги его жены С.№17. – С.№13., от которой поступали очень много переводов денежных средств (50 тыс., 100 тыс., 150 тыс., 200 тыс. руб.), но точную общую сумму он не может сказать. Протоколом осмотра документов от 20 октября 2024 года осмотрена распечатка переписки между С.№16. и Эдосома Дестини в мессенджере «Ватсап» за период 02 августа 2022 года по 01 июня 2023 года, согласно которой 02 августа 2022 года ФИО1 обратился к С.№16. с просьбой обменивать переведенные на его банковскую карту ПАО «Сбербанк» [НОМЕР] денежные средства в рублях на найра (нигерийские денежные средства), затем переводить их на счета ФИО1, его родственников и разных лиц, открытые в различных Банках Федеративной Республики Нигерия. Денежные средства по указанию ФИО1 переводились на следующие счета: [НОМЕР] Поларис банк, Эдосома Дестини; [НОМЕР] Access Банк, А.Д.; [НОМЕР] Kuda Банк, Э.; Г.А. [НОМЕР] First Банк; [НОМЕР] UBA А.Д.А.; [НОМЕР] Access Банк, Д.…; [НОМЕР] UBA А.Д.А.; [НОМЕР] First Банк Д.Е.; [НОМЕР] Fidelity Банк О.Ф.; Р. [НОМЕР]; [НОМЕР] Zenith Банк Д.С.; Access Банк, номер счета[НОМЕР], имя владельца/С.К.; [НОМЕР] Э.Э.Э.. Указанный документ признан и приобщен к материалам уголовного дела в качестве вещественного доказательства. (том 7, л.д. 299-300, 301-302) Свидетель С.№14. суду показала, что сожительствует с подсудимым ФИО1, с которым познакомилась в апреле 2023 года в социальной сети «Инстаграм», общалась с ним и через некоторое время встретились, после чего у них возникли отношения. Из рассказов ФИО1 ей известно, что он из Нигерии, у него пять братьев и у его матери свой ресторан, приехал в Россию и учится в Университете «Синергия», куда ездил из г. Обнинска в г. Москву, также рассказывал, что родители ежемесячно ему отправляют деньги, кроме этого он подрабатывает на биткоинах. По приезду сначала ФИО1 жил в общежитии в г. Москве, потом перебрался в г. Обнинск. Ему с приездом в Россию и поступлением в учебное заведение помогла С.№17., с которой он проживал какое-то время. Ее (С.№14.) заработная плата в тот период составляла 30 000 – 35 000 рублей. В течение всего периода ФИО1 пользовался банковскими картами «Сбер» и «Тинькофф», но его карты всегда без объяснения причин блокировались, в связи с чем ему приходилось открывать новые счета - банковские карты. Иногда ей переводились денежные средства на карту от незнакомых лиц, в том числе, когда ФИО1 блокировали карты, а также когда из-за санкций не работал «Бинанс» (Криптовалютная биржа). В основном ежемесячный расход по финансам у них в семье составлял примерно от 50 000 до 100 000 рублей. Всего у ФИО1 было три телефона (2 андроида, 1 айфон) и макбук. Знает, что ФИО1 в целях оформления разрешения на временное проживание (РВП) вступил в брак с гражданкой России С.№15.. Из оглашенных в порядке ст. 281 УПК РФ показаний свидетеля С.№10 следует, что он давно занимается криптовалютами, в связи с чем знает порядок регистрации на сайтах криптовалютных бирж («Бинансы», «Хуоби») и порядок совершения сделок. На основании представленных ему выписках по банковским картам «Сбербанк» на имя ФИО1, свидетель пояснил, что поступления денежных средств от разных лиц, никак не связаны с криптовалютой и криптобиржей, по предоставленным же выпискам, имеется постоянная закономерность о поступлении денежных средств от С.№13., тогда как при торговле на криптовалютных биржах продавцы и покупатели постоянно разные и никогда не знаешь с кем будет заключена сделка, соответственно, данные поступления денежных средств никак не связаны с торговлей на криптовалютном рынке. После осмотра мобильного телефона марки «Айфон 14» с сим-картой ПАО «Вымпелком» с абонентским номером [НОМЕР], принадлежащий ФИО1, который сохранен как «Rich Ken» с электронным адресом: hyunwoojim4@gmai.com, свидетель С.№10 пояснил, что в браузере «Safari», где имеется сайт «traders-center.com» имеется личная страница с названием «Denzi», также отображаются балансы счетов: первый счет «Main balance» с балансом - 4 452,62 долларов, второй счет «Second balance» с балансом - 8 589,30 долларов. Также с «Главного баланса» осуществлены три перевода на криптовалюту «Хуоби». Также при просмотре других приложений в мобильном телефоне свидетель пояснил следующее, в частности: - в мобильном приложение с названием «Getcontact», в котором аккаунт создан на имя «Hyunwoo Jim». Сохраненные теги: Jeong, Д.Б.., Эдосома Дестини Последний Русский, Му Мап, Мошенник, Дензи; - из чата с названием «Chaton Al» следует, что владелец телефона учится, как знакомиться с иностранными девушками в целях последующего оказания ему материальной помощи; - имеются другие сайты, предназначенные для перевода денежных средств в валюту других стран и в криптовалюту. (том 7, л.д. 107-108, 109-113) Свидетель С.№15. суду показала, что в 2022 году она по просьбе своей знакомой С.№17.., которая состояла в отношениях с иностранным гражданином [ПЕРСОНАЛЬНЫЕ ДАННЫЕ] ФИО1, в целях получения им разрешения на временное проживание, вступила с ним в фиктивный брак, который заплатил ей за эту услугу около 50 000 рублей. По ходатайству подсудимого ФИО1 приобщено и исследовано свидетельство [НОМЕР] от 28 ноября 2024 года о расторжении брака между ФИО1 и С.№15. Из оглашенных в порядке ст. 281 УПК РФ показаний свидетеля С.№11 следует, что в г. Обнинске она работает администратором клуба «СССР», где в тренажерном зале занимался [ПЕРСОНАЛЬНЫЕ ДАННЫЕ] ФИО1, который вел себя высокомерно. (том 7, л.д. 118-120) Из оглашенных в порядке ст. 281 УПК РФ показаний свидетеля С.№ 12 следует, что в г. Обнинске она работает в должности управляющего развлекательного центра «Атом» ООО «Досуг центр», где в должности бармена ранее работал ФИО8, к которому в гости приходил темнокожий молодой человек. (том 7, л.д. 121-123) Из оглашенных в порядке ст. 281 УПК РФ показаний свидетеля С.№2 следует, что когда он работал в развлекательном центре «Атом» г. Обнинска подружился с ФИО1 (Дензи), который приходил в центр с разными девушками. Какое - то время ФИО1 проживал с Натальей, после съехал от нее и проживал отдельно. Для оплаты аренды за квартиру, для покупки вещей через интернет, ФИО1 отдавал наличными или переводил ему денежные средства, и он проводил оплату за жилье, а также делал для него покупки. Кроме того, он – С.№2 занимается криптовалютами, где он зарегистрирован на сайте криптовалютной биржи. (том 7, л.д. 125-128, 129-132) Дополнительный свидетель С.№15. (оперуполномоченная ОМВД России по Ленскому району), допрошенная по ходатайству государственного обвинителя, суду пояснила, что в ее обязанности входит раскрытие преступлений, связанных с информационно-телекоммуникационными технологиями и показала, что в сфере мошенничества в сети Интернет преступная деятельность осуществляется следующими лицами: - «руководитель» - лицо, которое занимается руководством преступной группы; - «скамер» - лицо, осуществляющее свою деятельность не под своим именем, и ведет переписку, в частности, входит в доверие граждан, используя любовные отношения либо представляясь руководителем организации или другое. Они используют сторонние «аватарки» и «никнеймы». «Скамер» с использованием искусственного интеллекта при общении по видеозвонку может изменять свою внешность (маска). - «дроп», «дропер» - лицо, которое открывает банковские счета (карты) и передает их третьим лицам, например, с целью обмена «криптовалюты» или другое, при этом, «дропп» может и не знать о мошеннических действиях; - «дроповод» - лицо, которое занимается сбором банковских карт и курирует «дропа». Специалист Г. (начальник отдела Управления по борьбе с противоправным использованием информационно-коммуникационных технологий МВД по РС (Я)) суду показал, что в мошеннических действиях действуют организованные группы, которые имеют строгую иерархию, где задействованы: - скамер (англ. - мошенник), то есть лицо, исполняющее функцию конкретно исполнителя самих мошеннических действий, тем или иным способом вступающее в контакт с потенциальной жертвой, с потерпевшим, и устанавливающее доверительные отношения каким-либо способом, например под видом романтических отношений; - куратор – исполняющий роль оператора, который ведет строгий учет, как бухгалтерии, так и наличия банковских карт, их блокировки, количество поступаемых денежных средств и передачу этой информации дроппам и организаторам; - дроп – лицо, оформившее банковскую карту на свое имя и находится под строгим контролем со стороны куратора. В последующем, дроп может сам стать дроповодом, то есть вербовать третьих лиц, которые могут оформлять банковские карты; - дроповод - лицо, которое аккумулируют при себе банковские карты, вербует дропов, то есть ведет вербовку именно третьих лиц в различных формах и передают банковские карты уже в использование куратора. Дроповоды сами также могут выступать в качестве дропов. Также, если у лица имеются несколько банковских счетов (карт), которые блокируются по различным причинам, то это может указывать на преступную схему, поскольку в банках установлены системы, которые в автоматическом режиме отслеживают несвойственные клиенту банка переводы, проводят аналитику и, принимая их как подозрительные операции, блокирует банковские карты. Кроме того, в случае, если по банковской карте клиента систематически проходят суммы, которые в последующем перечисляются на другие счета, то это говорит о дроповской карте и об организованной деятельности, при этом сам дроп может быть осведомлен об этих средствах или нет. Для осуществления операции по криптовалюте клиенты на бирже обязаны пройти верификацию, где указываются полные анкетные данные, также следует внутри сервиса сфотографироваться с документом, подтверждающий личность и после подтверждения клиент считается верифицированным и он может начать торговать на бирже. На криптовалютных биржах проведение операций с одним и тем же лицом, как правило, указывает о контактах с этим лицом вне биржи (сговор), при этом работа по обмену валют с одним контрагентом свидетельствует об обналичивании серых доходов либо добытых преступным путем. Судом с участием специалиста Ш. (Направление деятельности: ремонт компьютеров, смартфонов и сотовых телефонов) осмотрены вещественные доказательства, а именно, принадлежащие подсудимому ФИО1 смартфоны, которые находятся в состоянии «Авиарежим»: - «Айфон 12 Про Макс» синего цвета, где в контактах до 28 ноября 2023 года сохранены контакты: «С.№13. (сердечко)» (С.№13., [НОМЕР]), «Наталья» ([НОМЕР], П.№3), «(сердечко) My love (сердечко)» ([НОМЕР], С.№17.) - «Айфон 14» золотистого цвета, где при наборе номера [НОМЕР] (П.№3) отображается: «Яндекс: Нежелательный звонок», то есть это указывает на то, что абонентские номера ранее соединялись, и номер был заблокирован абонентом. Специалист дополнил, что в случае выхода указанных смартфонов из состояния «Авиарежим», есть вероятность удаления всей информации, поскольку в случае подключения к сети Интернет, автоматически может быть подана команда на удаление данных. Допрошенный по ходатайству защитника свидетель Н. (старший дознаватель отдел дознания отдела полиции № 4 ОМВД «Якутское») суду показала, что ранее в ее производстве находилось данное уголовное дело, и осмотр смартфонов, принадлежащих ФИО1 проводился без выхода из состояния «Авиарежим» с участием С.№10, который был привлечен ею в качестве свидетеля, который давал свои пояснения по движении крептовалют. Кроме криптовалют, другие приложения, в том числе контакты, не осматривались. Согласно курсу 1 найра нигерийская найра по состоянию на 07 января 2022 года, 16 сентября 2022 года, 06 января 2023 года, 26 августа 2023 года составляет 0,051 российский рубль. Все вышеуказанные доказательства были проверены, исследованы во время судебного разбирательства в полном объеме. Суд, оценивая в совокупности вышеуказанные исследованные в судебном заседании доказательства, признает их допустимыми, достоверными и относимыми, так как они устанавливают фактические обстоятельства по делу, получены в соответствии с требованиями уголовно-процессуального закона, оснований сомневаться в их достоверности у суда нет. Доказательства, положенные в основу приговора, являются последовательными, согласуются между собой, взаимно дополняют друг друга и раскрывают обстоятельства совершенных ФИО1 преступлений. На основании исследованных доказательств суд приходит к выводу, что вина ФИО1 в совершении преступлений нашло полное подтверждение в установленных судом фактических обстоятельствах дела. Совокупность представленных стороной обвинения доказательств, достаточно и бесспорно свидетельствуют о его виновности. Согласно п. 4 постановления Пленума Верховного Суда РФ от 30 ноября 2017 года № 48 «О судебной практике по делам о мошенничестве, присвоении и растрате» мошенничество, то есть хищение чужого имущества, совершенное путем обмана или злоупотребления доверием, признается оконченным с момента, когда указанное имущество поступило в незаконное владение виновного или других лиц, и они получили реальную возможность пользоваться или распорядиться им по своему усмотрению. Судом из показаний специалиста Г. и свидетеля С.№18. установлено, что в мошеннических действиях в сети Интернет действуют организованные группы, которые имеют строгую иерархию, где задействованы лица, которые, в частности выполняют роль скамеров, то есть лица, вступающие в контакт, переписку с потенциальными жертвами, и устанавливают с ними доверительные отношения; дропы – лица, оформившие банковские карты на свое имя и переданные ими третьим лицам; дроповоды - лица, которое аккумулируют при себе банковские карты, вербуют дропов. Из фактических обстоятельств дела следует, что со всеми потерпевшими организованной группой в лице скамеров велась переписка, которая переходила в доверительные, дружеские либо любовные отношения. В последующем, в ходе общения, обманным путем под разными предлогами скамеры просили потерпевших перечислять им для разрешения возникших тех или иных проблем денежные суммы, в связи с чем потерпевшие доверившись в искренность своих знакомых, перечисляли денежные средства на предоставленные банковские счета лиц – дропов, неосведомленных о преступной деятельности. Непосредственно лицом, который занимался сбором банковских карт, являлся подсудимый ФИО1 Как установлено судом и подтверждается материалами уголовного дела, в частности, показаниями потерпевших в судебном заседании и платежными поручениями, банковским выписками, о том, что ими на разные банковские счета разных лиц были перечислены денежные средства, а именно: П.№1 на общую сумму 3 774 978 рублей, П.№2 на общую сумму 50 000 рублей, П.№3 на общую сумму 5 090 500 рублей, П.№4. на общую сумму 70 000 рублей, П.№5 на общую сумму 200 000 рублей. Так, свидетель С.№17. суду показала о том, что когда ФИО1 изначально пользовался ее банковской картой, на ее счет поступали денежные средства от С.№13. и на ее вопросы ФИО1 пояснял, что эти переводы от жены его друга. В последующем, в апреле 2023 года, когда она проверила его телефон, обнаружила номер телефона женщины по имени С.№13., с которой созвонилась и сообщила, кто на самом деле является мужчина, с кем она общается, кроме этого, обнаружила в его телефоне папку с почтовым адресом с именем Донг. Показаниями же свидетеля С.№13. установлено, что она переписывалась с мужчиной по имени Донг Им, который в ходе общения войдя в доверие, попросил ее передать ему номер банковского счета (карты), а также просил открыть несколько банковских счетов в целях исключения блокировки банковских карт. Из показаний же свидетеля С.№16. следует, что после знакомства с ФИО1, который сам вышел на связь, попросил его помочь с переводами и обменами денежных средств, при этом изначально денежные средства поступали со счета С.№17., после чего ФИО1 сообщил ему, что банковская карта жены заблокирована, в связи с чем средства будут поступать от подруги жены по имени С.№13.. После этого от С.№13. на его счет начали поступать очень много переводов на большие суммы, которые в последующем переводились на разные банковские счета. Исходя из вышеуказанного, судом достоверно установлено, что ФИО1 в организованной преступной группе исполнял роль дроповода, а именно вербовал третьих лиц, которые передавали ему номера банковских карт, по счетам которых, в том числе проходили денежные средства потерпевших. Следует отметить, что наличие у дроповода нескольких банковских карт (счетов) третьих лиц – дропов, прежде всего, связано с целью исключения блокировки банковских карт, при этом поступающие средства, как следует из показаний свидетеля С.№13., по указанию дроповода Донг Им дробились и переводились разными суммами на другие счета. Свидетель С.№13. также пояснила, что по ее каждой банковской карте ежемесячно проходило от двух до трех миллионов рублей. Утверждения ФИО1 о том, что он ничего не знал о природе поступающих денежных средств, и он непосредственно занимался только криптовалютой на криптобирже, где была также зарегистрирована С.№13., у которой он на постоянной основе обменивал валюту, несостоятельны и опровергаются оглашенными показаниями свидетеля С.№10, который по выпискам банковских карт «Сбербанк» ФИО1 пояснил, что поступления денежных средств от разных лиц, никак не связаны с криптовалютой и криптобиржей, по предоставленным же выпискам, имеется постоянная закономерность о поступлении денежных средств от С.№13., тогда как при торговле на криптовалютных биржах продавцы и покупатели постоянно разные и никогда не знаешь с кем будет заключена сделка. Показаниями специалиста Г. установлено, что на криптовалютных биржах проведение операций с одним и тем же лицом, как правило, указывает о контактах с этим лицом вне биржи (сговор), при этом работа по обмену валют с одним контрагентом свидетельствует об обналичивании серых доходов либо добытых преступным путем. Вышеизложенное также опровергают доводы защитника и подсудимого о том, что ФИО1 никогда не созванивался с С.№13. и доказательств об этом материалы уголовного дела не содержат. Кроме того, в ходе осмотра смартфона «Айфон 12 Про Макс» установлено, что в контактах до 28 ноября 2023 года был сохранен контакт «С.№13.». Следует отметить, что соучастники преступления в сети Интернет часто меняют номера телефонов для того, чтобы оставаться незамеченными и продолжать преступную деятельность, при этом, в частности, как следует из показаний потерпевшей П.№3, мужчина, с которым она общалась часто менял номера и согласно осмотренному смартфону «Айфон 14 Про Макс», принадлежащему ФИО1, номер телефона П.№3 был заблокирован как нежелательный звонок, то есть указывает на то, что абонентские номера ранее соединялись. Кроме того, в одном из приложений ФИО1 запрашивал сведения, как познакомиться с девушками для последующей помощи ему деньгами («Мне надо, чтобы моя девушка помогла мне с деньгами для моей мамы»). Таким образом, фактические обстоятельства совершенных преступлений подтверждаются показаниями всех потерпевших и свидетелей по делу, каких-либо противоречий они не содержат, а также подтверждаются другими исследованными доказательствами. При этом оценивая показания свидетелей, у суда нет оснований сомневаться в их достоверности и суд не может их считать лицами, заинтересованными в исходе дела. Каких – либо существенных противоречий, ставящих под сомнение представленные доказательства, у суда не имеется. Нарушений норм процессуального законодательства при их собирании и закреплении, не имеется и судом не установлено. В ходе судебного заседания стороны по делу не ходатайствовали о признании доказательств недопустимыми и об исключении их из списка доказательств. Доводы защитника о том, что у ФИО1 в ходе предварительного следствия отсутствовала активная защита, при этом он всегда пользовался положениями ст. 51 Конституции РФ, однако ему было, что рассказать по делу, подлежат отклонению, поскольку возможность не давать показания, то есть не свидетельствовать против себя самого, является правом лица, в отношении которого выдвинуто обвинение, чем он и воспользовался, и в ходе следствия ему была предоставлена квалифицированная защита. Отказ от защитника материалы уголовного дела не содержат. В совокупности с другими приведенными в суде доказательствами они подтверждают виновность подсудимого в совершении преступлений. Доказательства, положенные в основу приговора являются последовательными, согласуются между собой, взаимно дополняют друг друга и раскрывают обстоятельства совершенных ФИО1 преступлений. Как установлено судом, денежные средства действительно подсудимому ФИО1 перечислялись его отцом ФИО9, что следует из выписки банка «ZENITH BANK PLC» о переводе на банковский счет подсудимого с 05.01.2022 г. по 25.09.2023 г. денежных средств на общую сумму 18 452 000 найра. Вместе с тем, данные перечисления денежных средств не опровергают обстоятельства совершенных ФИО1 преступлений, поскольку вышеприведенными доказательствами неопровержимо доказана его вина, который непосредственно исполнял в организованной преступной группе роль дроповода, в результате чего потерпевшим причинен ущерб. Доводы защитника и подсудимого о том, что от П.№1 на счет ФИО1 было перечислено 330 000 рублей, однако он полагал, что эти средства поступили в связи с продажей цифровой валюты и он вернул ей излишнюю сумму, перечислив согласно выписке «Райффайзенбанк» С.№13. 150 000 рублей и 18 000 рублей, а также ему поступали средства от П.№5 в связи со сделкой с С.№13. в размере 200 000 рублей, суд признает надуманными и неубедительными с целью избежать уголовной ответственности, в связи с чем оценивает критически, как не подтверждающиеся установленными фактическими обстоятельствами дела. Необходимо обратить внимание, что наличие множество счетов, по которым перегоняются деньги, в том числе между собой, прежде всего, направлено, чтобы запутать следы своего преступления, при этом также могут переводиться из одной валюты в другую, в том числе и в криптовалюту. Как пояснил свидетель С.№16., изначально ФИО1 попросил перевести российские рубли на нигерийские найра, а на следующий день попросил обратно перевести их на российские рубли, что для него было непонятно. В данном же случае схема по выводу денежных средств потерпевших организованной преступной группой полностью установлена. Ссылка защитника о том, что отсутствует переписка С.№13. с неким корейцем Донг Им, кроме того, С.№13. была частным контрагентом ФИО1, что подтверждается переводами на ее счет денежных средств, поскольку у нее был выгодный курс для обмена, опровергаются показаниями свидетеля С.№16., к которому обратился ФИО1, который убедил его, что он помогает студентам из Нигерии, в последующем сообщив ему ложную информацию о том, что банковская карта С.№17. заблокирована, в связи с чем средства будут поступать от С.№13. Оснований же не доверять показаниям С.№16. у суда не имеется, поскольку конфликтов с подсудимым, равно как и неприязненного отношения к нему, у него не было. При этом каких-либо доказательств о том, что ФИО1 помогал студентам из Нигерии, материалы дела не содержат, а наоборот, имеются множество переводов денежных средств от потерпевших на разные счета, которые выводились на другие банковские счета и обналичивались. Кроме того, факт мошеннических действий подтверждается показаниями свидетеля С.№14. о том, что банковские карты ФИО1 всегда без объяснения причин блокировались, что не отрицается самим подсудимым и согласуется с показаниями специалиста Г. о том, что банки в автоматическом режиме отслеживают несвойственные клиенту банка переводы и, принимая их как подозрительные операции, блокирует, и в случае, если по банковской карте клиента систематически проходят суммы, которые в последующем перечисляются на другие счета, то это говорит о дроповской карте и об организованной деятельности. Аналогичные блокировки проводились и по банковским картам С.№13., которая осуществляла в преступной организации роль дропа. Доводы защитника о том, что обвинением не представлено доказательств о контактах подсудимого с потерпевшими, не могут служить безусловным основанием об отсутствии в действиях подсудимого состава преступления, поскольку преступная схема в сети «Интернет» прежде всего, связано с тем, чтобы каждый участник преступления выполнял в организованной группе отведенную ему роль (руководитель, скамер, дроп, дроповод). Дроповод же напрямую связан с дропом, который непосредственно предоставил свою банковскую карту и по счетам которого проходят денежные средства, в связи с чем дроповод (ФИО1) непосредственно в контактах с потерпевшими может и не состоять. По настоящему уголовному делу денежные средства потерпевших по указанию ФИО1 проходили через банковские счета С.№13. и С.№16., которые не были осведомлены о мошеннических действиях. Исследовав материалы уголовного дела, судом по эпизодам в отношении потерпевших П.№1 и П.№3 исключается квалифицирующий признак – «с причинением значительного ущерба гражданину», поскольку им причинен особо крупный размер. При указанных обстоятельствах действия ФИО1 суд квалифицирует: - по эпизоду в отношении потерпевшей П.№1 по ч. 4 ст. 159 УК РФ как мошенничество, то есть хищение чужого имущества путем обмана, совершенное организованной группой, в особо крупном размере; - по эпизоду в отношении потерпевшей П.№2 по ч. 4 ст. 159 УК РФ как мошенничество, то есть хищение чужого имущества путем обмана, с причинением значительного ущерба гражданину, совершенное организованной группой; - по эпизоду в отношении потерпевшей П.№3 по ч. 4 ст. 159 УК РФ как мошенничество, то есть хищение чужого имущества путем обмана, совершенное организованной группой, в особо крупном размере; - по эпизоду в отношении потерпевшей П.№4. по ч. 4 ст. 159 УК РФ как мошенничество, то есть хищение чужого имущества путем обмана, с причинением значительного ущерба гражданину, совершенное организованной группой; - по эпизоду в отношении потерпевшей П.№5 по ч. 4 ст. 159 УК РФ как мошенничество, то есть хищение чужого имущества путем обмана, с причинением значительного ущерба гражданину, совершенное организованной группой. В соответствии с ч. 2 ст. 43 УК РФ , в целях восстановления социальной справедливости, а также в целях исправления и предупреждения совершения новых преступлений необходимо применить наказание в отношении подсудимого. При определении вида и размера наказания учитываются характер и степень общественной опасности преступления и личность виновного, в том числе обстоятельства, смягчающие и отягчающие наказание, а также влияние назначенного наказания на исправление осужденного. В соответствии с ч. 4 ст. 15 УК РФ преступления, совершенные подсудимым относятся к преступлениям тяжкой категории. В соответствии ч. 6 ст. 15 УК РФ с учетом фактических обстоятельств совершенных преступлений, степени общественной опасности, а также наступивших последствий, оснований для изменения категории преступлений на менее тяжкую, суд не находит. Из материалов уголовного дела следует, что ФИО1 [ПЕРСОНАЛЬНЫЕ ДАННЫЕ]. Данные о личности, поведении виновного свидетельствуют об его вменяемости и возможности несения уголовной ответственности. В соответствии с положениями ст. 61 УК РФ обстоятельствами, смягчающими наказание подсудимого ФИО1 суд признает его молодой возраст. В соответствии со ст. 63 УК РФ обстоятельств, отягчающих наказание, не установлено. Таким образом, с учетом тяжести и фактических обстоятельств совершенных преступлений, обстоятельства смягчающего и отсутствия обстоятельств отягчающих наказание, личности виновного, суд приходит к выводу о назначении ФИО1 наказания в виде лишения свободы на длительный срок, поскольку только такое наказание будет обеспечивать восстановление социальной справедливости и способствовать его исправлению, и предупреждению совершения им новых преступлений. Основания для применения положений ч. 1 ст. 62 УК РФ отсутствуют. Установленное судом обстоятельство, смягчающее наказание, по мнению суда, не является исключительным, в связи с этим оснований для применения положений ст. ст. , 73 УК РФ , не имеется. С учетом того, что ФИО1 является иностранным гражданином, дополнительное наказание в виде ограничения свободы в силу ч. 6 ст. 53 УК РФ не может быть назначено. Кроме того, суд считает также не применять дополнительное наказание в виде штрафа, поскольку его исправление может быть достигнуто отбыванием основного наказания в виде лишения свободы. На основании ч. 2 ст. , ст. 255 УПК РФ в связи с назначением ФИО1 наказания, связанным с реальным лишением свободы, в целях исполнения приговора, избранная в период предварительного следствия мера пресечения в виде заключения под стражу, подлежит оставлению без изменения. В соответствии с п. «б» ч. 1 ст. 58 УК РФ местом отбывания наказания назначается исправительная колония общего режима. В соответствии с п. «б» ч. 3.1 ст. 72 УК РФ время содержания подсудимого ФИО1 под стражей до вступления приговора суда в законную силу подлежит зачету в срок отбытия наказания из расчета один день за полтора дня отбывания наказания в исправительной колонии общего режима. В силу ч. 1 ст. 44 УПК РФ гражданским истцом является физическое или юридическое лицо, предъявившее требование о возмещении имущественного вреда, при наличии оснований полагать, что данный вред причинен ему непосредственно преступлением. Решение о признании гражданским истцом оформляется определением суда или постановлением судьи, следователя, дознавателя. Гражданский истец может предъявить гражданский иск и для имущественной компенсации морального вреда. Гражданский иск может быть предъявлен после возбуждения уголовного дела и до окончания судебного следствия при разбирательстве данного уголовного дела в суде первой инстанции (ч. 2 ст. 44 УПК РФ ). Согласно ст. 1064 ГК РФ , вред, причиненный личности или имуществу гражданина, а также вред, причиненный имуществу юридического лица, подлежит возмещению в полном объеме лицом, причинившим вред. Лицо, причинившее вред, освобождается от возмещения вреда, если докажет, что вред причинен не по его вине (п. 2 той же статьи). Общими условиями наступления деликтной ответственности являются: наличие вреда, противоправность действий его причинителя, наличие причинно-следственной связи между возникновением вреда и противоправными действиями, вины причинителя вреда. В соответствии со ст. 1082 ГК РФ , удовлетворяя требование о возмещении вреда, суд в соответствии с обстоятельствами дела обязывает лицо, ответственное за причинение вреда, возместить вред в натуре (предоставить вещь того же рода и качества, исправить поврежденную вещь и т.п.) или возместить причиненные убытки (п. 2 ст. 15 ГК РФ ). Согласно абз. 3 п. 25 Постановления Пленума Верховного Суда Российской Федерации от 13 октября 2020 года № 23 «О практике рассмотрения судами гражданского иска по уголовному делу», если имущественный вред причинен подсудимым совместно с другим лицом, в отношении которого дело было выделено в отдельное производство, либо это лицо освобождено от уголовной ответственности по нереабилитирующим основаниям, то суд возлагает обязанность по его возмещению в полном объеме на подсудимого. При вынесении в дальнейшем обвинительного приговора в отношении лица, дело о котором было выделено в отдельное производство, суд вправе возложить на него обязанность возместить вред солидарно с ранее осужденным лицом, в отношении которого был удовлетворен гражданский иск. Так, потерпевшими по настоящему уголовному делу П.№1 (том 2, л.д. 53) и П.№2 (том 3, л.д. 39) заявлены гражданские иски о взыскании ущерба, причиненные преступлением, которые суд находит обоснованными и подлежащими удовлетворению в полном объеме, поскольку вина подсудимого ФИО1 в совершении преступлений доказана полностью. В соответствии со ст. 81 УПК РФ вещественные доказательства: 1) хранить в материалах уголовного дела: - ответы банков: ПАО «Сбербанк», АО «Райффайзен Банк», АО «Альфа Банк», АО «Сургутнефтегазбанк», АО «Тинькофф Банк», ПАО Банк «Открытие», «Вымпелком» (том 1 л.д. 229, 231, 233, 237-242, том 2 л.д. 175, 187, 196-210, том 3 л.д. 44-58, том 4 л.д. 11-14, 190, том 6 л.д. 65- 66, 203-204, 209, 211-222, 228, 230, 233-234); - выписки по счетам клиентов ПАО «Сбербанк»; ПАО «ВТБ», АО «Райффайзенбанк», АО «Т-Банк»; АО «Альфа-Банка», АО «Почта Банк» (том 2 л.д. 182, 211-290, том 3 л.д. 53, 153-173, 200-204, том 4 л.д. 159-188, 192-203, 205-208, 210-237, 239-248, 249-259, том 5 л.д. 2-7, 8-13, 14-24, 25-26, 27-256, том 6, л.д. 2- 52, 54-56, 58-62, 67-75, 77-84, 85-90, 93-104, 107-135, 137-143, 145-180, 182-196, 198-199, 200-201, 206-207, 236-250, том 7 л.д. 47-78) - копии чеков о переводе денежных средств (том 1 л.д. 201-202, том 3, л.д. 51, л.д. 122-148, том 7 л.д. 146); - скриншоты переписки, платежных поручений, чеков о переводе денежных средств, фотографий (том 2 л.д. 111-170, том 3 л.д. 44-50, 123-128, 205-206, 207-252, том 7 л.д. 182-184, 319-342); 2) считать возвращенными собственникам: сотовый телефон «Redmi 9Т» - П.№3, сотовый телефон марки «iPhone 14 Pro Max» - С.№17.; 3) сотовый телефон «iPhone 10» с идентификационным номером [НОМЕР] d# в корпусе зелёного цвета, сотовый телефон «iPhone13» с сим-картой оператора с идентификационным номером [НОМЕР] в корпусе чёрного цвета с прозрачным силиконовым чехлом, - возвратить С.№2; 4) сим-карту оператора «Мегафон», сим-карту оператора «Теле2», сим-карту оператора «Билайн», сим-карту «МТС», пластиковую карту с пустым гнездом для сим-карты, сумку «Луи Витон», сумки «GUCCI» 3 шт., кошелек, тетрадь, блокнот, договор аренды жилья, силиконовые чехлы для смартфонов (прозрачный, светло-зелёный), - возвратить Эдосома Дестини; 5) макбук «iPhone» модель А2691 в корпусе серебристого цвета с зарядным устройством и сотовые телефоны: «iPhone14» с IMEI-кодом [НОМЕР], с идентификационным номером [НОМЕР], в корпусе золотистого цвета; марки «iPhone 12 Pro Max» с IMEI-кодом [НОМЕР] с идентификационным номером [НОМЕР], в корпусе синего цвета; марки «Teсno» модели «TECNO CD7», с IMEI-кодом [НОМЕР] в корпусе фиолетового цвета, с идентификационным номером [НОМЕР] 4G+; марки «Redmi» в корпусе бирюзового цвета, принадлежащие ФИО1 - конфисковать в доход государства. В соответствии со ст. ст. , 132 УПК РФ , вынести отдельные постановления о выплате вознаграждения адвокату Осипову В.В., со взысканием с ФИО1 процессуальных издержек, а также об оплате труда переводчика ФИО2, который осуществлял устный и письменный переводы, за счет средств федерального бюджета. На основании изложенного, руководствуясь ст. ст. 296, 297, 298, 299, 302, 303, 304, 307, 308, 309 Уголовно – процессуального кодекса Российской Федерации, суд П Р И Г О В О Р И Л : Признать Эдосома Дестини виновным в совершении преступлений, предусмотренных ч. 4 ст. , ч. 4 ст. , ч. 4 ст. , ч. 4 ст. , ч. 4 ст. , Уголовного кодекса Российской Федерации, и назначить ему наказание: - по ч. 4 ст. Уголовного кодекса Российской Федерации (эпизод в отношении П.№1) в виде лишения свободы сроком на восемь лет; - по ч. 4 ст. Уголовного кодекса Российской Федерации (эпизод в отношении П.№2) в виде лишения свободы сроком на пять лет; - по ч. 4 ст. Уголовного кодекса Российской Федерации (эпизод в отношении П.№3) в виде лишения свободы сроком на восемь лет и шесть месяцев; - по ч. 4 ст. Уголовного кодекса Российской Федерации (эпизод в отношении П.№4.) в виде лишения свободы сроком на шесть лет; - по ч. 4 ст. Уголовного кодекса Российской Федерации (эпизод в отношении П.№5) в виде лишения свободы сроком на семь лет. На основании ч. 3 ст. 69 УК РФ путем частичного сложения наказаний окончательно назначить ФИО1 наказание в виде лишения свободы сроком на десять лет. Местом отбытия лишения свободы определить исправительную колонию общего режима. Меру пресечения ФИО1 - заключение под стражу - оставить без изменения до вступления приговора суда в законную силу. В соответствии с п. «б» ч. 3 ст. Уголовного кодекса Российской Федерации период содержания под стражей с 01 декабря 2023 года до вступления приговора в законную силу зачесть в срок лишения свободы из расчета один день содержания под стражей за полтора дня отбывания наказания в исправительной колонии общего режима. Взыскать с Эдосома Дестини в пользу П.№1 денежные средства в размере 3 774 978 рублей. Взыскать с Эдосома Дестини в пользу П.№2 денежные средства в размере 50 000 рублей. Вещественные доказательства по вступлении приговора суда в законную силу: 1) хранить в материалах уголовного дела: - ответы банков: ПАО «Сбербанк», АО «Райффайзен Банк», АО «Альфа Банк», АО «Сургутнефтегазбанк», АО «Тинькофф Банк», ПАО Банк «Открытие», «Вымпелком»; - выписки по счетам клиентов ПАО «Сбербанк»; ПАО «ВТБ», АО «Райффайзенбанк», АО «Т-Банк», АО «Альфа-Банка», АО «Почта Банк»; - копии чеков о переводе денежных средств; - скриншоты переписки, платежных поручений, чеков о переводе денежных средств, фотографий; 2) считать возвращенными собственникам: сотовый телефон «Redmi 9Т» - П.№3, сотовый телефон марки «iPhone 14 Pro Max» - С.№17.; 3) сотовый телефон «iPhone 10» с идентификационным номером [НОМЕР] в корпусе зелёного цвета, сотовый телефон «iPhone13» с сим-картой оператора с идентификационным номером [НОМЕР] в корпусе чёрного цвета с прозрачным силиконовым чехлом, - возвратить С.№2; 4) сим-карту оператора «Мегафон», сим-карту оператора «Теле2», сим-карту оператора «Билайн», сим-карту «МТС», пластиковую карту с пустым гнездом для сим-карты, сумку «Луи Витон», сумки «GUCCI» 3 шт., кошелек, тетрадь, блокнот, договор аренды жилья, силиконовые чехлы для смартфонов (прозрачный, светло-зелёный), - возвратить Эдосома Дестини; 5) макбук «iPhone» модель А2691 в корпусе серебристого цвета с зарядным устройством и сотовые телефоны: «iPhone14» с IMEI-кодом [НОМЕР], с идентификационным номером [НОМЕР], в корпусе золотистого цвета; марки «iPhone 12 Pro Max» с IMEI-кодом [НОМЕР] с идентификационным номером [НОМЕР], в корпусе синего цвета; марки «Teсno» модели «Teсno CD7», с IMEI-кодом [НОМЕР] в корпусе фиолетового цвета, с идентификационным номером [НОМЕР]; марки «Redmi» в корпусе бирюзового цвета, принадлежащие ФИО1 - конфисковать в доход государства. Вынести отдельное постановление о выплате вознаграждения адвокату Осипову В.В., со взысканием с ФИО1 процессуальных издержек в доход государства. Вынести отдельное постановление об оплате труда переводчика ФИО2 за счет средств федерального бюджета. Приговор суда может быть обжалован сторонами по делу в апелляционном порядке через Ленский районный суд Республики Саха (Якутия) в Верховный Суд Республики Саха (Якутия) в течение пятнадцати суток со дня провозглашения, а осужденным, содержащимся под стражей, в тот же срок - со дня вручения копии приговора. В случае обжалования приговора суда осужденный имеет право: заявить ходатайство о своем участии при рассмотрении уголовного дела судом апелляционной инстанции; поручать осуществление своей защиты избранному им защитнику либо ходатайствовать перед судом о назначении защитника. Судья п/п К.И. Тарбахов Копия верна, судья: К.И. Тарбахов Суд: Ленский районный суд (Республика Саха (Якутия)) (подробнее) Подсудимые: Эдосома Дестини (подробнее) Судьи дела: Тарбахов Константин Иннокентьевич (судья) (подробнее) Последние документы по делу: Приговор от 16 июня 2025 г. по делу № 1-29/2025 Приговор от 16 марта 2025 г. по делу № 1-29/2025 Показать все документы по этому делу Судебная практика по: Упущенная выгода Судебная практика по применению норм ст. 15, 393 ГК РФ Ответственность за причинение вреда, залив квартиры Судебная практика по применению нормы ст. 1064 ГК РФ Возмещение убытков Судебная практика по применению нормы ст. 15 ГК РФ По мошенничеству Судебная практика по применению нормы ст. 159 УК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