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03 марта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в неустановленный период времени, но до 16 часов 00 минут 03 марта 2025 года, находясь по месту своего жительства, расположенного по адресу: ____, обнаружил в приложении «2 ГИС», размещенную информацию о продаже цветов в цветочном салоне ___ и, имея затруднительное материальное положение, из корыстных побуждений, с целью использования в личных целях, решил совершить хищение букета цветов, принадлежащего ___., путем обмана последней, для чего, используя свой мобильный телефон марки «iPhone SE» с установленной сим-картой сотового оператора ПАО МТС с абонентским номером №, в ходе переписки с Б., по номеру телефона, указанному в объявлении, договорился о покупке букета цветов. Во исполнение своего преступного умысла, направленного на хищение чужого имущества, путем обмана, ФИО1 в период времени с 16 часов 00 минут до 18 часов 45 минут 03 марта 2025 года, находясь по месту своего жительства по адресу: ____, в полной мере осознавая противоправный характер своих преступных действий и предвидя неизбежность наступления общественно-опасных последствий в виде причинения имущественного ущерба собственнику и желая их наступления, действуя умышленно, из корыстных побуждений, с целью использования в личных целях, заведомо зная и не намереваясь исполнить взятые на себя обязательства, связанные с покупкой букета цветов, используя свой мобильный телефон марки «iPhone SE» с установленной сим-картой сотового оператора ПАО МТС с абонентским номером №, в ходе переписки с Б. договорился о покупке букета цветов стоимостью 3 114 рублей, при этом придавая своим действиям мнимую правомерность, отправил фиктивное платежное поручение, тем самым сообщил последней ложные сведения об оплате букета цветов. Тогда, Б., в вышеуказанный период времени, будучи обманутой и введенной в заблуждение относительно преступных намерений ФИО1 в ходе переписки с последним согласилась, и передала оформленный заказ через курьера Б. на условиях купли-продажи букета цветов, по адресу: г. ____. Таким образом, в период времени с 16 часов 00 минут до 18 часов 45 минут 03 марта 2025 года, ФИО1, находясь по месту своего жительства по адресу: ____, умышленно, испытывая материальные затруднения, из корыстных побуждений, путем обмана похитил букет цветов, общей стоимостью 3 114 рублей, принадлежащий ___., причинив тем самым последней материальный ущерб на указанную сумму.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ФИО1 в неустановленный в период времени, но до 17 часов 40 минут 21 марта 2025 года, находясь в неустановленном месте, но на территории г. Якутска, испытывая материальные затруднения, из корыстных побуждений, с целью использования в личных целях, решил совершить хищение путем обмана букетов цветов, принадлежащих ___. Во исполнение своего преступного умысла, направленного на хищение чужого имущества, путем обмана, ФИО1 в период времени с 17 часов 40 минут до 18 часов 14 минут 21 марта 2025 года, находясь в павильоне № 10 цветочного салона ___, расположенного в помещении Торгового центра ___ по адресу: ____, в полной мере осознавая противоправный характер своих преступных действий и предвидя неизбежность наступления общественно-опасных последствий в виде причинения имущественного ущерба собственнику и желая их наступления, действуя умышленно, из корыстных побуждений, с целью использования в личных целях, заведомо зная и не намереваясь исполнить взятые на себя обязательства, связанные с покупкой букетов цветов, в ходе общения с П., являющейся продавцом – флористом, договорился о покупке букетов цветов в количестве 2 штук общей стоимостью 3 239 рублей 69 копеек, принадлежащих ___., при этом придавая своим действиям мнимую правомерность, предъявил последней фиктивное платежное поручение, тем самым сообщил последней ложные сведения об оплате букетов цветов. Тогда, П., в вышеуказанный период времени, будучи обманутой и введенной в заблуждение относительно преступных намерений ФИО1, согласилась, и передала последнему на условиях купли-продажи вышеуказанные букеты цветов. Таким образом, в период времени с 17 часов 40 минут до 18 часов 14 минут 21 марта 2025 года, ФИО1, находясь в павильоне № 10 цветочного салона ___ расположенного в помещении Торгового центра «Маяк» по адресу: ____, действуя умышленно, из корыстных побуждений, с целью использования в личных целях, путем обмана похитил букеты цветов, общей стоимостью 3 239 рублей 69 копеек, принадлежащие ___. причинив тем самым последней материальный ущерб на указанную сумму.</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ФИО1 в неустановленный период времени, но до 14 часов 10 минут 04 апреля 2025 года, находясь по месту своего жительства, расположенного по адресу: ____, обнаружил в сервисе бесплатных объявлений «Doska.ykt», размещенное М. объявление о сдаче в аренду бензинового генератора «SDMO HX6000» и, имея затруднительное материальное положение, из корыстных побуждений, направленных на получение незаконной материальной выгоды, решил совершить хищение имущества М. путем обмана последнего, для чего, используя свой мобильный телефон марки «iPhone SE» с установленной сим-картой сотового оператора ПАО МТС с абонентским номером №, в ходе переписки с М., по номеру телефона, указанному в объявлении, договорился о встрече. Во исполнение своего преступного умысла, направленного на хищение чужого имущества, путем обмана, ФИО1 в период времени с 14 часов 10 минут до 18 часов 52 минут 04 апреля 2025 года, находясь возле дома по адресу: ____, в полной мере осознавая противоправный характер своих преступных действий и предвидя неизбежность наступления общественно-опасных последствий в виде причинения имущественного ущерба собственнику и желая их наступления, испытывая материальные затруднения, из корыстных побуждений, с целью незаконного материального обогащения, заведомо зная и не намереваясь исполнить обязательства по возврату арендованного имущества, придавая своим действиям мнимую правомерность, заключил с М. устный договор аренды бензинового генератора «SDMO HX6000» сроком на пять суток и предъявил М. фиктивное платежное поручение об оплате срока аренды имущества. В свою очередь, ФИО2, будучи введенным в заблуждение относительно истинных намерений ФИО1, не подозревая о его преступных намерениях, в период времени с 14 часов 10 минут до 18 часов 52 минут 04 апреля 2025 года, находясь возле дома по адресу: ____, передал в соответствии с устным договором ФИО1 бензиновый генератор «SDMO HX6000». В последующем ФИО1 переданным ему М. по устному договору аренды бензиновым генератором «SDMO HX6000» распорядился по своему усмотрению. Тем самым ФИО1 умышленно, из корыстных побуждений, с целью незаконного материального обогащения, путем обмана похитил принадлежащий М. бензиновый генератор «SDMO HX6000» стоимостью 100 000 рублей, причинив тем самым последнему значительный материальный ущерб на указанную сумму.</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ФИО1 в неустановленный период времени, но до 18 часов 20 минут 12 апреля 2025 года, находясь по месту своего жительства, расположенного по адресу: ____, обнаружил в сервисе бесплатных объявлений «Юла», размещенное К. объявление о сдаче в аренду торцовочной пилы «AEG 254 L» и, имея затруднительное материальное положение, из корыстных побуждений, направленных на получение незаконной материальной выгоды, решил совершить хищение имущества К., путем обмана последнего, для чего, используя свой мобильный телефон марки «iPhone SE» с установленной сим-картой сотового оператора ПАО МТС с абонентским номером №, в ходе переписки с К., по номеру телефона, указанному в объявлении, договорился о встрече. Во исполнение своего преступного умысла, направленного на хищение чужого имущества, путем обмана, ФИО1 в период времени с 18 часов 20 минут до 19 часов 49 минут 12 апреля 2025 года, находясь возле дома по адресу: ____, в полной мере осознавая противоправный характер своих преступных действий и предвидя неизбежность наступления общественно-опасных последствий в виде причинения имущественного ущерба собственнику и желая их наступления, испытывая материальные затруднения, из корыстных побуждений, с целью незаконного материального обогащения, заведомо зная и не намереваясь исполнить обязательства по возврату арендованного имущества, придавая своим действиям мнимую правомерность, заключил с К. договор аренды торцовочной пилы «AEG 254 L» сроком на трое суток и предъявил К. фиктивное платежное поручение об оплате срока аренды имущества. В свою очередь, К., будучи введенным в заблуждение относительно истинных намерений ФИО1, не подозревая о его преступных намерениях, в период времени с 18 часов 20 минут до 19 часов 49 минут 12 апреля 2025 года, находясь возле дома по адресу: ____ передал в соответствии с заключенным договором ФИО1 торцовочную пилу «AEG 254 L». В последующем ФИО1 переданной ему К. по заключенному договору аренды торцовочной пилой «AEG 254 L» распорядился по своему усмотрению. Тем самым ФИО1 умышленно, из корыстных побуждений, с целью незаконного материального обогащения, путем обмана похитил принадлежащую К. торцовочную пилу «AEG 254 L» стоимостью 50 000 рублей, причинив тем самым последнему значительный материальный ущерб на указанную сумму.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ФИО1 в неустановленный период времени, но до 15 часов 00 минут 15 апреля 2025 года, находясь по месту своего жительства, расположенного по адресу: ____, обнаружил в сервисе бесплатных объявлений «Юла», размещенное С. объявление о сдаче в аренду инструментов и, имея затруднительное материальное положение, из корыстных побуждений, направленных на получение незаконной материальной выгоды, решил совершить хищение имущества С., путем обмана последнего, для чего, используя свой мобильный телефон марки «iPhone SE» с установленной сим-картой сотового оператора ПАО МТС с абонентским номером №, в ходе переписки со С. по номеру телефона, указанному в объявлении, договорился о встрече. Во исполнение своего преступного умысла, направленного на хищение чужого имущества, путем обмана, ФИО1 в период времени с 15 часов 10 минут до 15 часов 53 минут 15 апреля 2025 года, находясь в гараже, расположенного по адресу: ____, в полной мере осознавая противоправный характер своих преступных действий и предвидя неизбежность наступления общественно-опасных последствий в виде причинения имущественного ущерба собственнику и желая их наступления, испытывая материальные затруднения, умышленно, из корыстных побуждений, с целью незаконного материального обогащения, заведомо зная и не намереваясь исполнить обязательства по возврату арендованного имущества, придавая своим действиям мнимую правомерность, заключил с К. действующего по просьбе С. договор аренды инструментов от 15.04.2025 сроком на трое суток и предъявил К. фиктивное платежное поручение об оплате срока аренды имущества. В свою очередь, К., будучи введенным в заблуждение относительно истинных намерений ФИО1, не подозревая о его преступных намерениях, в период времени с 15 часов 10 минут до 15 часов 53 минут 15 апреля 2025 года, находясь в гараже, расположенном по адресу: ____, передал в соответствии с заключенным договором ФИО1 перфоратор марки «Bosch GBH 2-26 DFR» стоимостью 19 450 рублей, угловую шлифовальную машину марки «Makita 9069», стоимостью 18 600 рублей, дрель-шуруповерт марки «KDJZ2060», стоимостью 6590 рублей, принадлежащие С. В последующем ФИО1 переданными ему К. по заключенному договору от 15.04.2025 аренды перфоратором марки «Bosch GBH 2-26 DFR» стоимостью 19 450 рублей, угловой шлифовальной машиной марки «Makita 9069», стоимостью 18 600 рублей, дрелью-шуруповерт марки «KDJZ2060», стоимостью 6 590 рублей, принадлежащими С. распорядился по своему усмотрению. Тем самым ФИО1 умышленно, из корыстных побуждений, с целью незаконного материального обогащения, путем обмана похитил принадлежащие С. инструменты общей стоимостью 44 640 рублей, причинив тем самым последнему значительный материальный ущерб на указанную сумму.</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ФИО1 в неустановленный период времени, но до 18 часов 00 минут 16 апреля 2025 года, находясь по месту своего жительства, расположенного по адресу: ____, обнаружил в сервисе бесплатных объявлений «Doska.ykt», размещенное И. объявление о сдаче в аренду акустических колонок фирмы «Yamaha MSR-400» и, имея затруднительное материальное положение, из корыстных побуждений, направленных на получение незаконной материальной выгоды, решил совершить хищение имущества И., путем обмана последнего, для чего, используя свой мобильный телефон марки «iPhone SE» с установленной сим-картой сотового оператора ПАО МТС с абонентским номером №, в ходе телефонного разговора с И. по номеру телефона, указанному в объявлении, договорился о встрече. Во исполнение своего преступного умысла, направленного на хищение чужого имущества, путем обмана, ФИО1 в период времени с 18 часов 00 минут до 18 часов 30 минут 16 апреля 2025 года, находясь возле Торгового центра ___, расположенного по адресу: ____, в полной мере осознавая противоправный характер своих преступных действий и предвидя неизбежность наступления общественно-опасных последствий в виде причинения имущественного ущерба собственнику и желая их наступления, испытывая материальные затруднения, умышленно, из корыстных побуждений, с целью незаконного материального обогащения, заведомо зная и не намереваясь исполнить обязательства по возврату арендованного имущества, придавая своим действиям мнимую правомерность, заключил с И. устный договор аренды имущества сроком на двое суток и попросил реквизиты банковского счета для последующей оплаты. В свою очередь, И., будучи введенным в заблуждение относительно истинных намерений ФИО1, не подозревая о его преступных намерениях, в период времени с 18 часов 00 минут до 18 часов 30 минут 16 апреля 2025 года, находясь возле Торгового центра ___ расположенного по адресу: ____, передал в соответствии с заключенным договором ФИО1 акустические колонки фирмы «Yamaha MSR-400» стоимостью 30 100 рублей. В последующем ФИО1 переданными ему И. по устному договору аренды акустическими колонками фирмы «Yamaha MSR-400» стоимостью 30100 рублей, принадлежащими И. распорядился по своему усмотрению. Тем самым ФИО1 умышленно, из корыстных побуждений, с целью незаконного материального обогащения, путем обмана похитил принадлежащие И. акустические колонки фирмы «Yamaha MSR-400» стоимостью 30 100 рублей, причинив тем самым последнему значительный материальный ущерб на указанную сумму.</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ФИО1 в неустановленный период времени, но до 14 часов 47 минут 16 апреля 2025 года, находясь в неустановленном месте, но на территории г. Якутска Республики Саха (Якутия), обнаружил в сервисе бесплатных объявлений «Юла», размещенное У. объявление о сдаче в аренду акустических колонок фирмы «Xlime Sound NPS-15A» и, имея затруднительное материальное положение, из корыстных побуждений, направленных на получение незаконной материальной выгоды, решил совершить хищение имущества У., путем обмана последнего, для чего, используя свой мобильный телефон марки «iPhone SE» с установленной сим-картой сотового оператора ПАО МТС с абонентским номером №, в ходе переписки с У. по номеру телефона, указанному в объявлении, договорился о встрече. Во исполнение своего преступного умысла, направленного на хищение чужого имущества, путем обмана, ФИО1 в период времени с 14 часов 47 минут 16 апреля 2025 года до 14 часов 30 минут 17 апреля 2025 года, находясь в помещении здания ___, расположенного по адресу: ____, в полной мере осознавая противоправный характер своих преступных действий и предвидя неизбежность наступления общественно-опасных последствий в виде причинения имущественного ущерба собственнику и желая их наступления, испытывая материальные затруднения, умышленно, из корыстных побуждений, с целью незаконного материального обогащения, заведомо зная и не намереваясь исполнить обязательства по возврату арендованного имущества, придавая своим действиям мнимую правомерность, заключил с Я. действующего по просьбе У. устный договор аренды имущества сроком на одни сутки, при этом предоставил расписку и оплатил залог в размере 2 000 рублей. В свою очередь, Я., будучи введенным в заблуждение относительно истинных намерений ФИО1, не подозревая о его преступных намерениях, в период времени с 14 часов 47 минут 16 апреля 2025 года до 14 часов 00 минут 17 апреля 2025 года, находясь в помещении здания ___, расположенном по адресу: ____ передал в соответствии с устным договором ФИО1 акустические колонки фирмы «Xlime Sound NPS-15A» стоимостью 17 000 рублей, принадлежащие У. В последующем ФИО1 переданными ему Я. по устному договору аренды акустическими колонками фирмы «Xlime Sound NPS-15A» стоимостью 17 000 рублей, принадлежащими У., распорядился по своему усмотрению. Тем самым, ФИО1 умышленно, из корыстных побуждений, с целью незаконного материального обогащения, путем обмана похитил принадлежащие У. акустические колонки фирмы «Xlime Sound NPS-15A» стоимостью 17 000 рублей, причинив тем самым последнему значительный материальный ущерб на указанную сумму.</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ФИО1 в неустановленный период времени, но до 11 часов 23 минут, находясь по месту своего жительства, расположенного по адресу: ____, обнаружил в сервисе бесплатных объявлений «Юла», размещенное Ч. объявление о сдаче в аренду акустической системы фирмы «NDR-1100» и, имея затруднительное материальное положение, из корыстных побуждений, направленных на получение незаконной материальной выгоды, решил совершить хищение имущества Ч., путем обмана последнего, для чего, используя свой мобильный телефон марки «iPhone SE» с установленной сим-картой сотового оператора ПАО МТС с абонентским номером №, в ходе телефонного разговора с Ч. по номеру телефона, указанному в объявлении, договорился о встрече. Во исполнение своего преступного умысла, направленного на хищение чужого имущества, путем обмана, ФИО1 в период времени с 11 часов 23 минут до 18 часов 00 минут 17 апреля 2025 года, находясь на территории Торгового дома ___ расположенного по адресу: ____, в полной мере осознавая противоправный характер своих преступных действий и предвидя неизбежность наступления общественно-опасных последствий в виде причинения имущественного ущерба собственнику и желая их наступления, испытывая материальные затруднения, умышленно, из корыстных побуждений, с целью незаконного материального обогащения, заведомо зная и не намереваясь исполнить обязательства по возврату арендованного имущества, придавая своим действиям мнимую правомерность, заключил с Ч. устный договор аренды акустической системы фирмы «NDR-1100» сроком на двое суток и оплатил Ч. аренду имущества в размере 3 000 рублей. В свою очередь, ФИО3, будучи введенным в заблуждение относительно истинных намерений ФИО1, не подозревая о его преступных намерениях, в период времени с 11 часов 23 минут до 18 часов 00 минут 17 апреля 2025 года, находясь на территории Торгового дома ___, расположенного по адресу: ____, передал в соответствии с устным договором ФИО1 акустическую систему фирмы «NDR-1100» стоимостью 6 000 рублей. В последующем ФИО1 переданной ему Ч. по устному договору аренды акустической системой фирмы «NDR-1100» стоимостью 6 000 рублей распорядился по своему усмотрению. Тем самым ФИО1 умышленно, из корыстных побуждений, с целью незаконного материального обогащения, путем обмана похитил принадлежащую Ч. акустическую систему фирмы «NDR-1100» стоимостью 6 000 рублей, причинив тем самым последнему значительный материальный ущерб на указанную сумму.</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ФИО1 в неустановленный период времени, но до 19 часов 30 минут 19 апреля 2025 года, находясь по месту своего жительства, расположенного по адресу: ____, обнаружил в сервисе бесплатных объявлений «Юла», размещенное Б. объявление о сдаче в аренду бензинового генератора фирмы «Navigator NPG 7000E» и, имея затруднительное материальное положение, из корыстных побуждений, направленных на получение незаконной материальной выгоды, решил совершить хищение имущества Б., путем обмана последнего, для чего, используя свой мобильный телефон марки «iPhone SE» с установленной сим-картой сотового оператора ПАО МТС с абонентским номером №, в ходе телефонного разговора с Б. по номеру телефона, указанному в объявлении, договорился о встрече. Во исполнение своего преступного умысла, направленного на хищение чужого имущества, путем обмана, ФИО1 в период времени с 19 часов 30 минут до 20 часов 10 минут 19 апреля 2025 года, находясь в помещении гаража, расположенного по адресу: ____, в полной мере осознавая противоправный характер своих преступных действий и предвидя неизбежность наступления общественно-опасных последствий в виде причинения имущественного ущерба собственнику и желая их наступления, испытывая материальные затруднения, умышленно, из корыстных побуждений, с целью незаконного материального обогащения, заведомо зная и не намереваясь исполнить обязательства по возврату арендованного имущества, придавая своим действиям мнимую правомерность, заключил с Б. договор аренды бензинового генератора «Navigator NPG 7000E» сроком на трое суток и предъявил Б. фиктивное платежное поручение об оплате срока аренды имущества. В свою очередь, Б., будучи введенным в заблуждение относительно истинных намерений ФИО1, не подозревая о его преступных намерениях, в период времени с 19 часов 30 минут до 20 часов 10 минут 19 апреля 2025 года, находясь в помещении гаража, расположенном по адресу: ____, передал в соответствии с устным договором ФИО1 бензиновый генератор «Navigator NPG 7000E» стоимостью 40 000 рублей. В последующем ФИО1 переданным ему Б. по договору аренды бензиновым генератором «Navigator NPG 7000E» стоимостью 40 000 рублей распорядился по своему усмотрению. Тем самым ФИО1 умышленно, из корыстных побуждений, с целью незаконного материального обогащения, путем обмана похитил принадлежащий Б. бензиновый генератор «Navigator NPG 7000E» стоимостью 40 000 рублей, причинив тем самым последнему значительный материальный ущерб на указанную сумму.</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ФИО1 в неустановленный период времени, но до 19 часов 00 минут 21 апреля 2025 года, находясь по месту своего жительства, расположенного по адресу: ____, обнаружил в сервисе бесплатных объявлений «Юла», размещенное П. объявление о сдаче в аренду инструментов и, имея затруднительное материальное положение, из корыстных побуждений, направленных на получение незаконной материальной выгоды, решил совершить хищение имущества П., путем обмана последнего, для чего, используя свой мобильный телефон марки «iPhone SE» с установленной сим-картой сотового оператора ПАО МТС с абонентским номером №, в ходе телефонного разговора с П. по номеру телефона, указанному в объявлении, договорился о встрече. Во исполнение своего преступного умысла, направленного на хищение чужого имущества, путем обмана, ФИО1 в период времени с 19 часов 00 минут до 20 часов 00 минут 21 апреля 2025 года, находясь возле дома, расположенного по адресу: ____, в полной мере осознавая противоправный характер своих преступных действий и предвидя неизбежность наступления общественно-опасных последствий в виде причинения имущественного ущерба собственнику и желая их наступления, испытывая материальные затруднения, умышленно, из корыстных побуждений, с целью незаконного материального обогащения, заведомо зная и не намереваясь исполнить обязательства по возврату арендованного имущества, придавая своим действиям мнимую правомерность, заключил с П. договор аренды имущества от 21.04.2025 сроком на четыре суток и предъявил П. фиктивное платежное поручение об оплате срока аренды имущества. В свою очередь, ФИО4, будучи введенным в заблуждение относительно истинных намерений ФИО1, не подозревая о его преступных намерениях, в период времени с 19 часов 00 минут до 20 часов 00 минут 21 апреля 2025 года, находясь возле дома, расположенного по адресу: ____ передал в соответствии с договором ФИО1 электрогенератор 2,5 кВт Скат стоимостью 22000 рублей, болгарку диаметром 22 отечественного производства стоимостью 9000 рублей, дрель-шкантоверт Rebir 230 V-1200W стоимостью 9000 рублей, перфоратор марки Wesco модели Ws3228k стоимостью 9000 рублей, шуруповерт марки «Bosch» стоимостью 12000 рублей, торцовочную машину марки «Bosch» стоимостью 48 900 рублей. В последующем ФИО1 переданным ему П. по договору аренды вышеуказанным имуществом распорядился по своему усмотрению. Тем самым ФИО1 умышленно, из корыстных побуждений, с целью незаконного материального обогащения, путем обмана похитил принадлежащие П. электрогенератор 2,5 кВт Скат стоимостью 22000 рублей, болгарку диаметром 22 отечественного производства стоимостью 9000 рублей, дрель-шкантоверт Rebir 230 V-1200W стоимостью 9 000 рублей, перфоратор марки Wesco модели Ws3228k стоимостью 9 000 рублей, шуруповерт марки «Bosch» стоимостью 12000 рублей, торцовочную машину марки «Bosch» стоимостью 48900 рублей, причинив тем самым последнему значительный материальный ущерб на общую сумму 109 900 рублей.</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ФИО1 в неустановленный период времени, но до 14 часов 16 минут 22 апреля 2025 года, находясь в неустановленном месте, но на территории г. Якутска Республики Саха (Якутия), обнаружил в сервисе бесплатных объявлений «Юла», размещенное З. объявление о сдаче в аренду инструментов и, имея затруднительное материальное положение, из корыстных побуждений, направленных на получение незаконной материальной выгоды, решил совершить хищение имущества З., путем обмана последнего, для чего, используя свой мобильный телефон марки «iPhone SE» с установленной сим-картой сотового оператора ПАО МТС с абонентским номером №, в ходе переписки с З. по номеру телефона, указанному в объявлении, договорился о встрече. Во исполнение своего преступного умысла, направленного на хищение чужого имущества, путем обмана, ФИО1 в период времени с 14 часов 16 минут до 15 часов 00 минут 22 апреля 2025 года, находясь возле магазина ___, расположенного по адресу: ____, в полной мере осознавая противоправный характер своих преступных действий и предвидя неизбежность наступления общественно-опасных последствий в виде причинения имущественного ущерба собственнику и желая их наступления, испытывая материальные затруднения, умышленно, из корыстных побуждений, с целью незаконного материального обогащения, заведомо зная и не намереваясь исполнить обязательства по возврату арендованного имущества, придавая своим действиям мнимую правомерность, заключил с З. устный договор аренды имущества сроком на семь суток и предъявил ФИО5 фиктивное платежное поручение об оплате срока аренды имущества. В свою очередь, ФИО5, будучи введенным в заблуждение относительно истинных намерений ФИО1, не подозревая о его преступных намерениях, с 14 часов 16 минут до 15 часов 00 минут 22 апреля 2025 года, находясь возле магазина «Лювези», расположенного по адресу: ____ передал в соответствии с договором ФИО1 угловую шлифовальную машину «Bosch GWS 22-23ОН» стоимостью 10 000 рублей, отбойный молоток фирмы «Bosch» стоимостью 50 000 рублей. В последующем ФИО1 переданным ему З. по договору аренды вышеуказанным имуществом распорядился по своему усмотрению. Тем самым ФИО1 умышленно, из корыстных побуждений, с целью незаконного материального обогащения, путем обмана похитил принадлежащие З. угловую шлифовальную машину «Bosch GWS 22-23ОН» стоимостью 10000 рублей, отбойный молоток фирмы «Bosch» стоимостью 50000 рублей, причинив тем самым последнему значительный материальный ущерб на общую сумму 60000 рублей.</w:t>
      </w:r>
    </w:p>
    <w:p>
      <w:pPr>
        <w:pStyle w:val="Heading3"/>
      </w:pPr>
      <w:r>
        <w:rPr>
          <w:rFonts w:ascii="Times New Roman" w:hAnsi="Times New Roman" w:eastAsia="Times New Roman" w:cs="Times New Roman"/>
          <w:b/>
          <w:i w:val="0"/>
          <w:sz w:val="22"/>
        </w:rPr>
        <w:t>Пункт 12. Правовой анализ</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ФИО1 в неустановленный период времени, но до 14 часов 00 минут 30 апреля 2025 года, находясь по месту своего жительства, расположенного по адресу: г. ____, обнаружил в сервисе бесплатных объявлений «Юла», размещенное Д. объявление о сдаче в аренду игровой приставки марки «Sony PlayStation 5» с комплектующими и джойстиком марки «DualSence», двумя игровыми дисками FC 25, UFC 5, имея затруднительное материальное положение, умышленно, из корыстных побуждений, направленных на получение незаконной материальной выгоды, решил совершить хищение имущества Д., путем обмана последнего, для чего, используя свой мобильный телефон марки «iPhone SE» с установленной сим-картой сотового оператора ПАО МТС с абонентским номером №, в ходе телефонного разговора с Д. по номеру телефона, указанному в объявлении, договорился о встрече. Во исполнение своего преступного умысла, направленного на хищение чужого имущества, путем обмана, ФИО1 в период времени с 14 часов 00 минут 30 апреля 2025 до 16 часов 35 минут 01 мая 2025 года, находясь в квартире, расположенной по адресу: ____, в полной мере осознавая противоправный характер своих преступных действий и предвидя неизбежность наступления общественно-опасных последствий в виде причинения имущественного ущерба собственнику и желая их наступления, испытывая материальные затруднения, умышленно, из корыстных побуждений, с целью незаконного материального обогащения, заведомо зная и не намереваясь исполнить обязательства по возврату арендованного имущества, придавая своим действиям мнимую правомерность, заключил с С. действующей по просьбе Д. устный договор аренды имущества сроком на семь суток и предъявил последней фиктивное платежное поручение об оплате срока аренды имущества. В свою очередь, С., будучи введенной в заблуждение относительно истинных намерений ФИО1, не подозревая о его преступных намерениях, в период времени с 14 часов 00 минут 30 апреля 2025 до 16 часов 35 минут 01 мая 2025 года, находясь в квартире, расположенной по адресу: ____, передала в соответствии с договором аренды ФИО1 игровую приставку марки «Sony PlayStation 5» с комплектующими и джойстиком марки «DualSense», общей стоимостью 50 000 рублей, двумя игровыми дисками FC 25, UFC 5, общей стоимостью 7 998 рублей, принадлежащие ФИО6 В последующем ФИО1 переданным ему С. по договору аренды вышеуказанным имуществом распорядился по своему усмотрению. Тем самым ФИО1 умышленно, из корыстных побуждений, с целью незаконного материального обогащения, путем обмана похитил принадлежащие Д. игровую приставку марки «Sony PlayStation 5» с комплектующими и джойстиком марки «DualSense», общей стоимостью 50 000 рублей, двумя игровыми дисками FC 25, UFC 5, общей стоимостью 7 998 рублей, причинив тем самым последнему значительный материальный ущерб на общую сумму 57 998 рублей.</w:t>
      </w:r>
    </w:p>
    <w:p>
      <w:pPr>
        <w:pStyle w:val="Heading3"/>
      </w:pPr>
      <w:r>
        <w:rPr>
          <w:rFonts w:ascii="Times New Roman" w:hAnsi="Times New Roman" w:eastAsia="Times New Roman" w:cs="Times New Roman"/>
          <w:b/>
          <w:i w:val="0"/>
          <w:sz w:val="22"/>
        </w:rPr>
        <w:t>Пункт 13. Правовой анализ</w:t>
      </w:r>
    </w:p>
    <w:p>
      <w:pPr>
        <w:spacing w:after="120" w:before="160"/>
        <w:ind w:firstLine="720"/>
        <w:jc w:val="both"/>
      </w:pPr>
      <w:r>
        <w:rPr>
          <w:rFonts w:ascii="Times New Roman" w:hAnsi="Times New Roman" w:eastAsia="Times New Roman" w:cs="Times New Roman"/>
          <w:b/>
          <w:i w:val="0"/>
          <w:sz w:val="22"/>
        </w:rPr>
        <w:t xml:space="preserve">13. </w:t>
      </w:r>
      <w:r>
        <w:rPr>
          <w:rFonts w:ascii="Times New Roman" w:hAnsi="Times New Roman" w:eastAsia="Times New Roman" w:cs="Times New Roman"/>
          <w:b w:val="0"/>
          <w:i w:val="0"/>
          <w:sz w:val="22"/>
        </w:rPr>
        <w:t>ФИО1 в неустановленный период времени, но до 18 часов 00 минут 04 мая 2025 года, находясь в неустановленном месте, но на территории г. Якутска Республики Саха (Якутия), испытывая материальные затруднения, из корыстных побуждений, с целью использования в личных целях, в полной мере осознавая противоправный характер своих преступных действий и предвидя неизбежность наступления общественно-опасных последствий в виде причинения имущественного ущерба собственнику и желая их наступления, решил совершить хищение путем обмана сотового телефона марки «iPhone 16» Teal на 256 Gb, принадлежащего ___. Во исполнение своего преступного умысла, направленного на хищение чужого имущества, путем обмана, ФИО1 в период времени с 18 часов 00 минут до 19 часов 30 минут 04 мая 2025 года, находясь в магазине «iShop», расположенного в помещении Торгового центра ___ по адресу: ____, действуя умышленно, из корыстных побуждений, с целью использования в личных целях, заведомо зная и не намереваясь исполнить взятые на себя обязательства, связанные с покупкой сотового телефона марки «iPhone 16» Teal на 256 Gb, в ходе общения с А., являющимся продавцом, договорился о покупке сотового телефона, принадлежащий ___., при этом придавая своим действиям мнимую правомерность, предъявил последнему фиктивное платежное поручение, тем самым сообщил ложные сведения об оплате товара. Тогда, А., в вышеуказанный период времени, будучи обманутым и введенным в заблуждение относительно преступных намерений ФИО1, согласился, и передал последнему на условиях купли-продажи вышеуказанный сотовый телефон. Таким образом, в период времени с 18 часов 00 минут до 19 часов 30 минут 04 мая 2025 года, ФИО1, находясь в магазине «iShop», расположенного в помещении Торгового центра ___ по адресу: ____, действуя умышленно, из корыстных побуждений, с целью использования в личных целях, путем обмана похитил сотовый телефон марки «iPhone 16» Teal на 256 Gb, стоимостью 86 000 рублей, принадлежащие ___. причинив тем самым последнему значительный материальный ущерб на указанную сумму.</w:t>
      </w:r>
    </w:p>
    <w:p>
      <w:pPr>
        <w:pStyle w:val="Heading3"/>
      </w:pPr>
      <w:r>
        <w:rPr>
          <w:rFonts w:ascii="Times New Roman" w:hAnsi="Times New Roman" w:eastAsia="Times New Roman" w:cs="Times New Roman"/>
          <w:b/>
          <w:i w:val="0"/>
          <w:sz w:val="22"/>
        </w:rPr>
        <w:t>Пункт 14. Правовой анализ</w:t>
      </w:r>
    </w:p>
    <w:p>
      <w:pPr>
        <w:spacing w:after="120" w:before="160"/>
        <w:ind w:firstLine="720"/>
        <w:jc w:val="both"/>
      </w:pPr>
      <w:r>
        <w:rPr>
          <w:rFonts w:ascii="Times New Roman" w:hAnsi="Times New Roman" w:eastAsia="Times New Roman" w:cs="Times New Roman"/>
          <w:b/>
          <w:i w:val="0"/>
          <w:sz w:val="22"/>
        </w:rPr>
        <w:t xml:space="preserve">14. </w:t>
      </w:r>
      <w:r>
        <w:rPr>
          <w:rFonts w:ascii="Times New Roman" w:hAnsi="Times New Roman" w:eastAsia="Times New Roman" w:cs="Times New Roman"/>
          <w:b w:val="0"/>
          <w:i w:val="0"/>
          <w:sz w:val="22"/>
        </w:rPr>
        <w:t>ФИО1 в период времени с 14 часов 00 минут до 15 часов 03 минут 08 мая 2025 года, находясь в здании Федеральной службы судебных приставов, расположенного по адресу: ____, выставил объявление в группе «ALL_EVENTDJ_YKT» мессенджера «WhatsApp» о том, что хочет арендовать музыкальную аппаратуру на три дня, и, имея затруднительное материальное положение, из корыстных побуждений, направленных на получение незаконной материальной выгоды, решил совершить хищение имущества, путем обмана К., обратившегося к нему по вышеуказанному объявлению. После чего, ФИО1 используя свой мобильный телефон марки «iPhone SE» с установленной сим-картой сотового оператора ПАО МТС с абонентским номером №, в ходе переписки с К., договорился о встрече. Во исполнение своего преступного умысла, направленного на хищение чужого имущества, путем обмана, ФИО1 в период времени с 15 часов 03 минут до 15 часов 34 минут 08 мая 2025 года, находясь на участке местности, расположенного по адресу: ____, в полной мере осознавая противоправный характер своих преступных действий и предвидя неизбежность наступления общественно-опасных последствий в виде причинения имущественного ущерба собственнику и желая их наступления, испытывая материальные затруднения, умышленно, из корыстных побуждений, с целью незаконного материального обогащения, заведомо зная и не намереваясь исполнить обязательства по возврату арендованного имущества, придавая своим действиям мнимую правомерность, заключил с К. устный договор аренды имущества сроком на трое суток и предъявил последнему фиктивное платежное поручение об оплате срока аренды имущества. В свою очередь, К., будучи введенным в заблуждение относительно истинных намерений ФИО1, не подозревая о его преступных намерениях, в период времени с 15 часов 03 минут до 15 часов 34 минут 08 мая 2025 года, находясь на участке местности, расположенного по адресу: ____, передал в соответствии с устным договором ФИО1, микшерный пульт с процессором эффектов марки «Yamaha» модели «MG10XU», радиомикрофоны марки «AKG» марки «WMS40 mini» в количестве 2 штук, музыкальную колонку марки «AKG» модели «ART 315» в количестве 2 штук, общей стоимостью 176 700 рублей. В последующем ФИО1 переданным ему К. по устному договору аренды вышеуказанным имуществом распорядился по своему усмотрению. Тем самым ФИО1 умышленно, из корыстных побуждений, с целью незаконного материального обогащения, путем обмана похитил принадлежащие К. микшерный пульт с процессором эффектов марки «Yamaha» модели «MG10XU», радиомикрофоны марки «AKG» марки «WMS40 mini» в количестве 2 штук, музыкальную колонку марки «AKG» модели «ART 315» в количестве 2 штук, причинив тем самым последнему значительный материальный ущерб на общую сумму 176 700 рублей.</w:t>
      </w:r>
    </w:p>
    <w:p>
      <w:pPr>
        <w:pStyle w:val="Heading3"/>
      </w:pPr>
      <w:r>
        <w:rPr>
          <w:rFonts w:ascii="Times New Roman" w:hAnsi="Times New Roman" w:eastAsia="Times New Roman" w:cs="Times New Roman"/>
          <w:b/>
          <w:i w:val="0"/>
          <w:sz w:val="22"/>
        </w:rPr>
        <w:t>Пункт 15. Выводы</w:t>
      </w:r>
    </w:p>
    <w:p>
      <w:pPr>
        <w:spacing w:after="120" w:before="160"/>
        <w:ind w:firstLine="720"/>
        <w:jc w:val="both"/>
      </w:pPr>
      <w:r>
        <w:rPr>
          <w:rFonts w:ascii="Times New Roman" w:hAnsi="Times New Roman" w:eastAsia="Times New Roman" w:cs="Times New Roman"/>
          <w:b/>
          <w:i w:val="0"/>
          <w:sz w:val="22"/>
        </w:rPr>
        <w:t xml:space="preserve">15. </w:t>
      </w:r>
      <w:r>
        <w:rPr>
          <w:rFonts w:ascii="Times New Roman" w:hAnsi="Times New Roman" w:eastAsia="Times New Roman" w:cs="Times New Roman"/>
          <w:b w:val="0"/>
          <w:i w:val="0"/>
          <w:sz w:val="22"/>
        </w:rPr>
        <w:t>ФИО1 в неустановленный период времени, но до 14 часов 25 минут 12 мая 2025 года, находясь в неустановленном месте, но на территории г. Якутска Республики Саха (Якутия), обнаружил в сервисе бесплатных объявлений «Юла», размещенное Г. объявление о сдаче в аренду игровой приставки марки «Sony PlayStation 5» с комплектующими и, имея затруднительное материальное положение, из корыстных побуждений, направленных на получение незаконной материальной выгоды, решил совершить хищение имущества Г., путем обмана последнего, для чего, используя свой мобильный телефон марки «iPhone SE» с установленной сим-картой сотового оператора ПАО МТС с абонентским номером №, в ходе переписки с Г. по номеру телефона, указанному в объявлении, договорился о встрече. Во исполнение своего преступного умысла, направленного на хищение чужого имущества, путем обмана, ФИО1 в период времени с 14 часов 25 минут до 19 часов 05 минут 12 мая 2025 года, находясь в квартире, расположенной по адресу: ____, в полной мере осознавая противоправный характер своих преступных действий и предвидя неизбежность наступления общественно-опасных последствий в виде причинения имущественного ущерба собственнику и желая их наступления, испытывая материальные затруднения, умышленно, из корыстных побуждений, с целью незаконного материального обогащения, заведомо зная и не намереваясь исполнить обязательства по возврату арендованного имущества, придавая своим действиям мнимую правомерность, заключил с Г. устный договор аренды имущества сроком на пять суток и предъявил последнему фиктивное платежное поручение об оплате срока аренды имущества. В свою очередь, Г., будучи введенным в заблуждение относительно истинных намерений ФИО1, не подозревая о его преступных намерениях, с 14 часов 25 минут до 19 часов 05 минут 12 мая 2025 года, находясь в квартире, расположенной по адресу: ____, передал в соответствии с устным договором ФИО1 игровую приставку марки «Sony PlayStation 5» с комплектующими, стоимостью 50 000 рублей. В последующем ФИО1 переданным ему Г. по устному договору аренды вышеуказанным имуществом распорядился по своему усмотрению. Тем самым ФИО1 умышленно, из корыстных побуждений, с целью незаконного материального обогащения, путем обмана похитил принадлежащие Г. игровую приставку марки «Sony PlayStation 5» с комплектующими, причинив тем самым последнему значительный материальный ущерб на общую сумму 50 000 рублей. В судебном заседании подсудимый ФИО1 согласился с предъявленным ему обвинением, вину в предъявленном обвинении признал полностью и поддержал своё ходатайство о применении особого порядка судебного разбирательства. Консультация с защитником была, последствия рассмотрения дела в особом порядке ему понятны. Защитник ходатайство подсудимого о рассмотрении уголовного дела в особом порядке судебного разбирательства поддержал. Потерпевшие Б., Ш., М., К., С., И., У., Ч., Б., П., З., Д., К., Г., представители потерпевших П., С. надлежащим образом извещены судом о дате, времени и месте судебного заседания, в судебное заседание не явились. Суд на основании ч. 2 ст. 249 УПК РФ , с учетом мнения сторон, не возражавших против рассмотрения дела в отсутствие потерпевших, признал их явку не обязательной, поскольку согласно заявлению от потерпевших, они выразили свое согласие на рассмотрение уголовного дела в особом порядке, положения ст.ст. - 316 УПК РФ им разъяснены, они осознают последствия рассмотрения уголовного дела в особом порядке, просят рассмотреть дело без их участия. Государственный обвинитель ходатайство подсудимого считает законным, обоснованным, и подлежащим удовлетворению, поскольку подсудимый согласен с предъявленным ему обвинением, признаёт вину, а также соблюдены иные требования процессуального закона, предъявляемые к постановлению приговора без проведения судебного разбирательства. Суд, обсудив ходатайство подсудимого, установил, что условия, предусмотренные ч.ч.1 и 2 ст. , ст. 315 УПК РФ соблюдены: подсудимый понимает существо предъявленного ему обвинения и согласен с ним в полном объеме; имеются согласия государственного обвинителя, защитника, потерпевших; санкции за преступления, инкриминируемые подсудимому, не превышают 5 лет лишения свободы, подсудимый осознает характер и последствия заявленного им ходатайства; ходатайство заявлено им своевременно, добровольно и в присутствии защитника и после проведения консультации с защитником. При этом установлено, что обвинение, с которым согласился подсудимый, является обоснованным и подтверждается доказательствами, собранными по уголовному делу, препятствий для рассмотрения дела в особом порядке судебного разбирательства не имеется. Ввиду соблюдения всех требований, предусмотренных уголовно-процессуальным законодательством, судом ходатайство подсудимого удовлетворено и дело рассмотрено в особом порядке. Действия ФИО1 по 1 и 2 преступлениям (потерпевшие Б., Ш.) судом квалифицируются по ч. 1 ст. 159 УК РФ , как мошенничество, то есть хищение чужого имущества путем обмана. Действия ФИО1 по 3, 4, 5, 6, 7, 8, 9, 10, 11, 12, 13, 14, 15 преступлениям (потерпевшие М., К., С., И., У., Ч., Б., П., З., Д., А., К., Г.) судом квалифицируются по ч. 2 ст. 159 УК РФ , как мошенничество, то есть хищение чужого имущества путем обмана, совершенное с причинением значительного ущерба гражданину. Суд, изучив личность подсудимого ФИО1, установил, что он ранее не судим, по месту жительства характеризуется фактически положительно, как лицо, в отношении которого жалоб и заявлений не поступало, ___ согласно справкам на учете у врача-нарколога и у врача-психиатра не состоит. Оснований для сомнения по наличию психического расстройства в судебном заседании не имеется, ввиду чего суд приходит к выводу, что подсудимый вменяем - осознавал фактический характер и общественную опасность своих действий, руководил ими. При назначении вида и меры наказания в качестве обстоятельств, смягчающих наказание по всем преступлениям в соответствии с п.п. «г, и» ч. 1 и ч. 2 ст. 61 УК РФ , суд признает: наличие малолетнего ребенка у виновного, активное способствование раскрытию и расследованию преступлений, розыску имущества, добытого в результате преступления, полное признание вины, раскаяние в содеянном, положительную характеристику в быту, молодой возраст; - по 1, 2, 3, 5, 6, 7, 8, 10, 11, 12 преступлениям (потерпевшие Б., Ш., М., С., И., У., Ч., П., З., Д.) в качестве обстоятельств, смягчающих наказание в соответствии с п. «к» ч. 1 ст. 61 УК РФ , суд признает добровольное возмещение в полном объеме причиненного ущерба потерпевшим (том 1 л.д. 73, 191, 242, том 2 л.д. 50, 89, 209, 268, том 3 л.д. 60, 272, том 4 л.д. 66). - по 1, 2, 4, 5, 6, 7, 8, 10, 11, 12, 13, 14 преступлениям (потерпевшие Б., Ш., К., С., И., У., Ч., П., З., Д., С., К.) в качестве обстоятельств, смягчающих наказание в соответствии с ч. 2 ст. 61 УК РФ , суд признает отсутствие претензий у потерпевших. - по 7, 8, 11 преступлениям (потерпевшие Ч., Ч., З.) в качестве обстоятельств, смягчающих наказание в соответствии с ч. 2 ст. 61 УК РФ , суд признает принесение извинений потерпевшим. Доказательств о наличии у подсудимого других смягчающих наказание обстоятельств, суду не представлено. Обстоятельств, отягчающих наказание подсудимого, предусмотренных ч. 1 ст. 63 УК РФ , не имеется. 3, 4, 5, 6, 7, 8, 9, 10, 11, 12, 13, 14, 15 Преступления, инкриминируемые подсудимому, относятся к категории умышленных преступлений средней тяжести. С учетом фактических обстоятельств совершенных преступлений, степени их общественной опасности, суд не находит оснований для изменения категории совершенных подсудимым преступлений на менее тяжкие, в соответствии с ч. 6 ст. 15 УК РФ . 1, 2 преступления, инкриминируемые подсудимому, относятся к преступлениям небольшой тяжести, в связи с чем оснований для применения ч. 6 ст. 15 УК РФ не имеется. Также суд не может признать совокупность смягчающих наказание обстоятельств исключительными и применить к подсудимому правила ст. 64 УК РФ , так как цели и мотивы не указывают на существенное уменьшение степени общественной опасности совершенных им преступлений. Кроме смягчающих наказание обстоятельств, при решении вопроса о назначении подсудимой наказания, в соответствии со ст.ст. , 60 УК РФ , суд учитывает обстоятельства совершения, тяжесть, характер и степень общественной опасности данных преступлений, личность виновного, его состояние здоровья, влияние назначенного наказания на исправление подсудимого и на условия жизни его семьи. С учетом указанных выше обстоятельств, справедливости и обеспечения достижения цели наказания, суд считает необходимым назначить ФИО1 наказание в виде исправительных работ, поскольку он является трудоспособным лицом, оснований предусмотренных ч. 5 ст. 50 УК РФ не имеется. При этом суд не усматривает оснований для применения положений ст. 73 УК РФ , поскольку подсудимый официально не трудоустроен. По мнению суда, другие более мягкие виды наказания не смогут обеспечить исправительной цели. Принимая во внимание, что судом подсудимому назначается наказание, не являющееся наиболее строгим, предусмотренным санкцией ч. 1 и ч. 2 ст. 159 УК РФ , оснований для применения ч. 1 и ч. 5 ст. 62 УК РФ не усматривается. Наказание по всем преступлениям подлежит назначению по правилам ч. 2 ст. 69 УК РФ , то есть по совокупности преступлений, путем частичного сложения назначенных за преступления небольшой и средней тяжести. Вещественные доказательства по уголовному делу: копии документов, подлежат хранению в материалах настоящего уголовного дела, предметы, имеющие материальную ценность, подлежат возвращению законным владельцам. Гражданских исков по делу не имеется. Процессуальные издержки, связанные с участием в уголовном деле адвоката, в силу положений ч. 10 ст. 316 УПК РФ , взысканию с осужденного не подлежат. На основании изложенного и руководствуясь ст.ст. - , 316 УПК РФ , суд приговорил: ФИО1 признать виновным в совершении преступлений, предусмотренных ч. 1 ст. , ч. 1 ст. , ч. 2 ст. , ч. 2 ст. , ч. 2 ст. , ч. 2 ст. , ч. 2 ст. , ч. 2 ст. , ч. 2 ст. , ч. 2 ст. , ч. 2 ст. , ч. 2 ст. , ч. 2 ст. , ч. 2 ст. , ч. 2 ст. ,УК РФ, и назначить ему наказание: по ч. 1 ст. 159 УК РФ (1 преступление – потерпевшая Б.) в виде исправительных работ сроком на 6 месяцев с удержанием 10 % из заработной платы в доход государства; по ч. 1 ст. 159 УК РФ (2 преступление - потерпевшая Ш.) в виде исправительных работ сроком на 6 месяцев с удержанием 10 % из заработной платы в доход государства; по ч. 2 ст. 159 УК РФ (3 преступление – потерпевший М.) в виде исправительных работ сроком на 1 год с удержанием 10 % из заработной платы в доход государства; по ч. 2 ст. 159 УК РФ (4 преступление – потерпевший К.) в виде исправительных работ сроком на 1 год 1 месяц с удержанием 10 % из заработной платы в доход государства; по ч. 2 ст. 159 УК РФ (5 преступление – потерпевший С.) в виде исправительных работ сроком на 1 год с удержанием 10 % из заработной платы в доход государства; по ч. 2 ст. 159 УК РФ (6 преступление – потерпевший И.) в виде исправительных работ сроком на 1 год с удержанием 10 % из заработной платы в доход государства; по ч. 2 ст. 159 УК РФ (7 преступление – потерпевший У.) в виде исправительных работ сроком на 1 год с удержанием 10 % из заработной платы в доход государства; по ч. 2 ст. 159 УК РФ (8 преступление – потерпевший Г.) в виде исправительных работ сроком на 1 год с удержанием 10 % из заработной платы в доход государства; по ч. 2 ст. 159 УК РФ (9 преступление – потерпевший Б.) в виде исправительных работ сроком на 1 год 1 месяц с удержанием 10 % из заработной платы в доход государства; по ч. 2 ст. 159 УК РФ (10 преступление – потерпевший П.) в виде исправительных работ сроком на 1 год с удержанием 10 % из заработной платы в доход государства; по ч. 2 ст. 159 УК РФ (11 преступление – потерпевший З.) в виде исправительных работ сроком на 1 год с удержанием 10 % из заработной платы в доход государства; по ч. 2 ст. 159 УК РФ (12 преступление – потерпевший Д.) в виде исправительных работ сроком на 1 год с удержанием 10 % из заработной платы в доход государства; по ч. 2 ст. 159 УК РФ (13 преступление – потерпевший А.) в виде исправительных работ сроком на 1 год 1 месяц с удержанием 10 % из заработной платы в доход государства; по ч. 2 ст. 159 УК РФ (14 преступление – потерпевший К.) в виде исправительных работ сроком на 1 год 1 месяц с удержанием 10 % из заработной платы в доход государства; по ч. 2 ст. 159 УК РФ (15 преступление – потерпевший Г.) в виде исправительных работ сроком на 1 год 1 месяц с удержанием 10 % из заработной платы в доход государства. На основании ч. 2 ст. 69 УК РФ путем частичного сложения назначенных наказаний окончательно назначить ФИО1 наказание в виде исправительных работ сроком на 1 год 6 месяцев с удержанием 10 % из заработной платы в доход государства. На основании ч. 3 ст. 72 УК РФ в срок наказания в виде исправительных работ, осужденного ФИО1, зачесть время его содержания под стражей с 13.05.2025 по 17.06.2025, из расчета один день содержания под стражей за три дня исправительных работ. Контроль за исполнением наказания в отношении осужденного возложить на органы, ведающие исполнением наказания, по месту жительства осужденного. Меру пресечения осужденному ФИО1 в виде заключения под стражу изменить на подписку о невыезде и надлежащем поведении, которую оставить без изменения до вступления приговора в законную силу, освободив его из-под стражи в зале суда. Вещественные доказательства по делу: торцовочную пилу «AEG», бензиновый генератор «NAVIGATOR», активную акустическую систему «X-line SOUND», портативную акустическую систему «NDR-1100», микрофон «UHF» беспроводной, микрофон «UHF» беспроводной, фирменный кейс «BOSH», аккумуляторную дрель- шуруповерт «BOSH», игровые диски, смартфон Iphone 16 256gb, микшерный пульт «YAMAHA», беспроводную радиосистему с ручными микрофонами, активные акустические системы «RCF ART 315-A MK4», сетевые фильтры «КОСМОС» мощностью 2200Вт, силовой удлинитель «ЭРА», кабель микрофонный «SOUNDKING», блок питания «PA-10», аудио-переходник «YAMAHA Р-45», стойку акустической системы с амортизаторами «SOUND KING», стационарную игровую приставку Plaуstation 5, геймпады PS5 – считать возвращенными законным владельцам; остальные вещественные доказательства хранить в материалах настоящего уголовного дела. На основании ч. 10 ст. 316 УПК РФ осужденного освободить от оплаты процессуальных издержек. На основании п. 5 ч. 2 ст. 131 УПК РФ адвокату за счет федерального бюджета выплатить вознаграждение на основании отдельного постановления суда. Приговор может быть обжалован в течение 15-ти суток в Верховный суд Республики Саха (Якутия) с момента провозглашения. В соответствии со ст. 317 УПК РФ приговор не может быть обжалован по основанию, предусмотренному п.1 ст. 389.15 УПК РФ , то есть в связи с несоответствием выводов суда, изложенным в приговоре фактическим обстоятельствам дела. Разъяснить осужденному, что он имеет право поручить осуществление своей защиты избранному им защитнику, либо ходатайствовать перед судом о назначении защитника, осужденный имеет право пригласить защитника по своему выбору, отказаться от защитника, ходатайствовать о назначении другого защитника (ст. ч.4 УПК РФ). Разъяснить осужденному, что в случае неявки приглашенного защитника в течение 5 суток суд вправе предложить пригласить другого защитника, а в случае отказа – принять меры по назначению защитника по своему усмотрению. Также разъяснить, что в течение 10 суток со дня вручения осужденному копии апелляционного представления или апелляционной жалобы, затрагивающих его интересы, он может заявить ходатайство о своём участии при рассмотрении этих представлений и жалоб судом апелляционной инстанции. Судья Е.В. Кондакова Суд: Якутский городской суд (Республика Саха (Якутия)) (подробнее) Судьи дела: Кондакова Евгения Васильевна (судья) (подробнее) Судебная практика по: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