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июня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соответствии с п. 2 ст. 3.3 Федерального закона от 25 октября 2001 года ФЗ № 137-ФЗ «О введении в действие Земельного кодекса Российской Федерации» предоставление земельных участков, государственная собственность на которые не разграничена, осуществляется органом местного самоуправления городского поселения в отношении земельных участков, расположенных на территории такого поселения, за исключением случаев, предусмотренных настоящим пунктом. В соответствии с п.п. 1, 2 статьи 51 Федерального закона от 06 октября 2003 года № 131-ФЗ органы местного самоуправления от имени муниципального образования самостоятельно владеют, пользуются и распоряжаются муниципальным имуществом в соответствии с Конституцией Российской Федерации, федеральными законами и принимаемыми в соответствии с ними нормативными правовыми актами органов местного самоуправления. Органы местного самоуправления вправе передавать муниципальное имущество во временное или в постоянное пользование физическим и юридическим лицам, органам государственной власти Российской Федерации (органам государственной власти субъекта Российской Федерации) и органам местного самоуправления иных муниципальных образований, отчуждать, совершать иные сделки в соответствии с федеральными законами. В силу п. 1 ст. 39.3 Земельного кодекса Российской Федерации продажа земельных участков, находящихся в государственной или муниципальной собственности, осуществляется на торгах, проводимых в форме аукционов, за исключением случаев, предусмотренных пунктом 2 настоящей статьи. В силу подп. п. 2 статьи 39.3 и п. 1 ст. 39.20 Земельного кодекса Российской Федерации исключительным правом на приобретение в собственность земельных участков, находящихся в государственной или муниципальной собственности, обладают граждане, юридические лица, являющиеся собственниками зданий, сооружений, расположенных на таких земельных участках. В соответствии с п. 2 ст. 15 Земельного кодекса Российской Федерации, граждане и юридические лица имеют право на равный доступ к приобретению земельных участков в собственность. В соответствии со ст. 42 Земельного кодекса Российской Федерации собственники земельных участков и лица, не являющиеся собственниками земельных участков, обязаны использовать земельные участки в соответствии с их целевым назначением, возникновение исключительного права на приобретение земельного участка без проведения торгов зависит от достижения той цели, для которой он предоставлялся лицу. Приказом Росреестра от 10 ноября 2020 года № П/0412 «Об утверждении классификатора видов разрешенного использования земельных участков» утверждены виды разрешенного использования земельных участков, а именно: - вид разрешенного использования «для индивидуального жилищного строительства» (код 2.1) предусматривает возможность размещение жилого дома (отдельно стоящего здания количеством надземных этажей не более чем три, высотой не более двадцати метров, которые состоят из комнат и помещений вспомогательного использования, предназначенных для удовлетворения гражданами бытовых и иных нужд, связанных с их проживанием в таком здании, не предназначенного для раздела на самостоятельные объекты недвижимости); выращивание сельскохозяйственных культур; размещение гаражей для собственных нужд и хозяйственных построек; - вид разрешенного использования «для ведения личного подсобного хозяйства» (приусадебный земельный участок) (код 2.2) предусматривает возможность размещения жилого дома (отдельно стоящего здания количеством надземных этажей не более чем три, высотой не более двадцати метров, которые состоят из комнат и помещений вспомогательного использования, предназначенных для удовлетворения гражданами бытовых и иных нужд, связанных с их проживанием в таком здании, не предназначенного для раздела на самостоятельные объекты недвижимости); размещение гаражей и иных вспомогательных сооружений; содержание сельскохозяйственных животных. Пунктом 39 статьи 1 Градостроительного Кодекса Российской Федерации определено, что объект индивидуального жилищного строительства - это отдельно стоящее здание с количеством надземных этажей не более чем три, высотой не более двадцати метров, которое состоит из комнат и помещений вспомогательного использования, предназначенных для удовлетворения гражданами бытовых и иных нужд, связанных с их проживанием в таком здании, и не предназначено для раздела на самостоятельные объекты недвижимости. На основании ч. 2 ст. Жилищного кодекса Российской Федерации жилым домом признается индивидуально-определенное здание, которое состоит из комнат, а также помещений вспомогательного использования, предназначенных для удовлетворения гражданами бытовых и иных нужд, связанных с их проживанием в таком здании. Согласно ч. 10 ст. 4 Федерального закона от 30 декабря 2009 года № 384-ФЗ «Технический регламент о безопасности зданий и сооружений» к зданиям и сооружениям пониженного уровня ответственности относятся здания и сооружения временного (сезонного) назначения, а также здания и сооружения вспомогательного использования, связанные с осуществлением строительства или реконструкции здания или сооружения либо расположенные на земельных участках, предоставленных для индивидуального жилищного строительства. При этом из совокупности анализа пунктов 2 и 3 части 17 статьи и части 15 статьи , статьи Гражданского кодекса Российской Федерации следует, что основными критериями для отнесения строений и сооружений к вспомогательным являются их принадлежность к виду сооружений пониженного уровня ответственности, отсутствие необходимости получения разрешительной документации на их строительство и наличие на земельном участке основного объекта недвижимого имущества, по отношению к которому такое строение или сооружение выполняет вспомогательную или обслуживающую функцию. По смыслу положений ст.ст. , 39.20 Земельного кодекса Российской Федерации, если земельный участок предназначен для индивидуального жилищного строительства, то его арендатор вправе претендовать на приобретение участка в собственность без проведения торгов только при наличии у него права собственности на строение, которое отвечает требованиям, предъявляемым к жилым помещениям, пригодно для постоянного проживания. Таким образом, возведение на публичном земельном участке только объекта вспомогательного использования, в том числе при наличии государственной регистрации права собственности на этот объект, в отсутствие на этом земельном участке основного здания или сооружения не влечет возникновения у собственника вспомогательного объекта права на приобретение в собственность земельного участка в порядке, предусмотренном подп. 6 п. 2 статьи 39.3 , п. 1 ст. 39.20 Земельного кодекса Российской Федерации, то есть без проведения торгов. В соответствии со ст. 39.4 Земельного кодекса Российской Федерации продажа земельных участков, находящихся в муниципальной собственности, собственникам зданий, строений, сооружений, расположенных на этих земельных участках, осуществляется по цене, установленной органами местного самоуправления. Порядок определения цены этих земельных участков, их оплаты устанавливается органами местного самоуправления. Согласно ст. 4 Закона Владимирской области от 25 февраля 2015 года № 10-ОЗ «О регулировании земельных отношений на территории Владимирской области» (далее - Закон Владимирской области от 25 февраля 2015 года № 10-ОЗ) продажа земельного участка, находящегося в государственной собственности Владимирской области, или земельного участка, государственная собственность на который не разграничена, осуществляется по его кадастровой стоимости, за исключением случаев и с учетом особенностей, установленных настоящей статьей. Согласно ч. 1.1 ст. 4 Закона Владимирской области от 25 февраля 2015 года № 10-ОЗ продажа земельного участка, на котором расположены здания, сооружения, собственникам таких зданий, сооружений в случаях, предусмотренных статьей 39.20 Земельного кодекса Российской Федерации, до 1 января 2024 года осуществляется по цене, определяемой в размере 50 процентов от его кадастровой стоимости, за исключением случаев, установленных в части 2 настоящей статьи. Согласно ч. 2 ст. 4 Закона Владимирской области от 25 февраля 2015 года № 10-ОЗ, продажа земельного участка, предоставленного для ведения личного подсобного хозяйства, дачного хозяйства, садоводства, индивидуального гаражного строительства, гражданину, являющемуся собственником здания или сооружения, возведенных в соответствии с разрешенным использованиемземельного участка и расположенных на приобретаемом земельном участке, до 1 января 2022 года осуществляется по цене, определяемой в размере 25 процентов от его кадастровой стоимости или иному размеру цены если он установлен федеральным законом. В соответствии с п. 1 и п. 14 ст. 39.16 Земельного кодекса Российской Федерации предусмотрено, что уполномоченный орган принимает решение об отказе в предоставлении земельного участка в случаях, если с заявлением о предоставлении земельного участка обратилось лицо, которое в соответствии с земельным законодательством не имеет права на приобретение земельного участка без проведения торгов, и (или) разрешенное использование земельного участка не соответствует целям использования такого земельного участка, указанным в заявлении о предоставлении земельного участка. В нарушение ч. 3 ст. , ч. 1 ст. 53.1 Гражданского кодекса Российской Федерации, п. 1 ст. 39.3 , п. 2 ст. , подп. п. 2 статьи 39.3 , п. 1 и п. 14 ст. 39.16 , п. 1 ст. 39.20 Земельного кодекса Российской Федерации, ст. 4 Закона Владимирской области от 25 февраля 2015 года № 10-ОЗ, у ФИО1, находящегося на территории г. Покров Петушинского района Владимирской области, занимающего должность Главы администрации г. Покров, заведомо знавшего в силу занимаемой должности о требованиях законодательства, основаниях для предоставления земельных участков без проведения торгов и по льготной стоимости, из иной личной заинтересованности, выразившейся в желании повысить результаты своей работы, свой авторитет в глазах населения города Покров Петушинского района Владимирской области, руководства Владимирской области, исходя из ложно понятых интересов службы, в период времени с 08 мая 2019 года по 05 февраля 2020 года возник преступный умысел, направленный на использование своих полномочий Главы администрации г. Покров вопреки интересам службы в МО «Город Покров», путем заключения с неопределенным кругом физических лиц договоров купли-продажи земельных участков, государственная собственность на которые не разграничена, находящихся в собственности МО «Город Покров», с разрешенным видом использования для индивидуального жилищного строительства, ведения личного подсобного хозяйства, без проведения торгов, и, как следствие, по льготной стоимости, заведомо зная о необходимости проведения таких торгов, поскольку использование земельных участков осуществлялось не в соответствии с их целевым назначением, не предполагало строительство объектов индивидуального жилищного строительства. Реализуя свой преступный умысел, злоупотребляя правами, предусмотренными п.п. 1, 2 статьи 51 Федерального закона от 06 октября 2003 года № 131-ФЗ, пунктом 7 раздела II контрактов, заключенными с Главой администрации г. Покров от 08 мая 2019 года и 08 мая 2021 года, разделом 3 должностной инструкции Главы администрации г. Покров ФИО1 в период времени с 05 февраля 2020 года по 08 апреля 2022 года в дневное время, находясь на рабочем месте по адресу: &lt;...&gt;, являясь должностным лицом, действующим на принципах единоначалия, имея полномочия на заключение договоров и распоряжение муниципальным имуществом, осознавая противоправный характер своих действий, предвидя неизбежность наступления общественно-опасных последствий в виде существенного нарушения прав и законных интересов граждан и организаций, лишающего их права принять участие в торгах и иметь равный доступ к приобретению в собственность земельных участков, находящихся на территории МО «Город Покров», причинения имущественного ущерба МО «Город Покров» в виду продажи земельных участков по заниженной стоимости без проведения торгов, реализовал посредством заключения договоров купли-продажи земельные участки, находящиеся в собственности МО «Город Покров», физическим лицам * на земельных участках которых отсутствовали основные здания и сооружения, являющиеся обязательными основаниями для предоставления данным лицам земельных участков в собственность без проведения торгов, по льготной стоимости, а именно: - 05 февраля 2020 года между администрацией г. Покров (продавец) в лице Главы администрации ФИО1 и * (покупатель) заключен договор купли-продажи земельного участка из земель населенных пунктов с кадастровым номером 33:13:*, площадью 921 квадратный метр, расположенного по адресу: Владимирская область, Петушинский район, МО г. Покров, с видом разрешенного использования - осуществление индивидуального жилищного строительства, без проведения торгов, стоимостью 249 252 рубля 53 копейки, то есть 25 процентов от кадастровой стоимости земельного участка, которая по состоянию на 05 февраля 2020 года составляла 997 010 рублей 13 копеек, чем МО «Город Покров» был причинен ущерб на сумму 747 757 рублей 60 копеек, что является разницей между кадастровой стоимостью земельного участка (997 010 рублей 13 копеек) и ценой, указанной в договоре купли-продажи земельного участка (249 252 рубля 53 копейки); - 01 апреля 2020 года между администрацией г. Покров (продавец) в лице Главы администрации ФИО1 и * (покупатель) заключен договор купли-продажи земельного участка с кадастровым номером 33:13:*, площадью 526 квадратных метров, расположенного по адресу: Владимирская область, Петушинский район, МО г. Покров (городское поселение), ул. Северная, категория земель - земли населенных пунктов, с видом разрешенного использования - для индивидуального жилищного строительства, без проведения торгов, стоимостью 143 353 рубля 41 копейка, то есть 25 процентов от кадастровой стоимости земельного участка, которая по состоянию на 01 апреля 2020 года составляла 573 413 рублей 64 копейки, чем МО «Город Покров» был причинен ущерб на сумму 430 060 рублей 23 копейки, что является разницей между кадастровой стоимостью земельного участка (573 413 рублей 64 копейки) и ценой, указанной в договоре купли-продажи земельного участка (143 353 рубля 41 копейка); - 27 октября 2020 года между администрацией г. Покров (продавец) в лице Главы администрации ФИО1 и * (покупатель) заключен договор купли-продажи земельного участка из земель населенных пунктов с кадастровым номером 33:13:*, площадью 245 квадратных метров, расположенного по адресу: Владимирская область, Петушинский район, МО г. Покров (городское поселение), &lt;...&gt; с видом разрешенного использования - осуществление индивидуального жилищного строительства, ведение личного подсобного хозяйства, без проведения торгов, стоимостью 67 277 рублей, то есть 25 процентов от кадастровой стоимости земельного участка, которая по состоянию на 27 октября 2020 года составляла 269 108 рублей, чем МО «Город Покров» был причинен ущерб на сумму 201 831 рубль, что является разницей между кадастровой стоимостью земельного участка (269 108 рублей) и ценой, указанной в договоре купли-продажи земельного участка (67 277 рублей); - 22 января 2021 года между администрацией г. Покров (продавец) в лице Главы администрации ФИО1 и * (покупатель) заключен договор купли-продажи земельного участка из земель населенных пунктов с кадастровым номером 33:13:*, площадью 251 квадратный метр, расположенного по адресу: Владимирская область, Петушинский район, МО г. Покров, пос. Введенский, категория земель - земли населенных пунктов, с видом разрешенного использования - осуществление индивидуального жилищного строительства, ведение личного подсобного хозяйства, без проведения торгов, стоимостью 62 016 рублей 45 копеек, то есть 25 процентов от кадастровой стоимости земельного участка, которая по состоянию на 22 января 2021 года составляла 248 065 рублей 81 копейку, чем МО «Город Покров» был причинен ущерб на сумму 186 049 рублей 36 копеек, что является разницей между кадастровой стоимостью земельного участка (248 065 рублей 81 копейку) и ценой, указанной в договоре купли-продажи земельного участка (62 016 рублей 45 копеек); - 01 апреля 2021 года между администрацией г. Покров (продавец) в лице Главы администрации ФИО1 и * (покупатель) заключен договор купли-продажи земельного участка из земель населенных пунктов с кадастровым номером 33:13:*, площадью 707 квадратных метров, расположенного по адресу: Владимирская область, Петушинский район, МО г. Покров, с видом разрешенного использования - осуществление индивидуального жилищного строительства, без проведения торгов, стоимостью 200 172 рубля 91 копейка, то есть 25 процентов от кадастровой стоимости земельного участка, которая по состоянию на 01 апреля 2021 года составляла 800 691 рубль 64 копейки, чем МО «Город Покров» был причинен ущерб на сумму 600 518 рублей 73 копейки, что является разницей между кадастровой стоимостью земельного участка (800 691 рубль 64 копейки) и ценой, указанной в договоре купли-продажи земельного участка (200 172 рубля 91 копейка); - 30 апреля 2021 года между администрацией г. Покров (продавец) в лице Главы администрации ФИО1 и * (покупатель) заключен договор купли-продажи земельного участка из земель населенных пунктов с кадастровым номером 33:13:*, площадью 273 квадратных метра, расположенного по адресу: Владимирская область, Петушинский район, МО &lt;...&gt; категория земель - земли населенных пунктов, с видом разрешенного использования - индивидуальное жилищное строительство, без проведения торгов, стоимостью 76 406 рублей 56 копеек, то есть 25 процентов от кадастровой стоимости земельного участка, которая по состоянию на 30 апреля 2021 года составляла 305 626 рублей 23 копейки, чем МО «Город Покров» был причинен ущерб на сумму 229 219 рублей 67 копеек, что является разницей между кадастровой стоимостью земельного участка (305 626 рублей 23 копейки) и ценой, указанной в договоре купли-продажи земельного участка (76 406 рублей 56 копеек); - 11 июня 2021 года между администрацией г. Покров (продавец) в лице Главы администрации ФИО1 и * (покупатель) заключен договор купли-продажи земельного участка из земель населенных пунктов с кадастровым номером 33:13:*, площадью 681 квадратный метр, расположенного по адресу: Владимирская область, Петушинский район, МО г. Покров, пос. Введенский, с видом разрешенного использования - осуществление индивидуального жилищного строительства, вспомогательный вид разрешенного использования - ведение личного подсобного хозяйства, без проведения торгов, стоимостью 168 259 рублей 78 копеек, то есть 25 процентов от кадастровой стоимости земельного участка, которая по состоянию на 11 июня 2021 года составляла 673 039 рублей 11 копеек, чем МО «Город Покров» был причинен ущерб на сумму 504 779 рублей 33 копейки, что является разницей между кадастровой стоимостью земельного участка (673 039 рублей 11 копеек) и ценой, указанной в договоре купли-продажи земельного участка (168 259 рублей 78 копеек); - 27 января 2022 года между администрацией г. Покров (продавец) в лице Главы администрации ФИО1 и * (покупатель) заключен договор купли-продажи земельного участка из земель населенных пунктов с кадастровым номером 33:13:*, площадью 350 квадратных метров, расположенного по адресу: Владимирская область, Петушинский район, МО г. Покров, пос. Введенский, с видом разрешенного использования - для ведения личного подсобного хозяйства, без проведения торгов, стоимостью 86 477 рублей 13 копеек, то есть 25 процентов от кадастровой стоимости земельного участка, которая по состоянию на 27 января 2022 года составляла 345 908 рублей 50 копеек, чем МО «Город Покров» был причинен ущерб на сумму 259 431 рубль 37 копеек, что является разницей между кадастровой стоимостью земельного участка (345 908 рублей 50 копеек) и ценой, указанной в договоре купли-продажи земельного участка (86 477 рублей 13 копеек); - 01 февраля 2022 года между администрацией г. Покров (продавец) в лице Главы администрации ФИО1 и * (покупатель) заключен договор купли-продажи земельного участка из земель населенных пунктов с кадастровым номером 33:13:*, площадью 843 квадратных метра, расположенного по адресу: Владимирская область, Петушинский район, МО &lt;...&gt; *, с видом разрешенного использования - индивидуальное жилищное строительство, без проведения торгов, стоимостью 318 852 рубля 68 копеек, то есть 50 процентов от кадастровой стоимости земельного участка, которая по состоянию на 01 февраля 2022 года составляла 637 705 рублей 36 копеек, чем МО «Город Покров» был причинен ущерб на сумму 318 852 рубля 68 копеек, что является разницей между кадастровой стоимостью земельного участка (637 705 рублей 36 копеек) и ценой, указанной в договоре купли-продажи земельного участка (318 852 рубля 68 копеек); - 17 февраля 2022 года между администрацией г. Покров (продавец) в лице Главы администрации ФИО1 и * (покупатель) заключен договор купли-продажи земельного участка с кадастровым номером 33:13:*, площадью 800 квадратных метров, расположенного по адресу: Владимирская область, Петушинский район, МО г. Покров, пос. Введенский, категория земель - земли населенных пунктов, с видом разрешенного использования - осуществление индивидуального жилищного строительства, без проведения торгов, стоимостью 159 976 рублей, то есть 50 процентов от кадастровой стоимости земельного участка, которая по состоянию на 17 февраля 2022 года составляла 319 952 рубля, чем МО «Город Покров» был причинен ущерб на сумму 159 976 рубля, что является разницей между кадастровой стоимостью земельного участка (319 952 рубля) и ценой, указанной в договоре купли-продажи земельного участка (159 976 рублей); - 08 апреля 2022 года между администрацией г. Покров (продавец) в лице Главы администрации ФИО1 и *. (покупатель) заключен договор купли-продажи земельного участка из земель населенных пунктов с кадастровым номером 33:13:*, площадью 304 квадратных метра, расположенного по адресу: Владимирская область, Петушинский район, МО г. Покров, пос. Введенский, с видом разрешенного использования - для ведение личного подсобного хозяйства, без проведения торгов, стоимостью 25 658 рублей 36 копеек, то есть 25 процентов от кадастровой стоимости земельного участка, которая по состоянию на 08 апреля 2022 года составляла 102 633 рубля 44 копейки, чем МО «Город Покров» был причинен ущерб на сумму 76 975 рублей 08 копеек, что является разницей между кадастровой стоимостью земельного участка (102 633 рубля 44 копейки) и ценой, указанной в договоре купли-продажи земельного участка (25 658 рублей 36 копеек). В период времени с 05 февраля 2020 года по 08 апреля 2022 года у ФИО1 не имелось оснований, предусмотренных п. 1 ст. 39.3 , подп. п. 2 статьи 39.3 , п. 1 ст. 39.20 Земельного кодекса Российской Федерации, ст. 4 Закона Владимирской области от 25 февраля 2015 года № 10-ОЗ, для заключения перечисленных договоров купли-продажи земельных участков без проведения торгов по льготной стоимости, поскольку на продаваемых земельных участках находились лишь хозяйственные строения (хозяйственные постройки, хозяйственные здания, хозяйственные блоки), о чем прямо было указано в заключаемых договорах, подписываемых ФИО1, иных строений, в том числе жилых домов, на земельных участках на момент предоставления их в собственность не имелось. Таким образом, общий ущерб, причиненный МО «Город Покров» в результате злоупотребления ФИО1 своими должностными полномочиями, составил3 715 451 рубль 05 копеек, поскольку в соответствии со ст. 4 Закона Владимирской области от 25 февраля 2015 года № 10-ОЗ продажа земельных участков, государственная собственность на которые не разграничена, должна была осуществляться по его кадастровой стоимости. Из содержания правовых норм, предусмотренных п. 39 статьи 1 Градостроительного Кодекса Российской Федерации, ч. 2 ст. Жилищного кодекса Российской Федерации, ч. 10 ст. 4 Федерального закона от 30 декабря 2009 года № 384-ФЗ «Технический регламент о безопасности зданий и сооружений», п.п. 2 и 3 ч. 17 ст. и ч. 15 ст. , ст. Гражданского кодекса Российской Федерации, ст.ст. , 39.20 Земельного кодекса Российской Федерации, следует, что хозяйственные постройки, располагавшиеся на земельных участках, передаваемых ФИО1 в собственность физическим лицам, являлись объектами вспомогательного назначения по отношению к основным объектам - жилым домам, поскольку земельные участки имели вид разрешенного использования - для индивидуального жилищного строительства, для ведения личного подсобного хозяйства. В отсутствии основного объекта в виде жилого дома, оснований для предоставления земельного участка в собственность без проведения торгов и по льготной стоимости не имелось. На основании п. 1 и п. 14 ст. 39.16 Земельного кодекса Российской Федерации ФИО1, являясь уполномоченным лицом, должен был принять решение об отказе в предоставлении в собственность вышеуказанных земельных участков, расположенных на территории МО «Город Покров» и находящихся в собственности последнего, без проведения торгов. Таким образом, ФИО1, являясь должностным лицом - главой администрации г. Покров, постоянно выполняющим организационно-распорядительные и административно-хозяйственные функции в МО «Город Покров», злоупотребляя правами, предусмотренными п.п. 1, 2 статьи 51 Федерального закона от 06 октября 2003 года № 131-ФЗ, пунктом 7 раздела II контрактов, заключенными с Главой администрации г. Покров от 08 мая 2019 года и 08 мая 2021 года, разделом 3 должностной инструкции Главы администрации г. Покров, утвержденной распоряжением Совета народных депутатов города Покров Петушинского района Владимирской области № 03-р от 23 января 2018 года, в нарушение ч. 3 ст. , ч. 1 ст. 53.1 Гражданского кодекса Российской Федерации, п. 1 ст. 39.3 , ч. 2 ст. , подп. п. 2 статьи 39.3 , п. 1 и п. 14 ст. 39.16 , п. 1 ст. 39.20 Земельного кодекса Российской Федерации, ст. 4 Закона Владимирской области от 25 февраля 2015 года № 10-ОЗ, в период времени с 05 февраля 2020 года по 08 апреля 2022 года использовал свои полномочия вопреки интересам службы из иной личной заинтересованности, что повлекло существенное нарушение прав и законных интересов граждан и организаций, выразившееся в лишении их права принять участие в торгах и иметь равный доступ к приобретению в собственность вышеуказанных земельных участков, расположенных на территории МО «Город Покров», а также причинении имущественного ущерба МО «Город Покров» на сумму 3 715 451 рубль 05 копеек, виду отчуждения вышеуказанных земельных участков по заниженной стоимости.</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силу п. 1 и п. 2 ст. 11.2 Земельного кодекса Российской Федерации земельные участки образуются при разделе, объединении, перераспределении земельных участков или выделе из земельных участков, а также из земель, находящихся в государственной или муниципальной собственности. В соответствии с п. 2 ст. 15 Земельного кодекса Российской Федерации граждане и юридические лица имеют право на равный доступ к приобретению земельных участков в собственность. По общему правилу, установленному п. 1 ст. 39.3 Земельного кодекса Российской Федерации, продажа земельных участков, находящихся в муниципальной или государственной собственности, осуществляется на торгах, проводимых в форме аукционов. В соответствии с п. 8 ст. 39.15 Земельного кодекса Российской Федерации уполномоченный орган принимает решение об отказе в предварительном согласовании предоставления земельного участка в случае, если схема расположения земельного участка, приложенная к заявлению о предварительном согласовании предоставления земельного участка, не может быть утверждена по основаниям, указанным в п. 16 ст. 11.10 Земельного кодекса Российской Федерации. В соответствии с п. 9 ст. 39.29 Земельного кодекса Российской Федерации уполномоченный орган принимает решение об отказе в заключении соглашения о перераспределении земельных участков, в случае, если имеются основания для отказа в утверждении схемы расположения земельного участка, предусмотренные п. 16 ст. 11.10 Земельного кодекса Российской Федерации. Согласно п. 16 ст. 11.10 Земельного кодекса Российской Федерации основанием для отказа в утверждении схемы расположения земельного участка является разработка схемы расположения земельного участка с нарушением предусмотренных ст. 11.9 Земельного кодекса Российской Федерации требований к образуемым земельным участкам. Согласно п. 6 ст. 11.9 Земельного кодекса Российской Федерации, образование земельных участков не должно приводить к вклиниванию, вкрапливанию, изломанности границ, чересполосице, невозможности размещения объектов недвижимости и другим препятствующим рациональному использованию и охране земель недостаткам, а также нарушать требования, установленные Земельным кодексом Российской Федерации, другими федеральными законами. В соответствии с п. 5 ст. 39.28 Земельного кодекса Российской Федерации увеличение площади земельных участков, находящихся в частной собственности, в результате перераспределения таких земельных участков и земель и (или) земельных участков, находящихся в государственной или муниципальной собственности, осуществляется за плату, размер которой определяется в порядке, установленном органом государственной власти субъекта Российской Федерации. Согласно ст. 4 Закона Владимирской области от 25 февраля 2015 года № 10-ОЗ по общему правилу продажа земельного участка, находящегося в государственной собственности Владимирской области, или земельного участка, государственная собственность на который не разграничена, осуществляется по его кадастровой стоимости. В соответствии с п.п. 2.2 п. 2 «Порядка определения размера платы за увеличение площади земельных участков, находящихся в частной собственности, в результате их перераспределения с земельными участками, находящимися в государственной собственности Владимирской области, землями или земельными участками, государственная собственность на которые не разграничена», утвержденного постановлением администрации Владимирской области от 25 марта 2015 года № 253 (далее - Порядок определения размера платы от 25 марта 2015 года), размер платы рассчитывается органами местного самоуправления в отношении земельных участков, государственная собственность на которые не разграничена. В соответствии с п. 3 Порядка определения размера платы от 25 марта 2015 года размер платы определяется как 15 процентов кадастровой стоимости земельного участка, государственная собственность на который не разграничена, рассчитанной пропорционально площади части такого земельного участка, подлежащей передаче в частную собственность в результате его перераспределения с земельными участками, находящимися в частной собственности. Согласно таблице 39.1 Правил землепользования и застройки территории МО «Город Покров» (городское поселение) Петушинского района Владимирской области, утвержденных решением Совета народных депутатов г. Покров от 09 июля 2021 года № 54/15, земельные участки с видом разрешенного использования - для индивидуального жилищного строительства располагаются в территориальной зоне Ж-1, для которых установлены предельные минимальные и максимальные размеры земельного участка: 100 квадратных метров и 1 500 квадратных метров соответственно (далее - Правила землепользования и застройки). В нарушение ч. 3 ст. , ч. 1 ст. 53.1 Гражданского кодекса Российской Федерации, п. 8 ст. 39.15 , п. 2 ст. , п. 1 ст. 39.3 , п. 9 ст. 39.29 , п. 16 ст. 11.10 , п. 6 ст. 11.9 Земельного кодекса Российской Федерации, Правил землепользования и застройки, у ФИО1, находящегося на территории г. Покров Петушинского района Владимирской области, занимающего должность Главы администрации г. Покров, заведомо знавшего в силу занимаемой должности о требованиях законодательства, основаниях для предварительного согласования предоставления земельного участка, основаниях перераспределения земельных участков, находящихся в муниципальной собственности, из иной личной заинтересованности, выразившейся в желании повысить результаты своей работы, свой авторитет в глазах населения города Покров Петушинского района Владимирской области, руководства Владимирской области, исходя из ложно понятых интересов службы, в период времени с 08 мая 2019 года по 16 сентября 2021 года возник преступный умысел, направленный на использование своих полномочий Главы администрации г. Покров вопреки интересам службы в МО «Город Покров», путем заключения с *, неосведомленным о преступных действиях ФИО1, договоров купли-продажи земельных участков, находящихся в собственности МО «Город Покров», и последующего неоднократного заключения с * соглашений о перераспределении земель, находящихся в муниципальной собственности, по заниженной цене, заведомо зная о возможности образования в данном случае самостоятельных земельных участков из земель, находящихся в муниципальной собственности, и их дальнейшей продажи на общих основаниях на торгах по кадастровой стоимости, обеспечив тем самым право граждан и организаций принять участие в процедуре торгов и выразить свое желание на приобретение земельных участков, находящихся в муниципальной собственности, и получить в бюджет МО «Город Покров» больший доход. Реализуя свой преступный умысел, злоупотребляя правами, предусмотренными п.п. 1, 2 статьи 51 Федерального закона от 06 октября 2003 года № 131-ФЗ, пунктом 7 раздела II контрактов, заключенными с Главой администрации г. Покров от 08 мая 2019 года и 08 мая 2021 года, разделом 3 должностной инструкции Главы администрации г. Покров, ФИО1 16 сентября 2021 года в дневное время, находясь на рабочем месте по адресу: &lt;...&gt;, являясь должностным лицом, действующим на принципах единоначалия, имея полномочия на заключение договоров и распоряжение муниципальным имуществом, осознавая противоправный характер своих действий, предвидя неизбежность наступления общественно-опасных последствий в виде существенного нарушения прав и законных интересов граждан и организаций, лишающего их права принять участие в торгах и иметь равный доступ к приобретению в собственность земельных участков, находящихся в муниципальной собственности, действуя вопреки интересам МО «Город Покров», в виду отчуждения земельных участков в порядке перераспределения по заниженной стоимости, а не продажи на торгах по кадастровой стоимости, вынес постановление № 511 от 16 сентября 2021 года, согласно которому предварительно согласовал предоставление * земельного участка с кадастровым номером 33:13:*, площадью 229 квадратных метров, расположенного по адресу: Владимирская область, Петушинский район, МО г. Покров (городское поселение), &lt;...&gt; д. *, категория земель - земли населенных пунктов, разрешенное использование - малоэтажная жилая застройка, а также вынес постановление № 512 от 16 сентября 2021 года, согласно которому предварительно согласовал предоставление *. земельного участка с кадастровым номером 33:13:*, площадью 130 квадратных метров, расположенного по адресу: Владимирская область, Петушинский район, МО г. Покров (городское поселение), &lt;...&gt; д. *, категория земель - земли населенных пунктов, разрешенное использование - для индивидуального жилищного строительства. Продолжая действовать из иной личной заинтересованности, злоупотребляя своими полномочиями, 10 ноября 2021 года ФИО1, являясь Главой администрации г. Покров, заключил от имени администрации г. Покров (продавец) с * (покупатель) договор (без номера) купли-продажи земельного участка с кадастровым номером 33:13:*, площадью 130 квадратных метров, расположенного по адресу: Владимирская область, Петушинский район, МО г. Покров (городское поселение), &lt;...&gt; д. *, категория земель - земли населенных пунктов, разрешенное использование - для индивидуального жилищного строительства, стоимостью 146 880 рублей 50 копеек, что равно его кадастровой стоимости, а также этого же числа заключил от имени администрации г. Покров (продавец) с *. (покупатель) договор купли-продажи земельного участка с кадастровым номером 33:13:*, площадью 229 квадратных метров, расположенного по адресу: Владимирская область, Петушинский район, МО г. Покров, &lt;...&gt; д. *, категория земель - земли населенных пунктов, разрешенное использование - для индивидуального жилищного строительства, стоимостью 256 908 рублей 23 копейки, что равно его кадастровой стоимости. Далее, продолжая злоупотреблять своими полномочиями, предоставляющими ему возможность заключать от имени администрации г. Покров договоры и соглашения, а также распоряжаться муниципальным имуществом, действуя вопреки интересам службы в МО «Город Покров», 17 февраля 2022 года в дневное время ФИО1, находясь на рабочем месте по адресу: &lt;...&gt; д. *, заключил от имени администрации г. Покров с * соглашение (без номера) о перераспределении земельных участков, а именно: земельного участка, находящегося в муниципальной собственности, с кадастровым номером 33:13:*, площадью 695 квадратных метров, расположенного по адресу: Владимирская область, Петушинский район, МО г. Покров (городское поселение), &lt;...&gt; д. *, и земельного участка, находящегося в собственности * с кадастровым номером 33:13:*, площадью 130 квадратных метров, расположенного по адресу: Владимирская область, Петушинский район, МО г. Покров (городское поселение), &lt;...&gt; д. *. В результате заключения данного соглашения к земельному участку * было присоединено 595 квадратных метров от площади земельного участка с кадастровым номером 33:13:* по цене 187 924 рубля 78 копеек, то есть 15 процентов от кадастровой стоимости присоединенного земельного участка, которая по состоянию на 17 февраля 2022 года составляла 1 252 831 рубль 87 копеек, чем МО «Город Покров» был причинен ущерб на сумму 1 064 907 рублей 09 копеек, что является разницей между кадастровой стоимостью присоединенного земельного участка (1 252 831 рубль 87 копеек) и ценой, указанной в соглашении о перераспределении земельных участков (187 924 рубля 78 копеек), а также в результате заключения указанного соглашения был зарегистрирован за * земельный участок с кадастровым номером 33:13:*, площадью 725 квадратных метров, расположенный по адресу: Владимирская область, Петушинский район, МО г. Покров (городское поселение), &lt;...&gt; д. *, а в собственность МО «Город Покров» - земельный участок с кадастровым номером 33:13:*, площадью 100 квадратных метров, расположенный по тому же адресу. Кроме этого, 17 февраля 2022 года в дневное время ФИО1, находясь на рабочем месте по адресу: &lt;...&gt; д*, продолжая злоупотреблять своими полномочиями, предоставляющими ему возможность заключать от имени администрации г. Покров договоры и соглашения, а также распоряжаться муниципальным имуществом, действуя вопреки интересам службы в МО «Город Покров», заключил от имени администрации г. Покров с *. соглашение (без номера) о перераспределении земель и земельного участка, согласно которого были распределены земельный участок с кадастровым номером 33:13:*, площадью 229 квадратных метров, расположенный по адресу: Владимирская область, Петушинский район, МО г. Покров (городское поселение), &lt;...&gt; д. *, находящийся в собственности *, и земли, находящиеся в государственной собственности, не стоящие на кадастровом учете. В результате заключения данного соглашения к земельному участку * было присоединено 99 квадратных метров земель, государственная собственность на которые не разграничена, по цене 10 787 рублей 04 копейки, то есть 15 процентов от кадастровой стоимости присоединенного участка земли, которая по состоянию на 17 февраля 2022 года составляла 71 913 рублей 60 копеек, чем МО «Город Покров» был причинен ущерб на сумму 61 126 рублей 56 копеек, что является разницей между кадастровой стоимостью присоединенного участка земли (71 913 рублей 60 копеек) и ценой, указанной в соглашении о перераспределении земельного участка *. и земель, государственная собственность на которые не разграничена (10 787 рублей 04 копейки), а также в результате заключения указанного соглашения был образован и зарегистрирован за * новый земельный участок с кадастровым номером 33:13:*, из земель населенных пунктов, с разрешенным видом использования - для индивидуального жилищного строительства, площадью 328 квадратных метров, расположенный по адресу: Владимирская область, Петушинский район, МО г. Покров (городское поселение), &lt;...&gt; д. *. Затем 27 мая 2022 года в дневное время исполняющий обязанности Главы администрации г. Покров *, не осведомленный о преступных намерениях ФИО1, находясь на рабочем месте по адресу: &lt;...&gt; д. *, на основании вынесенного ФИО1 постановления Главы администрации г. Покров от 25 апреля 2022 года № 217 «Об утверждении * схемы расположения земельного участка на кадастровом плане территории кадастрового квартала 33:13:*», заключил от имени администрации г. Покров с *. соглашение (без номера) о перераспределении земель и земельного участка, согласно которого распределены вышеуказанный земельный участок с кадастровым номером 33:13:*, площадью 328 квадратных метров, и земли, находящиеся в государственной собственности, не стоящие на кадастровом учете. В результате заключения данного соглашения к земельному участку * было присоединено 99 квадратных метров земель, государственная собственность на которые не разграничена, по цене 10 787 рублей 04 копейки, то есть 15 процентов от кадастровой стоимости присоединенного участка земли, которая по состоянию на 27 мая 2022 года составляла 71 913 рублей 60 копеек, чем МО «Город Покров» был причинен ущерб на сумму 61 126 рублей 56 копеек, что является разницей между кадастровой стоимостью присоединенного участка земли (71 913 рублей 60 копеек) и ценой, указанной в соглашении о перераспределении земельного участка * и земель, государственная собственность на которые не разграничена (10 787 рублей 04 копейки), а также в результате заключения указанного соглашения был образован и зарегистрирован за * новый земельный участок с кадастровым номером 33:13:*, из земель населенных пунктов, с разрешенным видом использования - для индивидуального жилищного строительства, площадью 427 квадратных метра, расположенный по адресу: Владимирская область, Петушинский район, МО г. Покров (городское поселение), &lt;...&gt; д. * Смежные земельные участки с кадастровым номером 33:13:*, площадью 725 квадратных метров, находящийся в собственности *, и с кадастровым номером 33:13:*, площадью 100 квадратных метров, находящийся в собственности МО «Город Покров», образованы в нарушение п. 6 ст. 11.9 Земельного кодекса Российской Федерации, поскольку повлекли невозможность дальнейшего рационального использования земельного участка с кадастровым номером 33:13:*, площадью 100 квадратных метров, находящегося в собственности МО «Город Покров», ввиду отсутствия какого-либо свободного доступа, подъезда или подхода на указанный земельный участок, что тем самым снизило либо вовсе исключило возможность дальнейшей продажи указанного земельного участка на торгах, а также причинило МО «Город Покров» ущерб в сумме 1 064 907 рублей 09 копеек, ввиду нерационального отчуждения 595 квадратных метров от земельного участка с кадастровым номером 33:13:*, находящегося в муниципальной собственности. В нарушение ч. 3 ст. Гражданского кодекса Российской Федерации ФИО1, являясь Главой администрации г. Покров, действовал не добросовестно и не разумно, не в интересах МО «Город Покров», и в соответствии с п. 9 ст. 39.29 Земельного кодекса Российской Федерации должен был принять решение об отказе в заключении с * соглашения о перераспределении земельного участка 33:13:*, площадью 130 квадратных метров, расположенного по адресу: Владимирская область, Петушинский район, МО г. Покров (городское поселение), &lt;...&gt; д. *, и земельного участка с кадастровым номером 33:13:*, находящегося в муниципальной собственности, по тому же адресу, поскольку заключение данного соглашения заведомо для ФИО1 препятствовало дальнейшему рациональному использованию земельного участка с кадастровым номером 33:13:*, площадью 100 квадратных метров, находящему в собственности МО «Город Покров». Земельный участок с кадастровым номером 33:13:*, площадью 328 квадратных метров, и земельный участок с кадастровым номером 33:13:*, площадью 427 квадратных метров, расположенные по адресу: Владимирская область, Петушинский район, МО г. Покров (городское поселение), &lt;...&gt; д. *, образованы в нарушение п. 6 ст. 11.9 , п. 1 ст. 39.3 Земельного кодекса Российской Федерации, Правил землепользования и застройки, поскольку под видом неоднократного перераспределения земель площадью 99 квадратных метров, фактически между сторонами соглашений был заключен договор купли-продажи земельного участка площадью 198 квадратных метров (99+99 квадратных метров) с последующим его объединением с земельным участком * с кадастровым номером 33:13:*, площадью 229 квадратных метров, в обход обязательной установленной законом процедуры по приобретению права собственности на землю посредством проведения торгов. В соответствии с п. 9 ст. 39.29 Земельного кодекса Российской Федерации, ФИО1, уполномоченный принимать решения о заключении соглашений о перераспределении земель, должен был принять решение об отказе в заключении с * соглашения о перераспределении земельных участков с кадастровым номером 33:13:*, площадью 229 квадратных метров, и кадастровым номером 33:13:*, площадью 328 квадратных метров, поскольку заключение таких соглашений 17 февраля 2022 года и 27 мая 2022 года существенно нарушило права и законные интересы иных граждан и организаций принять участие в процедуре торгов и выразить свое желание на приобретение земельных участков, находящихся в муниципальной собственности, а также причинило МО «Город Покров» ущерб на сумму 122 253 рубля 12 копеек (61 126 рублей 56 копеек + 61 126 рублей 56 копеек), поскольку лишило МО «Город Покров» возможности реализовать указанные земли по их кадастровой стоимости и получить от такой продажи в бюджет МО «Город Покров» денежные средства в сумме 122 253 рубля 12 копеек. Таким образом, ФИО1, являясь должностным лицом - главой администрации г. Покров, постоянно выполняющим организационно-распорядительные и административно-хозяйственные функции в МО «Город Покров», злоупотребляя правами, предусмотренными п.п. 1, 2 статьи 51 Федерального закона от 06 октября 2003 года № 131-ФЗ, пунктом 7 раздела II контрактов, заключенными с Главой администрации г. Покров от 08 мая 2019 года и 08 мая 2021 года, разделом 3 должностной инструкции Главы администрации г. Покров, в нарушение ч. 3 ст. , ч. 1 ст. 53.1 Гражданского кодекса Российской Федерации, п. 8 ст. 39.15 , п. 2 ст. , п. 1 ст. 39.3 , п. 9 ст. 39.29 , п. 16 ст. 11.10 , п. 6 ст. 11.9 Земельного кодекса Российской Федерации, Правил землепользования и застройки, в период времени с 16 сентября 2021 года по 27 мая 2022 года использовал свои полномочия вопреки интересам службы из иной личной заинтересованности, что повлекло существенное нарушение прав и законных интересов граждан и организаций, выразившееся в лишении их права принять участие в торгах и иметь равный доступ к приобретению в собственность вышеуказанных земельных участков, расположенных на территории МО «Город Покров», а также лишении МО «Город Покров» реализовать указанные земли по их кадастровой стоимости и получить от такой продажи в бюджет МО «Город Покров» денежные средства в сумме 1 187 160 рублей 21 копейка (1 064 907 рублей 09 копеек + 122 253 рубля 12 копеек), чем причинил МО «Город Покров» ущерб на указанную сумму. По преступлению № 1 (предоставление гражданам земельных участков по льготной цене под объектами, не являющимися жилыми домами). Из показаний подсудимого ФИО1 следует, что вину в совершении инкриминируемого ему преступления он признает частично. Ранее он состоял в должности главы администрации г. Покров, куда был назначен в 2019 году, по долгу службы он организовывал работу администрации, принимал на работу людей, занимался организационной структурой, подписывал документы. Процедура продажи земельных участков состояла в следующем. Заявления от граждан поступали в канцелярию, в приемную администрации, там они регистрировались, как входящие, после этого поступали со всеми остальными входящими документами к нему. Если он видел, что документы касались профиля комитета по управлению имуществом, то отписывал их туда для рассмотрения. После того, как они готовили документы, он ставил подпись. Постановления администрации визировались лицом, которое их готовило, а также руководителем подразделения и заместителем главы администрации, который курирует работу КУМИ. Он проверял наличие всех виз и подписывал. Никакой личной заинтересованности у него не было. Лиц, с которыми он заключал договоры, он лично не знал, была заинтересованность только пополнить бюджет. Случаев отказа в предоставлении земельных участков под индивидуальное жилищное строительство он не помнит. Свободный земельный участок, на котором нет строений, который не обременен правами других лиц, как правило, стартовую цену имеет в размере кадастровой стоимости, либо, если есть инициатор обращения, то он может заказать рыночную оценку, и она, как правило, была ниже кадастровой стоимости. Продажа земли - это выполнение задачи муниципалитета по поиску денег в бюджет. Муниципальные программы предполагают оценку эффективности реализации, в том числе администрацией области. Если план по жилищному строительству не выполнить, то будут ругать на совещаниях в области, вытаскивать на трибуну, чтобы объяснять, почему так происходит, какие меры предпринимаются. Это получается серьезная моральная нервотрепка. За время его нахождения в должности главы, муниципальное образование г. Покров никогда не обходилось только своим бюджетом, всегда получая субсидии и дотации. Есть норматив бюджетной обеспеченности - это сколько налогов собирается на территории города, но денег на полноценное существование не хватит. На каждую условную денежную единицу, имеющуюся в бюджете, можно привлечь субсидии из бюджета субъекта федерации или из федерального бюджета. Не имелось никаких механизмов воздействия, в том числе финансового, органов государственной власти на органы местного самоуправления. Если бы не были проданы участки, которые находились в аренде, не были бы снесены дома, участки бы остались в муниципальной собственности, то бюджет продолжил бы получать арендную плату, при этом ветхие дома обременяли бы муниципалитет, поскольку - это и внешний вид, безопасность, расходы, связанные с существованием этого объекта. Он отвечал за все это, как глава администрации. По продаже арендованных участков, он, вынося соответствующее постановление, был уверены в законности своих действий. Эффективнее было продать участки арендаторам, чем сдавать их в аренду, т.к. это было гораздо выгоднее для бюджета, потому что администрация получала в бюджет единоразово деньги, как за 42 года арендной платы за эти участки, кроме того, владелец участка становится плательщиком налога, который по своей сумме сопоставим с суммой арендной платы. Допрос свидетелей - его бывших подчиненных, показал, что они все отвечают на вопрос однозначно положительно, что он неоднократно спрашивал о законности совершаемых действий, они всегда давали положительный ответ, поэтому он не видел нарушений в этой процедуре. Все документы готовились его подчиненными, все обращения носили заявительный характер, все свидетели указали, что об этой схеме предоставления земельных участков, они узнали либо из открытых источников, либо по своей работе, не связанной с администрацией. Допускает, что, как лицо, отвечающее за все действия администрации, не досмотрел в порядке предоставления земельных участков под строениями, не знал, что на тот момент существовало решение Верховного суда РФ о том, что это незаконно, чем допустил халатность в своих действиях, но по искам прокуратуры деньги были людям возвращены, то есть эти сделки по покупке земельных участков под строениями, не являющимися жилыми, расторгнуты. В момент его прихода в администрацию в 2019 году предоставлять земельные участки, на которых находятся только хозяйственные постройки, было можно. Решение Пленума, которое однозначно поставило точку, состоялось в апреле 2020 года, и его логика не совсем понятна. Он знал, что в Земельный кодекс предусматривает возможность выкупить земельный участок без торгов в случае наличия на нем зарегистрированного объекта недвижимости. На тот период он считал, что не было разницы между жилым строением и нежилым. В процессе подготовки документов, как правило, выходят на место, в этих случаях ему сообщалось, что там находится нежилой дом, он задавал вопрос: «Есть в Земельном кодексе запрет на продажу земельных участков, если строение нежилое?», * говорил, что такого запрета нет. Льготная стоимость определялась в размер 25 % кадастровой стоимости, есть еще 50 % при соблюдении ряда других характеристик. Процентовка измерялась, исходя из представленных документов. Выносить участки на торги не было никакой теоретической возможности, поэтому вывод о том, что можно продать участок с торгов - неверный, и единственное, что можно было сделать по этим заявлениям, - отказать. Продать их можно было без торгов по льготной стоимости после постройки дома. Торги проводить было нельзя, т.к. земельные участки были зарегистрированы правообладателем. У них была аренда, переоформленая под строение, на которое была зарегистрирована их частная собственность. Поэтому эти участки были под обременением, и их даже теоретически не могли выставить на торги. После регистрации прав собственности на строение, люди переоформляли земельные участки. В случае отказа в удовлетворении заявления о выкупе земельного участка, он должен был остаться в аренде. Прекращение аренды возможно только при ненадлежащем использовании данного земельного участка, если строение престало существовать, и это будет доказано в суде. В данном случае, при подаче заявления на покупку по льготной цене без аукциона, администрация могла только отказать, но выставить на аукцион не могла, поскольку на участке уже существует здание, а земля следует его судьбе. Из оглашенных показаний представителя потерпевшего * следует, что с 07 февраля 2023 года является Главой администрации г. Покров. В период с 08 мая 2019 года по 18 ноября 2022 года должность Главы администрации г. Покров занимал ФИО1 Администрация г. Покров является исполнительно-распорядительным органом МО «Город Покров» и наделена полномочиями по решению вопросов местного значения согласно Уставу МО «Город Покров». Глава администрации г. Покров руководит ею на принципах единоначалия и несет ответственность перед населением муниципального образования, государством обществом, юридическими лицами. Порядок предоставления в собственность земельных участков, находящихся в муниципальной и государственной собственности определен Земельным кодексом РФ, Законом Владимирской области от 25 февраля 2015 года № 10-ОЗ «О регулировании земельных отношений на территории Владимирской области», Порядком управления и распоряжения земельными ресурсами МО «Город Покров», административным регламентом предоставления муниципальной услуги «Продажа и предоставление в аренду находящихся в государственной или муниципальной собственности земельных участков, на которых расположения здания, сооружения, собственникам таких зданий, сооружений либо помещений в них» (далее - административный регламент). В соответствии с п. 2 ст. 3.3 Федерального закона от 25.10.2001 ФЗ № 137-ФЗ «О введении в действие Земельного кодекса Российской Федерации» предоставление земельных участков, государственная собственность на которые не разграничена, осуществляется органом местного самоуправления городского поселения в отношении земельных участков, расположенных на территории такого поселения. В силу п. 1 ст. 39.3 Земельного кодекса РФ по общему правилу продажа находящихся в государственной или муниципальной собственности земельных участках осуществляется на торгах, проводимых в форме аукционов. В силу подп. 6 п. 2 статьи 39.3 и п. 1 ст. 39.20 Земельного кодекса РФ исключительным правом на приобретение в собственность земельных участков, находящихся в государственной или муниципальной собственности, обладают граждане, юридические лица, являющиеся собственниками зданий, сооружений, расположенных на таких земельных участках. Муниципальная услуга предоставляется администрацией города Покров (п. 2.2. Административного регламента). В соответствии с п. 3.1 Регламента предоставление муниципальной услуги включает в себя следующие административные процедуры: - прием и регистрация заявления о предоставлении муниципальной услуги; - рассмотрение заявления и документов, необходимых для предоставления муниципальной услуги; - направление межведомственного запроса; - возврат документов при наличии оснований; - подготовка заключения о расположении в границах испрашиваемого земельного участка зданий, сооружений, объектов, не завершенных строительством; - подготовка и направление заявителю сообщения об отказе в предоставлении муниципальной услуги; - подготовка проекта договора купли-продажи (аренды) земельного участка, и направление его заявителю. В соответствии с п. 2.2.1 административного регламента исполнителем муниципальной услуги является Комитет по управлению муниципальным имуществом (далее - КУМИ). КУМИ от имени МО «Город Покров» в пределах, установленных действующим законодательством и правовыми актами органов местного самоуправления, осуществляет полномочия собственника по владению, пользованию и распоряжению объектами муниципальной собственности, земельными участками. В соответствии с п. 2.6 административного регламента определен исчерпывающий перечень необходимых для оказания муниципальной услуги документов: - заявление о предоставлении земельного участка; - копия документа, удостоверяющего личность заявителя (заявителей), являющегося физическим лицом, либо личность представителя физического или юридического лица; - документ, подтверждающий полномочия представителя заявителя; - копии документов, удостоверяющих (устанавливающих) права на такое здание, строение, сооружение, если право на такое здание, строение, сооружение в соответствии с законодательством Российской Федерации признается возникшим независимо от его регистрации в ЕГРН; - сообщение заявителя (заявителей), содержащее перечень всех зданий, сооружений, расположенных на испрашиваемом земельном участке, с указанием кадастровых (условных, инвентарных) номеров и адресных ориентиров зданий, сооружений, принадлежащих на соответствующем праве заявителю. Все документы предоставляются в администрацию г. Покров лично заявителем или его уполномоченным представителем. С февраля 2020 года по апрель 2022 года администрация города Покров в лице главы администрации г. Покров ФИО1 заключила договоры купли-продажи земельных участков без проведения торгов под объектами капитальной постройки, поставленными на кадастровый учет, но не являющимися индивидуальными жилыми домами, а именно: 1) договор купли-продажи от 05 февраля 2020 года земельного участка с кадастровым номером 33:13:* для осуществления индивидуального жилищного строительства с *. (выкупная стоимость земельного участка составила 25% от его кадастровой стоимости, а именно 249 252 рубля 53 копейки); 2) договор купли-продажи от 01 апреля 2020 года земельного участка с кадастровым номером 33:13:* для осуществления индивидуального жилищного строительства с * (выкупная стоимость земельного участка составила 25% от его кадастровой стоимости, а именно 143 353 рубля 41 копейка); 3) договор купли-продажи от 27 октября 2020 года земельного участка с кадастровым номером 33:13:* для индивидуального жилищного строительства, личного подсобного хозяйства со *. (выкупная стоимость земельного участка составила 25% от его кадастровой стоимости, а именно 67 277 рублей); 4) договор купли-продажи от 22 января 2021 года земельного участка с кадастровым номером 33:13:* для осуществления индивидуального жилищного строительства, личного подсобного хозяйства с * (выкупная стоимость земельного участка составила 25% от его кадастровой стоимости, а именно 62 016 рублей 45 копеек); 5) договор купли-продажи от 01 апреля 2021 года земельного участка с кадастровым номером 33:13:* для осуществления индивидуального жилищного строительства с * (выкупная стоимость земельного участка составила 25% от его кадастровой стоимости, а именно 200 172 рубля 91 копейка); 6) договор купли-продажи от 30 апреля 2021 года земельного участка с кадастровым номером 33:13:* для осуществления индивидуального жилищного строительства с * (выкупная стоимость земельного участка составила 25% от его кадастровой стоимости, а именно 76 406 рублей 56 копеек); 7) договор купли-продажи от 11 июня 2021 года земельного участка с кадастровым номером 33:13:* для осуществления индивидуального жилищного строительства, личного подсобного хозяйства, с * (выкупная стоимость земельного участка составила 25% от его кадастровой стоимости, а именно 168 259 рублей 78 копеек); 8) договор купли-продажи от 27 января 2022 года земельного участка с кадастровым номером 33:13:* для ведения личного подсобного хозяйства с * (выкупная стоимость земельного участка составила 25% от его кадастровой стоимости, а именно 86 477 рублей 13 копеек); 9) договор купли-продажи от 01 февраля 2022 года земельного участка с кадастровым номером 33:13:* для осуществления индивидуального жилищного строительства с * (выкупная стоимость земельного участка 50% от его кадастровой стоимости, а именно 318 852 рубля 68 копеек); 10) договор купли-продажи от 17 февраля 2022 года земельного участка с кадастровым номером 33:13:* для осуществления индивидуального жилищного строительства с * (выкупная стоимость земельного участка составила 50% от его кадастровой стоимости, а именно 159 976 рублей); 11) договор купли-продажи от 08 апреля 2022 года земельного участка с кадастровым номером 33:13:* для ведения личного подсобного хозяйства с *. (выкупная стоимость земельного участка составила 25% от его кадастровой стоимости, а именно 25 658 рублей 36 копеек). Указанные земельные участки были проданы по договорам купли-продажи гражданам в порядке подп. 6 п. 2 статьи 39.3 и п. 1 ст. 39.20 Земельного кодекса РФ, то есть продажа земельного участка гражданам для индивидуального жилищного строительства собственнику здания (сооружения), расположенного на нем. Цена продажи земельных участков без проведения торгов определяется в соответствии Законом Владимирской области от 25.02.2015 года № 10-ОЗ «О регулировании земельных отношений на территории Владимирской области» (статья 4), согласно которому, цена продажи определяется, как процент (25 процентов и 50 процентов) от кадастровой стоимости земельного участка. Цена по вышеуказанным договорам купли-продажи земельных участков без проведения торгов с * рассчитывалась в размере 25 процентов и 50 процентов, исходя из кадастровой стоимости таких участков, определенная на дату заключения указанных договоров. Кадастровая стоимость данных земельных участков была установлена уполномоченным органом - Центром государственной кадастровой оценки Владимирской области. При определении стоимости продаваемого участка сотрудниками КУМИ делался запрос в Центр государственной кадастровой оценки Владимирской области, которые сообщали сведения о кадастровой стоимости объекта недвижимости по состоянию на продаваемою дату, и от данной стоимости определялась цена земельного участка в размере 25 процентов или 50 процентов. Первоначально земельные участки из земель населенных пунктов были предоставлены * в аренду с видом разрешенного использования - осуществление индивидуального жилищного строительства, ведения личного подсобного хозяйства. Земельные участки на момент предоставления их в аренду были освобождены от зданий, сооружений. В период аренды земельного участка его арендатор имел право на возведение и регистрацию объектов недвижимости согласно целевому назначению земельного участка (для индивидуального жилищного строительства, ведения личного подсобного хозяйства), а именно жилой дом, хозяйственные постройки, индивидуальный гараж. Договора купли-продажи по заниженной стоимости (25 процентов либо 50 процентов от кадастровой стоимости) без проведения торгов были заключены на основании представленных покупателями документов, свидетельствующих о наличии на земельных участках объектов недвижимого имущества (хозяйственные блоки, бани, хозяйственные постройки), которые являлись объектами вспомогательного строительства, принадлежащими покупателям на праве собственности, на момент заключения договоров купли-продажи. На сотрудников администрации г. Покров обязанности по контролю за фактическим наличием строения на земельном участке не возложены. Для проверки информации о том, какие объекты недвижимости находились на земельных участках на момент заключения договоров купли-продажи, сотрудники КУМИ руководствовались сведениями, содержащиеся в ЕГРН (их наименование, площадь, регистрация права собственности, принадлежность, расположение). Согласно имеющимся данным из ЕГРН, на момент заключения договоров купли-продажи на земельных участках жилых домов построено не было. В соответствии с пп. 1 и 14 ст. 39.16 Земельного кодекса РФ уполномоченный орган принимает решение об отказе в предоставлении земельного участка без проведения торгов, если разрешенное использование земельного участка не соответствует целям использования такого земельного участка, указанным в заявлении о предоставлении земельного участка. Предоставление в собственность публичного земельного участка, занятого объектом, для строительства которого участок не предоставлялся, или площадь которого значительно превышает площадь недвижимости с учетом цели ее эксплуатации, может свидетельствовать о выкупе участка в обход установленной законом процедуры приватизации (статья Гражданского кодекса РФ и статья 39.20 Земельного кодекса РФ). При этом из совокупности анализа пунктов 2 и 3 части 17 статьи и части 15 статьи Гражданского кодекса РФ, статьи Гражданского кодекса РФ следует, что основными критериями для отнесения строений и сооружений к вспомогательным являются их принадлежность к виду сооружений пониженного уровня ответственности, отсутствие необходимости получения разрешительной документации на их строительство и наличие на земельном участке основного объекта недвижимости имущества, по отношению к которому такое строение или сооружение выполняет вспомогательную или обслуживающую функцию. Правообладатель публичного земельного участка, предоставленного для строительства объекта недвижимости, вправе самостоятельно определить очередность возведения вспомогательных объектов и принять решение об их создании до начала строительства основного объекта недвижимости. Однако приобретение такого участка в собственность путем выкупа на возмездной основе возможно только после окончания строительства основного объекта. Таким образом, возведение на публичном земельном участке только объекта вспомогательного использования, в том числе при наличии государственной регистрации права собственности на этот объект, в отсутствие на этом земельном участке основного здания или сооружения не влечет возникновения у собственника вспомогательного объекта права на приобретение в собственность земельного участка в порядке, предусмотренном подп. 6 п. 2 статьи 39.3 , п. 1 ст. 39.20 Земельного кодекса РФ, то есть без проведения торгов, по заниженной стоимости. Ввиду отчуждения указанных земельных участков, МО «Город Покров» причинен имущественный вред, который складывается из разницы между кадастровой стоимостью земельного участка на момент заключения договоров купли-продажи и ценой, указанной в договорах купли-продажи. Имущественный вред составил в общей сумме 3 715 451 рубль 05 копеек. (т. 2 л.д. 138-145) Из показаний свидетеля *. следует, что ранее она была трудоустроена с 01 ноября 2019 года по 10 апреля 2023 года в должности председателя комитета по управлению имуществом г. Покров. В ее обязанности входило распределение предоставление, в том числе для выкупа земельных участков, оформление недвижимости и т.п. Главой администрации на тот период был ФИО1, она находилась в его прямом подчинении, также ее деятельность курировал заместитель главы администрации * По предоставлению администрацией участков таким гражданам, как *, она обстоятельства помнит смутно, там была неоднозначная судебная практика, на земельных участках были строения, а у владельцев - договор аренды, поэтому администрация сделала правильно, предоставив их без торгов. Оснований для отказа в удовлетворении заявлений не имелось. В администрации потом уже узнали, что было постановление Верховного суда РФ о том, что в связи с разрешенным использованием нужно было обязательно строить жилые дома, но личное подсобное хозяйство не подразумевает строительство жилого дома. Это стало ясно, когда пришли следователи. В итоге по данным гражданам были приняты решения о предоставлении для выкупа земельных участков. Указания от руководителя, в том числе по проведению данных действий даже при наличии оснований для отказа ей не поступали. Из оглашенных показаний свидетеля * следует, что она является председателем КУМИ администрации г. Покров. В рамках должностной инструкции она осуществляет рассмотрение заявлений граждан и приложенных к ним документов, проверяет наличие оснований, установленных законом, для предоставления или отказа в предоставлении земельных участков, утверждении схемы расположения земельного участка, изучает проект соглашения о перераспределении земельного участка. В период времени с 05 февраля 2020 года по 08 апреля 2022 года главой администрации г. Покров ФИО1 были предоставлены * земельные участки, без проведения соответствующих на то торгов. Земельные участки указанным гражданам были предоставлены в порядке, предусмотренном п. 6 ч. 2 ст. 39.3 Земельного кодекса РФ, ст. 39.20 Земельного кодекса РФ, то есть без проведения торгов. В рамках рассмотрения каждого заявления о выкупе земельных участков сотрудниками КУМИ г. Покров осуществлялся выезд на земельный участок. В результате выездов было установлено, что на момент заключения договоров купли-продажи, без проведения торгов, на земельных участках находились хозяйственные постройки, здания, строения, хозяйственные блоки. Сведения об указанных объектах недвижимости были указаны в выписках из ЕГРН. Ей было известно, что на момент оформления договоров купли-продажи земельных участков, на них отсутствовали жилые дома. Оснований, прямо указанных в законе, для отказа в заключении договоров купли-продажи земельных участков, на ее взгляд не имелось, поэтому данные договора сотрудниками КУМИ были подготовлены. Однако, сотрудник департамента имущественных и земельных отношений * сотрудникам КУМИ г. Покров примерно в 2020-2021 годах разъяснила, что имеется судебная практика, согласно которой нельзя предоставлять в собственность гражданам земельный участок без проведения торгов, если на земельном участке отсутствует возведенный жилой дом, так как не достигнута цель жилищного строительства, то есть та цель, ради которой гражданам предоставлялся в собственность земельный участок. Глава администрации г. Покров ФИО1 регулярно, практически на каждом совещании указывал ей на то, что в бюджете МО «Город Покров» нет денег, и ей, как сотруднику КУМИ, давал указания предпринимать действия к пополнению бюджета путем продажи земельных участков и имущества. Она выполняла указания ФИО1, так как он являлся главой администрации г. Покров, был ее руководителем и, пользуясь своим авторитетом, мог оказывать на нее давление под угрозой увольнения. (т. 2 л.д. 156-158) По оглашенным показаниям свидетель * пояснила, что следствие запутывало ее, она их давала под давлением и ориентироваться надо на показания, данные ей в суде. Они все вместе, в том числе и ФИО1, советовались и решали, как сделать правильно. Снос аварийного жилья и продажа земельных участков под индивидуальное жилищное строительство - это статистически положительные показатели для администрации, как и перераспределение в рамках способствования жилищному строительству. Даты, кадастровые номера и прочие данные в оглашенных показаниях соответствуют действительности. В ДИЗО ей говорили, что практика по предоставлению земельных участков была различной. Из показаний свидетеля * следует, что в настоящий момент он состоит в должности председателя КУМИ г. Покрова, ранее с 2018 по начало 2024 года был заместителем председателя. В его должностные обязанности входило распоряжение муниципальным имуществом, ведение реестра муниципального имущества, аренда муниципального имущества, земельных участков, жилищного фонда, рассмотрение заявлений граждан, связанных с распоряжением муниципальным имуществом, его отчуждением, передачей в аренду, в собственность, безвозмездное пользование. Он находился в непосредственном подчинении * и ФИО1 Процедура рассмотрения заявлений граждан выглядела следующим образом. Порядок регламентирован Земельным кодексом Российской Федерации и административным регламентом, связанным с данной процедурой, в частности, если речь идет о выкупе земельных участков, это продажа земельных участков без проведения торгов, а в случае перераспределения земельных участков, это перераспределение земельных участков, находящихся в муниципальной, неразграниченной, частной собственности. Данный порядок заключался в подаче гражданами соответствующих заявлений и приложенных к ним документов, они поступали в приемную администрации г. Покров, далее отдавались главе администрации, после этого делалась соответствующая отметка в журнале входящей корреспонденции о назначении ответственного лица в соответствии с резолюцией, поставленной главой администрации, и далее передавалось в соответствующий отдел. Начальник отдела, тот, кому было отписано данное заявление, рассматривал его и готовил по результатам его рассмотрения соответствующие документы: отказ либо проект договора купли-продажи, которые отдавались на подписание главе администрации. В рамках рассмотрений данных заявлений осуществлялся выезд на место, чтобы осмотреть земельный участок, а также проверить наличие там недвижимости в случае выкупа земельных участков под объекты недвижимости. До установления судебной практики, поскольку процедура не предусматривала отказ при отсутствии жилого строения на участке, факт наличия такого строения не проверялся. Заявления граждан * поступали в период с 2019 по 2022 годы. Вышеуказанные граждане обращались по собственной инициативе. Заявление предусматривало приложение документов, сообщение о расположении объектов недвижимости, выезд на место и проверку наличия данных объектов, которые были указаны в сообщении, приложенном к заявлению, осуществление межведомственного запроса в Росреестр о наличии данного объекта в сведениях ЕГРН записи, что данные объекты принадлежат заявителям на праве собственности. Далее осуществлялась подготовка проекта договора купли-продажи, соглашение о расторжении договоров аренды и акты приема-передачи для их передаче главе администрации. В последующем данные проекты передавались для ознакомления и подписания заявителям, последующей оплаты госпошлины для Росреестра и для дальнейшей государственной регистрации перехода права собственности, прекращения аренды. По итогу данным гражданам участки предоставлены для выкупа. Процедура была проведена без торгов. С учетом современной сложившейся судебной практики, на сегодняшний момент понятно, что это не было законно. На тот период комитет и администрация не усматривали оснований для отказа. На момент нахождения ФИО1 в должности, КУМИ сообщало ему об отсутствии запрета на выкуп арендованных участков под строениями. Руководством администрации указаний на увеличение темпа продажи земельных участков не давалось. В случае продажи данных земельных участков с торгов, поступления были бы больше, поскольку Земельным кодексом прямо предусмотрено, что начальная минимальная цена торгов устанавливается по усмотрению организатора торгов: либо в размере кадастровой стоимости, либо в размере рыночной стоимости, которая примерно приближается к этому значению. Кроме того, процедура торгов предусматривает увеличение стартовой цены торгов в случае заявления двух или более лиц, однако данные земельные участки не могли быть проданы по результатам торгов, поскольку были обременены объектами недвижимости, то есть данные земельные участки были сформированы гражданами в порядке статьи 39.18 ЗК РФ и предоставлены на праве аренды. В последующем на арендованных участках они построили объекты недвижимости, зарегистрировали их и обратились в администрацию. То есть, для того, чтобы провести процедуру торгов, необходимо было изъять данные земельные участки, освободить от прав данных лиц, провести демонтаж объекта. До этого продажа на торгах не могла быть осуществлена. Данные земельные участки имеют разные конфигурации и площади, в основном это прямоугольные формы, предназначенные для индивидуального жилищного строительства и ведения личного подсобного хозяйства. Общие планы по продажи участков с торгов не реализовывались по причине отсутствия интереса у населения. Поступления в бюджет, которые были получены по результатам продажи спорных участков, шли сверх нормы. Каких-либо указаний по продаже данных участков от ФИО1 не поступало. В итоге администрация получила больше денежных средств, чем она получила с аренды, но, в конечном счете, данные договоры были расторгнуты и деньги возвращены гражданам. Из показаний свидетеля * следует, что с 15 октября 2007 года работает в Министерстве имущественных и земельных отношений Владимирской области, с 21 октября 2021 года - в должности начальника отдела земельных отношений управления земельных ресурсов Министерства имущественных и земельных отношений Владимирской области. По смыслу правовых норм, предусмотренных ст. 39.3 , 39.20 Земельного кодекса РФ, подлежащих применению с учетом общих положений земельного законодательства, обязывающих собственников земельных участков и лиц, не являющихся собственниками земельных участков, использовать земельные участки в соответствии с их целевым назначением (статья 42 Земельного кодекса РФ), возникновение исключительного права на приобретение земельного участка без проведения торгов зависит от достижения той цели, для которой он предоставляется лицу. Возведение на публичном земельном участке только объекта вспомогательного использования, в том числе при наличии государственной регистрации права собственности на этот объект, в отсутствие на этом земельном участке основного здания или сооружения не влечет возникновения у собственника вспомогательного объекта права на приобретение в собственность земельного участка в порядке, предусмотренном подп. 6 п. 2 ст. 39.3 , п. 1 ст. 39.20 Земельного кодекса РФ, то есть без проведения торгов. Отсутствие правовых оснований для предоставления в собственность земельного участка под объектом вспомогательного назначения регламентировано совокупностью действующих норм и подтверждается судебной практикой. (т. 4 л.д. 1-5) Из оглашенных показаний свидетеля * следует, что в его собственности находится земельный участок с кадастровым номером 33:13:030101:936, площадью 800 квадратных метров, который он выкупил у администрации г. Покров на основании договора купли-продажи 17 февраля 2022 года за 159 976 рублей. С сентября 2020 года указанный земельный участок он арендовал. С целью приватизации земельного участка он построил на нем небольшое строение площадью 16 квадратных метров. Сотрудники администрации г. Покров ему подсказали, что для приватизации земельного участка, находящееся на нем строение должно быть не переносимым. Перед выкупом земельного участка на него приезжал сотрудник администрации г. Покров, который визуально осмотрел участок и строение на нем, после чего земельный участок был предоставлен в его собственность. (т. 2 л.д. 221-223) Из оглашенных показаний свидетеля * следует, что в его собственности находится земельный участок с кадастровым номером 33:13:*, площадью 800 квадратных метров, который он выкупил у администрации г. Покров. Изначально 01 апреля 2021 года он выкупил у администрации г. Покров земельный участок с кадастровым номером 33:13:* площадью 707 квадратных метров, стоимостью 200 172 рубля 91 копейка. Затем к данному участку он присоединил земельные участки с кадастровыми номерами 33:13:* и 33:13:* общей площадью 93 квадратных метра. В дальнейшей все вышеуказанные три земельных участка были объединены в земельный участок с кадастровым номером 33:13:*, площадью 800 квадратных метров. С 2020 года по дату заключения договора купли-продажи земельный участок с кадастровым номером 33:13:* площадью 707 квадратных метров он арендовал у администрации г. Покров. Земельный участок был заросший дикими кустарниками и деревьями. Земельный участок он за свой счет расчистил, перенес самотечную канализацию, световые опоры. В последующем он планировал постройку на данном земельном участке жилого дома. Однако, с целью приватизации земельного участка, он построил на нем небольшое строение. Не позднее 30 марта 2021 года он написал в администрацию г. Покров заявление о предоставлении ему в собственность земельного участка с кадастровым номером 33:13:* площадью 707 квадратных метров. Перед заключением договора купли-продажи на земельный участок приезжал кто-то из администрации г. Покров и осуществлял визуальный осмотр. (т. 2 л.д. 224-226) Из оглашенных показаний свидетеля * следует, что в собственности ее матери *. находится земельный участок, расположенный по адресу: &lt;...&gt; д. *, с кадастровым номером 33:13:*, площадью 843 квадратных метра. Ранее данный земельный участок ее мать арендовала у администрации г. Покров. Ее мать является инвалидом по слуху, в связи с чем оформлением земельного участка в собственность матери занималась она. Земельный участок был выкуплен у администрации г. Покров на основании договора купли-продажи 01 февраля 2022 года за 318 852 рубля 68 копеек. На указанном земельном участке располагался гараж с кадастровым номером 33:13:* площадью 5,1 квадратных метров, право собственности на который было зарегистрировано за ее матерью. Указанный гараж, как хозяйственная постройка, были построены силами нанятого ею частного подрядчика, как капитальное строение с бетонным ленточным основанием и прикрепленной к нему основой конструкции хозяйственного помещения. Об этом способе выкупа в собственность земельного участка она прочитала в интернете. В начале 2022 года она подала заявление в администрацию г. Покров о предоставлении данного земельного участка с кадастровым номером 33:13:*, площадью 843 квадратных метра, в собственность ее матери. Перед заключением договора купли-продажи земельного участка на него приезжал сотрудник администрации г. Покров и проводил визуальный осмотр земельного участка и гаража, произвел их фотографирование. После чего был заключен договор купли-продажи земельного участка между администрацией г. Покров и ее матерью * (т. 2 л.д. 232-234) Из оглашенных показаний свидетеля *. следует, что в ее собственности находится земельный участок с кадастровым номером 33:13:*, расположенный по адресу: &lt;...&gt; д. *, с разрешенным видом использования - для индивидуального жилищного строительства. 18 марта 2019 года между ней и администрацией г. Покров был заключен договор аренды данного земельного участка сроком на 20 лет. В период аренды на земельном участке было построено нежилое здание площадью 68 квадратных метров, а именно хозяйственное двухэтажное здание сезонного назначения - баня. Баня 17 июня 2019 года зарегистрирована за кадастровым номером 33:13:*. Кроме этого, за ее счет земельный участок был расчищен, на него было привезено много песка. В связи с тем, что она вложила в земельный участок много своих сил, она решила приобрести данный земельный участок у администрации г. Покров в собственность. 27 августа 2019 года она составила заявление на имя Главы администрации г. Покров ФИО1, в котором просила предоставить ей в собственность арендуемый ею земельный участок. Осматривался ли земельный участок сотрудниками администрации г. Покрова перед продажей, она не помнит. 05 февраля 2020 года между ней и администрацией г. Покров был заключен договор купли-продажи земельного участка с кадастровым номером 33:13:* площадью 941 квадратный метр, стоимость которого составила 25 процентов от кадастровой стоимости земельного участка, а именно 249 252 рубля 53 копейки. (т. 2 л.д. 235-237) Из оглашенных показаний свидетеля * следует, что она осуществляет свою трудовую деятельность в ООО «*», в котором работает в должности юрисконсульта, оказывает гражданам юридические услуги. В 2020 году в ООО «Август» обратилась * с целью приватизации земельного участка, находящегося в собственности администрации г. Покров. С * был заключен договор на оказание платных услуг. Она являлась исполнителем по данному договору, * - заказчиком. В дальнейшем было проведено межевание земельного участка, ему был присвоен кадастровый номер 33:13:*. Площадь земельного участка составила 251 квадратный метр. После того как было проведено межевание земельного участка, она по доверенности от * заключила договор аренды данного земельного участка с администрацией г. Покров. С целью дальнейшей приватизации на земельном участке *. возвела постройку, которая была зарегистрирована, как хозяйственный блок с кадастровым номером 33:13:*. 13 января 2021 года она по доверенности от имени * составила заявление на имя Главы администрации г. Покров ФИО1, в котором просила предоставить в собственность *. земельный участок с кадастровым номером 33:13:*, расположенный по адресу: Владимирская область, Петушинский район, п. Введенский. 22 января 2021 года между * и администрацией г. Покров был заключен договор купли-продажи земельного участка с кадастровым номером 33:13:* площадью 251 квадратный метр, цена которого составила 25 процентов от кадастровой стоимости земельного участка, а именно 62 016 рублей 45 копеек. Разрешенный вид использования земельного участка был для индивидуального жилищного строительства, для ведения личного подсобного хозяйства. (т. 2 л.д. 238-240) Из оглашенных показаний свидетеля * следует, что в настоящее время в ее собственности находится земельный участок, расположенный в п. Введенский Петушинского района Владимирской области, с кадастровым номером 33:13:* площадью 681 квадратный метр. Данный земельный участок был ею выкуплен у администрации г. Покров 11 июня 2021 года за 168 259 рублей 78 копеек. Вид разрешенного использования земельного участка - для индивидуального жилищного строительства, для ведения личного подсобного хозяйства. На земельном участке располагался объект недвижимости - нежилое здание (хозяйственная постройка) с кадастровым номером 33:13:* площадью 18,6 квадратных метров, находящееся у нее в собственности с 01 декабря 2020 года. Указанная хозяйственная постройка была построена ею с супругом, как капитальное строение на сваях и прикрепленной к нему основной конструкцией хозяйственного помещения. Об этом способе выкупа в собственность земельного участка ей рассказали в земельном отделе администрации г. Покров, кто именно не помнит. В мае 2021 года она подала в администрацию г. Покров заявление с целью оформления земельного участка в собственность. Перед заключением договора купли-продажи на земельный участок приезжал сотрудник администрации г. Покров, который произвел визуальный осмотр участка, произвел его фотографирование. В дальнейшем 11 июня 2021 года между ней и администрацией г. Покров был заключен договор купли-продажи земельного участка с кадастровым номером 33:13:* площадью 681 квадратный метр. (т. 2 л.д. 241-243) Из оглашенных показаний свидетеля * следует, что в настоящее время в ее собственности находится земельный участок, расположенный в п. Введенский Петушинского района Владимирской области, с кадастровым номером 33:13:* площадью 304 квадратных метра. Данный земельный участок был ею выкуплен у администрации г. Покров 08 апреля 2022 года за 25 658 рублей 36 копеек. Ранее она арендовала данный земельный участок у администрации г. Покров. Вид разрешенного использования земельного участка - для ведения личного подсобного хозяйства. В процессе действия договора аренды силами нанятых ею работников на земельном участке была построена хозяйственная постройка, как капитальное строение на бетонно-блочном фундаменте, на который в последствии был установлен и прикреплен гараж. После этого постройка была зарегистрирована, как нежилое здание с кадастровым номером 33:13:* площадью 21,9 квадратный метр, находящаяся в ее собственности с 15 февраля 2022 года. В марте 2022 года она подала в администрацию г. Покров заявление с просьбой предоставить ей в собственность указанный земельный участок. Об этом способе выкупа в собственность земельного участка ей рассказали в земельном отделе администрации г. Покров, кто именно не помнит. Перед заключением договора купли-продажи земельного участка на него приезжал сотрудник из администрации г. Покров, который проводил визуальный осмотр участка и его фотографирование. В дальнейшем 08 апреля 2022 года между ней и администрацией г. Покров был заключен договор купли-продажи земельного участка с кадастровым номером 33:13:*. (т. 2 л.д. 244-246) Из оглашенных показаний свидетеля * следует, что в собственности его бабушки * находился земельный участок с кадастровым номером 33:13:* площадью 526 квадратных метров, расположенный по адресу: &lt;...&gt; д. *. Его бабушка имеет ограниченную возможность передвигаться и выходить из дома, в связи с чем оформлением земельного участка в собственность бабушки занимался он в ее присутствии. Земельный участок с кадастровым номером 33:13:* площадью 526 квадратных метров был выкуплен у администрации г. Покров 01 апреля 2020 года за 143 353 рубля 41 копейку на основании договора купли-продажи. Вид разрешенного использования земельного участка - для индивидуального жилищного строительства. На земельном участке располагался объект недвижимости - нежилое здание (хозяйственная постройка) с кадастровым номером 33:13:* площадью 3,5 квадратных метра, находящийся у его бабушки в собственности с 05 марта 2020 года, с бетонным ленточным основанием, которое впоследствии было перестроено в жилой каркасный дом после выноса коммуникаций, которые препятствовали постройке дома изначально. Об этом способе выкупа в собственность земельного участка он знает, потому что является юристом. В марте 2020 года в администрацию г. Покров им от имени бабушки было подано заявление о предоставлении земельного участка в собственность, а 01 апреля 2020 года между его бабушкой * и администрацией г. Покров был заключен договор купли-продажи земельного участка с кадастровым номером 33:13:* площадью 526 квадратных метров. (т. 2 л.д. 247-249) Из оглашенных показаний свидетеля * следует, что у нее в собственности находится земельный участок с кадастровым номером 33:13:*, который она приобрела на основании договора купли-продажи у администрации г. Покров. Ранее, до заключения указанного договора, данный земельный участок она арендовала. Вопросами оформления документов по купле-продаже земельного участка занималась по доверенности * (т. 3 л.д. 50-53) Из оглашенных показаний свидетеля *. следует, что она работает в ООО «Комплекс-Развитие», которое занимается осуществлением кадастровых работ. Она работает в должности кадастрового инженера. В ее должностные обязанности входит: проведение кадастровых работ в отношении земельных участков и объектов недвижимости, составление межевых планов на земельные участки и технических планов на другие объекты недвижимости, а также обмер помещений. При обращении гражданина с целью регистрации права собственности на созданный объект недвижимости кадастровый инженер, с выездом на земельный участок, определяет, соответствует ли строение критериям капитального строения, заключает договор на выполнение кадастровых работ. Далее проводится камеральная подготовка, то есть сбор сведений о правах заявителя на земельный участок, получение выписки из ЕГРН, подписание письменного согласия на обработку персональных данных. Далее проводятся полевые работы: установление координат поворотных точек объекта недвижимости на земельном участке, измерение внутри объекта (в том числе измерение длин сторон помещений, дверных и оконных проемов). На основании данных полевых измерений и камеральных расчетов изготавливается технический план, который представляет собой документ, в котором воспроизведены определенные сведения, внесенные в ЕГРН, и указаны сведения об объекте капитального строительства, необходимые для государственного кадастрового учета такого объекта недвижимости. Ею как кадастровым инженером были проведены кадастровые работы на земельных участках с кадастровыми номерами: 1) 33:13:* (собственник * 2) 33:13:* (собственник *.) 3) 33:13:* (собственник *.) Технические планы на объекты недвижимости на вышеуказанных земельных участках изготавливал кадастровый инженер ООО «*» * По земельному участку с кадастровым номером 33:13:* межевой план был подготовлен 15 декабря 2021 года на основании постановления, подписанного Главой администрации города Покров Петушинского района Владимирской области от 13 декабря 2021 год № 674 «О предварительном согласовании предоставления * земельного участка», и схемы расположения земельного участка на кадастровом плане территории в кадастровом квартале 33:13:*, являющейся обязательным приложением к постановлению. По земельному участку с кадастровым номером 33:13:* межевой план был подготовлен 16 июля 2020 года на основании постановления, подписанного Главой администрации города Покров Петушинского района Владимирской области от 10 июля 2020 года № 274 «Об утверждении схемы расположения земельного участка на кадастровом плане территории кадастрового квартала 33:13:*», и схемы расположения земельного участка на кадастровом плане территории в кадастровом квартале 33:13:*, являющейся обязательным приложением к постановлению. Земельный участок с кадастровым номером 33:13:* является смежным с земельным участком с кадастровым номером 33:13:*, находящимся в собственности *, на котором расположен жилой дом с кадастровым номером 33:13:*. По земельному участку с кадастровым номером 33:13:* межевой план был подготовлен 14 декабря 2020 года на основании постановления, подписанного Главой администрации города Покров Петушинского района Владимирской области от 08 декабря 2020 года № 536 «О предварительном согласовании предоставления * земельного участка, расположенного в г. Покров», и схемы расположения земельного участка на кадастровом плане территории в кадастровом квартале 33:13:*, являющейся обязательным приложением к постановлению. Земельный участок с кадастровым номером 33:13:* является смежным с земельным участком с кадастровым номером 33:13:*, находящимся в собственности * на котором расположен жилой дом. В марте 2021 года к ней обратилась *. с целью оказать помощь в выкупе земельного участка с кадастровым номером 33:13:*, площадью 273 квадратных метра, расположенного по адресу: &lt;...&gt;. С этой целью на нее от имени * была оформлена нотариальная доверенность на совершение регистрационных действий в отношении указанного земельного участка. Земельный участок с кадастровым номером 33:13:* ранее находился в собственности администрации г. Покров. * использовала изначально данный земельный участок по договору аренды, заключенному с администрацией г. Покров от 25 декабря 2020 года, с видом разрешенного использования - для индивидуального жилищного строительства. В процессе использования * земельного участка по договору аренды на земельном участке было возведено нежилое здание (хозяйственный блок), на которое в последующем * было получено право собственности. 25 марта 2021 года ею по доверенности от имени * в администрацию г. Покров на имя ФИО1 было подано заявление о предоставлении * в собственность земельного участка с кадастровым номером 33:13:*, площадью 273 квадратных метра, для осуществления индивидуального жилищного строительства, на основании п. 1 ст. 39.20 Земельного кодекса РФ. В заявлении было указано, что земельном участке находится нежилое здание, сведения о котором содержатся в ЕГРН. 30 апреля 2021 года между * и администрацией г. Покров был заключен договор купли-продажи земельного участка с кадастровым номером 33:13:*, согласно которому * из земель населенных пунктов был продан земельный участок с кадастровым номером 33:13:*, площадью 273 квадратных метра. Стоимость земельного участка была установлена в соответствии с п. 2 ст. 4 Закона Владимирской области от 25 февраля 2015 года № 10-ОЗ «О регулировании земельных отношений на территории Владимирской области», и была равна 25 процентам от кадастровой стоимости земельного участка, что составляло 76 406 рублей 56 копеек. (т. 3 л.д. 94-97, 124-125) Из оглашенных показаний свидетеля *. следует, что с 2010 года работает в должности кадастрового инженера ООО «*». Им, как кадастровым инженером, были проведены кадастровые работы на земельных участках с кадастровыми номерами: 1) 33:13:* (собственник *), 2) 3:13:* (собственник *), 3) 33:13:* (собственник *). По земельному участку с кадастровым номером 33:13:* им были выполнены кадастровые работы в связи с созданием здания, расположенного по адресу: Владимирская область, Петушинский район, город Покров, поселок Введенский. Технический план был подготовлен 09 февраля 2022 года. После проведения кадастровых работ им было подготовлено заключение: технический план подготовлен в связи с учетом здания, расположенного на земельном участке с кадастровым номером 33:13:*, находящегося по адресу: Владимирская область Петушинский район город Покров поселок Введенский. Здание представляло собой хозяйственный блок. Характеристиками объекта недвижимости являлись: вид - здание, назначение - нежилое, наименование - хозяйственный блок, по материалу наружных стен здания - бетонные, год завершенного строительства -2022, площадь объекта недвижимости - 21,9 квадратный метр. На момент выезда на земельном участке был расположен только хозяйственный блок, совмещенный с гаражом, иных строений, сооружений, в том числе жилых домов, на земельном участке не имелось. По земельному участку с кадастровым номером 33:13:* им были выполнены кадастровые работы по составлению технического плана, в связи с учетом здания, расположенного по адресу: &lt;...&gt;. Технический план был подготовлен 10 сентября 2020 года. В процессе проведения кадастровых работ по подготовке технического плана было установлено, что здание расположено на земельном участке с кадастровым номером 33:13:*. Здание представляет собой хозяйственный блок, нежилое здание, со смешанным материалом наружных стен, площадью 13 квадратных метров. На момент выезда на земельном участке с кадастровым номером 33:13:* был расположен только хозяйственный блок, назначение - нежилое, этажность - 1 этаж, материал стен - смешанные. Иных строений, сооружений, в том числе жилых домов, на земельном участке с кадастровым номером 33:13:* не имелось. По земельному участку с кадастровым номером 33:13:* им были выполнены кадастровые работы по составлению технического плана в связи с учетом здания, расположенного по адресу: &lt;...&gt;. Технический план был подготовлен 03 марта 2021 года. В процессе проведения кадастровых работ по подготовке технического плана было установлено, что здание расположено на земельном участке с кадастровым номером 33:13:*. Здание представляет собой хозяйственный блок, является нежилым, материал наружных стен - деревянные, площадью 11,9 квадратных метров, одноэтажное. На момент выезда на земельном участке с кадастровым номером 33:13:* был расположен только хозяйственный блок, иных строений, сооружений, в том числе жилых домов, на земельном участке с кадастровым номером 33:13:* не имелось. (т. 4 л.д. 228-235) Из оглашенных показаний свидетеля * следует, что 27 января 2022 года между ним и администрацией г. Покров был заключен договор купли-продажи земельного участка с кадастровым номером 33:13:*, площадью 350 квадратных метров, расположенного по адресу: Владимирская область, Петушинский район, г. Покров, пос. Введенский, с видом разрешенного использования - для ведения личного подсобного хозяйства, стоимостью 86 477 рублей 13 копеек. Оформлением в его собственность данного земельного участка занималась от его имени по доверенности * являющаяся его гражданской супругой. До заключения договора купли-продажи земельный участок с кадастровым номером 33:13:* он арендовал. В процессе действия договора аренды, с целью дальнейшего выкупа земельного участка, он возвел на нем хозяйственный блок, сведения о котором содержатся в ЕГРН. (т. 3 л.д. 126-127) Из оглашенных показаний свидетеля * следует, что с 2016 года по 2023 года она состояла в должности кадастрового инженера Многофункционального центра Петушинского района, с 06 февраля 2023 года является индивидуальным предпринимателем. Ею, как кадастровым инженером были проведены кадастровые работы на земельном участке с кадастровым номером 33:13:* собственником которого является *. По данному земельному участку ею был подготовлен межевой план в связи с образованием земельного участка из земель, находящихся в государственной или муниципальной собственности, расположенного по адресу: Владимирская область, Петушинский район, г. Покров, пос. Введенский. Межевой план был подготовлен 05 мая 2021 года. При проведении кадастровых работ было установлено, что образуемый участок площадью 350 квадратных метров расположен в территориальной зоне Ж1 - «зона застройки индивидуальными жилыми домами». При проведении кадастровых работ было установлено, что на земельном участке отсутствовали здания, строения, сооружения. Кроме того, ею были проведены кадастровые работы по подготовке технического плана в результате выполнения кадастровых работ в связи с созданием здания, расположенного по адресу: Владимирская область, Петушинский район, г. Покров, п. Введенский. Технический план был подготовлен 09 декабря 2021 года. В процессе проведения кадастровых работ было установлено, что здание расположено в границах земельного участка с кадастровым номером 33:13:*. Данное здание являлось объектом капитального строительства и представляло собой хозяйственный блок, являлось сооружением вспомогательного использования, было нежилое, год окончания строительства - 2021, площадь объекта недвижимости - 5 квадратных метров, использовалось как хозяйственная постройка (здание временного (сезонного)) назначения), что подтверждалось Декларацией об объекте недвижимости б/н от 09 декабря 2021 года. На земельном участке на момент составления технического плана (09 декабря 2021 года) было расположено только здание - хозяйственный блок, объект кадастровых работ, иных зданий, сооружений, в том числе, жилых домов, на земельном участке не имелось. В декабре 2021 года к ней обратился ее знакомый *. с целью выкупа земельного участка с кадастровым номером 33:13:*. Для этой цели от имени * ей была выдана нотариальная доверенность на совершение регистрационных действий по оформлению в собственность * земельного участка, со всеми находящимися на нем строениями. Данный земельный участок изначально находился в собственности администрации г. Покров, с разрешенным видом использования - для ведения личного подсобного хозяйства, *. использовал данный участок по договору аренды от 11 августа 2021 года. В процессе использования земельного участка * была возведена на нем хозяйственная постройка площадью 5 квадратных метров, с кадастровым номером 33:13:*. 17 января 2022 года она, действуя по доверенности от *, подала в администрацию г. Покров заявление о предоставлении в собственность * земельного участка с кадастровым номером 33:13:*. В заявлении было указано, что на земельном участке возведена хозяйственная постройка. Затем, 27 января 2022 года между * и администрацией г. Покров был заключен договор купли-продажи земельного участка с кадастровым номером 33:13:*, площадью 350 квадратных метров, расположенного по адресу: Владимирская область, Петушинский район, г. Покров, пос. Введенский, с видом разрешенного использования - для ведения личного подсобного хозяйства. Стоимость земельного участка составила 25 процентов от его кадастровой стоимости, а именно 86 477 рублей 13 копеек. (т. 4 л.д. 197-200, 226-227) Из оглашенных показаний свидетеля * следует, что с 2017 года она является индивидуальным предпринимателем, работает кадастровым инженером. В соответствии с пунктом 3 части 17 статьи «Градостроительного кодекса Российской Федерации» от 29 декабря 2004 года № 190-ФЗ, выдача разрешения на строительство не требуется в случае строительства на земельном участке строений и сооружений вспомогательного использования. Согласно Постановления Правительства РФ от 01 февраля 2006 года № 54 «О государственном строительном надзоре в РФ», утвержденного Ростехнадзором, под строениями и сооружениями вспомогательного использования следует понимать сооружения пониженного уровня ответственности. Согласно пункта 10 статьи 4 Федерального закона от 30.12.2009 № 384-ФЗ «Технический регламент о безопасности зданий и сооружений» к зданиям и сооружениям пониженного уровня ответственности отнесены здания и сооружения временного (сезонного) назначения, а так же здания и сооружения вспомогательного использования, связанные с осуществлением строительства или реконструкции здания или сооружения, либо расположенные на земельных участках, предоставленные для индивидуального жилищного строительства. В соответствии с утвержденным приказом Росстандарта от 23 декабря 2010 года № 1059, к сооружениям пониженного уровня ответственности относятся теплицы, парники, мобильные здания (сборно-разборные и контейнерного типа), склады временного содержания. Согласно п. 2 и 3 ч. 17 ст. и ч. 15 ст. Гражданского кодекса РФ, статьи Гражданского кодекса РФ следует, что основными критериями для отнесения строений и сооружений к вспомогательным являются их принадлежность к виду сооружений пониженного уровня ответственности, отсутствие необходимости получения разрешительной документации на их строительство и наличие на земельном участке основного объекта недвижимого имущества, по отношению к которому такое строение или сооружение выполняет вспомогательную или обслуживающую функцию. Ею, как кадастровым инженером, были проведены кадастровые работы на земельных участках с кадастровыми номерами: 1) 33:13:* (собственник * 2) 33:13:* (собственник *), 3) 33:13:* (собственник * По земельному участку с кадастровым номером 33:13:*, расположенному по адресу: &lt;...&gt; ею были проведены кадастровые работы с целью обеспечения подготовки документов для предоставления в орган кадастрового учета технического плана, в связи с созданием здания, расположенного по указанному адресу. В процессе проведения кадастровых работ по подготовке технического плана было установлено, что здание расположено на земельном участке с кадастровым номером 33:13:*. Площадь здания составляла 3,5 квадратных метра, этажность - 1 этаж, назначение объекта недвижимости - нежилое, материал наружных стен - деревянные. Данное сооружение являлось сооружением вспомогательного использования, временного (сезонного) назначения. Созданное здание принадлежало *., год окончания строительства - 2020, использовалось как хозяйственная постройка (здание временного (сезонного)) назначения, что подтверждалось Декларацией об объекте недвижимости б/н от 25 февраля 2020 года. Созданное здание использовалось для хранения инвентаря. По земельному участку с кадастровым номером 33:13:*, расположенному по адресу: Владимирская область, Петушинский район, г. Покров, пос. Введенский, ею были проведены кадастровые работы с целью обеспечения подготовки документов для предоставления в орган кадастрового учета технического плана, в связи с созданием здания, расположенного по указанному адресу. В процессе проведения кадастровых работ по подготовке технического плана было установлено, что здание расположено на земельном участке с кадастровым номером 33:13:*. Площадь здания составляла 5,8 квадратных метров, этажность - 1 этаж, назначение объекта недвижимости - нежилое, материал наружных стен - деревянные. Данное сооружение являлось сооружением вспомогательного использования, временного (сезонного) назначения. Созданное здание принадлежало *., год окончания строительства - 2021, использовалось как хозяйственная постройка (здание временного (сезонного)) назначения, что подтверждалось Декларацией об объекте недвижимости б/н от 10 марта 2021 года. По земельному участку с кадастровым номером 33:13:*, расположенному по адресу: Владимирская область Петушинский район г. Покров пос. Введенский, ею был подготовлен технический план от 26 мая 2021 года, в связи с созданием здания, расположенного по указанному адресу. Здание было расположено на земельном участке с кадастровым номером 33:13:*. Площадь здания составляла 13,7 квадратных метров, этажность - 1 этаж, год окончания строительства - 2021 год, использовалось как хозяйственная постройка (здание временного (сезонного) назначения), что подтверждалось Декларацией об объекте недвижимости от 26 мая 2021 года. Данное здание относилось к объектам вспомогательного использования, поскольку при проведения кадастровых работ и обследовании объекта он представлял из себя оконченное строительством здание, в составе помещения площадью 13,7 квадратных метров, в котором возможно временное пребывание людей, а также хранение инвентаря, урожая и иных необходимых при ведении личного подсобного хозяйства приспособлений, а также открытого навеса для хранения дров и иных материалов. (т. 4 л.д. 6-14) Из оглашенных показаний свидетеля * следует, что с 2006 года по 2023 год она работала в ООО «* в должности заместителя генерального директора. В ее должностные обязанности входило проведение кадастровых работ в отношении земельных участков и объектов недвижимости, составление межевых планов на земельные участки и технических планов на другие объекты недвижимости, актов обследования, а также обмер помещений. Ею, как кадастровым инженером были проведены кадастровые работы на земельных участках с кадастровыми номерами: 1) 33:13:* (собственник * 2) 33:13:* (собственник * 3) 33:13:* (собственник * По земельному участку с кадастровым номером 33:13:*, расположенному по адресу: Владимирская область, Петушинский район, г. Покров, п. Введенский, ею были проведены кадастровые работы с целью обеспечения подготовки документов для предоставления в орган кадастрового учета технического плана, в связи с созданием здания, расположенного на земельном участке с кадастровым номером 33:13:*. В процессе проведения кадастровых работ по подготовке технического плана было установлено, что здание расположено в границах земельного участка с кадастровым номером 33:13:*. Данное здание являлось сооружением вспомогательного использования, нежилое, год окончания строительства - 2020, площадь объекта недвижимости - 5,3 квадратных метров, использовалось как хозяйственная постройка (здание временного (сезонного)) назначения, что подтверждалось Декларацией об объекте недвижимости б/н от 16 декабря 2020 года. На земельном участке на момент составления технического плана (17 декабря 2020 года) было расположено только здание - хозяйственная постройка, объект кадастровых работ. Иных зданий, сооружений, жилых домов на земельном участке не имелось. По земельному участку с кадастровым номером 33:13:* ею были проведены кадастровые работы по подготовке межевого плана в результате выполнения кадастровых работ в связи с уточнением местонахождения границ и (или) площади земельного участка с кадастровым номером 33:13:*. При проведении кадастровых работ было установлено, что на земельном участке отсутствуют объекты недвижимости (здания, сооружения, жилые дома), на момент подготовки межевого плана (10 августа 2021 год). По земельному участку с кадастровым номером 33:13:* были проведены кадастровые работы по подготовке межевого плана в результате выполнения кадастровых работ в связи образованием земельного участка из земель, находящихся в государственной или муниципальной собственности, расположенного по адресу: Владимирская область, Петушинский район, п. Введенский. При проведении кадастровых работ, было установлено, что на земельном участке отсутствуют объекты недвижимости (здания, сооружения, жилые дома), на момент подготовки межевого плана (23 июля 2019 год). (т. 4 л.д. 105-108) Из оглашенных показаний свидетеля * следует, что с 2010 года является индивидуальным предпринимателем, занимается проведением кадастровых работ. Им, как кадастровым инженером, были проведены кадастровые работы на земельных участках с кадастровыми номерами: 1) 33:13:* (собственник *.) 2) 33:13:* (собственник * По земельному участку с кадастровым номером 33:13:*, расположенному по адресу: Владимирская область, Петушинский район, г. Покров, пос. Введенский, им были проведены кадастровые работы с целью обеспечения подготовки документов для предоставления в орган кадастрового учета технического плана, в связи с созданием здания, расположенного по указанному адресу. Технический план был подготовлен 13 ноября 2020 года. После проведения кадастровых работ им было подготовлено заключение, в связи с учетом здания, расположенного на земельном участке с кадастровым номером 33:13:*, находящегося по адресу: Владимирская область, Петушинский район, г. Покров, пос. Введенский. Характеристики объекта недвижимости, находящегося на земельном участке с кадастровым номером 33:13:*: вид - здание, наименование - хозяйственное здание вспомогательного, сезонного назначения (хозяйственный блок), назначение - нежилое, материал стен - деревянные, год завершенного строительства - 2020, площадь - 18,6 квадратных метров. На момент выезда, на земельном участке был расположен только хозяйственный блок, иных строений, сооружений, в том числе жилых домов, на земельном участке не имелось. По земельному участку с кадастровым номером 33:13:* им были выполнены кадастровые работы по составлению технического плана, в связи с учетом здания, расположенного на данном участке по адресу: Владимирская область, Петушинский район, г. Покров. Технический план был подготовлен 27 мая 2019 года. В процессе проведения кадастровых работ по подготовке технического плана было установлено, что здание расположено на земельном участке с кадастровым номером 33:13:*. Характеристики объекта недвижимости: вид объекта недвижимости - здание, наименование - хозяйственное здание вспомогательного, сезонного назначения (баня), назначение - нежилое, материал наружных стен - деревянный, год завершенного строительства - 2019, площадь - 68 квадратных метров. На момент выезда на земельный участок при проведении кадастровых работ, на земельном участке с кадастровым номером 33:13:* было расположено хозяйственное здание, иных строений, сооружений, в том числе жилых домов, на земельном участке с кадастровым номером 33:13:* не имелось. (т. 4 л.д. 149-155) Из оглашенных показаний свидетеля * следует, что с 2014 года осуществляет свою трудовую деятельность в администрации г. Покров. С февраля 2021 года по март 2022 года она являлась юристом администрации г. Покров. С марта 2022 года она является начальником юридического отдела администрации г. Покров. 05 февраля 2020 года администрацией г. Покров с *. был заключен договор купли-продажи земельного участка с кадастровым номером 33:13:* для осуществления индивидуального жилищного строительства, выкупной стоимостью 25 процентов от кадастровой стоимости земельного участка, а именно 249 252 рубля 53 копейки. 30 ноября 2022 года прокуратура Петушинского района Владимирской области в интересах неопределенного круга лиц и МО «Город Покров» подала в Петушинский районный суд Владимирской области исковое заявление о признании недействительной сделки купли-продажи земельного участка, заключенной с * 13 апреля 2023 года исковые требования прокураты были удовлетворены. * были возвращены денежные средства в сумме 249 252 рубля 53 копейки и восстановлено действие договора аренды земельного участка. 08 апреля 2022 года между администрацией г. Покров и * был заключен договор купли-продажи земельного участка с кадастровым номером 33:13:* для ведения личного подсобного хозяйства, выкупной стоимостью 25 процентов от кадастровой стоимости земельного участка, а именно 25 658 рублей 36 копеек. 30 ноября 2022 года прокуратура Петушинского района Владимирской области в интересах неопределенного круга лиц и МО «Город Покров» подала в Петушинский районный суд Владимирской области исковое заявление о признании недействительной сделки купли-продажи земельного участка, заключенной с *. 11 апреля 2023 года исковые требования прокураты были удовлетворены. * были возвращены денежные средства в сумме 25 658 рублей 36 копеек и восстановлено действие договора аренды земельного участка. Аналогичные исковые заявления были поданы прокуратурой Петушинского района Владимирской области в Петушинский районный суд Владимирской области о признании недействительными сделок купли-продажи, заключенных с *. Судом исковые требования прокуратуры в данных случаях также были удовлетворены. Указанным лицам администрацией г. Покров были возвращены денежные средства, оплаченные ими по договорам купли-продажи, и восстановлено действие договоров аренды земельных участков. (т. 3 л.д. 144-148) Из протокола осмотра места происшествия от 12 апреля 2023 года следует, что осмотрен земельный участок с кадастровым номером 33:13:*, расположенный по адресу: &lt;...&gt; д. *. Земельный участок огорожен кирпичным забором, на участке находится двухэтажный дом, территория облагорожена, дом отапливается. В ходе осмотра проводилось фотографирование, к протоколу осмотра прилагается фототаблица. (т. 3 л.д. 13-16) Из протокола осмотра места происшествия от 12 апреля 2023 года следует, что осмотрен земельный участок с кадастровым номером 33:13:*, расположенный по адресу: &lt;...&gt; вблизи *. Земельный участок огорожен металлическим забором. На земельном участке расположено строение серого цвета с окном и дверью. В ходе осмотра проводилось фотографирование, к протоколу осмотра прилагается фототаблица. (т. 3 л.д. 17-20) Из протокола осмотра места происшествия от 12 апреля 2023 года следует, что осмотрен земельный участок с кадастровым номером 33:13:*, расположенный по адресу: &lt;...&gt;. Земельный участок огорожен металлическим забором коричневого цвета. При входе на земельный участок с левой стороны располагается фундамент с бетонными плитами. Также на земельном участке находятся стеллажи с кирпичами. Ближе к центру земельного участка расположено деревянное строение на сваях с дверью. В ходе осмотра проводилось фотографирование, к протоколу осмотра прилагается фототаблица. (т. 3 л.д. 21-27) Из протокола осмотра места происшествия от 12 апреля 2023 года следует, что осмотрен земельный участок с кадастровым номером 33:13:*, расположенный по адресу: Владимирская область, Петушинский район, п. Введенский, вблизи ул. Зеленая. Земельный участок огорожен металлическим забором с металлическими воротами. При входе на участок с левой стороны расположено деревянное строение (хозяйственная постройка), одноэтажное, с тремя дверьми. Прямо, в конце земельного участка находится деревянное одноэтажное строение с дверью. Внутри помещения стоит стол, диваны. Справа от данного помещения располагается деревянное строение с двумя дверьми. В ходе осмотра проводилось фотографирование, к протоколу осмотра прилагается фототаблица. (т. 3 л.д. 28-35) Из протокола осмотра места происшествия от 12 апреля 2023 года следует, что осмотрен земельный участок с кадастровым номером 33:13:*, расположенный по адресу: Владимирская область, Петушинский район, п. Введенский. Земельный участок огорожен забором серого цвета из шифера. Справа в углу земельного участка расположено одноэтажное строение, визуально похожее на гараж с металлическими воротами. На земельном участке с левой стороны ближе к центру находится одноэтажное строение, обшитое листами серого цвета. В ходе осмотра проводилось фотографирование, к протоколу осмотра прилагается фототаблица. (т. 3 л.д. 36-40) Из протокола осмотра места происшествия от 12 апреля 2023 года следует, что осмотрен земельный участок с кадастровым номером 33:13:*, расположенный по адресу: Владимирская область, Петушинский район, п. Введенский. Земельный участок огорожен металлическим забором зеленого цвета. Слева на земельном участке находится сарай. В ходе осмотра проводилось фотографирование, к протоколу осмотра прилагается фототаблица. (т. 3 л.д. 41-43) Из протокола осмотра места происшествия от 28 сентября 2023 года следует, что осмотрен земельный участок с кадастровым номером 33:13:*, расположенный по адресу: Владимирская область, Петушинский район, п. Введенский, вблизи *. Земельный участок огорожен деревянным забором. На земельном участке находится одноэтажное деревянное строение (постройка), с железной крышей. Визуально постройка похожа на беседку. В ходе осмотра проводилось фотографирование, к протоколу осмотра прилагается фототаблица. (т. 3 л.д. 54-60) Из протокола осмотра места происшествия от 28 сентября 2023 года следует, что осмотрен земельный участок с кадастровым номером 33:13:*, расположенный по адресу: &lt;...&gt; около д* На земельном участке находится деревянная постройка, расположенная на фундаменте. Со слов собственника участка * данная постройка является баней. В крайнем левом углу земельного участка находится хозяйственная постройка. Земельный участок огорожен металлическим забором. В ходе осмотра проводилось фотографирование, к протоколу осмотра прилагается фототаблица. (т. 3 л.д. 69-75) Из протокола осмотра места происшествия от 17 октября 2023 года следует, что осмотрен земельный участок с кадастровым номером 33:13:* (ранее земельный участок имел кадастровый номер 33:13:*), расположенный по адресу: &lt;...&gt; д*. На момент осмотра на земельном участке расположен жилой дом, по периметру земельный участок огорожен забором. В ходе осмотра проводилось фотографирование, к протоколу осмотра прилагается фототаблица. (т. 3 л.д. 130-132) Из протокола осмотра места происшествия от 17 октября 2023 года следует, что осмотрен земельный участок с кадастровым номером 33:13:*, расположенный по адресу: &lt;...&gt; д. *. Земельный участок огорожен металлическим забором. На земельном участке сложены доски, объектов капитального строительства на нем нет. В ходе осмотра проводилось фотографирование, к протоколу осмотра прилагается фототаблица. (т. 3 л.д. 133-136) Из протокола обыска от 18 ноября 2022 года следует, что в администрации г. Покров, расположенной по адресу: &lt;...&gt; д. *, обнаружены и изъяты картонная папка в обложке зеленого цвета, содержащая оригиналы документов о перераспределении земель и земельных участков Администрации г. Покров Петушинского района Владимирской области, на 57 листах; папка в жестком переплете черного цвета, в которой находятся правоустанавливающие документы по аренде и купле-продаже земельных участков администрации г. Покров, всего на 356 листах; папка в обложке синего цвета, в которой находятся документы о купле-продаже и аренде земельных участков, всего на 400 листах; контракт с главой Администрации г. Покров от 08 мая 2019 года на 5 листах; контракт с главой Администрации г. Покров от 08 мая 2021 года на 5 листах; решение совета народных депутатов года Покров Петушинского района Владимирской области от 23.04.2021 № 34/12 «О назначении на должность главы администрации города Покров ФИО1 по результатам конкурса и заключения с ним контракта с 08 мая 2021 города на 1 листе; должностная инструкция Главы Администрации г. Покров Петушинского района Владимирской области, утвержденная главой города Покров ФИО3 23 января 2018 года, на 4 листах, упакованные в картонную коробку, опечатанную оттиском печати «Для пакетов № 3 УЭБиПК УМВД России по Владимирской области». (т. 5 л.д. 43-48) Из протокола осмотра документов от 21 августа 2023 года следует, что осмотрены изъятые в ходе обыска в администрации г. Покров, по адресу: &lt;...&gt; д*, документы, с которых в ходе осмотра сняты копии, приложенные к данному протоколу осмотра. В ходе осмотра также проводилось фотографирование, к протоколу осмотра прилагается фототаблица. (т. 5 л.д. 49-71) Из протокола выемки от 12 октября 2023 года следует, что в помещении Управления Федеральной службы государственной регистрации, кадастра и картографии по Владимирской области, расположенного по адресу: &lt;...&gt; д. *, был изъят оптический диск, содержащий электронные образы регистрационных дел на земельные участки с кадастровыми номерами *, упакованный в прозрачный полимерный пакет, опечатанный отрезком бумаги с оттиском круглой печати «№ 4 Следственное управление УМВД России по Владимирской области», с подписями участвовавших в ходе выемки лиц. (т. 6 л.д. 126-128) Из протокола осмотра предметов от 02 мая 2024 года следует, что осмотрен оптический диск, изъятый 12 октября 2023 года в ходе производства выемки в помещении Управления Федеральной службы государственной регистрации, кадастра и картографии по Владимирской области, расположенного по адресу: &lt;...&gt; д. *. В ходе осмотра установлено, что на оптическом диске имеются архивированные файлы формата «.zip», а также файлы формата «.pdf», которые содержат электронные образы регистрационных дел на земельные участки с кадастровыми номерами *, в том числе договора аренды, договора купли-продажи, передаточные акты, заявления граждан о предоставлении им в собственность указанных земельных участков. Представленные электронные образы документов аналогичны тем документам, которые изъяты в администрации г. Покров и осмотрены, о чем составлен протокол осмотра от 21 августа 2023 года, в ходе которого произведено копирование изъятых документов, копии которых приложены к протоколу осмотра. На этом осмотр оптического диска окончен. По окончании осмотра оптический диск упакован в бумажный конверт, опечатанный отрезками бумаги с оттиском круглой синей печати «№ 4 Следственное управление УМВД России по Владимирской области МВД России» с подписью следователя, с пояснительным текстом. В ходе осмотра проводилась фотосъемка. К протоколу осмотра прилагается фототаблица. (т. 6 л.д. 134-138) Согласно контракту с главой администрации г. Покров с 08 мая 2019 года ФИО1 занимал указанную должность. (т. 5 л.д. 81-85) Согласно контракту с главой администрации г. Покров с 08 мая 2021 года ФИО1 занимал указанную должность. (т. 5 л.д. 86-90) Решением главы г. Покров от 23 апреля 2021 года № 34/12 «О назначении на должность Главы администрации г. Покров по результатам конкурса и заключения с ним контракта ФИО1» ФИО1 назначен на соответствующую должность. (т. 5 л.д. 91) Должностная инструкция главы администрации г. Покров от 23 января 2018 года содержит служебные обязанности главы администрации муниципального образования. (т. 5 л.д. 92-95) Заявление ФИО4 от 03 февраля 2020 года с просьбой предоставить ей в собственность земельный участок. (т. 5 л.д. 103) Договор купли-продажи земельного участка от 05 февраля 2020 года, заключенный между администрацией г. Покров и * (т. 5 л.д. 105-107) Выписка из ЕГРН по земельному участку * (т. 1 л.д. 118-120) Заявление * от 30 сентября 2020 года с просьбой предоставить ей в собственность земельный участок. (т. 5 л.д. 117) Выписка из ЕГРН по земельному участку * (т. 5 л.д. 118-120) Договор купли-продажи земельного участка от 27 октября 2020 года, заключенный между администрацией г. Покров и * (т. 5 л.д. 121-123) Заявление * от 13 января 2021 года с просьбой предоставить ей в собственность земельный участок. (т. 5 л.д. 138) Выписки из ЕГРН по земельному участку * и находящемуся на нем объекту недвижимости. (т. 5 л.д. 139-147) Договор купли-продажи земельного участка от 22 января 2021 года, заключенный между администрацией г. Покров и *. (т. 5 л.д. 148-150) Заявление * от 30 марта 2021 года с просьбой предоставить ему в собственность земельный участок. (т. 5 л.д. 160). Сообщение * от 30 марта 2021 года в адрес администрации г. Покров, что на земельном участке, который он просит предоставить ему в собственность, находится объект недвижимости - хозяйственная постройка. (т. 5 л.д. 161) Договор купли-продажи земельного участка от 01 апреля 2021 года, заключенный между администрацией г. Покров и * (т. 5 л.д. 162-164) Выписка из ЕГРН по земельному участку * (т. 1 л.д. 186-193) Заявление * от 25 марта 2021 года с просьбой предоставить ей в собственность земельный участок. (т. 5 л.д. 176) Выписка из ЕГРН по земельному участку * (т. 5 л.д. 177-178) Договор купли-продажи земельного участка от 30 апреля 2021 года, заключенный между администрацией г. Покров и * (т. 5 л.д. 179-181) Заявление * от 04 июня 2021 года с просьбой предоставить ей в собственность земельный участок. (т. 5 л.д. 193) Сообщение * от 04 июня 2021 года в адрес администрации г. Покров, что на земельном участке, который она просит предоставить ей в собственность, находится объект недвижимости - здание. (т. 5 л.д. 194) Выписка из ЕГРН по земельному участку * и находящемуся на нем объекту недвижимости. (т. 5 л.д. 195-196) Договор купли-продажи земельного участка от 11 июня 2021 года, заключенный между администрацией г. Покров и *. (т. 5 л.д. 197-198) Заявление * от 17 января 2022 года с просьбой предоставить ему в собственность земельный участок. (т. 5 л.д. 209) Сообщение * от 17 января 2022 года в адрес администрации г. Покров, что на земельном участке, который он просит предоставить ему в собственность, находится объект недвижимости - хозяйственный блок. (т. 5 л.д. 210) Договор купли-продажи земельного участка от 27 января 2022 года, заключенный между администрацией г. Покров и * (т. 5 л.д. 217-218) Выписка из ЕГРН по земельному участку * (т. 1 л.д. 241-242) Заявление * от 24 января 2022 года с просьбой предоставить ей в собственность земельный участок. (т. 5 л.д. 227) Сообщение * от 24 января 2022 года в адрес администрации г. Покров, что на земельном участке, который она просит предоставить ей в собственность, находится объект недвижимости - хозяйственная постройка. (т. 5 л.д. 228) Выписка из ЕГРН в отношении хозяйственной постройки, принадлежащей * (т. 5 л.д. 233-235) Договор купли-продажи земельного участка от 01 февраля 2022 года, заключенный между администрацией г. Покров и * (т. 5 л.д. 236-237) Заявление * от 28 января 2022 года с просьбой предоставить ему в собственность земельный участок с приложением в виде сообщения о находящемся на земельном участке объекте недвижимости. (т. 5 л.д. 244-245) Договор купли-продажи земельного участка от 17 февраля 2022 года, заключенный между администрацией г. Покров и * (т. 5 л.д. 246-248) Выписка из ЕГРН по земельному участку * (т. 2 л.д. 54-57) Заявление * от 14 марта 2022 года с просьбой предоставить ей в собственность земельный участок. (т. 6 л.д. 9) Выписка из ЕГРН в отношении объекта недвижимости, принадлежащем * (т. 6 л.д. 10-11) Договор купли-продажи земельного участка от 08 апреля 2022 года, заключенный между администрацией г. Покров и * (т. 6 л.д. 14) Заявление * с просьбой предоставить ей в собственность земельный участок. (т. 6 л.д. 17) Выписки из ЕГРН по земельному участку * и находящемуся на нем объекту недвижимости. (т. 6 л.д. 18-22) Договор купли-продажи земельного участка от 01 апреля 2020 года, заключенный между администрацией г. Покров и * (т. 6 л.д. 23-24) Выписки из ЕГРН с указанием кадастровой стоимости земельных участков на момент заключения договоров купли-продажи. (т. 6 л.д. 167-177) Платежные поручения, свидетельствующие об оплате * земельных участков по договорам купли-продажи. (т. 6 л.д. 179-189) Заочное решение Петушинского районного суда Владимирской области от 11 апреля 2023 года о признании недействительной сделки купли-продажи, заключенной с * (т. 2 л.д. 184-188) Решение Петушинского районного суда Владимирской области от 11 апреля 2023 года о признании недействительной сделки купли-продажи, заключенной с * (т. 2 л.д. 189-193) Решение Петушинского районного суда Владимирской области от 13 апреля 2023 года о признании недействительной сделки купли-продажи, заключенной с * (т. 2 л.д. 194-199) Решение Петушинского районного суда Владимирской области от 25 мая 2023 года о признании недействительной сделки купли-продажи, заключенной * (т. 2 л.д. 200-205) Решение Петушинского районного суда Владимирской области от 25 мая 2023 года о признании недействительной сделки купли-продажи, заключенной с * (т. 2 л.д. 206-210) Решение Петушинского районного суда Владимирской области от 13 апреля 2023 года о признании недействительной сделки купли-продажи, заключенной *. Заочное решение Петушинского районного суда Владимирской области от 07 ноября 2023 года о признании недействительным договора аренды земельного участка между администрацией г. Покрова и *, признании права собственности на земельный участок за * права собственности на земельный участок. По преступлению № 2 (предоставление участков * без торгов, в том числе путем перераспределения). Из показаний подсудимого ФИО1 следует, что вину в совершении инкриминируемого ему преступления он признает частично. Ранее он состоял в должности главы администрации г. Покров, куда был назначен в 2019 году, по долгу службы он организовывал работу администрации, принимал на работу людей, занимался организационной структурой, подписывал документы. Процедура продажи земельных участков состояла в следующем. Заявления от граждан поступали в канцелярию, в приемную администрации, там они регистрировались, как входящие, после этого поступали со всеми остальными входящими документами к нему. Если он видел, что документы касались профиля комитета по управлению имуществом, то отписывал их туда для рассмотрения. После того, как они готовили документы, он ставил подпись. Постановления администрации визировались лицом, которое их готовило, а также руководителем подразделения и заместителем главы администрации, который курирует работу КУМИ. Он проверял наличие всех виз и подписывал. Никакой личной заинтересованности у него не было. Лиц, с которыми он заключал договоры, он лично не знал, была заинтересованность только пополнить бюджет. Случаев отказа в предоставлении земельных участков под индивидуальное жилищное строительство он не помнит. Свободный земельный участок, на котором нет строений, который не обременен правами других лиц, как правило, стартовую цену имеет в размере кадастровой стоимости, либо, если есть инициатор обращения, то он может заказать рыночную оценку, и она, как правило, была ниже кадастровой стоимости. Продажа земли - это выполнение задачи муниципалитета по поиску денег в бюджет. Муниципальные программы предполагают оценку эффективности реализации, в том числе администрацией области. Если план по жилищному строительству не выполнить, то будут ругать на совещаниях в области, вытаскивать на трибуну, чтобы объяснять, почему так происходит, какие меры предпринимаются. Это получается серьезная моральная нервотрепка. За время его нахождения в должности главы, муниципальное образование г. Покров никогда не обходилось только своим бюджетом, всегда получая субсидии и дотации. Есть норматив бюджетной обеспеченности - это сколько налогов собирается на территории города, но денег на полноценное существование не хватит. На каждую условную денежную единицу, имеющуюся в бюджете, можно привлечь субсидии из бюджета субъекта федерации или из федерального бюджета. Не имелось никаких механизмов воздействия, в том числе финансового, органов государственной власти на органы местного самоуправления. Если бы не были проданы участки, которые находились в аренде, не были бы снесены дома, участки бы остались в муниципальной собственности, то бюджет продолжил бы получать арендную плату, при этом ветхие дома обременяли бы муниципалитет, поскольку - это внешний вид, безопасность, расходы, связанные с существованием этого объекта. Он отвечал за все это, как глава администрации. Что касается *, не было сомнений в том, что действия законные. В данном случае он полностью полагался на мнение специалистов, поэтому и подписал данные документы. Участки под аварийными жилыми домами изначально были небольшими. Для того, чтобы этот участок полностью использовать, нужно было его освободить от строений. Коммерческого подрядчика для сноса этих домов найти не удалось. Анализ торгов показывал, что у аналогичных зданий стоимость сноса примерно была 2 500 000 рублей, это было нереально, то есть сам участок, даже если продавать его по кадастровой стоимости с торгов, стоил бы 600 000-700 000 рублей. Этот разговор слышал председатель общественного совета * и сказал, что готов взять снос на себя. С ним заключили соглашение о пожертвовании, после этого он обратился за оформлением части освобожденного участка, чтобы его выкупить. Было опубликовано объявление в газете, других желающих для торгов не появилось, и участок продали по кадастровой стоимости. Потом он пришел за оформлением дополнительного участка по присоединению. Сформировать отдельные участки, рядом с уже приобретенными *, было можно, но получилось бы то же самое, их даже выгоднее продали, экономя на сносе. Изначально земельные участки были переданы * без аукциона, потому что не было желающих, и ему их продали по кадастровой стоимости. Это было выгодно бюджету, но неправильно с точки зрения законодательства. В данном случае большая часть участка ушла на продажу по кадастровой стоимости, а остальное ушло присоединением, то есть за 10 % кадастровой стоимости. Администрация понимала, что интерес к этим участкам вряд ли был бы серьезным, потому что участки небольшие, недалеко от трассы, они никому были не нужны, а * помог городу, поэтому ему пошли на уступки, отдав участки перераспределением, а не продажей. При этом, все считали, что процедура законна. Перераспределить участки при возможности сформировать полноценный земельный участок в данном конкретном случае было целесообразнее. Из оглашенных показаний представителя потерпевшего * следует, что с 07 февраля 2023 года он является Главой администрации г. Покров. В период с 08 мая 2019 года по 18 ноября 2022 года должность Главы администрации г. Покров занимал ФИО1 Администрация г. Покров является исполнительно-распорядительным органом МО «Город Покров» и наделена полномочиями по решению вопросов местного значения согласно Уставу МО «Город Покров». Глава администрации г. Покров руководит ею на принципах единоначалия и несет ответственность перед населением муниципального образования, государством обществом, юридическими лицами. 27 июля 2021 года в администрацию г. Покров поступило заявление от гражданина * о предварительном согласовании предоставления ему земельного участка площадью 130 квадратных метров, расположенного по адресу: &lt;...&gt; д*. Согласно представленной схеме, данный участок должен был формироваться путем раздела земельного участка с кадастровым номером 33:13:*, находящегося в муниципальной собственности. В соответствии с п. 8 ст. 39.15 Земельного кодекса РФ уполномоченный орган принимает решение об отказе в предварительном согласовании предоставления земельного участка в случае, если схема расположения земельного участка, приложенная к заявлению о предварительном согласовании предоставления земельного участка, не может быть утверждена по основаниям, указанным в п. 16 ст. 11.10 настоящего кодекса. В силу п. 16 ст. 11.10 Земельного кодекса РФ основанием для отказа в утверждении схемы расположения земельного участка является разработка схемы расположения земельного участка с нарушением предусмотренных статьей 11.9 настоящего кодекса требований к образуемым земельным участкам. Пунктом 6 ст. 11.9 Земельного кодекса РФ определено, что образование земельных участков не должно приводить к вклиниваю, вкрапливанию, изломанности границ, чересполосице, невозможности размещения объектов недвижимости и другим препятствующим рациональному использованию и охране земель недостатками, а также нарушать требования, установленные настоящим кодексом другими федеральными законами. Таким образом, имелись основания для отказа в согласовании схемы расположения участка, предварительном согласовании предоставления участка. Однако 16 сентября 2021 года постановлением Главы администрации г. Покров № 512 ФИО1 предварительно согласовал предоставление * земельного участка площадью 130 квадратных метров. 23 октября 2021 года в администрацию г. Покров поступило заявление от гражданина ФИО5 о предоставлении ему в собственность земельного участка площадью 130 квадратных метров путем перераспределения земельного участка с кадастровым номером 33:13:*. 10 ноября 2021 года ФИО1, как глава администрации г. Покров, заключил с * договор купли-продажи земельного участка с кадастровым номером 33:13:*, площадью 130 квадратных метров. 17 февраля 2022 года ФИО1, как глава администрации г. Покров, заключил с *. соглашение о перераспределении земельных участков с кадастровым номером 33:13:*, находящиеся в муниципальной собственности, и с кадастровым номером 33:13:*, площадью 130 квадратных метров, находящиеся в собственности *, в результате чего * в собственность был передан и зарегистрирован земельный участок площадью 725 квадратных метров, с кадастровым номером 33:13:*, а в собственность МО «Город Покров» земельный участок с кадастровым номером 33:13:*, площадью 100 квадратных метров. В силу п. 9 ст. 39.29 Земельного кодекса РФ уполномоченный орган принимает решение об отказе в заключении соглашения о перераспределении земельных участков в случае, если имеются основания для отказа в утверждении схемы расположения земельного участка, предусмотренные п. 16 ст. 11.10 Земельного кодекса РФ. С учетом положений п. 16 ст. 11.10 , п. 6 ст. 11.9 Земельного кодекса РФ при разработке схемы образование земельных участков не должно приводить к в вклиниваю, вкрапливанию, изломанности границ, чересполосице, невозможности размещения объектов недвижимости и другим препятствующим рациональному использованию и охране земель недостатками, а также нарушать требования, установленные настоящим кодексом другими федеральными законами. При перераспределении земельных участков администрации г. Покров был передан в собственность земельный участок площадью 100 квадратных метров, который фактически использовать по целевому назначению не представляется возможным, свободный проход на участок отсутствует. Кроме этого, 05 августа 2021 года в администрацию г. Покров поступило заявление от гражданина * о предварительном согласовании предоставления ему земельного участка с кадастровым номером 33:13:*, расположенного по адресу: &lt;...&gt; *, площадью 229 квадратных метров. Постановлением Главы администрации г. Покров от 16 сентября 2021 года № 511 ФИО1 предварительно согласовал предоставление * земельного участка с кадастровым номером 33:13:*, площадью 229 квадратных метров. 19 октября 2021 года между администрацией г. Покров и * заключено соглашение о благотворительном пожертвовании по сносу домов * по ул. Герасимова и * по ул. 3 Интернационала г. Покров Петушинского района Владимирской области. 10 ноября 2021 года между администрацией г. Покров в лице главы ФИО1 и * заключен договор купли-продажи земельного участка с кадастровым номером 33:13:*, площадью 229 квадратных метров. 17 февраля 2022 года между администрацией г. Покров в лице главы ФИО1 и *. заключено соглашение о перераспределении земель и земельного участка, согласно которому были распределены земельный участок с кадастровым номером 33:13:*, площадью 229 квадратных метров, расположенный по адресу: &lt;...&gt; д. *, находящийся в собственности * и земли, собственность на которые не разграничена. В результате данного перераспределения к земельному участку * было присоединено 99 квадратных метров земли, государственная собственность на которые не разграничена, и в собственность * был зарегистрирован земельный участок с кадастровым номером 33:13:*, площадью 328 квадратных метров. 14 апреля 2022 года в администрацию г. Покров поступило еще одно заявление от * о перераспределении земельного участка с кадастровым номером 33:13:*, площадью 328 квадратных метров и земель, государственная собственность на которые не разграничена. 25 апреля 2022 года ФИО1, как Глава администрации г. Покров, вынес постановление № 217 «Об утверждении * схемы расположения земельного участка на кадастровом плане территории кадастрового квартала 33:13:*», на основании которого он *), как исполняющий обязанности главы администрации г. Покров, 27 мая 2022 года заключил от имени администрации г. Покров с * соглашение о перераспределении земель и земельного участка, согласно которого были распределены земельный участок с кадастровым номером 33:13:*, площадью 328 квадратных метров, и земли, государственная собственность на которые не разграничена. В результате заключения данного соглашения к земельному участку * было присоединено 99 квадратных метров земель, государственная собственность на которые не разграничена, и в собственность * был зарегистрирован земельный участок с кадастровым номером 33:13:*, площадью 427 квадратных метра. В соответствии с ч. 9 ст. 39.29 Земельного кодекса РФ уполномоченный орган принимает решение об отказе в заключении соглашения о перераспределении земельных участков при наличии хотя бы одного из следующих оснований: - образование земельного участка или земельных участков предусматривается путем перераспределения земельного участка, находящегося в частной собственности, и земель, из которых возможно образовать самостоятельный земельный участок без нарушения требований, предусмотренных статьей 11.9 Земельного кодекса РФ, за исключением случаев перераспределения земельных участков в соответствии с подпунктами 1 и 4 пункта 1 статьи 39.28 настоящего Кодекса; - имеются основания для отказа в утверждении схемы расположения земельного участка, предусмотренные п. 16 статьи 11.10 Земельного кодекса РФ. В каждом случае при перераспределении участка имелась фактическая возможность сформировать самостоятельный участок из земель, подлежащих перераспределению. В соответствии с Правилами землепользования и застройки территории МО «Город Покров», утвержденными решением Совета народных депутатов г. Покров от 07 декабря 2009 года № 498/59, предоставленные * земельные участки находятся в территориальной зоне Ж-1, а это значит, что минимальный размер площади земельного участка для индивидуального жилищного строительства составляет 100 квадратных метров. Однако в нарушение требований ст. 39.29 Земельного кодекса РФ администрацией г. Покров в лице ФИО1 приняты решения о перераспределении земель. В данном случае нарушения выражены в мнимости сделок, исключающие возможность формирования самостоятельного земельного участка и приобретение его конкурентным способом. Формирование и приобретение земельного участка по адресу: &lt;...&gt; д. *, осуществлены по льготной цене и в отсутствие конкуренции, что привело к блокированности (отсутствия самостоятельного доступа) муниципального земельного участка, исключающей его рентабельность и возможность дальнейшей реализации. Удовлетворяя заявления * о продаже и перераспределении земель, ФИО1 привел к недополучению в бюджет МО «Город Покров» денежных средств от реализации земельных участков по их полной стоимости, так как перераспределение осуществлялось не за полную стоимость, а за 15 процентов от кадастровой стоимости земельного участка. В соответствии со статьёй 39.4 Земельного кодекса РФ, статьей 4 Закона Владимирской области от 25 февраля 2015 года № 10-ОЗ «О регулировании земельных отношений на территории Владимирской области» цена продажи земельных участков для индивидуального жилищного строительства без проведения торгов устанавливается в размере его кадастровой стоимости. В бюджет МО «Город Покров» от продажи без торгов земельных участков * поступили денежные в размере: 146 880 рублей 50 копеек от продажи земельного участка с кадастровым номером 33:13:*, расположенного по адресу: &lt;...&gt; д. *; 256 908 рублей 23 копеек от продажи земельного участка с кадастровым номером 33:13:*, расположенного по адресу: &lt;...&gt; д. *. В соответствии с пунктом 5 статьи 39.28 Земельного кодекса РФ, Постановлением администрации Владимирской области от 28 апреля 2017 года № 249 «Об утверждении Порядка определения размера платы за увеличение площади земельных участков, находящихся в частной собственности, в результате их перераспределения с земельными участками, находящимися в государственной собственности Владимирской области, землями или земельными участками, государственная собственность на которые не разграничена» плата за перераспределение определяется как 15 процентов кадастровой стоимости земель или земельного участка, рассчитанной пропорционально площади части такого земельного участка или площади земель, подлежащей передаче в частную собственность в результате перераспределения с частным земельным участком. В бюджет МО «Город Покров» от перераспределения земельных участков * и земель, государственная собственность на которые не разграничена, поступили денежные средства в размере: 187 924 рубля 78 копеек от перераспределения земельного участка с кадастровым номером 33:13:* и земельного участка с кадастровым номером 33:13:*, расположенных по адресу: &lt;...&gt;; 10 787 рублей 04 копейки от перераспределения земельного участка с кадастровым номером 33:13:*, расположенного по адресу: &lt;...&gt; д. *, и земель, государственная собственность на которые не разграничена; 10 787 рублей 04 копейки от перераспределения земельного участка с кадастровым номером 33:13:*, расположенного по адресу: &lt;...&gt; д. *, и земель, государственная собственность на которые не разграничена. Суммарно в бюджет МО «Город Покров» поступило: - 334 805 рублей 28 копеек от приватизации (продажа и перераспределение) земельного участка по адресу: &lt;...&gt; д. *, общей площадью 725 квадратных метров; - 278 482 рубля 31 копейка от приватизации (продажа и перераспределение) земельного участка по адресу: &lt;...&gt; д. *, общей площадью 427 квадратных метров. * фактически получил земельный участок, государственная собственность на который не разграничена, в обход общеустановленного порядка получения земли, минуя торги, а администрация города Покров Петушинского района дала на это согласие, издавая постановления об утверждении Схем перераспределения земельных участков * Соглашение о перераспределении земельных участков является документом, оформляемым в обязательном порядке (без заявления), на основании изданного нормативного акта, которым является Постановление Главы администрации г. Покров «Об утверждении Схемы», в связи с чем, отказ мог иметь место на стадии принятия Постановления, но не на стадии оформления Соглашения. Под видом неоднократного перераспределения земель площадью 99 квадратных метров фактически между сторонами был заключен договор купли-продажи земельного участка площадью 198 квадратных метров. В случае формирования из спорной территории самостоятельного земельного участка его продажа осуществлялась бы (по выбору уполномоченного органа) по цене равной кадастровой стоимости либо по цене, определенной по результатам независимой оценки. В связи с этим отчуждение спорного земельного участка в случае его формирования и предоставления с соблюдением процедуры торгов позволило бы бюджету МО «Город Покров» получить существенно больший доход. Таким образом, в результате заключения спорных соглашений о перераспределении нарушены права и законные интересы МО «Город Покров» в виде недополучения денежных средств от продажи земель в порядке перераспределения по льготной цене. Размер ущерба определяется как разница между кадастровой стоимостью земельного участка на момент сделки и ценой, указанной в соглашении о перераспределении. Общий имущественный ущерб, причиненный МО «Город Покров» в результате продажи и перераспределения земельных участков, расположенных по адресам: &lt;...&gt; д.*, и &lt;...&gt; д. *, составил 1 187 160 рублей 21 копейка. (т. 2 л.д. 146-150) Из показаний свидетеля * следует, что ранее она была трудоустроена с 01 ноября 2019 года по 10 апреля 2023 года в должности председателя комитета по управлению имуществом г. Покров. В ее обязанности входило распределение предоставление, в том числе для выкупа земельных участков, оформление недвижимости и т.п. Главой администрации на тот период был ФИО1, она находилась в его прямом подчинении, также ее деятельность курировал заместитель главы администрации * Граждане подавали заявление о перераспределении вместе с соответствующей схемой, как правило, представители администрации выезжали на место, смотрели земельный участок и участок, который подлежал перераспределению, делалось заключение и потом уже рассматривали этот вопрос, рассчитывалась плата, и делалось соглашение и постановление. Перераспределение подразумевает, что, если у человека есть в собственности земельный участок, и он еще хотел себе перераспределить земельный участок, а эта земля находилась в госсобственности, он делал схему, представители администрации выезжали на место, то есть, это значит присоединить к своему участку еще кусочек земли. Выезжали на место для соблюдения формальностей, поскольку по закону несмотря на то, что земельный участок, который подлежит перераспределению, содержит каналы, водоемы, болотистую местность, это не является основанием для отказа. Выезжали на место она сама либо вместе с * - заместителем председателя комитета по управлению имуществом. При выезде на место могли быть выявлены основания для отказа в одобрении данных соглашений, например, в градостроительном регламенте всегда обговорены минимальные и максимальные размеры, а также если было бы строение на участке, то земельный участок не полежал распределению. После выезда на место подготавливалось соглашение и постановление о перераспределении, эти документы подписывал ФИО1 Он доверял сотрудникам КУМИ при принятии этих решений. * ранее обращался за предоставлением земельных участков, деталей она не помнит, но вся процедура была соблюдена. Примерно в 2022 году он подавал заявления на два участка: ул. 3-го Интернационала, д. * и ул. Герасимова, д. *. На этих земельных участках располагались дома, которые подлежали сносу. Администрация опубликовала извещение в газете, никто не откликнулся, откликнулся только он один, ему предоставили эти земельные участки. ФИО1 по этому поводу никаких указаний не давал. Участок был предоставлен, в том числе, поскольку на тот момент были сложности с бюджетом, что неоднократно обсуждалось на планерках, а пополнение бюджета - первоначальная задача комитета по управлению имуществом. Решение о предоставлении данных участков для приобретения было за подписью ФИО1. В дальнейшем * обращался в администрацию за перераспределением участков. Поступило заявление со схемой, его рассматривали, выезжали на место, смотрели участок, в данном случае никаких оснований для отказа не было. Сотрудники администрации заключали договор о добровольном пожертвовании, и * сносил дома на этих участках, т.к. за счет администрации это стоило бы порядка 200 000 рублей за снос дома с 4-6 квартирами.С учетом факта продажи участка под домом и цены сноса, такое перераспределение было выгодным для бюджета. ФИО1 был в курсе всех этих мероприятий по благотворительности. Купля-продажа земельных участков и их перераспределение носили заявительный характер, это не было инициативой КУМИ. Администрация по экономическим соображениям отказать в аренде не могла. Из оглашенных показаний свидетеля * следует, что с 2019 года она является председателем КУМИ администрации г. Покров. В рамках должностной инструкции она осуществляет рассмотрение заявлений граждан и приложенных к ним документов, проверяет наличие оснований, установленных законом, для предоставления или отказа в предоставлении земельных участков, утверждении схемы расположения земельного участка, изучает проект соглашения о перераспределении земельного участка. 27 июля 2021 года в администрацию г. Покров поступило заявление *. о предварительном согласовании предоставления ему земельного участка площадью 130 квадратных метров, расположенного по адресу: &lt;...&gt; д. *. С данным заявлением ФИО1 пришел к ней и поинтересовался, как законно можно предоставить данный земельный участок * Изучив заявление, она ФИО1 пояснила, что поскольку земельный участок входит в границы уже сформированного земельного участка с кадастровым номером 33:13:*, выгоднее будет снести аварийный многоквартирный дом, расположенный на данном земельном участке, а после этого выставить земельный участок на продажу посредством процедуры торгов. Тогда ФИО1 ответил, что в бюджете МО «Город Покров» денег для сноса аварийного дома нет, и дал указание предварительно согласовать предоставление * земельного участка, дополнив, что оснований для отказа нет. Также ФИО1 пояснил, что * окажет благотворительность администрации г. Покров в виде сноса двух аварийных домов. Указание ФИО1, как ее руководителя, она не могла не исполнить, поэтому дала указание своему заместителю * подготовить постановление от 16 сентября 2021 года № 512, на основании которого была утверждена схема расположения земельного участка площадью 130 квадратных метров, расположенного по адресу: &lt;...&gt; д. * Данное постановление подписывал ФИО1 Далее, 10 ноября 2021 года ФИО1, как глава администрации г. Покров, заключил с *. договор купли-продажи земельного участка с кадастровым номером 33:13:*, площадью 130 квадратных метров. 17 февраля 2022 года ФИО1, как глава администрации г. Покров, заключил с * соглашение о перераспределении земельных участков с кадастровым номером 33:13:*, находящийся в муниципальной собственности, и с кадастровым номером 33:13:*, площадью 130 квадратных метров, находящийся в собственности *., в результате чего * в собственность был передан и зарегистрирован земельный участок площадью 725 квадратных метров, с кадастровым номером 33:13:*, а в собственность МО «Город Покров» земельный участок с кадастровым номером 33:13:*, площадью 100 квадратных метров. Она видела, что при перераспределении земельных участков администрации г. Покров достался земельный участок площадью 100 квадратных метров, который фактически никому не может быть предоставлен, так как к нему нет доступа, но, несмотря на это, сотрудниками КУМИ были подготовлены документы по предоставлению данного земельного участка * так как на это было соответствующее указание ФИО1, как Главы администрации г. Покров. Кроме этого, 05 августа 2021 года в администрацию г. Покров поступило заявление от гражданина * о предварительном согласовании предоставления ему земельного участка с кадастровым номером 33:13:*, расположенного по адресу: &lt;...&gt; д. *, площадью 229 квадратных метров. Постановлением Главы администрации г. Покров от 16 сентября 2021 года № 511 ФИО1 предварительно согласовал предоставление * земельного участка с кадастровым номером 33:13:*, площадью 229 квадратных метров. 19 октября 2021 года между администрацией г. Покров и * было заключено соглашение о благотворительном пожертвовании по сносу домов № 15 по ул. Герасимова и № * по ул. 3 Интернационала г. Покров Петушинского района Владимирской области. 10 ноября 2021 года между администрацией г. Покров в лице главы ФИО1 и * заключен договор купли-продажи земельного участка с кадастровым номером 33:13:*, площадью 229 квадратных метров. 17 февраля 2022 года между администрацией г. Покров в лице главы ФИО1 и * заключено соглашение о перераспределении земель и земельного участка, согласно которого были распределены земельный участок с кадастровым номером 33:13:*, площадью 229 квадратных метров, расположенный по адресу: &lt;...&gt; д. * находящийся в собственности *, и земли, собственность на которые не разграничена. В результате данного перераспределения к земельному участку * было присоединено 99 квадратных метров земли, государственная собственность на которые не разграничена, и в собственность *. был зарегистрирован земельный участок с кадастровым номером 33:13:*, площадью 328 квадратных метров. 14 апреля 2022 года в администрацию г. Покров поступило еще одно заявление от * о перераспределении земельного участка с кадастровым номером 33:13:*, площадью 328 квадратных метров и земель, государственная собственность на которые не разграничена. 27 мая 2022 года с * было заключено еще одно соглашение о перераспределении земель и земельного участка, согласно которого были распределены земельный участок с кадастровым номером 33:13:*, площадью 328 квадратных метров, и земли, государственная собственность на которые не разграничена. В результате заключения данного соглашения к земельному участку * было присоединено 99 квадратных метров земель, государственная собственность на которые не разграничена, и в собственность * был зарегистрирован земельный участок с кадастровым номером 33:13:*, площадью 427 квадратных метра. У администрации г. Покров имелись предусмотренные ст. 11.10 , 11.9 , 39.29 Земельного кодекса РФ основания для отказа в согласовании схемы расположения земельного участка. Однако, ФИО1 настаивал на предоставление земельных участков *. (т. 2 л.д. 156-158) По оглашенным показаниям свидетель * пояснила, что следствие запутывало ее, она их давала под давлением и ориентироваться надо на показания, данные ей в суде. Они все вместе, в том числе и ФИО1, советовались и решали, как сделать правильно. Снос аварийного жилья и продажа земельных участков под индивидуальное жилищное строительство - это статистически положительные показатели для администрации, как и перераспределение в рамках способствования жилищному строительству. Даты, кадастровые номера и прочие данные в оглашенных показаниях соответствуют действительности. Возможность предоставления участков * обсуждалась ФИО1 в КУМИ, после чего пришли к выводу, что если никто не отзовется, то можно ему предоставить эти участки, если бы кто-то отозвался, то были бы торги. Условием предоставления участков, если никто не подал бы заявление, было как раз оказание благотворительной помощи. Если предоставлять эти земельные участки кому-то другому, там надо было бы делать сервитут. Площадь позволяла образовать там земельный участок свыше 100 метров. Зачем было согласовывать такую схему земельного участка под домом под снос, она пояснить не может. Из показаний свидетеля * следует, что в настоящий момент он состоит в должности председателя КУМИ г. Покрова, ранее с 2018 по начало 2024 года был заместителем председателя. В его должностные обязанности входило распоряжение муниципальным имуществом, ведение реестра муниципального имущества, аренда муниципального имущества, земельных участков, жилищного фонда, рассмотрение заявлений граждан, связанных с распоряжением муниципальным имуществом, его отчуждением, передачей в аренду, в собственность, безвозмездное пользование. Он находился в непосредственном подчинении * и ФИО1 Процедура рассмотрения заявлений граждан выглядела следующим образом. Порядок регламентирован Земельным кодексом Российской Федерации и административным регламентом, связанным с данной процедурой, в частности, если речь идет о выкупе земельных участков, это продажа земельных участков без проведения торгов, а в случае перераспределения земельных участков, это перераспределение земельных участков, находящихся в муниципальной, неразграниченной, частной собственности. Данный порядок заключался в подаче гражданами соответствующих заявлений и приложенных к ним документов, они поступали в приемную администрации г. Покров, далее отдавались главе администрации, после этого делалась соответствующая отметка в журнале входящей корреспонденции о назначении ответственного лица в соответствии с резолюцией, поставленной главой администрации, и далее передавалось в соответствующий отдел. Начальник отдела, тот, кому было отписано данное заявление, рассматривал его и готовил по результатам его рассмотрения соответствующие документы: отказ либо проект договора купли-продажи, которые отдавались на подписание главе администрации. В рамках рассмотрений данных заявлений осуществлялся выезд на место, чтобы осмотреть земельный участок, а также проверить наличие там недвижимости в случае выкупа земельных участков под объекты недвижимости. На территории муниципального образования г. Покров реализовывалась и реализовывается адресная программа переселения граждан из аварийного фонда, в частности по адресам: &lt;...&gt; * и 3-го Интернационала, *, располагались аварийные многоквартирные дома. Снос данных аварийных домов осуществлялся * на условиях заключенного соглашения с администрацией о благотворительном пожертвовании, участки под домами в последующем были приобретены * в собственность. Оснований отказать * в их приобретении не было, однозначная судебная практика по вопросу отсутствовала, однако сейчас, в связи с получением ряда предписаний, такие сделки не проводятся. Смысл пожертвования - освобождение бюджета от нагрузки, но с договорами купли-продажи участков пожертвование юридически связано не было. При поступлении заявления орган проверяет первым наличие или отсутствие оснований для отказа. Выезд на место, в том числе способствует выявлению этих оснований: наличие объекта или его отсутствие, в случае выкупа, в случае перераспределения: наличие или отсутствие каких-то объектов третьих лиц, в целом возможность использования впоследствии в случае положительного решения перераспределяемой территории по назначению. То есть, сбор информации посредством выезда для того, чтобы определить есть или нет основания для отказа. На сегодняшний момент участок, расположенный по ул. Герасимова, д. *, в рамках решения суда был изъят, передан в муниципальную собственность, происходит процедура возврата денежных средств *, земельный участок не используется, он пустой, а на ул. 3-го Интернационала, д. *, участок в настоящий момент находиться в частной собственности физического лица, то есть итоговый земельный участок, приобретенный *, был им продан, на данном земельном участке на сегодняшний момент стоит двухэтажный жилой дом. Из оглашенных показаний свидетеля * следует, что с 2014 года осуществляет свою трудовую деятельность в администрации г. Покров. С февраля 2021 года по март 2022 года она являлась юристом администрации г. Покров. С марта 2022 года она является начальником юридического отдела администрации г. Покров. 14 декабря 2022 года по исковому заявлению прокуратуры Петушинского района Владимирской области Петушинским районным судом Владимирской области вынесено заочное решение от 28 сентября 2023 года, согласно которому признан недействительным договор купли-продажи земельного участка с кадастровым номером 33:13:*, заключенный между администрацией г. Покров и * применены последствия недействительности сделки, путем возврата * денежных средств в размере 256 908 рублей 93 копейки; признана недействительной ничтожная сделка - соглашение о перераспределении земельного участка с кадастровым номером 33:13:* от 17 февраля 2022 года; признана недействительной ничтожная сделка - соглашение о перераспределении земельного участка с кадастровым номером 33:13:* от 27 мая 2022 года; на администрацию г. Покров была возложена обязанность возвратить * денежные средства в размере 21 574 рубля 08 копеек, а на *. возложена обязанность возвратить администрации г. Покров 198 квадратных метров, приобретенных в результате перераспределения в порядке соглашений от 17 февраля 2022 года и от 27 мая 2022 года. (т. 3 л.д. 144-148) Из показаний свидетеля * следует, что с ФИО1 он познакомился в ходе работы в администрации г. Покров. Он в рамках благотворительного пожертвования сносил аварийные здания по адресам: &lt;...&gt;&lt;...&gt; д. *. Делая это, он хотел помочь своему городу, и это была не разовая акция. В дальнейшем участки под зданиями были приобретены им в собственность примерно за 400 000 руб. Площадь приобретенных участков менялась, т.к. у него возникла необходимость, чтобы туда подвести коммуникации, и сотрудник администрации * сказал, что можно использовать схему по перераспределению, т.е. приобрести участки дополнительной площади за процент от их кадастровой стоимости. Порядок во всех случаях был один и тот же. Земли к основным участкам он приобретал постепенно, когда в этом появлялась необходимость. Сейчас один участок на ул. 3-го Интернационала он продал, второй у него изъяли через суд. Из оглашенных показаний свидетеля *. следует, что он занимал должность председателя Общественного совета г. Покров Петушинского района Владимирской области. В 2020-2021 годах он познакомился с Главой администрации г. Покров ФИО1 и поддерживал с ним приятельские отношения, в основном общался с ФИО1 на рабочих совещаниях. В 2021 году на одном из заседаний Общественного совета г. Покров встал вопрос о сносе здания, расположенного по адресу: &lt;...&gt; д. *, которое находилось в аварийном состоянии. Он предложил администрации г. Покров своими силами снести аварийное здание в рамках благотворительности, на что администрация г. Покров дала ему свое согласие, и между ними в октябре 2021 года было заключение соглашение о благотворительности. После сноса аварийного дома у него возникло желание приобрести в собственность земельный участок по указанному адресу, о чем он написал соответствующее заявление в администрацию г. Покров. Всю процедуру купли-продажи земельного участка, находящегося по адресу: &lt;...&gt; д. *, оформляли сотрудники КУМИ администрации г. Покров. В процессе сноса аварийного здания по указанному адресу ему было предложено снести еще одно аварийное здание по адресу: &lt;...&gt; д. *. При каких обстоятельствах ему поступило данное предложение, он не помнит. Он согласился снести аварийное здание, расположенное по адресу: &lt;...&gt; д. *, после чего у него возникло желание приобрести земельный участок по указанному адресу в собственность. Для этого он осуществил ту же процедуру оформления земельного участка в собственность, как в случае с оформлением земельного участка по ул. Герасимова г. Покров Петушинского района Владимирской области. Документы, касающиеся перехода права собственности на земельные участки, подписывал ФИО1, документы были составлены от его имени. Стоимость земельных участков, расположенных по адресам: &lt;...&gt; д. *, и &lt;...&gt; д. *, была равна их кадастровой стоимости, которую он оплатил на основании платежных поручений со своего расчетного счета, открытого в ПАО «Сбербанк». Из-за технологической необходимости присоединения к земельному участку электрических сетей ему было необходимо увеличить площадь земельного участка, расположенного по адресу: &lt;...&gt; д. *, на 100 квадратных метров, в связи с чем он обратился в администрацию г. Покров с заявлением об увеличении площади земельного участка путем перераспределения земель. В ответ на его заявление администрация г. Покров согласовала присоединение к его земельному участку земли, государственная собственность на которую не разграничена, в результате чего площадь его земельного участка была увеличена не более, чем на 100 квадратных метров. Увеличение площади земельного участка он оплатил на основании платежного поручения, которое ему было предоставлено администрацией г. Покров. Точную стоимость увеличения площади он не помнит. Далее, в ходе облагораживания земельного участка, расположенного по адресу: &lt;...&gt; д. *, инженерами электрических сетей выяснилось, что электрический столб не удастся поставить в месте, где те определили его местонахождение, и ему пришлось снова обратиться в администрацию г. Покров с заявлением об увеличении площади его земельного участка путем перераспределения земель. В ответ на его заявление администрация г. Покров согласовала присоединение к его земельному участку земли, государственная собственность на которую не разграничена, в результате чего площадь его земельного участка была увеличена на 99 квадратных метров. За увеличение площади земельного участка он также заплатил, как в первый раз. Ограждение земельного участка, расположенного по адресу: &lt;...&gt; д*, выходило за границы земельного участка, и он понимал, что соседи могут выкупить прилегающую к его земельному участку территорию, в связи с чем, он обратился в администрацию г. Покров с заявлением о присоединении к его земельному участку прилегающей территории. Администрация г. Покров согласовала увеличение площади его земельного участка путем присоединения прилегающей территории. За увеличение площади земельного участка, расположенного по адресу: &lt;...&gt; д. *, он заплатил в полном объеме. Ее точную стоимость он не помнит. (т. 7 л.д. 2-5) Оглашенные показания свидетель * подтвердил. Из протокола осмотра места происшествия от 28 сентября 2023 года следует, что осмотрен земельный участок с кадастровым номером 33:13:*, расположенный по адресу: &lt;...&gt;. Земельный участок не ухожен, заросший травой. В передней части земельного участка находится груда мусора. По периметру земельного участка имеется ограждение от прилегающих к нему земельных участков. В ходе осмотра проводилось фотографирование, к протоколу осмотра прилагается фототаблица. (т. 3 л.д. 61-68) Из протокола осмотра места происшествия от 17 октября 2023 года следует, что осмотрен земельный участок с кадастровым номером 33:13:* (после перераспределения земельный участок с кадастровым номером 33:13:* расположенный по адресу: &lt;...&gt; д. *. На земельном участке находится не оконченный строительством объект недвижимости в виде двухэтажного кирпичного дома. В ходе осмотра проводилось фотографирование, к протоколу осмотра прилагается фототаблица. (т. 3 л.д. 137-140) Из протокола обыска от 18 ноября 2022 года следует, что в администрации г. Покров, расположенной по адресу: &lt;...&gt; д. *, обнаружены и изъяты картонная папка в обложке зеленого цвета, содержащая оригиналы документов о перераспределении земель и земельных участков Администрации г. Покров Петушинского района Владимирской области, на 57 листах; папка в жестком переплете черного цвета, в которой находятся правоустанавливающие документы по аренде и купле-продаже земельных участков администрации г. Покров, всего на 356 листах; папка в обложке синего цвета, в которой находятся документы о купле-продаже и аренде земельных участков, всего на 400 листах; контракт с главой Администрации г. Покров от 08 мая 2019 года на 5 листах; контракт с главой Администрации г. Покров от 08 мая 2021 года на 5 листах; решение совета народных депутатов года Покров Петушинского района Владимирской области от 23.04.2021 № 34/12 «О назначении на должность главы администрации города Покров ФИО1 по результатам конкурса и заключения с ним контракта с 08 мая 2021 года на 1 листе; должностная инструкция Главы Администрации г. Покров Петушинского района Владимирской области, утвержденная главой города Покров * 23 января 2018 года, на 4 листах; копия договора купли-продажи земельного участка от 10.11.2021, заключенного между Администрацией г. Покров в лице главы Администрации г. Покров ФИО1 и * о продажи земельного участка с кадастровым номером 33:13:*; копия передаточного акта от 22.11.2021 земельного участка с кадастровым номером 33:13:*; копия договора купли-продажи земельного участка от 10.11.2021, заключенного между Администрацией г. Покров в лице главы Администрации г. Покров ФИО1 и * о продажи земельного участка с кадастровым номером 33:13:*; копия передаточного акта от 22.11.2021 земельного участка с кадастровым номером 33:13:*, упакованные в картонную коробку, опечатанную оттиском печати «Для пакетов № 3 УЭБиПК УМВД России по Владимирской области». (т. 5 л.д. 43-48) Из протокола осмотра документов от 21 августа 2023 года следует, что осмотрены изъятые в ходе обыска в администрации г. Покров, по адресу: &lt;...&gt; д. *, документы, с которых в ходе осмотра сняты копии, приложенные к данному протоколу осмотра. В ходе осмотра также проводилось фотографирование, к протоколу осмотра прилагается фототаблица. (т. 5 л.д. 49-71) Из протокола выемки от 12 октября 2023 года следует, что в помещении Управления Федеральной службы государственной регистрации, кадастра и картографии по Владимирской области, расположенного по адресу: &lt;...&gt; д. *, был изъят оптический диск, содержащий электронные образы регистрационных дел на земельные участки с кадастровыми номерами 33:13:*, 33:13:*, упакованный в прозрачный полимерный пакет, опечатанный отрезком бумаги с оттиском круглой печати «№ 4 Следственное управление УМВД России по Владимирской области», с подписями участвовавших в ходе выемки лиц. (т. 6 л.д. 126-128) Из протокола осмотра предметов от 02 мая 2024 года следует, что осмотрен оптический диск, изъятый 12 октября 2023 года в ходе производства выемки в помещении Управления Федеральной службы государственной регистрации, кадастра и картографии по Владимирской области, расположенного по адресу: &lt;...&gt; д. *. В ходе осмотра установлено, что на оптическом диске имеются архивированные файлы формата «.zip», а также файлы формата «.pdf», которые содержат электронные образы регистрационных дел на земельные участки с кадастровыми номерами 33:13:*, 33:13:*, в том числе договоры купли-продажи, передаточные акты, соглашения о перераспределении земель, заявления о предоставлении в собственность указанных земельных участков. Представленные электронные образы документов аналогичны тем документам, которые изъяты в администрации г. Покров и осмотрены, о чем составлен протокол осмотра от 21 августа 2023 года, в ходе которого произведено копирование изъятых документов, копии которых приложены к протоколу осмотра. На этом осмотр оптического диска окончен. По окончании осмотра оптический диск упакован в бумажный конверт, опечатанный отрезками бумаги с оттиском круглой синей печати «№ 4 Следственное управление УМВД России по Владимирской области МВД России» с подписью следователя, с пояснительным текстом. В ходе осмотра проводилась фотосъемка. К протоколу осмотра прилагается фототаблица. (т. 6 л.д. 134-138) Согласно контракту с главой администрации г. Покров с 08 мая 2019 года ФИО1 занимал указанную должность. (т. 5 л.д. 81-85) Согласно контракту с главой администрации г. Покров с 08 мая 2021 года ФИО1 занимал указанную должность. (т. 5 л.д. 86-90) Решением главы г. Покров от 23 апреля 2021 года № 34/12 «О назначении на должность Главы администрации г. Покров по результатам конкурса и заключения с ним контракта ФИО1» ФИО1 назначен на соответствующую должность. (т. 5 л.д. 91) Должностная инструкция главы администрации г. Покров от 23 января 2018 года содержит служебные обязанности главы администрации муниципального образования. (т. 5 л.д. 92-95) Заявление *. от 05 августа 2021 года с просьбой предварительно согласовать ему предоставление земельного участка с кадастровым номером 33:13:*. (т. 6 л.д. 33) Постановление Главы администрации г. Покров ФИО1 от 16 сентября 2021 года № 511 «О предварительном согласовании предоставления *. земельного участка». (т. 6 л.д. 34) Договор купли-продажи земельного участка с кадастровым номером 33:13:* от 10 ноября 2021 года, заключенный между администрацией г. Покров и * (т. 6 л.д. 40-41) Заявление * от 27 июля 2021 года с просьбой предварительно согласовать предоставление ему в собственность земельного участка площадью 130 квадратных метров. (т. 6 л.д. 71) Постановление Главы администрации г. Покров ФИО1 от 16 сентября 2021 года № 512 «О предварительном согласовании предоставления *. земельного участка». (т. 6 л.д. 72) Договор купли-продажи земельного участка с кадастровым номером 33:13:* от 10 ноября 2021 года, заключенный между администрацией г. Покров и * (т. 6 л.д. 74-75) Заявление * от 23 декабря 2021 года с просьбой предоставить ему в собственность земельный участок с кадастровым номером 33:13:* площадью 328 квадратных метров в результате перераспределения земель. (т. 6 л.д. 43-44) Постановление Главы администрации г. Покров от 24 декабря 2021 года № 720 «Об утверждении схемы расположения земельного участка на кадастровом плане территории кадастрового квартала 33:13:* *» (т. 6 л.д. 45, 46-47) Соглашение о перераспределении земель и земельного участка с кадастровым номером 33:13:* от 17 февраля 2022 года, заключенное между администрацией г. Покров и * (т. 6 л.д. 48-49) Постановление Главы администрации г. Покров от 17 февраля 2022 года № 71 «Об утверждении схемы расположения земельного участка или земельных участков на кадастровом плане территории кадастрового квартала 33:13:* * (т. 6 л.д. 60-62) Заявление * от 23 декабря 2021 года с просьбой предоставить ему в собственность земельный участок с кадастровым номером 33:13:* площадью 725 квадратных метров в результате перераспределения земель. (т. 6 л.д. 64-65) Соглашение от 17 февраля 2022 года о перераспределении земельных участков с кадастровыми номерами 33:13:* и 33:13:*, заключенное между администрацией г. Покров и * (т. 6 л.д. 66-68) Постановление Главы администрации г. Покров от 25 апреля 2022 года № 217 «Об утверждении *. схемы расположения земельного участка на кадастровом плане территории кадастрового квартала 33:13:*. (т. 6 л.д. 79-80) Заявление * от 14 апреля 2022 года с просьбой предоставить ему в собственность земельный участок с кадастровым номером 33:13:* площадью 427 квадратных метров в результате перераспределения земель. (т. 6 л.д. 82-83) Соглашение о перераспределении земель и земельного участка с кадастровым номером 33:13:* от 27 мая 2022 года, заключенное между администрацией г. Покров и * (т. 6 л.д. 85-87) Выписка из правил землепользования и застройки территории МО «Город Покров», утвержденных Решением Совета народных депутатов г. Покров от 17 декабря 2009 года № 498/59, согласно которой размер земельного участка для ИЖС и для ведения ЛПХ составляет 100 квадратных метров минимальный размер и 1 500 квадратных метров максимальный размер. (т. 2 л.д. 115-117) Заочное решение Петушинского районного суда Владимирской области от 28 сентября 2023 года о признании недействительной сделки купли-продажи, заключенной с *., а также о признании недействительными соглашений о перераспределении от 17 февраля 2022 года и от 27 мая 2022 года. (т. 3 л.д. 240-247) Заключения эксперта № 23-01/26 от 17 мая 2023 года и № 23-01/26доп от 24 августа 2023 года, свидетельствующие о нарушениях предоставления в собственность * земельного участка с кадастровым номером 33:13:*. (т. 6 л.д. 200-227, 228-242) Платежные поручения, свидетельствующие об оплате * земельных участков по договорам купли-продажи. (т. 6 л.д. 191-192) Оценив исследованные доказательства, суд находит их относимыми, допустимыми, достоверными и достаточными для обоснования вывода о доказанности вины ФИО1 в совершении указанных выше преступлений. Приведенные доказательства согласуются между собой и дополняют друг друга. В ходе судебного следствия суд не нашел нарушений требований закона, все исследованные доказательства соответствуют нормам УПК РФ. Суд не установил самооговора, а также оговора подсудимого со стороны представителей потерпевшего, не испытывающих к подсудимому неприязни и не имеющих каких-либо мотивов для его оговора. Достоверно устанолвено, что в период времени с 08 мая 2019 года по 18 ноября 2022 года ФИО1, являясь должностным лицом - главой администрации муниципального образования город Покров, был наделен в органе местного самоуправления организационно-распорядительными и административно-хозяйственными функциями по руководству трудовым коллективом, распоряжению имуществом МО «Город Покров», а также по принятию решений, имеющих юридическое значение и влекущих юридические последствия, которые он использовал при совершении преступлений. Так, у ФИО1, заведомо знавшего в силу занимаемой должности о требованиях законодательства, основаниях для предоставления земельных участков без проведения торгов и по льготной стоимости, из иной личной заинтересованности, выразившейся в желании повысить результаты своей работы, свой авторитет в глазах населения города Покров Петушинского района Владимирской области, руководства Владимирской области, исходя из ложно понятых интересов службы, в период времени с 08 мая 2019 года по 05 февраля 2020 года возник преступный умысел, направленный на использование своих полномочий главы администрации г. Покров вопреки интересам службы в МО «Город Покров», реализуя который, в период времени с 05 февраля 2020 года по 08 апреля 2022 года в дневное время, находясь на рабочем месте по адресу: &lt;...&gt; д. *, являясь должностным лицом, действующим на принципах единоначалия, имея полномочия на заключение договоров и распоряжение муниципальным имуществом, осознавая противоправный характер своих действий, предвидя неизбежность наступления общественно-опасных последствий, реализовал посредством заключения договоров купли-продажи земельные участки в количестве 11 штук, находящиеся в собственности МО «Город Покров», физическим лицам *, на которых отсутствовали основные здания и сооружения (жилые дома), являющиеся обязательными основаниями для предоставления данным лицам земельных участков в собственность без проведения торгов, по льготной стоимости, а именно: за 50 процентов от кадастровой стоимости *, и за 25 процентов от кадастровой стоимости прочим перечисленным лицам, причинив МО «Город Покров» ущерб на сумму 3 715 451 рубль 05 копеек, что является разницей между кадастровой стоимостью земельных участков и ценой, указанной в договорах их купли-продажи. На основании п. 1 и п. 14 ст. 39.16 Земельного кодекса Российской Федерации ФИО1, являясь уполномоченным лицом, должен был принять решение об отказе в предоставлении в собственность вышеуказанных земельных участков, расположенных на территории МО «Город Покров» и находящихся в собственности последнего, без проведения торгов. Таким образом, ФИО1, являясь должностным лицом - главой администрации г. Покров, постоянно выполняющим организационно-распорядительные и административно-хозяйственные функции в МО «Город Покров», злоупотребляя правами, предусмотренными п.п. 1, 2 статьи 51 Федерального закона от 06 октября 2003 года № 131-ФЗ, пунктом 7 раздела II контрактов, заключенными с Главой администрации г. Покров от 08 мая 2019 года и 08 мая 2021 года, разделом 3 должностной инструкции Главы администрации г. Покров, утвержденной распоряжением Совета народных депутатов города Покров Петушинского района Владимирской области № 03-р от 23 января 2018 года, в нарушение ч. 3 ст. , ч. 1 ст. 53.1 Гражданского кодекса Российской Федерации, п. 1 ст. 39.3 , ч. 2 ст. , подп. п. 2 статьи 39.3 , п. 1 и п. 14 ст. 39.16 , п. 1 ст. 39.20 Земельного кодекса Российской Федерации, ст. 4 Закона Владимирской области от 25 февраля 2015 года № 10-ОЗ, в период времени с 05 февраля 2020 года по 08 апреля 2022 года использовал свои полномочия вопреки интересам службы из иной личной заинтересованности, что повлекло существенное нарушение прав и законных интересов граждан и организаций, выразившееся в лишении их права принять участие в торгах и иметь равный доступ к приобретению в собственность вышеуказанных земельных участков, расположенных на территории МО «Город Покров», а также причинении имущественного ущерба МО «Город Покров» на сумму 3 715 451 рубль 05 копеек, виду отчуждения вышеуказанных земельных участков по заниженной стоимости. Кроме того, у ФИО1, из иной личной заинтересованности, выразившейся в желании повысить результаты своей работы, свой авторитет в глазах населения города Покров Петушинского района Владимирской области, руководства Владимирской области, исходя из ложно понятых интересов службы, в период времени с 08 мая 2019 года по 16 сентября 2021 года возник преступный умысел, направленный на использование своих полномочий главы администрации г. Покров вопреки интересам службы в МО «Город Покров», реализуя который, ФИО1 16 сентября 2021 года в дневное время, находясь на рабочем месте по адресу: &lt;...&gt;, являясь должностным лицом, действующим на принципах единоначалия, имея полномочия на заключение договоров и распоряжение муниципальным имуществом, осознавая противоправный характер своих действий, предвидя неизбежность наступления общественно-опасных последствий, вынес постановление № 511 от 16 сентября 2021 года, согласно которому предварительно согласовал предоставление * земельного участка с кадастровым номером 33:13:*, площадью 229 квадратных метров, расположенного по адресу: Владимирская область, Петушинский район, МО г. Покров (городское поселение), &lt;...&gt; д. *, категория земель - земли населенных пунктов, разрешенное использование - малоэтажная жилая застройка, а также постановление № 512 от 16 сентября 2021 года, согласно которому предварительно согласовал предоставление * земельного участка с кадастровым номером 33:13:*, площадью 130 квадратных метров, расположенного по адресу: Владимирская область, Петушинский район, МО г. Покров (городское поселение), &lt;...&gt; *, категория земель - земли населенных пунктов, разрешенное использование - для индивидуального жилищного строительства. После чего, продолжая действовать из иной личной заинтересованности, злоупотребляя своими полномочиями, заключил от имени администрации муниципального образования с * договоры купли продажи вышеуказанных земельных участков: с кадастровым номером 33:13:* за 146 880 рублей 50 копеек, и с кадастровым номером 33:13:* за 256 908 рублей 23 копейки, что равно их кадастровой стоимости без проведения торгов. Далее, продолжая злоупотреблять своими полномочиями, ФИО6 заключил от имени администрации муниципального образования соглашения с *. о перераспределении путем присоединения к указанным участкам, принадлежащим *., земель смежных земельных участков за 15 % от кадастровой стоимости присоединяемых земель, а также способствовал заключению исполняющим обязанности главы администрации МО г. Покров *., не осведомленным о преступных намерениях ФИО1, аналогичного соглашения. Помимо прочего, следствием вышеуказанных действий стало возникновение препятствий дальнейшему рациональному использованию земельного участка с кадастровым номером 33:13:*, площадью 100 квадратных метров, находящегося в собственности МО «Город Покров», ввиду отсутствия какого-либо свободного доступа, подъезда или подхода на указанный земельный участок, что тем самым снизило либо вовсе исключило возможность дальнейшей продажи указанного земельного участка на торгах. Таким образом, ФИО1, являясь должностным лицом - главой администрации г. Покров, постоянно выполняющим организационно-распорядительные и административно-хозяйственные функции в МО «Город Покров», злоупотребляя правами, предусмотренными п.п. 1, 2 статьи 51 Федерального закона от 06 октября 2003 года № 131-ФЗ, пунктом 7 раздела II контрактов, заключенными с Главой администрации г. Покров от 08 мая 2019 года и 08 мая 2021 года, разделом 3 должностной инструкции Главы администрации г. Покров, в нарушение ч. 3 ст. , ч. 1 ст. 53.1 Гражданского кодекса Российской Федерации, п. 8 ст. 39.15 , п. 2 ст. , п. 1 ст. 39.3 , п. 9 ст. 39.29 , п. 16 ст. 11.10 , п. 6 ст. 11.9 Земельного кодекса Российской Федерации, Правил землепользования и застройки, в период времени с 16 сентября 2021 года по 27 мая 2022 года использовал свои полномочия вопреки интересам службы из иной личной заинтересованности, что повлекло существенное нарушение прав и законных интересов граждан и организаций, выразившееся в лишении их права принять участие в торгах и иметь равный доступ к приобретению в собственность вышеуказанных земельных участков, расположенных на территории МО «Город Покров», а также лишении МО «Город Покров» возможности реализовать указанные земли по их кадастровой стоимости и получить от такой продажи в бюджет МО «Город Покров» денежные средства в сумме 1 187 160 рублей 21 копейка, чем причинил МО «Город Покров» ущерб на указанную сумму. В ходе рассмотрения дела установлено, что ФИО6, совершая указанные преступления, являлся должностным лицом - главой администрации МО г. Покров, наделенным организационно-распорядительными и административно-хозяйственными полномочиями, которые были использованы им при совершении преступлений, а именно подсудимым были отданы указания подчиненным ему сотрудникам о подготовке документов о предоставлении земельных участков, а также непосредственно приняты решения об отчуждении земельных участков, распоряжение которыми относилось к полномочиям администрации муниципального образования, в частную собственность по заниженной цене. Указанные полномочия были предоставлены ФИО1 на основании действующего законодательства, заключенных с ним контрактов и должностной инструкции главы администрации МО г. Покров. В силу п. 15 постановления Пленума Верховного Суда РФ от 16.10.2009 N 19 «О судебной практике по делам о злоупотреблении должностными полномочиями и о превышении должностных полномочий» (далее - постановление Пленума ВС РФ) под использованием должностным лицом своих служебных полномочий вопреки интересам службы (статья 285 УК РФ ) судам следует понимать совершение таких деяний, которые хотя и были непосредственно связаны с осуществлением должностным лицом своих прав и обязанностей, однако не вызывались служебной необходимостью и объективно противоречили как общим задачам и требованиям, предъявляемым к государственному аппарату и аппарату органов местного самоуправления, так и тем целям и задачам, для достижения которых должностное лицо было наделено соответствующими должностными полномочиями. В ходе рассмотрения установлено, что действиями ФИО1 были неоднократно нарушены процедуры предоставления земельных участков, следствием чего явилось нарушение прав и законных интересов граждан и организаций, а также причинение материального ущерба муниципальному образованию г. Покров. При этом, у ФИО1 имелась объективная возможность в рамках действующего законодательства принять решения об отказе в удовлетворении заявлений граждан о предоставлении им земельных участков по заниженной стоимости. В связи с изложенным, суд приходит к выводу, что вышеуказанные действия совершены ФИО1 вопреки интересам службы. Данные действия совершены ФИО1 из иной личной заинтересованности, под которой понимается стремление должностного лица извлечь выгоду неимущественного характера, обусловленное такими побуждениями, как карьеризм, семейственность, желание приукрасить действительное положение, получить взаимную услугу, заручиться поддержкой в решении какого-либо вопроса, скрыть свою некомпетентность и т.п. (п. 16 постановления Пленума ВС РФ) Установлено, что мотивом указанных действий подсудимого стало желание повысить результаты своей работы, свой авторитет в глазах населения города Покров Петушинского района Владимирской области, а также руководства Владимирской области, исходя из ложно понятых интересов службы. К такому выводу суд приходит, исходя из показаний свидетеля * сообщившей, что реализация участков для жилищного строительства являлась положительным показателем для муниципального образования и источником пополнения местного бюджета, а также показаний самого ФИО6, указавшего, что продажа земельных участков для жилищного строительства, находящихся в аренде, а также снос ветхого и аварийного жилья и реализация участков, на котором оно располагалось, в том числе путем перераспределения, положительно сказывалось на статистических показателях работы администрации муниципального образования и помогало решить ряд вопросов, относящихся к ведению местной администрации, в частности связанных с жилищным строительством и содержанием аварийного жилья. Действиями ФИО1 были существенно нарушены права и законные интересы граждан и организаций, а также охраняемые законом интересы общества и государства. Так, согласно разъяснениям, содержащимся в п. 18 постановления Пленума ВС РФ, под существенным нарушением прав граждан или организаций в результате злоупотребления должностными полномочиями или превышения должностных полномочий следует понимать нарушение прав и свобод физических и юридических лиц, гарантированных общепризнанными принципами и нормами международного права, Конституцией Российской Федерации. Под нарушением законных интересов граждан или организаций в результате злоупотребления должностными полномочиями или превышения должностных полномочий следует понимать, в частности, создание препятствий в удовлетворении гражданами или организациями своих потребностей, не противоречащих нормам права и общественной нравственности (например, создание должностным лицом препятствий, ограничивающих возможность выбрать в предусмотренных законом случаях по своему усмотрению организацию для сотрудничества). При оценке существенности вреда необходимо учитывать степень отрицательного влияния противоправного деяния на нормальную работу организации, характер и размер понесенного ею материального ущерба, число потерпевших граждан, тяжесть причиненного им физического, морального или имущественного вреда и т.п. Учитывая изложенные разъяснения, а также положения ст. Конституции РФ, в которой закреплено, что земля может быть объектом вещных прав в любой форме, суд считает, что лишение неопределенного круга лиц права участвовать в аукционах по приобретению земельных участков является существенным нарушением их прав и законных интересов. Согласно постановлению Конституционного Суда РФ от 18.03.2021 N 7-П при наличие реального вреда интересам общества и государства существенность вреда может определяться его размером, характером, особой для потерпевшего ценностью нарушенного блага и, как правило, выражается в материальном ущербе, нарушении нормальной работы органов государственной власти и местного самоуправления, государственных и муниципальных учреждений. Таким образом, были существенно нарушены охраняемые законом интересы общества и государства, поскольку МО «Город Покров» причинен имущественный ущерб, в каждом случае превышающий 1 млн. рублей, выразившейся в разнице между стоимостью земельных участков при их реализации при соблюдении установленной процедуры через торги, и фактической реализации по цене, определенной, как процент от кадастровой стоимости, а также, кроме прочего, в результате совершения преступления № 2 - в невозможности использовать и реализовать участок, находящийся в муниципальной собственности. Оценивая доводы стороны защиты об отсутствии ущерба от действий ФИО1, суд отмечает, что в случае, если бы земельные участки были реализованы согласно установленной процедуре, бюджет муниципального образования мог бы получить большую сумму за их отчуждение, что достоверно установлено в ходе следствия. В связи с изложенным, а также, поскольку достоверно установлено, что действиями ФИО1 существенно нарушены права и законные интересы граждан и организаций, охраняемые законом интересы общества и государства, довод стороны защиты о целесообразности отчуждения земельных участков с нарушением процедуры по мотивам экономической эффективности подобных действий, суд не принимает, оценивая его, как избранный подсудимым способ защиты. В части довода ФИО1 об отсутствии прямого умысла на совершение инкриминируемых ему деяний, суд отмечает, что подсудимый не мог не знать о заведомой незаконности предоставления земельных участков, предназначенных для жилищного строительства, без возведения на них жилых зданий. К такому выводу суд приходит, учитывая, в том числе имевшуюся в период 2020-2022 гг. судебную практику при решении аналогичных споров (например, постановление Президиума ВАС от 19 марта 2013 г. N 12668/12, определение Верховного Суда РФ от 21.04.2017 N 309-Г17-3500 по делу N А47-1481/2016), которая опубликована и находилась в открытом доступе, а также оглашенные показания свидетеля * и первоначальные показания свидетеля * Показания свидетелей *., а также показания ФИО1 данные в судебном заседании, что на момент инкриминируемых подсудимому деяний не существовало единой судебной практики по данному вопросу, суд не принимает, поскольку они противоречат имеющимся в деле доказательствам. В частности, неправомерность действий подсудимого подтверждается решениями Петушинского районного суда Владимирской области о признании сделок купли-продажи земельных участков незаконными. Также суд критически относится к показаниям указанных лиц об отсутствии оснований для отказа в заключении соглашений о перераспределении земельных участков между администрацией г. Покрова и *., поскольку в ходе рассмотрения дела достоверно установлено, что рядом с земельными участками, первоначально предоставленными *., имелась возможность сформировать самостоятельные земельные участки, в связи с чем соглашения о перераспределении являлись притворными сделками, имеющими целью замаскировать куплю-продажу присоединяемых участков с целью занижения их цены. Данный факт подтверждается, кроме прочего выводами, отраженными в заочном решении Петушинского районного суда Владимирской области от 28.09.2023, которым были удовлетворены требования прокурора Петушинского района о признании недействительными результатов межевания и определения границ земельных участков, исключении указанных сведений из ЕГРН, применении последствий недействительности и ничтожности сделок, совершенных с земельным участком, расположенным по адресу: &lt;...&gt; д. *, а также в заключениях эксперта № 23-01/26 от 17 мая 2023 года и № 23-01/26доп от 24 августа 2023 года. При этом, у ФИО1 имелась возможность отказать заявителям в рамках процедур, предусмотренных действующим законодательством, однако этого им сделано не было, а, напротив, были отданы указания подчиненным сотрудникам о необходимости принятия противоположенных решений, что следует, в частности из оглашенных показаний свидетеля * которые, по мнению суда, согласуются с иными доказательствами по делу и должны быть положены в основу приговора. В связи с изложенным, суд приходит к выводу, что при совершении инкриминируемых ему деяний ФИО1 действовал с прямым умыслом, вследствие чего, оснований для удовлетворения ходатайства стороны защиты о квалификации действий подсудимого по ч. 1 ст. 293 УК РФ не имеется. Таким образом, действия ФИО1, связанные с предоставлением гражданам земельных участков по льготной цене под объектами, не являющимися жилыми домами (преступление № 1), подлежат квалификации, как преступление, предусмотренное ч. 1 ст. 285 УК РФ - использование должностным лицом своих служебных полномочий вопреки интересам службы, если это деяние совершено из иной личной заинтересованности и повлекло существенное нарушение прав и законных интересов граждан и организаций, а также охраняемых законом интересов общества и государства; действия ФИО1, связанные с предоставлением путем перераспределения земельных участков * (преступление № 2), подлежат квалификации, как преступление, предусмотренное ч. 1 ст. 285 УК РФ - использование должностным лицом своих служебных полномочий вопреки интересам службы, если это деяние совершено из иной личной заинтересованности и повлекло существенное нарушение прав и законных интересов граждан и организаций, а также охраняемых законом интересов общества и государства. Поведение ФИО1 в ходе судебного разбирательства не отклонялось от общепризнанных норм, им избиралась последовательная позиция защиты, он участвовал в обсуждении ходатайств, отвечал на вопросы участников судебного заседания, выступал с последним словом. С учетом изложенного, а также исследованных материалов дела, касающихся данных о личности подсудимого, обстоятельств совершения преступлений, поведения подсудимого до, во время и после совершения, а также в ходе судебного следствия, оснований сомневаться в психической полноценности подсудимого у суда не имеется, в связи с чем суд признает ФИО1 вменяемым в отношении инкриминируемых деяний. При определении вида и размера наказания ФИО1 суд учитывает требования ст.ст. , , 60 УК РФ , характер и степень общественной опасности совершенных преступлений, обстоятельства их совершения, обстоятельства, смягчающие наказание и отсутствие отягчающих обстоятельств, влияние вида наказания на условия жизни подсудимого, его близких и родственников, данные о его личности и состоянии здоровья. ФИО1 совершил два умышленных преступления средней тяжести против интересов службы в органах местного самоуправления. * Обстоятельствами, смягчающими наказание виновного, по всем преступлениям суд признает наличие малолетнего ребенка; частичное признание вины; возвращение части предоставленных гражданам земельных участков муниципальному образованию г. Покров; положительные характеристики личности подсудимого. Обстоятельств, отягчающих наказание, судом не установлено. С учетом обстоятельств дела, сведений о личности ФИО1, характера и степени общественной опасности совершенных преступлений, суд считает, что достижение целей наказания, предусмотренных ч. 2 ст. 43 УК РФ , возможно путем назначения виновному наказания в виде штрафа без применения более строгих видов наказания по обоим преступлениям. Размер штрафа определяется судом с учетом тяжести совершенных ФИО1 преступлений, его имущественного и семейного положения, а также с учетом возраста и трудоспособности виновного, наличия у него возможности заработка. Кроме того, с учетом характера и степени общественной опасности совершенных преступлений, обстоятельств их совершения, суд применяет положения ч. 3 ст. 47 УК РФ и назначает ФИО1 дополнительное наказание в виде лишения права занимать должности в органах местного самоуправления, связанные с выполнением организационно-распорядительных и административно-хозяйственных полномочий. Приходя к такому выводу, суд учитывает характер и степень общественной опасности совершенных преступлений и сведения о личности виновного, в частности, что ФИО1, при совершении инкриминированных ему преступлений использовал организационно-распорядительные и административно-хозяйственные полномочия, которыми он был наделен в силу занимаемой должности главы администрации муниципального образования г. Покров. С учетом перечисленных обстоятельств, несмотря на наличие сведений, положительно характеризующих личность подсудимого, смягчающих наказание обстоятельств и отсутствие отягчающих, суд не усматривает оснований для принятия решения в соответствии с ч. 6 ст. 15 УК РФ об изменении категории совершенных преступлений на менее тяжкую. Каких-либо исключительных обстоятельств, связанных с целями и мотивами совершенных преступлений, других обстоятельств, существенно уменьшающих степень общественной опасности преступлений и дающих основания для применения положений ст. 64 УК РФ , не усматривается. Оснований для применения ч. 1 ст. 62 УК РФ не имеется, ввиду отсутствия смягчающих обстоятельств, предусмотренных пунктами «и» и (или) «к» части первой статьи 61 УК РФ , а также учитывая вид назначаемого наказания. При назначении наказания суд применяет предусмотренный ч. 2, 4 ст. 69 УК РФ механизм частичного сложения основных и дополнительных наказаний, назначенных за каждое из совершенных преступлений. Исследуя дело в части гражданского иска, суд приходит к следующему. От имени потерпевшего муниципального образования г. Покров в суд подано исковое заявление о компенсации имущественного вреда, причиненного преступлениями, на общую сумму 2 785 968 рублей 10 копеек. В судебном заседании представитель гражданского истца * и государственный обвинитель Костерева А.А. заявленные требования поддержали. Подсудимый ФИО1 и его защитник-адвокат Филичкин И.А. просили передать иск для рассмотрения в порядке гражданского судопроизводства, указав, что отсутствуют сведения о датах, на которые определена кадастровая стоимость участков, не приложены документы, необходимые для рассмотрения иска; не понятна сумма расчета ущерба по одному из участков, проданных * В соответствии с п. 1 ст. 1064 ГК РФ вред, причиненный имуществу юридического лица, подлежит возмещению в полном объеме лицом, причинившим вред. В силу положений ч. 2 ст. 309 УПК РФ при постановлении обвинительного приговора суд обязан разрешить предъявленный по делу гражданский иск. Лишь при необходимости произвести дополнительные расчеты, связанные с гражданским иском, требующие отложения судебного разбирательства, суд может признать за гражданским истцом право на удовлетворение гражданского иска и передать вопрос о размере возмещения гражданского иска для рассмотрения в порядке гражданского судопроизводства. В соответствии с ч. 1 ст. 56 ГПК РФ каждая сторона должна доказать те обстоятельства, на которые она ссылается как на основания своих требований и возражений, если иное не предусмотрено федеральным законом. В рамках рассмотрения дела установлено, что ФИО1 совершены два преступления, предусмотренные ч. 1 ст. 285 УК РФ , которыми муниципальному образованию г. Покров причинен ущерб в сумме 3 715 451 рубль 05 копеек и 1 187 160 рублей 21 копейка, соответственно. Решениями Петушинского районного суда Владимирской области договоры купли-продажи, заключенные ФИО1 с гражданами * признаны недействительными, применены последствия их недействительности. Также признаны недействительными результаты межевания, исключены сведения о границах земельных участков из ЕГРН, признаны недействительными договоры купли-продажи, применены последствия их недействительности в отношении земельных участков, распложенных по адресу: &lt;...&gt; д. *, предоставленных * В исковом заявлении при определении суммы, подлежащей возмещению, представитель гражданского истца ссылается на невозможность возвратить в муниципальную собственность земельные участки, проданные гражданам *, ввиду отчуждения ими имущества в пользу третьих лиц. Аналогичная ситуация имеет место в отношении земельного участка, предоставленного по адресу: &lt;...&gt; д. *, гражданину *. Каких-либо документов, содержащих актуальные сведения о субъектах вещных прав на земельные участки, гражданским истцом не представлено, Ходатайств об их запросе от участников процесса не поступало. При этом, без указанных сведений невозможно установить факт отсутствия земельных участков, ставших предметом преступления, в муниципальной собственности на сегодняшний момент. Вместе с тем, выяснение указанного вопроса имеет существенное значение для определения размера взыскиваемой компенсации имущественного вреда. Кроме того, с учетом позиции стороны защиты о возведении на участках первоначальными покупателями жилых строений уже после заключения договоров купли-продажи, и необходимости, вследствие изложенного, снижения суммы взыскиваемой компенсации, к материалам дела необходимо приобщить актуальные сведения о фактической застройке земельных участков. С учетом того, что для установления вышеуказанных обстоятельств требуется значительное время, принимая во внимание, что они не влияют на размер причиненного ущерба и квалификацию совершенных ФИО1 преступлений, суд считает необходимым признать за гражданским истцом муниципальным образованием город Покров право на удовлетворение гражданского иска о возмещении материального ущерба, причиненного преступлением, с передачей вопроса о размере возмещения гражданского иска для рассмотрения в порядке гражданского судопроизводства. До вступления приговора в законную силу меру пресечения ФИО1 суд считает возможным не избирать, а меру процессуального принуждения в виде временного отстранения ФИО1 от занимаемой должности главы администрации г. Покрова Петушинского района Владимирской области отменить. Вопрос о вещественных доказательствах разрешается судом в соответствии со ст. 81 УПК РФ . На основании изложенного и руководствуясь ст.ст. , - 309 УПК РФ , суд приговорил: ФИО1 признать виновным в совершении преступлений, предусмотренных ч. 1 ст. , ч. 1 ст. 285 УК РФ , и назначить ему наказание: - по ч. 1 ст. 285 УК РФ (преступление № 1) в виде штрафа в размере 70 000 (семьдесят тысяч) рублей, в соответствии с ч. 3 ст. 47 УК РФ в виде лишения права занимать должности в органах местного самоуправления, связанные с выполнением организационно-распорядительных и административно-хозяйственных полномочий, на срок 1 (один) год 6 (шесть) месяцев; - по ч. 1 ст. 285 УК РФ (преступление № 2) в виде штрафа в размере 60 000 (шестьдесят тысяч) рублей, в соответствии с ч. 3 ст. 47 УК РФ в виде лишения права занимать должности в органах местного самоуправления, связанные с выполнением организационно-распорядительных и административно-хозяйственных полномочий, на срок 1 (один) год. В соответствии с ч. 2, 4 ст. 69 УК РФ по совокупности преступлений, предусмотренных ч. 1 ст. , ч. 1 ст. 285 УК РФ , путем частичного сложения основных наказаний и дополнительных наказаний, окончательно назначить ФИО1 наказание в виде штрафа в размере 100 000 (сто тысяч) рублей (в качестве основного наказания) с лишением права занимать должности в органах местного самоуправления, связанные с выполнением организационно-распорядительных и административно-хозяйственных полномочий, на срок 2 (два) года (в качестве дополнительного наказания). Дополнительное наказание в виде лишения права занимать должности в органах местного самоуправления, связанные с выполнением организационно-распорядительных и административно-хозяйственных полномочий, исполнять самостоятельно, срок данного наказания исчислять с момента вступления приговора суда в законную силу. Штраф подлежит уплате в течение 60 дней со дня вступления приговора суда в законную силу по следующим реквизитам: УФК по адрес (УМВД России по адрес л/с &lt;***&gt;), ИНН &lt;***&gt;, КПП 332901001, наименование банка: ОТДЕЛЕНИЕ ВЛАДИМИР//УФК по адрес, БИК 011708377, расчетный счет 03№, Кор/счет 40№, наименование платежа: Штраф по уголовному делу № 1-30/2025 (1-209/2024) (№), ФИО осужденного, код ОКТМО 17 646 000, КБК 188 1 16 03130 01 9000 140. Меру пресечения ФИО1 не избирать, меру процессуального принуждения в виде временного отстранения ФИО1 от занимаемой должности главы администрации г. Покрова Петушинского района Владимирской области отменить. Признать за гражданским истцом муниципальным образованием город Покров право на удовлетворение гражданского иска о возмещении материального ущерба, причиненного преступлениями, с передачей вопроса о размере возмещения по гражданскому иску для рассмотрения в порядке гражданского судопроизводства. По вступлению приговора в законную силу вещественное доказательство по уголовному делу: оптический диск, содержащий электронные образы регистрационных дел на земельные участки, - хранить в материалах уголовного дела. Приговор может быть обжалован в апелляционном порядке во Владимирский областной суд через Петушинский районный суд Владимирской области в течение 15 суток со дня его провозглашения. Ходатайство об участии в рассмотрении дела судом апелляционной инстанции указывается в апелляционной жалобе или в возражениях на жалобы, представления, принесенные другими участниками уголовного процесса. Председательствующий * А.А. Прозументов Суд: Петушинский районный суд (Владимирская область) (подробнее) Судьи дела: Прозументов Андрей Александрович (судья) (подробнее) Последние документы по делу: Приговор от 24 июня 2025 г. по делу № 1-209/2024 Приговор от 24 июня 2024 г. по делу № 1-209/2024 Приговор от 10 июня 2024 г. по делу № 1-209/2024 Показать все документы по этому делу Судебная практика по: Ответственность за причинение вреда, залив квартиры Судебная практика по применению нормы ст. 1064 ГК РФ Приватизация Судебная практика по применению нормы ст. 217 ГК РФ Признание помещения жилым помещением Судебная практика по применению норм ст. 16, 18 ЖК РФ Злоупотребление должностными полномочиями Судебная практика по применению нормы ст. 285 УК РФ Халатность Судебная практика по применению нормы ст. 293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