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Подсудимый ФИО11 совершил покушение на преступление, то есть действия,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крупном размере, не доведенные до конца по независящим от него обстоятельствам, при следующих обстоятельствах: В точно неустановленные следствием дату и время, не позднее ДД.ММ.ГГГГ, ФИО11, находясь по месту своего проживания по адресу: &lt;адрес&gt;, действуя умышленно, из корыстных побуждений, посредством использования системы мгновенного обмена сообщениями (интернет-мессенджера) &lt;данные изъяты&gt;»), функционирующем с использованием информационно-телекоммуникационной сети «Интернет», то есть технологической системы, предназначенной для передачи по линиям связи информации, доступ к которой осуществляется с использованием средств вычислительной техники, установленном в принадлежащем его мобильном телефоне «&lt;данные изъяты&gt;», списался путем смс – уведомления с неустановленным следствием лицом и договорился с ним о незаконном сбыте наркотического средства ?-&lt;данные изъяты&gt;), который является производным N- метилэфедрона, в крупном размере неопределенному кругу лиц на территории городского округа &lt;адрес&gt;. Согласно их предварительной договоренности и распределенных ролей, неустановленное следствием лицо должно было в целях последующих незаконных сбытов организовать оптовую поставку необходимого количества вышеуказанного наркотического средства, на территорию городского округа &lt;адрес&gt; и передать их ФИО11 методом тайниковой закладки;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поддерживать преступную связь с ФИО11; дать ему указания забрать оптовую партию с вышеуказанным наркотическим средством, расфасовать по мелким сверткам, которые в дальнейшем разложить в тайниковые закладки на территории городского округа &lt;адрес&gt;, и получать от него сведения о местах и адресах, где последний произвел тайниковые закладки отдельных полимерных свертков с вышеуказанным наркотическим средством, а последний, в свою очередь должен был,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поддерживать преступную связь с неустановленным следствием лицом, получать от него указания и сведения о местах и адресах, где последний организовал произведение оптовой тайниковой закладки с общим количеством наркотического средства; в целях последующих незаконных сбытов приобрести методом тайниковой закладки оптовую партию наркотического средства, поставку которого на территорию городского округа &lt;адрес&gt; организовало неустановленное следствием лицо; расфасовать оптовую партию на мелкие свертки, и в дальнейшем произвести тайниковые закладки отдельных полимерных свертков с указанным наркотическим средством на территории городского округа &lt;адрес&gt;, после чего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сообщить неустановленному следствием лицу сведения о точных адресах нахождения тайниковых закладок с указанным наркотическим средством; получить от неустановленного следствием лица вознаграждение за проделанную работу по сбыту наркотического средства методом тайниковых закладок, при этом каждый из них должен был создавать условия для совершения совместных противоправных действий и принимать меры по сохранению в тайне их совместной преступной деятельности. После этого, неустановленное следствием лицо, находясь в неустановленном следствием месте, реализуя свой единый преступный умысел, направленный на незаконный сбыт вышеуказанного наркотического средства, действуя согласно ранее распределенным ролям, осознавая общественную опасность своих действий и желая их совершить, в точно неустановленные следствием дату и время, не позднее ДД.ММ.ГГГГ, сообщило ФИО11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о месте с географическими координатами оптовой «тайниковой закладки», ранее установленной на территории городского округа &lt;адрес&gt;, с наркотическим средством &lt;данные изъяты&gt;), который является производным &lt;данные изъяты&gt;, общей массой не менее 14,67 грамма, при этом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поддерживало преступную связь с ФИО11, координировало его преступные действия, сообщило ему сведения о точном месте нахождения вышеуказанной тайниковой закладки с данным наркотическим средством для последующего его сбыта на территории городского округа &lt;адрес&gt; и дало ему указание забрать в неустановленном следствием месте городского округа &lt;адрес&gt;, ранее установленную оптовую тайниковую закладку с партией наркотического средства &lt;данные изъяты&gt;), который является производным &lt;данные изъяты&gt;, общей массой не менее 14,67 грамма, после чего расфасовать ее на мелкие полимерные свертки, и в дальнейшем разложить их в тайниковые закладки на территории городского округа &lt;адрес&gt;. После чего, ФИО11, в точно неустановленные следствием дату и время, не позднее ДД.ММ.ГГГГ, выполняя свою роль в совершении указанного преступления и указания неустановленного следствием лица, прибыл в точно неустановленное следствием место на территории городского округа &lt;адрес&gt;, где из тайниковой закладки забрал для дальнейшего незаконного сбыта, партию с вышеуказанным наркотическим средством, которое перевез по месту своего проживания по адресу: &lt;адрес&gt;, где хранил для дальнейшего сбыта на территории городского округа &lt;адрес&gt;. Однако, ФИО11 и неустановленное следствием лицо свой совместный единый преступный умысел, направленный на незаконный сбыт вышеуказанного наркотического средства, в особо крупном размере, до конца не довели по независящим от них обстоятельствам, поскольку ДД.ММ.ГГГГ около 08 часов 00 минут по адресу: Московская &lt;данные изъяты&gt; по географическим координатам: ДД.ММ.ГГГГ, ФИО11 был задержан сотрудниками полиции, и в ходе обыска проведенного ДД.ММ.ГГГГ в период времени с 19 часов 40 минут по 20 часов 10 минут по адресу: &lt;адрес&gt; были обнаружены и изъяты 3 (три) полимерных пакета с наркотическим средством ?-&lt;данные изъяты&gt;), который является производным &lt;данные изъяты&gt;, общей массой не менее 14,67 грамма. &lt;данные изъяты&gt;), который является производным &lt;данные изъяты&gt; включен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от ДД.ММ.ГГГГ №. В соответствии с Постановлением Правительства РФ от ДД.ММ.ГГГГ №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количество наркотического средства &lt;данные изъяты&gt;), который является производным &lt;данные изъяты&gt;, общей массой не менее 14,67 грамма является крупным размером. Таким образом, подсудимый ФИО11 совершил преступление, предусмотренное ч.3 ст. п.«г» ч.4 ст. 228.1 УК РФ</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Он же, ФИО11 совершил покушение на преступление, то есть действия,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особо крупном размере, не доведенные до конца по независящим от него обстоятельствам, при следующих обстоятельствах: ДД.ММ.ГГГГ около 22 часов ФИО11, находясь по месту своего проживания по адресу: &lt;адрес&gt;, действуя умышленно, из корыстных побуждений, посредством использования системы мгновенного обмена сообщениями (интернет-мессенджера) &lt;данные изъяты&gt;»), функционирующем с использованием информационно-телекоммуникационной сети «Интернет», то есть технологической системы, предназначенной для передачи по линиям связи информации, доступ к которой осуществляется с использованием средств вычислительной техники, установленном в принадлежащем его мобильном телефоне «&lt;данные изъяты&gt;», списался путем смс–уведомления с неустановленным следствием лицом и договорился с ним о незаконном сбыте наркотического средства &lt;данные изъяты&gt;), который является производным &lt;данные изъяты&gt;, в особо крупном размере неопределенному кругу лиц на территории городского округа &lt;адрес&gt;. Согласно их предварительной договоренности и распределенных ролей, неустановленное следствием лицо должно было в целях последующих незаконных сбытов организовать оптовую поставку необходимого количества вышеуказанного наркотического средства, на территорию городского округа &lt;адрес&gt; и передать их ФИО11 методом тайниковой закладки;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поддерживать преступную связь с ФИО11; дать ему указания забрать оптовую партию с вышеуказанным наркотическим средством, расфасовать по мелким сверткам, которые в дальнейшем разложить в тайниковые закладки на территории городского округа &lt;адрес&gt;, и получать от него сведения о местах и адресах, где последний произвел тайниковые закладки отдельных полимерных свертков с вышеуказанным наркотическим средством, а последний, в свою очередь должен был,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поддерживать преступную связь с неустановленным следствием лицом, получать от него указания и сведения о местах и адресах, где последний организовал произведение оптовой тайниковой закладки с общим количеством наркотического средства; в целях последующих незаконных сбытов приобрести методом тайниковой закладки оптовую партию наркотического средства, поставку которого на территорию городского округа &lt;адрес&gt; организовало неустановленное следствием лицо; расфасовать оптовую партию на мелкие свертки, и в дальнейшем произвести тайниковые закладки отдельных полимерных свертков с указанным наркотическим средством на территории городского округа &lt;адрес&gt;, после чего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сообщить неустановленному следствием лицу сведения о точных адресах нахождения тайниковых закладок с указанным наркотическим средством; получить от неустановленного следствием лица вознаграждение за проделанную работу по сбыту наркотического средства методом тайниковых закладок, при этом каждый из них должен был создавать условия для совершения совместных противоправных действий и принимать меры по сохранению в тайне их совместной преступной деятельности. После этого, неустановленное следствием лицо, находясь в неустановленном следствием месте, реализуя свой единый преступный умысел, направленный на незаконный сбыт вышеуказанного наркотического средства, действуя согласно ранее распределенным ролям, осознавая общественную опасность своих действий и желая их совершить, ДД.ММ.ГГГГ около 22 часов 00 минут сообщило ФИО11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о месте с географическими координатами оптовой «тайниковой закладки», ранее установленной на территории городского округа &lt;адрес&gt;, с наркотическим средством &lt;данные изъяты&gt; который является производным &lt;данные изъяты&gt;, общей массой не менее 386,06 грамма, при этом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поддерживало преступную связь с ФИО11, координировало его преступные действия, сообщило ему сведения о точном месте нахождения вышеуказанной тайниковой закладки с данным наркотическим средством для последующего его сбыта на территории городского округа &lt;адрес&gt; и дало ему указание забрать в неустановленном следствием месте городского округа &lt;адрес&gt;, ранее установленную оптовую тайниковую закладку с партией наркотического средства &lt;данные изъяты&gt;), который является производным &lt;данные изъяты&gt;, общей массой не менее 386,06 грамма, после чего расфасовать ее на мелкие полимерные свертки, и в дальнейшем разложить их в тайниковые закладки на территории городского округа &lt;адрес&gt;. После чего, ФИО11 ДД.ММ.ГГГГ около 06 часов 00 минут, выполняя свою роль в совершении указанного преступления и указания неустановленного следствием лица, прибыл в точно неустановленное следствием место на территории городского округа &lt;адрес&gt;, где из тайниковой закладки забрал для дальнейшего незаконного сбыта, партию с вышеуказанным наркотическим средством, которое перевез по месту своего проживания по адресу: &lt;адрес&gt;, где часть наркотического средства, в период времени с ДД.ММ.ГГГГ по ДД.ММ.ГГГГ, расфасовал на мелкие свертки и в дальнейшем хранил при себе, а часть наркотического средства хранил по месту своего временного жительства по адресу: &lt;адрес&gt;. Однако, ФИО11 и неустановленное следствием лицо свой совместный единый преступный умысел, направленный на незаконный сбыт вышеуказанного наркотического средства, в особо крупном размере, до конца не довели по независящим от них обстоятельствам, поскольку ДД.ММ.ГГГГ около 08 часов 00 минут по адресу: &lt;адрес&gt; на участке местности вблизи &lt;данные изъяты&gt;» по географическим координатам: №, ФИО11 был задержан сотрудниками полиции, и в ходе его личного досмотра проведенного на указанном участке местности ДД.ММ.ГГГГ в период времени с 10 часов 04 минуты по 10 часов 14 минут были обнаружены и изъяты 2 (два) полимерных свертка с наркотическим средством &lt;данные изъяты&gt;), который является производным &lt;данные изъяты&gt;, общей массой не менее 12,76 грамма, а также в ходе обыска проведенного ДД.ММ.ГГГГ в период времени с 19 часов 40 минут по 20 часов 10 минут по адресу: &lt;адрес&gt; был обнаружен и изъят 1 (один) полимерный пакет с наркотическим средством &lt;данные изъяты&gt;&lt;данные изъяты&gt; который является производным &lt;данные изъяты&gt;, общей массой не менее 373,3 грамма. &lt;данные изъяты&gt;), который является производным &lt;данные изъяты&gt; включен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от ДД.ММ.ГГГГ №. В соответствии с Постановлением Правительства РФ от ДД.ММ.ГГГГ №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количество наркотического средства &lt;данные изъяты&gt;), который является производным N-метилэфедрона, общей массой не менее 386,06 грамма является особо крупным размером. Таким образом, подсудимый ФИО11 совершил преступление, предусмотренное ч.3 ст. ч.5 ст. 228.1 УК РФ .</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Он же, подсудимый ФИО11 совершил покушение на преступление, то есть действия,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крупном размере, не доведенные до конца по независящим от него обстоятельствам, при следующих обстоятельствах: ДД.ММ.ГГГГ около 22 часов ФИО11, находясь по месту своего проживания по адресу: &lt;адрес&gt;, действуя умышленно, из корыстных побуждений, посредством использования системы мгновенного обмена сообщениями (интернет-мессенджера) «&lt;данные изъяты&gt;»), функционирующем с использованием информационно-телекоммуникационной сети «Интернет», то есть технологической системы, предназначенной для передачи по линиям связи информации, доступ к которой осуществляется с использованием средств вычислительной техники, установленном в принадлежащем его мобильном телефоне «&lt;данные изъяты&gt;», списался путем смс – уведомления с неустановленным следствием лицом и договорился с ним о незаконном сбыте наркотического средства &lt;данные изъяты&gt;), который является производным &lt;данные изъяты&gt;, в крупном размере неопределенному кругу лиц на территории городского округа &lt;адрес&gt;. Согласно их предварительной договоренности и распределенных ролей, неустановленное следствием лицо должно было в целях последующих незаконных сбытов организовать оптовую поставку необходимого количества вышеуказанного наркотического средства, на территорию городского округа &lt;адрес&gt; и передать их ФИО11 методом тайниковой закладки;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поддерживать преступную связь с ФИО11; дать ему указания забрать оптовую партию с вышеуказанным наркотическим средством, расфасовать по мелким сверткам, которые в дальнейшем разложить в тайниковые закладки на территории городского округа &lt;адрес&gt;, и получать от него сведения о местах и адресах, где последний произвел тайниковые закладки отдельных полимерных свертков с вышеуказанным наркотическим средством, а последний, в свою очередь должен был,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поддерживать преступную связь с неустановленным следствием лицом, получать от него указания и сведения о местах и адресах, где последний организовал произведение оптовой тайниковой закладки с общим количеством наркотического средства; в целях последующих незаконных сбытов приобрести методом тайниковой закладки оптовую партию наркотического средства, поставку которого на территорию городского округа &lt;адрес&gt; организовало неустановленное следствием лицо; расфасовать оптовую партию на мелкие свертки, и в дальнейшем произвести тайниковые закладки отдельных полимерных свертков с указанным наркотическим средством на территории городского округа &lt;адрес&gt;, после чего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сообщить неустановленному следствием лицу сведения о точных адресах нахождения тайниковых закладок с указанным наркотическим средством; получить от неустановленного следствием лица вознаграждение за проделанную работу по сбыту наркотического средства методом тайниковых закладок, при этом каждый из них должен был создавать условия для совершения совместных противоправных действий и принимать меры по сохранению в тайне их совместной преступной деятельности. После этого, неустановленное следствием лицо, находясь в неустановленном следствием месте, реализуя свой единый преступный умысел, направленный на незаконный сбыт вышеуказанного наркотического средства, действуя согласно ранее распределенным ролям, осознавая общественную опасность своих действий и желая их совершить, ДД.ММ.ГГГГ около 22 часов 00 минут сообщило ФИО11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о месте с географическими координатами оптовой «тайниковой закладки», ранее установленной на территории городского округа &lt;адрес&gt;, с наркотическим средством &lt;данные изъяты&gt;), который является производным &lt;данные изъяты&gt;, общей массой не менее 1,15 грамма, при этом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поддерживало преступную связь с ФИО11, координировало его преступные действия, сообщило ему сведения о точном месте нахождения вышеуказанной тайниковой закладки с данным наркотическим средством для последующего его сбыта на территории городского округа &lt;адрес&gt; и дало ему указание забрать в неустановленном следствием месте городского округа &lt;адрес&gt;, ранее установленную оптовую тайниковую закладку с партией наркотического средства &lt;данные изъяты&gt;), который является производным &lt;данные изъяты&gt;, общей массой не менее 1,15 грамма, после чего расфасовать ее на мелкие полимерные свертки, и в дальнейшем разложить их в тайниковые закладки на территории городского округа &lt;адрес&gt;. После чего, ФИО11 ДД.ММ.ГГГГ около 06 часов 00 минут, выполняя свою роль в совершении указанного преступления и указания неустановленного следствием лица, прибыл в точно неустановленное следствием место на территории городского округа &lt;адрес&gt;, где из тайниковой закладки забрал для дальнейшего незаконного сбыта, партию с вышеуказанным наркотическим средством, которое перевез по месту своего проживания по адресу: &lt;адрес&gt;, где в период времени с ДД.ММ.ГГГГ по ДД.ММ.ГГГГ расфасовал на мелкие свертки, и в дальнейшем ДД.ММ.ГГГГ в 08 часов 24 минуты установил в тайниковую закладку на территории городского округа &lt;адрес&gt;. Однако, ФИО11 и неустановленное следствием лицо свой совместный единый преступный умысел, направленный на незаконный сбыт вышеуказанного наркотического средства, в крупном размере, до конца не довели по независящим от них обстоятельствам, поскольку ДД.ММ.ГГГГ около 15 часов 25 минут по адресу: &lt;адрес&gt; на участке местности вблизи &lt;данные изъяты&gt;» по географическим координатам: ДД.ММ.ГГГГ, ФИО11 был задержан сотрудниками полиции, и в ходе проведения осмотра места происшествия проведенного ДД.ММ.ГГГГ в период времени с 21 часа 25 минут по 21 час 35 минут по адресу: &lt;адрес&gt;» вблизи &lt;адрес&gt; по географическим координатам: № был обнаружен и изъят 1 (один) полимерный флакон с наркотическим средством &lt;данные изъяты&gt; который является производным &lt;данные изъяты&gt;, общей массой не менее 1,15 грамма. &lt;данные изъяты&gt;), который является производным &lt;данные изъяты&gt; включен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от ДД.ММ.ГГГГ №. В соответствии с Постановлением Правительства РФ от ДД.ММ.ГГГГ №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количество наркотического средства &lt;данные изъяты&gt;, общей массой не менее 1,15 грамма является крупным размером. Таким образом, подсудимый ФИО11 совершил преступление, предусмотренное ч.3 ст. п.«г» ч.4 ст. 228.1 УК РФ .</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Он же, подсудимый ФИО11 совершил покушение на преступление, то есть действия,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крупном размере, не доведенные до конца по независящим от него обстоятельствам, при следующих обстоятельствах: ДД.ММ.ГГГГ около 22 часов ФИО11, находясь по месту своего проживания по адресу: &lt;адрес&gt;, действуя умышленно, из корыстных побуждений, посредством использования системы мгновенного обмена сообщениями (интернет-мессенджера) «&lt;данные изъяты&gt;»), функционирующем с использованием информационно-телекоммуникационной сети «Интернет», то есть технологической системы, предназначенной для передачи по линиям связи информации, доступ к которой осуществляется с использованием средств вычислительной техники, установленном в принадлежащем его мобильном телефоне «&lt;данные изъяты&gt;», списался путем смс–уведомления с неустановленным следствием лицом и договорился с ним о незаконном сбыте наркотического средства &lt;данные изъяты&gt;), который является производным &lt;данные изъяты&gt;, в крупном размере неопределенному кругу лиц на территории городского округа &lt;адрес&gt;. Согласно их предварительной договоренности и распределенных ролей, неустановленное следствием лицо должно было в целях последующих незаконных сбытов организовать оптовую поставку необходимого количества вышеуказанного наркотического средства, на территорию городского округа &lt;адрес&gt; и передать их ФИО11 методом тайниковой закладки;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поддерживать преступную связь с ФИО11; дать ему указания забрать оптовую партию с вышеуказанным наркотическим средством, расфасовать по мелким сверткам, которые в дальнейшем разложить в тайниковые закладки на территории городского округа &lt;адрес&gt;, и получать от него сведения о местах и адресах, где последний произвел тайниковые закладки отдельных полимерных свертков с вышеуказанным наркотическим средством, а последний, в свою очередь должен был,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поддерживать преступную связь с неустановленным следствием лицом, получать от него указания и сведения о местах и адресах, где последний организовал произведение оптовой тайниковой закладки с общим количеством наркотического средства; в целях последующих незаконных сбытов приобрести методом тайниковой закладки оптовую партию наркотического средства, поставку которого на территорию городского округа &lt;адрес&gt; организовало неустановленное следствием лицо; расфасовать оптовую партию на мелкие свертки, и в дальнейшем произвести тайниковые закладки отдельных полимерных свертков с указанным наркотическим средством на территории городского округа &lt;адрес&gt;, после чего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сообщить неустановленному следствием лицу сведения о точных адресах нахождения тайниковых закладок с указанным наркотическим средством; получить от неустановленного следствием лица вознаграждение за проделанную работу по сбыту наркотического средства методом тайниковых закладок, при этом каждый из них должен был создавать условия для совершения совместных противоправных действий и принимать меры по сохранению в тайне их совместной преступной деятельности. После этого, неустановленное следствием лицо, находясь в неустановленном следствием месте, реализуя свой единый преступный умысел, направленный на незаконный сбыт вышеуказанного наркотического средства, действуя согласно ранее распределенным ролям, осознавая общественную опасность своих действий и желая их совершить, ДД.ММ.ГГГГ около 22 часов 00 минут сообщило ФИО11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о месте с географическими координатами оптовой «тайниковой закладки», ранее установленной на территории городского округа &lt;адрес&gt;, с наркотическим средством &lt;данные изъяты&gt;), который является производным &lt;данные изъяты&gt;, общей массой не менее 1,08 грамма, при этом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поддерживало преступную связь с ФИО11, координировало его преступные действия, сообщило ему сведения о точном месте нахождения вышеуказанной тайниковой закладки с данным наркотическим средством для последующего его сбыта на территории городского округа &lt;адрес&gt; и дало ему указание забрать в неустановленном следствием месте городского округа &lt;адрес&gt;, ранее установленную оптовую тайниковую закладку с партией наркотического средства &lt;данные изъяты&gt;), который является производным &lt;данные изъяты&gt;, общей массой не менее 1,08 грамма, после чего расфасовать ее на мелкие полимерные свертки, и в дальнейшем разложить их в тайниковые закладки на территории городского округа &lt;адрес&gt;. После чего, ФИО11 ДД.ММ.ГГГГ около 06 часов 00 минут, выполняя свою роль в совершении указанного преступления и указания неустановленного следствием лица, прибыл в точно неустановленное следствием место на территории городского округа &lt;адрес&gt;, где из тайниковой закладки забрал для дальнейшего незаконного сбыта, партию с вышеуказанным наркотическим средством, которое перевез по месту своего проживания по адресу: &lt;адрес&gt;, где в период времени с ДД.ММ.ГГГГ по ДД.ММ.ГГГГ расфасовал на мелкие свертки, и в дальнейшем ДД.ММ.ГГГГ в 08 часов 26 минут установил в тайниковую закладку на территории городского округа &lt;адрес&gt;. Однако, ФИО11 и неустановленное следствием лицо свой совместный единый преступный умысел, направленный на незаконный сбыт вышеуказанного наркотического средства, в крупном размере, до конца не довели по независящим от них обстоятельствам, поскольку ДД.ММ.ГГГГ около 15 часов 25 минут по адресу: &lt;адрес&gt; г.о. Егорьевск на участке местности вблизи &lt;адрес&gt;» по географическим координатам: №, ФИО11 был задержан сотрудниками полиции, и в ходе проведения осмотра места происшествия проведенного ДД.ММ.ГГГГ в период времени с 21 часа 40 минут по 21 час 55 минут по адресу: &lt;адрес&gt; г.о. Егорьевск 600 метров от автодороги &lt;данные изъяты&gt; по географическим координатам: № был обнаружен и изъят 1 (один) полимерный флакон с наркотическим средством &lt;данные изъяты&gt;), который является производным &lt;данные изъяты&gt;, общей массой не менее 1,08 грамма. &lt;данные изъяты&gt;), который является производным N- метилэфедрона включен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от ДД.ММ.ГГГГ №. В соответствии с Постановлением Правительства РФ от ДД.ММ.ГГГГ №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количество наркотического средства &lt;данные изъяты&gt;), который является производным &lt;данные изъяты&gt;, общей массой не менее 1,08 грамма является крупным размером. Таким образом, подсудимый ФИО11 совершил преступление, предусмотренное ч.3 ст. п.«г» ч.4 ст. 228.1 УК РФ .</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Он же, подсудимый ФИО11 совершил покушение на преступление, то есть действия,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значительном размере, не доведенные до конца по независящим от него обстоятельствам, при следующих обстоятельствах: ДД.ММ.ГГГГ около 22 часов ФИО11, находясь по месту своего проживания по адресу: &lt;адрес&gt;, действуя умышленно, из корыстных побуждений, посредством использования системы мгновенного обмена сообщениями (интернет-мессенджера) «&lt;данные изъяты&gt;»), функционирующем с использованием информационно-телекоммуникационной сети «Интернет», то есть технологической системы, предназначенной для передачи по линиям связи информации, доступ к которой осуществляется с использованием средств вычислительной техники, установленном в принадлежащем его мобильном телефоне «&lt;данные изъяты&gt;», списался путем смс–уведомления с неустановленным следствием лицом и договорился с ним о незаконном сбыте наркотического средства &lt;данные изъяты&gt;), который является производным &lt;данные изъяты&gt;, в значительном размере неопределенному кругу лиц на территории городского округа &lt;адрес&gt;. Согласно их предварительной договоренности и распределенных ролей, неустановленное следствием лицо должно было в целях последующих незаконных сбытов организовать оптовую поставку необходимого количества вышеуказанного наркотического средства, на территорию городского округа &lt;адрес&gt; и передать их ФИО11 методом тайниковой закладки;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поддерживать преступную связь с ФИО11; дать ему указания забрать оптовую партию с вышеуказанным наркотическим средством, расфасовать по мелким сверткам, которые в дальнейшем разложить в тайниковые закладки на территории городского округа &lt;адрес&gt;, и получать от него сведения о местах и адресах, где последний произвел тайниковые закладки отдельных полимерных свертков с вышеуказанным наркотическим средством, а последний, в свою очередь должен был,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поддерживать преступную связь с неустановленным следствием лицом, получать от него указания и сведения о местах и адресах, где последний организовал произведение оптовой тайниковой закладки с общим количеством наркотического средства; в целях последующих незаконных сбытов приобрести методом тайниковой закладки оптовую партию наркотического средства, поставку которого на территорию городского округа &lt;адрес&gt; организовало неустановленное следствием лицо; расфасовать оптовую партию на мелкие свертки, и в дальнейшем произвести тайниковые закладки отдельных полимерных свертков с указанным наркотическим средством на территории городского округа &lt;адрес&gt;, после чего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сообщить неустановленному следствием лицу сведения о точных адресах нахождения тайниковых закладок с указанным наркотическим средством; получить от неустановленного следствием лица вознаграждение за проделанную работу по сбыту наркотического средства методом тайниковых закладок, при этом каждый из них должен был создавать условия для совершения совместных противоправных действий и принимать меры по сохранению в тайне их совместной преступной деятельности. После этого, неустановленное следствием лицо, находясь в неустановленном следствием месте, реализуя свой единый преступный умысел, направленный на незаконный сбыт вышеуказанного наркотического средства, действуя согласно ранее распределенным ролям, осознавая общественную опасность своих действий и желая их совершить, ДД.ММ.ГГГГ около 22 часов 00 минут сообщило ФИО11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о месте с географическими координатами оптовой «тайниковой закладки», ранее установленной на территории городского округа &lt;адрес&gt;, с наркотическим средством &lt;данные изъяты&gt;), который является производным &lt;данные изъяты&gt;, общей массой не менее 0,98 грамма, при этом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поддерживало преступную связь с ФИО11, координировало его преступные действия, сообщило ему сведения о точном месте нахождения вышеуказанной тайниковой закладки с данным наркотическим средством для последующего его сбыта на территории городского округа &lt;адрес&gt; и дало ему указание забрать в неустановленном следствием месте городского округа &lt;адрес&gt;, ранее установленную оптовую тайниковую закладку с партией наркотического средства &lt;данные изъяты&gt; который является производным &lt;данные изъяты&gt;, общей массой не менее 0,98 грамма, после чего расфасовать ее на мелкие полимерные свертки, и в дальнейшем разложить их в тайниковые закладки на территории городского округа &lt;адрес&gt;. После чего, ФИО11 ДД.ММ.ГГГГ около 06 часов 00 минут, выполняя свою роль в совершении указанного преступления и указания неустановленного следствием лица, прибыл в точно неустановленное следствием место на территории городского округа &lt;адрес&gt;, где из тайниковой закладки забрал для дальнейшего незаконного сбыта, партию с вышеуказанным наркотическим средством, которое перевез по месту своего проживания по адресу: &lt;адрес&gt;, где в период времени с ДД.ММ.ГГГГ по ДД.ММ.ГГГГ расфасовал на мелкие свертки, и в дальнейшем ДД.ММ.ГГГГ в 08 часов 28 минут установил в тайниковую закладку на территории городского округа &lt;адрес&gt;. Однако, ФИО11 и неустановленное следствием лицо свой совместный единый преступный умысел, направленный на незаконный сбыт вышеуказанного наркотического средства, в значительном размере, до конца не довели по независящим от них обстоятельствам, поскольку ДД.ММ.ГГГГ около 15 часов 25 минут по адресу: &lt;адрес&gt; г.о. Егорьевск на участке местности вблизи &lt;адрес&gt;» по географическим координатам: ДД.ММ.ГГГГ, ФИО11 был задержан сотрудниками полиции, и в ходе проведения осмотра места происшествия проведенного ДД.ММ.ГГГГ в период времени с 22 часов 05 минут по 22 часа 14 минут по адресу: &lt;адрес&gt; по географическим координатам: № был обнаружен и изъят 1 (один) полимерный флакон с наркотическим &lt;данные изъяты&gt; который является производным &lt;данные изъяты&gt;, общей массой не менее 0,98 грамма. &lt;данные изъяты&gt;), который является производным &lt;данные изъяты&gt; включен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от ДД.ММ.ГГГГ №. В соответствии с Постановлением Правительства РФ от ДД.ММ.ГГГГ №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количество наркотического средства &lt;данные изъяты&gt;), который является производным N-метилэфедрона, общей массой не менее 0,98 грамма является значительным размером. Таким образом, подсудимый ФИО11 совершил преступление, предусмотренное ч.3 ст. п.«а, б» ч.3 ст. 228.1 УК РФ .</w:t>
      </w: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Он же, подсудимый ФИО11 совершил покушение на преступление, то есть действия,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крупном размере, не доведенные до конца по независящим от него обстоятельствам, при следующих обстоятельствах: ДД.ММ.ГГГГ около 22 часов ФИО11, находясь по месту своего проживания по адресу: &lt;адрес&gt;, действуя умышленно, из корыстных побуждений, посредством использования системы мгновенного обмена сообщениями (интернет-мессенджера) «&lt;данные изъяты&gt;»), функционирующем с использованием информационно-телекоммуникационной сети «Интернет», то есть технологической системы, предназначенной для передачи по линиям связи информации, доступ к которой осуществляется с использованием средств вычислительной техники, установленном в принадлежащем его мобильном телефоне «&lt;данные изъяты&gt;», списался путем смс–уведомления с неустановленным следствием лицом и договорился с ним о незаконном сбыте наркотического средства &lt;данные изъяты&gt;), который является производным &lt;данные изъяты&gt;, в крупном размере неопределенному кругу лиц на территории городского округа &lt;адрес&gt;. Согласно их предварительной договоренности и распределенных ролей, неустановленное следствием лицо должно было в целях последующих незаконных сбытов организовать оптовую поставку необходимого количества вышеуказанного наркотического средства, на территорию городского округа &lt;адрес&gt; и передать их ФИО11 методом тайниковой закладки;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поддерживать преступную связь с ФИО11; дать ему указания забрать оптовую партию с вышеуказанным наркотическим средством, расфасовать по мелким сверткам, которые в дальнейшем разложить в тайниковые закладки на территории городского округа &lt;адрес&gt;, и получать от него сведения о местах и адресах, где последний произвел тайниковые закладки отдельных полимерных свертков с вышеуказанным наркотическим средством, а последний, в свою очередь должен был,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поддерживать преступную связь с неустановленным следствием лицом, получать от него указания и сведения о местах и адресах, где последний организовал произведение оптовой тайниковой закладки с общим количеством наркотического средства; в целях последующих незаконных сбытов приобрести методом тайниковой закладки оптовую партию наркотического средства, поставку которого на территорию городского округа &lt;адрес&gt; организовало неустановленное следствием лицо; расфасовать оптовую партию на мелкие свертки, и в дальнейшем произвести тайниковые закладки отдельных полимерных свертков с указанным наркотическим средством на территории городского округа &lt;адрес&gt;, после чего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сообщить неустановленному следствием лицу сведения о точных адресах нахождения тайниковых закладок с указанным наркотическим средством; получить от неустановленного следствием лица вознаграждение за проделанную работу по сбыту наркотического средства методом тайниковых закладок, при этом каждый из них должен был создавать условия для совершения совместных противоправных действий и принимать меры по сохранению в тайне их совместной преступной деятельности. После этого, неустановленное следствием лицо, находясь в неустановленном следствием месте, реализуя свой единый преступный умысел, направленный на незаконный сбыт вышеуказанного наркотического средства, действуя согласно ранее распределенным ролям, осознавая общественную опасность своих действий и желая их совершить, ДД.ММ.ГГГГ около 22 часов 00 минут сообщило ФИО11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о месте с географическими координатами оптовой «тайниковой закладки», ранее установленной на территории городского округа &lt;адрес&gt;, с наркотическим средством &lt;данные изъяты&gt;), который является производным &lt;данные изъяты&gt;, общей массой не менее 1,05 грамма, при этом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поддерживало преступную связь с ФИО11, координировало его преступные действия, сообщило ему сведения о точном месте нахождения вышеуказанной тайниковой закладки с данным наркотическим средством для последующего его сбыта на территории городского округа &lt;адрес&gt; и дало ему указание забрать в неустановленном следствием месте городского округа &lt;адрес&gt;, ранее установленную оптовую тайниковую закладку с партией наркотического средства &lt;данные изъяты&gt;), который является производным &lt;данные изъяты&gt;, общей массой не менее 1,05 грамма, после чего расфасовать ее на мелкие полимерные свертки, и в дальнейшем разложить их в тайниковые закладки на территории городского округа &lt;адрес&gt;. После чего, ФИО11 ДД.ММ.ГГГГ около 06 часов 00 минут, выполняя свою роль в совершении указанного преступления и указания неустановленного следствием лица, прибыл в точно неустановленное следствием место на территории городского округа &lt;адрес&gt;, где из тайниковой закладки забрал для дальнейшего незаконного сбыта, партию с вышеуказанным наркотическим средством, которое перевез по месту своего проживания по адресу: &lt;адрес&gt;, где в период времени с ДД.ММ.ГГГГ по ДД.ММ.ГГГГ расфасовал на мелкие свертки, и в дальнейшем ДД.ММ.ГГГГ в 08 часов 30 минут установил в тайниковую закладку на территории городского округа &lt;адрес&gt;. Однако, ФИО11 и неустановленное следствием лицо свой совместный единый преступный умысел, направленный на незаконный сбыт вышеуказанного наркотического средства, в крупном размере, до конца не довели по независящим от них обстоятельствам, поскольку ДД.ММ.ГГГГ около 15 часов 25 минут по адресу: &lt;адрес&gt; на участке местности вблизи &lt;данные изъяты&gt;» по географическим координатам: № ФИО11 был задержан сотрудниками полиции, и в ходе проведения осмотра места происшествия проведенного ДД.ММ.ГГГГ в период времени с 22 часов 15 минут по 22 часа 26 минут по адресу: &lt;адрес&gt; по географическим координатам: № был обнаружен и изъят 1 (один) полимерный флакон с наркотическим средством &lt;данные изъяты&gt;), который является производным &lt;данные изъяты&gt;, общей массой не менее 1,05 грамма. &lt;данные изъяты&gt;), который является производным &lt;данные изъяты&gt; включен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от ДД.ММ.ГГГГ №. В соответствии с Постановлением Правительства РФ от ДД.ММ.ГГГГ №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количество наркотического средства &lt;данные изъяты&gt;), который является производным &lt;данные изъяты&gt;, общей массой не менее 1,05 грамма является крупным размером. Таким образом, подсудимый ФИО11 совершил преступление, предусмотренное ч.3 ст. п.«г» ч. 4 ст. 228.1 УК РФ .</w:t>
      </w:r>
    </w:p>
    <w:p>
      <w:pPr>
        <w:pStyle w:val="Heading3"/>
      </w:pPr>
      <w:r>
        <w:rPr>
          <w:rFonts w:ascii="Times New Roman" w:hAnsi="Times New Roman" w:eastAsia="Times New Roman" w:cs="Times New Roman"/>
          <w:b/>
          <w:i w:val="0"/>
          <w:sz w:val="22"/>
        </w:rPr>
        <w:t>Пункт 7. Выводы</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Он же, подсудимый ФИО11 совершил покушение на преступление, то есть действия,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крупном размере, не доведенные до конца по независящим от него обстоятельствам, при следующих обстоятельствах: ДД.ММ.ГГГГ около 22 часов ФИО11, находясь по месту своего проживания по адресу: &lt;адрес&gt;, действуя умышленно, из корыстных побуждений, посредством использования системы мгновенного обмена сообщениями (интернет-мессенджера) «&lt;данные изъяты&gt;»), функционирующем с использованием информационно-телекоммуникационной сети «Интернет», то есть технологической системы, предназначенной для передачи по линиям связи информации, доступ к которой осуществляется с использованием средств вычислительной техники, установленном в принадлежащем его мобильном телефоне «&lt;данные изъяты&gt;», списался путем смс – уведомления с неустановленным следствием лицом и договорился с ним о незаконном сбыте наркотического средства &lt;данные изъяты&gt; который является производным &lt;данные изъяты&gt;, в крупном размере неопределенному кругу лиц на территории городского округа &lt;адрес&gt;. Согласно их предварительной договоренности и распределенных ролей, неустановленное следствием лицо должно было в целях последующих незаконных сбытов организовать оптовую поставку необходимого количества вышеуказанного наркотического средства, на территорию городского округа &lt;адрес&gt; и передать их ФИО11 методом тайниковой закладки;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поддерживать преступную связь с ФИО11; дать ему указания забрать оптовую партию с вышеуказанным наркотическим средством, расфасовать по мелким сверткам, которые в дальнейшем разложить в тайниковые закладки на территории городского округа &lt;адрес&gt;, и получать от него сведения о местах и адресах, где последний произвел тайниковые закладки отдельных полимерных свертков с вышеуказанным наркотическим средством, а последний, в свою очередь должен был,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поддерживать преступную связь с неустановленным следствием лицом, получать от него указания и сведения о местах и адресах, где последний организовал произведение оптовой тайниковой закладки с общим количеством наркотического средства; в целях последующих незаконных сбытов приобрести методом тайниковой закладки оптовую партию наркотического средства, поставку которого на территорию городского округа &lt;адрес&gt; организовало неустановленное следствием лицо; расфасовать оптовую партию на мелкие свертки, и в дальнейшем произвести тайниковые закладки отдельных полимерных свертков с указанным наркотическим средством на территории городского округа &lt;адрес&gt;, после чего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сообщить неустановленному следствием лицу сведения о точных адресах нахождения тайниковых закладок с указанным наркотическим средством; получить от неустановленного следствием лица вознаграждение за проделанную работу по сбыту наркотического средства методом тайниковых закладок, при этом каждый из них должен был создавать условия для совершения совместных противоправных действий и принимать меры по сохранению в тайне их совместной преступной деятельности. После этого, неустановленное следствием лицо, находясь в неустановленном следствием месте, реализуя свой единый преступный умысел, направленный на незаконный сбыт вышеуказанного наркотического средства, действуя согласно ранее распределенным ролям, осознавая общественную опасность своих действий и желая их совершить, ДД.ММ.ГГГГ около 22 часов 00 минут сообщило ФИО11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о месте с географическими координатами оптовой «тайниковой закладки», ранее установленной на территории городского округа &lt;адрес&gt;, с наркотическим средством &lt;данные изъяты&gt;), который является производным &lt;данные изъяты&gt;, общей массой не менее 1,05 грамма, при этом посредством использования системы мгновенного обмена сообщениями (интернет-мессенджера) «&lt;данные изъяты&gt;»), с использованием информационно-телекоммуникационной сети «Интернет», поддерживало преступную связь с ФИО11, координировало его преступные действия, сообщило ему сведения о точном месте нахождения вышеуказанной тайниковой закладки с данным наркотическим средством для последующего его сбыта на территории городского округа &lt;адрес&gt; и дало ему указание забрать в неустановленном следствием месте городского округа &lt;адрес&gt;, ранее установленную оптовую тайниковую закладку с партией наркотического средства &lt;данные изъяты&gt;), который является производным &lt;данные изъяты&gt;, общей массой не менее 1,05 грамма, после чего расфасовать ее на мелкие полимерные свертки, и в дальнейшем разложить их в тайниковые закладки на территории городского округа &lt;адрес&gt;. После чего, ФИО11 ДД.ММ.ГГГГ около 06 часов 00 минут, выполняя свою роль в совершении указанного преступления и указания неустановленного следствием лица, прибыл в точно неустановленное следствием место на территории городского округа &lt;адрес&gt;, где из тайниковой закладки забрал для дальнейшего незаконного сбыта, партию с вышеуказанным наркотическим средством, которое перевез по месту своего проживания по адресу: &lt;адрес&gt;, где в период времени с ДД.ММ.ГГГГ по ДД.ММ.ГГГГ расфасовал на мелкие свертки, и в дальнейшем ДД.ММ.ГГГГ в 08 часов 32 минут установил в тайниковую закладку на территории городского округа &lt;адрес&gt;. Однако, ФИО11 и неустановленное следствием лицо свой совместный единый преступный умысел, направленный на незаконный сбыт вышеуказанного наркотического средства, в крупном размере, до конца не довели по независящим от них обстоятельствам, поскольку ДД.ММ.ГГГГ около 15 часов 25 минут по адресу: &lt;адрес&gt; г.о. Егорьевск на участке местности вблизи &lt;данные изъяты&gt; по географическим координатам: №, ФИО11 был задержан сотрудниками полиции, и в ходе проведения осмотра места происшествия проведенного ДД.ММ.ГГГГ в период времени с 22 часов 28 минут по 22 часа 40 минут по адресу: &lt;адрес&gt; по географическим координатам: № был обнаружен и изъят 1 (один) полимерный флакон с наркотическим средством &lt;данные изъяты&gt;), который является производным &lt;данные изъяты&gt;, общей массой не менее 1,05 грамма. &lt;данные изъяты&gt;), который является производным N- метилэфедрона включен в Список наркотических средств, психотропных веществ и их прекурсоров, оборот которых в Российской Федерации запрещен в соответствии с законодательством Российской Федерации и международными договорами Российской Федерации (список I) Перечня наркотических средств, психотропных веществ и их прекурсоров, подлежащих контролю в Российской Федерации, утвержденного Постановлением Правительства РФ от ДД.ММ.ГГГГ №. В соответствии с Постановлением Правительства РФ от ДД.ММ.ГГГГ № «Об утверждении значительного, крупного и особо крупного размеров наркотических средств и психотропных веществ, а также значительного, крупного и особо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Российской Федерации», количество наркотического средства &lt;данные изъяты&gt; который является производным N-метилэфедрона, общей массой не менее 1,05 грамма является крупным размером. Таким образом, подсудимый ФИО11 совершил преступление, предусмотренное ч.3 ст. п.«г» ч. 4 ст. 228.1 УК РФ . Допрошенный в судебном заседании подсудимый Годек М. виновным себя пяти преступлений, предусмотренных ч.3 ст. п. «г» ч.4 ст. 228.1 УК РФ , одного преступления, предусмотренного ч.3 ст. ч.5 ст. 228.1 УК РФ , одного преступления, предусмотренного ч.3 ст. п. «а, б» ч.3 ст. 228.1 УК РФ , признал и пояснил, что действительно по указанию незнакомого ему лица, через мессенджер &lt;данные изъяты&gt;», занимался распространением наркотического средства &lt;данные изъяты&gt;), посредством установки тайниковых закладок на территории г.о.Егорьевск, за что получал денежное вознаграждение, о чем в настоящее время сожалеет и раскаивается. Так, ДД.ММ.ГГГГ в утренние часы он поехал на место, расположенное в лесном массиве в г.о.&lt;адрес&gt;, более точно не помнит, где забрал оптовую партию с наркотическим средством примерно весом 500 грамм. Забрав данную партию, он отвез к себе на съемную квартиру, где стал расфасовывать на мелкие свертки, которые в дальнейшем по мере их расфасовки и указания установки, устанавливал в тайниковые закладки. ДД.ММ.ГГГГ ему поступило указание, что необходимо разложить два свертка массой 10 грамм и 2,5 грамма. Он при помощи электронных весов, которые специально приобрел для фасовки наркотического средства, отмерил нужное количество наркотика и ДД.ММ.ГГГГ, взяв полученные два свертка направился в лесной массиве расположенный около д.&lt;адрес&gt; для того, чтобы установить их в тайниковые закладки, то есть сбыть, однако был задержан сотрудниками полиции, которые в ходе проведения его личного досмотра у него изъяли свертки с наркотическим веществом. В ходе обыска, проведенного на арендованной им квартире, у него были изъяты 4 полимерных пакета с наркотическим веществом внутри, которые в дальнейшем он планировал также же сбыть на территории г.о.Егорьевск. Сожалеет о содеянном, искренне раскаивается и просит проявить снисхождение, учесть оказание им содействия органам следствия в раскрытии и расследовании преступлений, а также добровольно написанную явку с повинной, которую в настоящее время подтверждает, не оговаривая себя. Для устранения противоречий в показаниях подсудимого в судебном заседании, по ходатайству государственного обвинителя на основании ст. 276 УПК РФ , с согласия сторон, были оглашены показания ФИО11, данные им в ходе предварительного следствия в присутствии защитника. Так будучи допрошенным в качестве обвиняемого ДД.ММ.ГГГГ, ФИО11 показал, что полностью согласен с предъявленным ему обвинением по ч.3 ст.30 п.«г» ч.4 ст.228.1, ч.3 ст.30 ч.5 ст. 228.1, ч.3 ст.30 п.«г» ч. 4 ст. 228.1, ч.3 ст.30 п.«г» ч.4 ст. 228.1, ч.3 ст. 30 п.«а,б» ч.3 ст. 228.1 , ч.3 ст. п.«г» ч.4 ст. 228.1 , ч.3 ст. п.«г» ч.4 ст. 228.1 УК РФ , вину свою признает полностью, обстоятельства указанные в постановлении верны. Русским языком владеет в полном объеме, русский язык понимает, в услугах переводчика не нуждается. На русском языке пишет и читает свободно. На учете у врачей нарколога и психиатра не состоит, к данным врачам никогда не обращался, какие – либо хронические заболевания не имеются, травм головы не было. Наркотические средства он не употребляет и никогда не пробовал. Официально холост, детей не имеет. К административной ответственности и уголовной ответственности не привлекался, не судим ни на территории России, ни на территории Республики &lt;данные изъяты&gt;. До задержания официально не работал. В России регистрации нет, имеется регистрация в Республики Молдовы, но адрес он не помнит. В Россию приехал примерно два года назад с целью работы. Регистрации в России никогда не было и никогда не делал, на территории России жил неофициально по разным адресам, изначально в городе Москве, точного адреса он не помнит и указать не может. Примерно два года назад, точного числа он не помнит, ему в мессенджере «Телеграмм» от неизвестного человека, который был записан в группе как «ING», поступило предложение по поводу работы, которая заключалась в том, что ему необходимо было раскладывать какие – то свертки в разные места, за что ему обещали платить деньги по сумме в зависимости сколько он разложит свертков. Так как у него не было работы, он согласился на данную работу и начал работать. Сразу же после того как ему предложили работу, он догадался что будет раскладывать наркотические средства, и понимал, что за это предусмотрена уголовная ответственность. После того, как ему предложили работать, ему сказали, что ему необходимо переехать в &lt;адрес&gt;. Он сразу же переехал в &lt;адрес&gt;, где на устной основе снял квартиру, по какому адресу, он не помнит и указать не может. Приехав в &lt;адрес&gt;, он стал там работать, то есть раскладывать наркотические средства в тайниковые закладки. Проработав в &lt;адрес&gt; примерно месяца 3-4, ему сказали, что необходимо переезжать работать в &lt;адрес&gt;. Примерно года полтора назад, он переехал в &lt;адрес&gt;, где по объявлению нашел для аренды квартиру по адресу: &lt;адрес&gt;, где стал проживать. Квартиру снимал по договору. Переехав в &lt;адрес&gt;, он стал работать на данной территории, только уже в другой группе под именем «&lt;данные изъяты&gt;». По указанию неизвестного ему человека, он должен был забрать оптовую партию, а потом ее либо переложить в другое место, либо расфасовать на мелкие партии и разложить (установить) в тайниковые закладки. В живую он никогда с ним не виделся, с ним не знаком, иногда общался с ним по смс - сообщению, больше ни в каких группах не общался. ДД.ММ.ГГГГ около 22 часов ему пришло смс – уведомление от «&lt;данные изъяты&gt;», где была указана геолокация с указанием координат и места, где ему необходимо было забрать оптовую партию, в которой будет находиться наркотическое средство, которое он должен был в дальнейшем расфасовать на мелкие партии разной массой и в дальнейшем разложить в тайниковые закладки, после этого прислать ему фотоизображения адресов сделанных тайниковых закладок, после чего он обещал заплатить ему денежные средства. Оплата должна была быть за каждый установленный сверток. Деньги должен был переводить на банковский счет в криптовалюте, а в дальнейшем он выводил их на карту «&lt;данные изъяты&gt;». На следующий день, ДД.ММ.ГГГГ около 06 часов он поехал на место, которое было указано в смс–уведомлении, где забрал оптовую партию с наркотическим средством примерно весом 500 грамм. Точное место указать он не может, так как не помнит, это был район &lt;адрес&gt; в лесном массиве. Забрав данный вес, он привез его себе на квартиру, где стал его расфасовывать на мелкие свертки, которые в дальнейшем по мере их расфасовки и указания установки, устанавливать в тайниковые закладки. Так, ДД.ММ.ГГГГ около 00 часов, ему поступило указание, что ему необходимо разложить два свертка массой 10 грамм и 2,5 грамма. Он при помощи электронных весов, которые он приобрел для фасовки наркотического средства, отмерил нужное количество наркотика и ДД.ММ.ГГГГ, взяв полученные два свертка направился в лесной массиве расположенный около д. &lt;адрес&gt; для того, чтобы установить их в тайниковые закладки, то есть сбыть. При подходе к лесу, он был задержан сотрудниками полиции, которые в ходе проведения его личного досмотра у него были изъяты два свертка с наркотиками, предназначенные для дальнейшего сбыта. Также хочет пояснить, что ДД.ММ.ГГГГ он разложил свертки с наркотиком в тайниковые закладки на территории &lt;адрес&gt;. В каком именно количестве, он точно не помнит. Далее в ходе обыска у него были изъяты 4 полимерных пакета с веществом внутри. Один пакет с большим весом, он забрал ДД.ММ.ГГГГ и по-немногу фасовал его на мелкие свертки, наркотик с других партий он в этот пакет не добавлял. Два свертка, которые у него были изъяты в ходе личного досмотра, были расфасованы из этого пакета. Остальные три свертка, были с ранней партии, которые он не успел разложить в тайниковые закладки. Сколько именно было партий, он не помнит и указать не может, так как приобретённый им наркотик и оставшийся не расфасованный и не установленный в тайниковые закладки, он мог между собой смешивать. В содеянном раскаивается, вину признает в полном объеме, он осознавал, что совершал преступления, желает сотрудничать со следствием (том № л.д№). Оглашенные показания подсудимый ФИО11 подтвердил, указав на их достоверность. Виновность подсудимого ФИО11 совершении пяти преступлений, предусмотренных ч.3 ст. п. «г» ч.4 ст. 228.1 УК РФ , одного преступления, предусмотренного ч.3 ст. ч.5 ст. 228.1 УК РФ , одного преступления, предусмотренного ч.3 ст. п. «а, б» ч.3 ст. 228.1 УК РФ , помимо полного признания им своей вины, подтверждается совокупностью доказательств, исследованных и проверенных в судебном заседании, в том числе показаниями свидетелей, исследованными в судебном заседании письменными материалами уголовного дела, изложенных в протоколах следственных действий, а именно: Показаниями допрошенного в судебном заседании свидетеля ФИО4, который показал, что состоит в должности старшего инспектора ДПС ОМВД России по городскому округу Егорьевск. ДД.ММ.ГГГГ он находился на маршруте патрулирования на автодороге «&lt;данные изъяты&gt;» на служебном автомобиле марки &lt;данные изъяты&gt;» в период времени с 08 часов утра до 20 часов вечера, совместно с инспектором ФИО1 В утренние часы примерно около 09 часов, более точно не помнит, он увидел, что справа от них в лесном массиве по лесной дороге в сторону &lt;адрес&gt; пешком идет молодой человек, как впоследствии было установлено ФИО11, с рюкзаком на спине и осматривается по сторонам. Подъехав к нему для проверки документов, данный гражданин сильно занервничал и пояснить внятно, что тут делает не смог. После того, как они спросили его данные, ФИО11 попытался убежать в лес, однако ими был задержан. На вопрос, имеется ли при нем какие–либо запрещенные предметы, Годек пояснил что при нем находится 2 свертка с наркотическим веществом, при этом изменил свою фамилию и дату рождения. Ими незамедлительно было доложено в дежурную часть ОМВД России по городскому округу Егорьевск. На место были вызваны сотрудники ОНК ОМВД России по городскому округу Егорьевск. Далее был проведен личный досмотр ФИО11 и были приглашены двое понятых, которым разъяснялись их права и ответственность. В присутствии понятых, был проведен личный досмотр ФИО11, в ходе которого было обнаружено и изъято 2 полимерных свертка с наркотическим средством, два мобильных телефона. Все изъятое было упаковано надлежащим образом. Далее ФИО11 был передан следственно—оперативной группе для проведения следственных действий. ФИО10 добровольно принимал участие в ходе его личного досмотра, сопротивления не оказывал, вел себя спокойно. Показаниями допрошенного в судебном заседании свидетеля ФИО5, который показал, что ДД.ММ.ГГГГ в утренние часы в районе 09 часов 30 минут он и еще один мужчина были приглашены сотрудниками полиции для участия в качестве представителей общественности при проведении личного досмотра задержанного – ФИО11 Личный досмотр проводился вблизи &lt;адрес&gt;» г.о.&lt;адрес&gt;, в лесном массиве, в ходе которого было изъято: два полимерных свертка с веществом внутри, 2 мобильных телефона и нож. Со слов ФИО11, в изъятых свертках находилось наркотическое средство, которое он намеревался установить в тайниковую закладку для дальнейшего сбыта. Обнаруженные предметы и вещества были упакованы надлежащим образом в бумажные конверты и полимерные пакеты. Какого-либо морального и физического воздействия на ФИО11 со стороны сотрудников полиции оказано не было. Во всех заполняемых документах, после его ознакомления, все участвующие проставили подписи, замечаний относительно их содержания не имелось. Оглашенными в судебном заседании по ходатайству государственного обвинителя с согласия сторон, на основании ст. 281 УПК РФ показаниями свидетеля ФИО7, согласно которым ДД.ММ.ГГГГ он был приглашен сотрудниками ОМВД России по городскому округу Егорьевск для участия в качестве представителя общественности при проведении личного досмотра. Как пояснили сотрудники полиции, что ими задержан молодой человек, который подозревается в совершении преступления, связанного с незаконным оборотом наркотических средств на территории &lt;адрес&gt;. Личный досмотр проводился вблизи &lt;адрес&gt;, в лесном массиве. На участке данной местности находился мужчина, которого он ранее не знал, который в дальнейшем представился как ФИО11, более подробные его данные он не запомнил. Также был второй представитель общественности. Как пояснили сотрудники полиции, ФИО11 подозревается в незаконного сбыте наркотического средства. Далее был проведен личный досмотр ФИО11, в ходе которого было изъято: два полимерных свертка с веществом внутри, 2 мобильных телефона и нож. Со слов Годек в данных свертках находится наркотическое средство, которое он намеревался установить в тайниковую закладку для дальнейшего сбыта. Обнаруженные предметы и вещества были упакованы надлежащим образом, а именно мобильный телефон в бумажный конверт, мобильный телефон и нож в другой бумажный конверт, а полимерные пакеты в третий бумажный конверт. Никакого морального и физического воздействия на задержанное лицо со стороны сотрудников полиции оказано не было. Во всех заполняемых документах, -после его ознакомления, все участвующие проставили подписи (том № л.д.№). Оглашенными в судебном заседании по ходатайству государственного обвинителя с согласия сторон, на основании ст. 281 УПК РФ показаниями свидетеля ФИО8, согласно которым ДД.ММ.ГГГГ его пригласили сотрудники ОМВД России по городскому округу Егорьевск для участия в качестве представителя общественности, пояснив, что ими задержан мужчина, который подозревается в совершении преступления, связанного с незаконным оборотом наркотических средств на территории городского округа &lt;адрес&gt; и что с его участием необходимо проведение осмотра места происшествия, так как до своего задержания он установил в тайниковые закладки наркотическое средство. Мужчина, которого он ранее не знал, представился как ФИО11, более подробных данных он его не запомнил. Также был второй представитель общественности. Как пояснил ФИО11, в ходе его личного досмотра, был изъят принадлежащий ему мобильный телефон, в котором имеются фотоизображения участков местности с указанием мест тайниковых закладок. Далее с участием ФИО11 был проведен осмотр участков местностей, в ходе которых были обнаружены и в дальнейшем изъяты 5 (пять) стеклянных колб с веществом внутри. Как пояснил ФИО11 данных колбах находится наркотическое средство, данные колбы с наркотическим средством он установил в тайниковые закладки до своего задержания. Обнаруженные колбы были изъяты и в дальнейшем были упакованы надлежащим образом, а именно каждая колба с веществом в отдельный бумажный конверт, который был скреплен подписями участвующих лиц и печатью ОМВД России по городскому округу Егорьевск. Далее, с их участием был проведен обыск по месту жительства ФИО11, а именно по адресу: &lt;адрес&gt;. В ходе обыска были обнаружены и в дальнейшем изъяты: 4 полимерных пакета с веществом внутри, которые были упакованы в полимерные пакеты каждый в отдельный, скрепленные подписями участвующих лиц и печатью ОМВД России по городскому округу Егорьевск, банковские карты, пустые зип – пакеты, гиря для электронных весов, которые были упакованы в полимерный пакет, скрепленный подписями участвующих лиц и печатью ОМВД России по городскому округу Егорьевск, электронные весы, которые были упакованы в полимерный пакет, скрепленный подписями участвующих лиц и печатью ОМВД России по городскому округу Егорьевск, жесткий диск, который был упакован в полимерный пакет, скрепленный подписями участвующих лиц и печатью ОМВД России по городскому округу Егорьевск, телефон марки «&lt;данные изъяты&gt;», пластиковые флаконы и стеклянные коблы, которые были упакованы в полимерные пакеты, скрепленный подписями участвующих лиц и печатью ОМВД России по городскому округу Егорьевск. Никакого морального и физического воздействия на задержанное лицо со стороны сотрудников полиции оказано не было. Во всех заполняемых документах все участвующие лица проставили подписи, перед этим ознакомившись с их содержанием (том № л.д.№). Оглашенными в судебном заседании по ходатайству государственного обвинителя с согласия сторон, на основании ст. 281 УПК РФ показаниями свидетеля ФИО9, согласно которым у нее в собственности имеется квартира, расположенная по адресу: &lt;адрес&gt;. В данной квартире она не проживает. Данную квартиру она сдала в аренду. ДД.ММ.ГГГГ данную квартиру снял молодой человек, как впоследствии она узнала его данные – ФИО11. При сдаче квартиры, они оформили договор найма жилого помещения, который подписали она и ФИО11. После оформления договора, он стал там проживать. Квартплату оплачивал вовремя. Она в данной квартире, в момент его проживания там, ни разу не была и не посещала квартиру. Где он работал и чем занимался, ей было не известно. О том, что он является сбытчиком наркотических средств, она узнала только от сотрудников полиции. К протоколу прилагается договор найма жилого помещения (том № л.д. №). Оглашенными в судебном заседании по ходатайству государственного обвинителя с согласия сторон, на основании ст. 281 УПК РФ показаниями свидетеля ФИО6, согласно которым ДД.ММ.ГГГГ он был приглашен сотрудниками ОМВД России по городскому округу Егорьевск для участия в качестве представителя общественности при проведении осмотра места происшествия. Сотрудники полиции пояснили, что ими задержан мужчина, который подозревается в совершении преступления, связанного с незаконным оборотом наркотических средств на территории городского округа &lt;адрес&gt;. Мужчина, которого он ранее не знал, представился как ФИО11, более подробных данных он его не запомнил. Также был второй представитель общественности. Как пояснили сотрудники полиции, что до задержания ФИО11, установил в тайниковые закладки наркотическое средство, и в телефоне, который у него был изъят ранее в ходе личного досмотра, у него имеются фотоизображения участков местности с указанием мест тайниковых закладок. Далее, с участием ФИО11 был проведен осмотр участков местностей, в ходе которых были обнаружены и в дальнейшем изъяты 5 (пять) стеклянных колб с веществом внутри. Как пояснил ФИО11 данных колбах находится наркотическое средство, данные колбы с наркотическим средством он установил в тайниковые закладки до своего задержания. Обнаруженные колбы были изъяты и в дальнейшем были упакованы надлежащим образом, а именно каждая колба с веществом в отдельный бумажный конверт, который был скреплен подписями участвующих лиц и печатью ОМВД России по городскому округу Егорьевск. Далее, с их участием был проведен обыск по месту жительства ФИО11 а именно по адресу: &lt;адрес&gt;. В ходе обыска были обнаружены и в дальнейшем изъяты: 4 полимерных пакета с веществом внутри, которые были упакованы в полимерные пакеты каждый в отдельный, скрепленные подписями участвующих лиц и печатью ОМВД России по городскому округу Егорьевск, банковские карты, пустые зип–пакеты, гиря для электронных весов, которые были упакованы в полимерный пакет, скрепленный подписями участвующих лиц и печатью ОМВД России по городскому округу Егорьевск, электронные весы, которые были упакованы в полимерный пакет, скрепленный подписями участвующих лиц и печатью ОМВД России по городскому округу Егорьевск, жесткий диск, который был упакован в полимерный пакет, скрепленный подписями участвующих лиц и печатью ОМВД России по городскому округу Егорьевск, телефон марки «&lt;данные изъяты&gt;», пластиковые флаконы и стеклянные коблы, которые были упакованы в полимерные пакеты, скрепленный подписями участвующих лиц и печатью ОМВД России по городскому округу Егорьевск. Никакого морального и физического воздействия на задержанное лицо со стороны сотрудников полиции оказано не было. Во всех заполняемых документах все участвующие лица проставили подписи, перед этим ознакомившись с их содержанием (том № л.д. №). Рапортом Инспектора ДПС ОГИБДД ОМВД России по г.о. Егорьевск ФИО1 от ДД.ММ.ГГГГ, согласно которого ДД.ММ.ГГГГ около 08 часов утра по адресу: &lt;адрес&gt; г.о. Егорьевск в лесном массиве вблизи &lt;адрес&gt;» был замечен гражданин с рюкзаком на спине. При подъезде к нему для проверки документов, данный гражданин сильно занервничал и пояснить внятно, что он делает не смог. После этого данный гражданин резко дернулся и побежал в сторону леса, где был задержан сотрудниками полиции. Гражданин представился как ФИО11, который пояснил, что в его рюкзаке имеется два полимерных свертка с наркотическим средством, которое в дальнейшем у него оно было изъято в ходе проведения личного досмотра (том № л.д.№). Рапортом инспектора ДПС ОГИБДД ОМВД России по г.о.Егорьевск ФИО4 от ДД.ММ.ГГГГ, согласно которого находясь на маршруте патрулирования ДД.ММ.ГГГГ на автодороге «&lt;данные изъяты&gt;» был задержан гражданин, который пояснил, что при себе имеет два свертка с наркотическим веществом Альфа ПВП. Гражданин представился как ФИО11 (т.№). Протоколом личного досмотра от ДД.ММ.ГГГГ в период времени с 10 часов 04 минуты по 10 часов 14 минут, в ходе которого по адресу: &lt;адрес&gt; г.о.Егорьевск вблизи &lt;данные изъяты&gt;» по географическим координатам: № был досмотрен ФИО11. В ходе проведения личного досмотра были обнаружены, а в дальнейшем изъяты: два полимерных пакета с веществом, два мобильных телефона «&lt;данные изъяты&gt;» и «&lt;данные изъяты&gt; нож. После изъятия два полимерных свертка были упакованы в бумажный конверт, скрепленный подписями участвующих лиц и печатью, нож и мобильный телефон «&lt;данные изъяты&gt;» упакованы в бумажный конверт, скрепленный подписями участвующих лиц и печатью, мобильный телефон «&lt;данные изъяты&gt;» упакован в бумажный конверт, скрепленный подписями участвующих лиц и печатью. В ходе проведения личного досмотра осуществлялась видеозапись, запись которой перекопирована на диск, диск с видеозаписью прилагается к протоколу (том № л.д. №). Справкой об исследовании № от ДД.ММ.ГГГГ, согласно которой в составе веществ в виде порошка и комков, содержится &lt;данные изъяты&gt; который является производным наркотического средства N-метилэфедрона. Масса вещества – 2,46 г, 10,30 &lt;адрес&gt; проведении исследования израсходовано 0,02 грамм от каждого представленного вещества (объектов 1-2). Прилагается фототаблица. (том № л.д.№). Рапортом старшего оперуполномоченного ОУР ОМВД России по г.о.Егорьевск ФИО2, согласно которого во исполнение поручения были произведены осмотры мест происшествий по адресу &lt;адрес&gt;, &lt;адрес&gt;, где в лесном массиве по географическим координатам были обнаружены и изъяты пять стеклянных колб с веществом внутри (т.№). Рапортом об обнаружении признаков преступления от ДД.ММ.ГГГГ, согласно которого в ходе производства осмотра места происшествия от ДД.ММ.ГГГГ с участием ФИО11 по адресу: &lt;адрес&gt;&lt;адрес&gt; (координаты: №) было обнаружено и изъято: стеклянная колба с веществом (со слов ФИО11, в колбе находится наркотическое средство а-пвп, предназначенное для незаконного сбыта потребителю (том № л.д. №). Протоколом осмотра места происшествия от ДД.ММ.ГГГГ в период времени с 21 часа 25 минут по 21 час 35 минут, в ходе которого был осмотрен участок местности расположенный по адресу: &lt;адрес&gt;&lt;адрес&gt; по географическим координатам: №. В ходе осмотра места происшествия был обнаружен и изъят 1 (один) стеклянный флакон с веществом внутри. Обнаруженный и изъятый флакон с веществом внутри упакован надлежащим образом, а именно в бумажный конверт, скрепленный подписями участвующих лиц и печатью. К протоколу прилагается фототаблица. (том № л.д. 31-34). Рапортом об обнаружении признаков преступления от ДД.ММ.ГГГГ, согласно которого в ходе производства осмотра места происшествия от ДД.ММ.ГГГГ с участием ФИО11 по адресу: &lt;адрес&gt;&lt;адрес&gt; (координаты: №) было обнаружено и изъято: стеклянная колба с веществом (со слов ФИО11, в колбе находится наркотическое средство а-пвп, предназначенное для незаконного сбыта потребителю (том № л.д. №). Протоколом осмотра места происшествия от ДД.ММ.ГГГГ года в период времени с 21 часа 40 минут по 21 час 55 минут, в ходе которого был осмотрен участок местности расположенный по адресу: &lt;адрес&gt;&lt;адрес&gt; по географическим координатам: №. В ходе осмотра места происшествия был обнаружен и изъят 1 (один) стеклянный флакон с веществом внутри. Обнаруженный и изъятый флакон с веществом внутри упакован надлежащим образом, а именно в бумажный конверт, скрепленный подписями участвующих лиц и печатью. К протоколу прилагается фототаблица (том № л.д.№). Рапортом об обнаружении признаков преступления от ДД.ММ.ГГГГ, согласно которого в ходе производства осмотра места происшествия от ДД.ММ.ГГГГ с участием ФИО11 по адресу: &lt;адрес&gt;&lt;адрес&gt; (координаты: №) было обнаружено и изъято: стеклянная колба с веществом (со слов ФИО11, в колбе находится наркотическое средство а-пвп, предназначенное для незаконного сбыта потребителю (том № л.д. №). Протоколом осмотра места происшествия от ДД.ММ.ГГГГ года в период времени с 22 часа 05 минут по 22 час 14 минут, в ходе которого был осмотрен участок местности расположенный по адресу: &lt;адрес&gt;&lt;адрес&gt; по географическим координатам: №. В ходе осмотра места происшествия была обнаружена и изъята 1 (одна) стеклянная колба с веществом внутри. Обнаруженная и изъятая колба с веществом внутри упакована надлежащим образом, а именно в бумажный конверт, скрепленный подписями участвующих лиц и печатью. К протоколу прилагается фототаблица (том № л.д.№). Рапортом об обнаружении признаков преступления от ДД.ММ.ГГГГ, согласно которого в ходе производства осмотра места происшествия от ДД.ММ.ГГГГ с участием ФИО11 по адресу: &lt;адрес&gt; (координаты: №) было обнаружено и изъято: стеклянная колба с веществом (со слов ФИО11, в колбе находится наркотическое средство а-пвп, предназначенное для незаконного сбыта потребителю (том № л.д. №). Протоколом осмотра места происшествия от 05.02.20025 года в период времени с 22 часа 15 минут по 22 час 26 минут, в ходе которого был осмотрен участок местности, расположенный по адресу: &lt;адрес&gt; по географическим координатам: №. В ходе осмотра места происшествия была обнаружена и изъята 1 (одна) стеклянная колба с веществом внутри. Обнаруженная и изъятая колба с веществом внутри упакована надлежащим образом, а именно в бумажный конверт, скрепленный подписями участвующих лиц и печатью. К протоколу прилагается фототаблица (том № л.д. №). Рапортом об обнаружении признаков преступления от ДД.ММ.ГГГГ, согласно которого в ходе производства осмотра места происшествия от ДД.ММ.ГГГГ с участием ФИО11 по адресу: &lt;адрес&gt; (координаты: №) было обнаружено и изъято: стеклянная колба с веществом (со слов ФИО11, в колбе находится наркотическое средство а-пвп, предназначенное для незаконного сбыта потребителю (том № л.д.№). Протоколом осмотра места происшествия от ДД.ММ.ГГГГ в период времени с 22 часа 28 минут по 22 час 40 минут, в ходе которого был осмотрен участок местности, расположенный по адресу: &lt;адрес&gt;&lt;адрес&gt; по географическим координатам: №. В ходе осмотра места происшествия была обнаружена и изъята 1 (одна) стеклянная колба с веществом внутри. Обнаруженная и изъятая колба с веществом внутри упакована надлежащим образом, а именно в бумажный конверт, скрепленный подписями участвующих лиц и печатью. К протоколу прилагается фототаблица (том № л.д. №). Постановлением и протоколом обыска от ДД.ММ.ГГГГ в период времени с 19 часов 40 минут по 20 часов 10 минут, согласно которого был проведен обыск по месту проживания ФИО11 по адресу: &lt;адрес&gt;. В ходе обыска были изъяты: банковские карты, пустые зип – пакеты, гиря для электронных весов, электронные весы, жесткий диск, телефон марки «&lt;данные изъяты&gt;», пластиковые флаконы и колбы, 4 полимерных пакета с веществом внутри. К протоколу прилагается фототаблица (том № л.д. №). Рапортом об обнаружении признаков состава преступления от ДД.ММ.ГГГГ, согласно которого в ходе производства обыска по адресу проживания ФИО11: &lt;адрес&gt; было обнаружено и изъято: - банковские карты, пустые зип-пакеты, гиря для электронных весов; - электронные весы; - жесткий диск; - телефон марки &lt;данные изъяты&gt;, пластиковые флаконы и колбы (том № л.д. №). Рапортом об обнаружении признаков состава преступления от ДД.ММ.ГГГГ, согласно которого в ходе производства обыска по адресу проживания последнего: &lt;адрес&gt; было обнаружено и изъято: - полимерный пакет с веществом (со слов ФИО11, в пакете находится партия (обозначена №) наркотического средства а-пвп, предназначенная для незаконного сбыта) (том № л.д.№). Рапортом об обнаружении признаков состава преступления от ДД.ММ.ГГГГ, согласно которого в ходе производства обыска по адресу проживания ФИО11: &lt;адрес&gt; было обнаружено и изъято: - полимерный пакет с веществом (со слов ФИО11, в пакете находится партия (обозначена №) наркотического средства а-пвп, предназначенная для незаконного сбыта) (том № л.д. №). Рапортом об обнаружении признаков состава преступления от ДД.ММ.ГГГГ, согласно которого в ходе производства обыска по адресу проживания ФИО11: &lt;адрес&gt; было обнаружено и изъято: - полимерный пакет с веществом (со слов ФИО11, в пакете находится партия (обозначена №) наркотического средства а-пвп, предназначенная для незаконного сбыта) (том № л.д. №). Заключением эксперта № от ДД.ММ.ГГГГ, согласно которого в составе веществ изъятые в ходе личного досмотра ФИО11 ДД.ММ.ГГГГ, &lt;данные изъяты&gt;), который является производным &lt;данные изъяты&gt;. Масса вещества составила – 2,44 г., 10,28 &lt;адрес&gt; проведении экспертизы израсходовано по 0,02 грамма от каждого представленного вещества. Прилагается фототаблица (том № л.д. № Заключением эксперта № от ДД.ММ.ГГГГ, согласно которого в составе смывов с поверхности представленных на экспертизу электронных весах, трех отрезков картонного материала и отрезка полимерного материала черного цвета, содержится &lt;данные изъяты&gt; который является производным &lt;данные изъяты&gt;, в следовых количествах (массой менее 0,0001 г). При проведении экспертизы израсходован 0,1 грамм от объекта. Полученные смывы израсходованы полностью. К заключению прилагается фототаблица (том № л.д. №). Заключением эксперта № от ДД.ММ.ГГГГ, согласно которого в составе веществ в виде порошка и кристаллов изъятые в ходе проведения обыска ДД.ММ.ГГГГ, содержится &lt;данные изъяты&gt; который является производным &lt;данные изъяты&gt;. Масса вещества составила – 6,96 г., 0,74 г., 5,76 г., 1,21 &lt;адрес&gt; фототаблица (том № л.д. №). Заключением эксперта № от ДД.ММ.ГГГГ, согласно которого в составе вещества массой 1,05 г. изъятого в ходе проведения осмотра места происшествия ДД.ММ.ГГГГ года» содержится &lt;данные изъяты&gt; который является производным &lt;данные изъяты&gt;. При проведении экспертизы израсходовано по 0,02 грамма от представленного вещества. Прилагается фототаблица (том № л.д. №). Заключением эксперта № от ДД.ММ.ГГГГ, согласно которого в составе вещества изъятого в ходе проведения осмотра места происшествия ДД.ММ.ГГГГ содержится &lt;данные изъяты&gt;), который является производным &lt;данные изъяты&gt;. Масса вещества составила – 1,08 &lt;адрес&gt; проведении экспертизы израсходовано по 0,02 грамма от каждого представленного вещества. Прилагается фототаблица (том № л.д. №). Заключением эксперта № от ДД.ММ.ГГГГ, согласно которого в составе вещества в виде порошка и кристаллов «изъятые в ходе проведения осмотра места происшествия ДД.ММ.ГГГГ года» содержится &lt;данные изъяты&gt; Масса вещества составила – 0,98 &lt;адрес&gt; проведении экспертизы израсходовано 0,02 г от представленного объекта. Прилагается фототаблица (том № л.д.№). Заключением эксперта № от ДД.ММ.ГГГГ, согласно которого в составе вещества изъятого в ходе проведения осмотра места происшествия ДД.ММ.ГГГГ содержится &lt;данные изъяты&gt;. Масса вещества составила – 1,15 &lt;адрес&gt; проведении экспертизы израсходовано 0,02 г от представленного объекта. Прилагается фототбалица (том № л.д.№). Заключением эксперта № от ДД.ММ.ГГГГ, согласно которого в составе вещества изъятого в ходе проведения осмотра места происшествия ДД.ММ.ГГГГ содержится &lt;данные изъяты&gt;. Масса вещества составила – 1,05 &lt;адрес&gt; проведении экспертизы израсходовано 0,02 г от представленного объекта. Прилагается фототаблица (том № л.д. 131-133). Протоколом осмотра предметов от ДД.ММ.ГГГГ, согласно которого осмотрено: - полимерный пакет. Поверхность пакета оклеена отрезками прозрачной липкой ленты, под которыми находится отрезок бумаги с оттиском круглой печати «№» ОМВД России по г.о. Егорьевск и рукописным пояснительным текстом: «1. (Подпись) 2. (Подпись) (Подпись) (Подпись) (подпись) (Подпись) В данном конверте находятся полимерные пакеты (2 шт.) партия №, полученные в ходе обыска: Егорьевск &lt;адрес&gt; (не разборчиво) ОНК (Подпись)». Боковая сторона конверта также оклеена отрезком бумаги с оттиском круглой печати «№» ЭКЦ ГУ МВД России по &lt;адрес&gt;, машинописной надписью: «ОСТОРОЖНО! Вещественные доказательства» и рукописной надписью: «К заключению эксперта № от ДД.ММ.ГГГГ (Подпись)». При визуальном осмотре признаков нарушений упаковки не обнаружено. Пакет не вскрывался. Согласно заключению эксперта № от ДД.ММ.ГГГГ в нем находилось: -пакет, выполненный из прозрачного полимерного материала, в котором находился пакет, выполненный из прозрачного полимерного материала с веществом в виде порошка и кристаллов внутри. -пакет, выполненный из прозрачного полимерного материала с веществом в виде порошка и кристаллов внутри. Масса веществ составила - 6,96г, 0,74г. - полимерный пакет. Поверхность пакета оклеена отрезками прозрачной липкой ленты, под которыми находится отрезок бумаги с оттиском круглой печати «№» ОМВД России по г.о. Егорьевск и рукописным пояснительным текстом: «1. (Подпись) 2. (Подпись) (Подпись) (подпись) (подпись) (подпись) В данном конверте находится полимерный пакет с веществом внутри /партия №/, полученные в ходе обыска: Егорьевск &lt;адрес&gt; (Подпись) (не разборчиво) ОНК». Нижняя сторона конверта также оклеена отрезком бумаги с оттиском круглой печати «№» ЭКЦ ГУ МВД России по &lt;адрес&gt;, машинописной надписью: «ОСТОРОЖНО! Вещественные доказательства» и рукописной надписью: «К заключению эксперта № от ДД.ММ.ГГГГ (Подпись)». При визуальном осмотре признаков нарушений упаковки не обнаружено. Пакет не вскрывался. Согласно заключению эксперта № от ДД.ММ.ГГГГ в нем находилось: -пакет, выполненный из прозрачного полимерного материала с надписью «...185...» с веществом в виде порошка и кристаллов внутри. -пакет, выполненный из прозрачного полимерного материала. Масса вещества составила - 5,76г. - полимерный пакет. Поверхность пакета оклеена отрезками прозрачной липкой ленты, под которыми находится отрезок бумаги с оттиском круглой печати «№» ОМВД России по г.о. Егорьевск и рукописным пояснительным текстом: «1. (Подпись) 2. (Подпись) (Подпись) (Подпись) (подпись) (Подпись) В данном пакете находится полимерный сверток с веществом внутри /партия №/, полученный в ходе обыска: Егорьевск &lt;адрес&gt; Ст. о/у ОНК (Подпись)». Нижняя сторона конверта также оклеена отрезком бумаги с оттиском круглой печати «№» ЭКЦ ГУ МВД России по &lt;адрес&gt;, машинописной надписью: «ОСТОРОЖНО! Вещественные доказательства» и рукописной надписью: «К заключению эксперта № от ДД.ММ.ГГГГ (Подпись)». При визуальном осмотре признаков нарушений упаковки не обнаружено. Пакет не вскрывался. Согласно заключению эксперта № от ДД.ММ.ГГГГ в нем находилось: - пакет, выполненный из прозрачного полимерного материала с веществом в виде порошка и кристаллов внутри. Масса вещества составила - 1,21г. - полимерный пакет. Поверхность пакета оклеена отрезками прозрачной липкой ленты, под которыми имеется отрезок бумаги с оттиском круглой печати «№» ОМВД России по городскому округу Егорьевск и рукописным пояснительным текстом: «1.(Подпись) 2. (Подпись) (Подпись) (Подпись) (Подпись) (Подпись) В данном конверте находится электронные весы, полученные в ходе обыска: Егорьевск, &lt;адрес&gt; ст. о/у (Подпись)». Боковая сторона конверта оклеена отрезком бумаги с оттиском круглой печати «№» ЭКЦ ГУ МВД России по &lt;адрес&gt;, рукописной надписью: «К заключению эксперта № от ДД.ММ.ГГГГ (Подпись)». При визуальном осмотре признаков нарушений упаковки не обнаружено. Пакет не вскрывался. Согласно заключению эксперта № от ДД.ММ.ГГГГ в нем находилось: - пакет, выполненный из прозрачного полимерного материала в котором находились: 1. Электронные весы в корпусе из полимерного материала черного цвета с наслоением вещества белого цвета; 2. 3 отрезка картонного материала; 3. Отрезок полимерного материала черного цвета с наслоением вещества белого цвета. После осмотра бумажный конверт и полимерный пакет упакованы в полимерный пакет, снабженный подписью следователя, печатью и пояснительным текстом. К протоколу прилагается фототаблица (том № л.д.№). Постановлением о признании и приобщении к уголовному делу вещественных доказательств от ДД.ММ.ГГГГ, согласно которого к уголовному делу в качестве вещественных доказательств приобщены - наркотическое средство &lt;данные изъяты&gt;), который является производным наркотического средства &lt;данные изъяты&gt;, электронные весы, которые хранятся в камере хранения ОМВД России по городскому округу Егорьевск (том № л.д. №). Постановлением и протоколом выемки от ДД.ММ.ГГГГ в период времени с 11 часов 45 минут по 12 часов 00 минут, согласно которого у свидетеля ФИО4 были изъяты: конверт с мобильным телефоном &lt;данные изъяты&gt;», конверт с ножом и мобильным телефоном «Редми», конверт с диском с видеозаписью. К протоколу прилагается фототаблица (том № л.д.№). Протоколом осмотра предметов от ДД.ММ.ГГГГ, согласно которого осмотрено: - бумажный конверт белого цвета, который на момент осмотра опечатан и имеет подпись участвующего лица, так же имеется пояснительная надпись «диск с видеозаписью, полученный в ходе проведения личного досмотра гр. ФИО11 от 05.02.20025 года», подпись сотрудника, ФИО4 На лицевой стороне имеется оттиск круглой печати синего цвета 54/7. При вскрытии в нем находится оптический DVD-диск серебристого цвета, на котором имеются надписи –700 мв, 80 мин, CD-RW. При помещении диска в дисковод ноутбука «ASUS» и открыв папку «мой компьютер» на экране в устройствах со съемными носителями появляется диск «D». При открытии диска «D» на нем обнаружена запись. При воспроизведении файла имеется изображение мужчины, который представляется как ФИО11, после чего сотрудниками полиции в присутствии понятых проводится его досмотр. В ходе досмотра изъято: 2 сотовых телефона; 2 полимерных свертка с веществом внутри, нож. После осмотра диск упакован в бумажный конверт, скреплён подписью следователя и печатью 54/7. К протоколу прилагается фототаблица (том № л.д.№). Постановлением о признании и приобщении к уголовному делу вещественных доказательств от ДД.ММ.ГГГГ, согласно которого к уголовному делу в качестве вещественного доказательства приобщен диск с видеозаписью. Вещественное доказательство диск с видеозаписью хранится в материалах уголовного дела (том № л.д. №). Протоколом осмотра предметов от ДД.ММ.ГГГГ, согласно которого осмотрено: - полимерный пакет, обклеенный липкой лентой (скотчем), на который наклеен отрезок бумаги белого цвета с рукописным пояснительным текстом «в данном пакете находятся полимерные пакеты: с картами, 2. с зип – пакетами, 3. с зип – пакетами, 4. с зип – пакетами, 5. с гирей, изъятые в ходе обыска по адресу: &lt;адрес&gt; ст. о/у ФИО3 1. (подпись) 2. (подпись) (подпись) (подпись) (подпись) (подпись), также имеется оттиск круглой печати синего цвета 54/7. При вскрытии в нем находятся: 1. полимерный пакет на котором имеется надпись «1000», при вскрытии которого в нем находятся пустые полимерные пакеты с застежкой серого цвета в количестве 407 штук; 2. полимерный пакет на котором имеется надпись «662», при вскрытии которого в нем находятся пустые полимерные пакеты с застежкой серого цвета в количестве 72 штуки; 3. полимерный пакет в котором находится гиря серебристого цвета с надписью в верхней части «200q»; 4. полимерный пакет в котором находятся зип – пакеты серого цвета в количестве 5 штук, полимерные прозрачные пакеты в количестве 6 штук, упаковка от термоусаживаемых трубок в количестве 4 штук, а также разрезанные на остатки от них; 5. полимерный пакет в котором находится: - банковская карта «&lt;данные изъяты&gt;) черно – серебристого цвета №, срок действия которой 03/31 без указания владельца; - банковская карта «Сбер», зеленого цвета №, срок действия которой 04/28, без указания владельца; - банковская карта «victoriabank» (викториябанк), синего цвета, №, срок действия которой 09/28, владелец Мирос Годек. Участвующий в ходе осмотра обвиняемый ФИО11 пояснил, что зип – пакеты он использовал при фасовке и упаковке наркотического средства, которое в дальнейшем устанавливал в тайниковые закладки на территории &lt;адрес&gt;. Банковские карты принадлежат ему, ими он пользовался в личных целях, какие – либо переводы за работу, связанную с незаконным оборотом наркотиков на данные карты не поступали. - полимерный пакет, обклеенный липкой лентой (скотчем), на который наклеен отрезок бумаги белого цвета с рукописным пояснительным текстом «в данном полимерном пакете находится жесткий диск, полученный из ЭВМ в ходе обыска по адресу: &lt;адрес&gt; л. 197/17 &lt;адрес&gt; ст. о/у ФИО3 1. (подпись) 2. (подпись) (подпись) (подпись) (подпись) (подпись), также имеется оттиск круглой печати синего цвета 54/7. При вскрытии в нем находится: - жесткий диск «WD» №, при просмотре которого какой- либо значимой информации, имеющей значение для следствия не обнаружено. В памяти жесткого диска имеется личная информация. Участвующий в ходе осмотра обвиняемый ФИО11 пояснил, что жесткий диск принадлежит ему, пользовался он им до своего задержания, использовал только в личных целях. - полимерный пакет, обклеенный липкой лентой (скотчем), на который наклеен отрезок бумаги белого цвета с рукописным пояснительным текстом «в данном пакете находятся телефон марки «&lt;данные изъяты&gt;», флаконы и пластиковые колбы, полученные в ходе обыска по адресу: &lt;адрес&gt; л. 197/17 &lt;адрес&gt; ст. о/у ФИО3 1. (подпись) 2. (подпись) (подпись) (подпись) (подпись) (подпись), также имеется оттиск круглой печати синего цвета 54/7. При вскрытии в нем находится картонная коробка в которой находятся: - пустые прозрачные пластиковые колбы с застежкой в верхней части в количестве 6 штук; - пустые стеклянные флаконы из коричневого стекла в количестве 28 штук. - сотовый телефон марки «&lt;данные изъяты&gt;», голубого цвета, сенсорный. С боковой стороны имеется слот для сим – карт в котором сим – карты отсутствуют. При просмотре данного телефона, какой–либо значимой информации, имеющей значение для следствия не установлено. Участвующий в ходе осмотра обвиняемый ФИО11 пояснил, что пустые флаконы и колбы он использовал для фасовки наркотического средства, которое в дальнейшем устанавливал в тайниковые закладки на территории &lt;адрес&gt;. Мобильный телефон принадлежит ему, пользовался он им до задержания, пока не приобрёл новый. -бумажный конверт выполненный из бумаги белого цвета, на котором имеется рукописная пояснительная надписью «в данном конверте находится сотовый телефон марки «Айфон», полученный в ходе личного досмотра от ДД.ММ.ГГГГ понятые 1 (подпись) (подпись) досматриваемый (подпись) ИДПС ФИО12 (подпись) ст. ИДПС ФИО4 (подпись), также имеется оттиск круглой печати выполненный синими чернилами «54/7». При вскрытии в нем находится: - сотовый телефон марки «&lt;данные изъяты&gt;», серого цвета, сенсорный. Телефон находится в чехле черного цвета. Экран сенсорный, черным цветом. С боковой стороны имеется слот для сим – карт в котором сим – карта отсутствует. При включении телефона в папке «Галерея» имеются фотоизображения с указанием участков местности, на которых имеются обозначения в виде кружков и географических координат, в том числе: 1. ДД.ММ.ГГГГ в 08 часов 24 минуты географические координаты: №; 2. ДД.ММ.ГГГГ в 08 часов 26 минут географические координаты: №; 3. ДД.ММ.ГГГГ в 08 часов 28 минут географические координаты: №; 4. ДД.ММ.ГГГГ в 08 часов 30 минут географические координаты: №; 5. ДД.ММ.ГГГГ в 08 часов 32 минуты географические координаты: №. Участвующий в ходе осмотра обвиняемый ФИО11 пояснил, что данный сотовый телефон принадлежит ему, данным телефоном пользовался только он один, фотоизображения сделаны им ДД.ММ.ГГГГ на его телефон, на фотоизображениях указаны места сделанных им тайниковых закладок до его задержания с указанием географических координат. Данные фотоизображения он должен отослать своему куратору, после того как разложил все свертки с наркотическим средством в тайниковые закладки. Какой–либо информации с указанием месторасположения оптовой партии в телефоне не обнаружено. - бумажный конверт, выполненный из бумаги белого цвета, на котором имеется рукописная пояснительная надпись «в данном конверте находится сотовый телефон марки «&lt;данные изъяты&gt;», полученный в ходе личного досмотра, а также нож, полученный в ходе личного досмотра от ДД.ММ.ГГГГ, понятые 1 (подпись) (подпись) досматриваемый (подпись) ИДПС ФИО12 (подпись) ст. ИДПС ФИО4 (подпись), также имеется оттиск круглой печати выполненный синими чернилами «54/7». При вскрытии в нем находится: - нож металлический, с рукояткой зеленого цвета. Участвующий в ходе осмотра обвиняемый ФИО11 пояснил, что нож принадлежит ему, им он делал место для установки тайниковой закладки с наркотиком. - сотовый телефон марки &lt;данные изъяты&gt;», темно - серого цвета, сенсорный. Экран сенсорный, черным цветом. С боковой стороны имеется слот для сим – карт в котором сим – карта отсутствует. При включении телефона и его осмотре, какой – либо значимой информации, имеющей значение для следствия не установлено. Участвующий в ходе осмотра обвиняемый ФИО11 пояснил, что пустые флаконы и колбы он использовал для фасовки наркотического средства, которое в дальнейшем устанавливал в тайниковые закладки на территории &lt;адрес&gt;. Мобильный телефон принадлежит ему, пользовался он им до задержания. После осмотра пустые полимерные пакеты с застежкой серого цвета в количестве 407 в полимерном пакете; пустые полимерные пакеты с застежкой серого цвета в количестве 72 штуки в полимерном пакете; гиря в полимерном пакете; зип – пакеты серого цвета в количестве 5 штук, полимерные прозрачные пакеты в количестве 6 штук, упаковка от термоусаживаемых трубок в количестве 4 штук, разрезанные на остатки от них в полимерном пакете, банковская карта «&lt;данные изъяты&gt;) №, банковская карта «Сбер» №, банковская карта «victoriabank» (викториябанк) № в полимерном пакете, с первоначальной упаковкой, жесткий диск «WD» №SSH20№ с первоначальной упаковкой, пустые прозрачные пластиковые колбы с застежкой в верхней части в количестве 6 штук, пустые стеклянные флаконы из коричневого стекла в количестве 28 штук в картонной коробке, сотовый телефон марки «&lt;данные изъяты&gt;», без сим-карт, с первоначальной упаковкой, сотовый телефон марки «Айфон» без сим – карт с первоначальной упаковкой, нож металлический, сотовый телефон марки «Редми» без сим – карт с первоначальной упаковкой упакованы в полимерный пакет синего цвета, который скреплён подписью следователя и печатью 54/7. К протоколу прилагается фототаблица (том № л.д.№). Постановлением о признании и приобщении к уголовному делу вещественных доказательств от ДД.ММ.ГГГГ, согласно которого к уголовному делу в качестве вещественных доказательств приобщены пустые полимерные пакеты с застежкой серого цвета в количестве 407 в полимерном пакете; пустые полимерные пакеты с застежкой серого цвета в количестве 72 штуки в полимерном пакете; гиря в полимерном пакете; зип – пакеты серого цвета в количестве 5 штук, полимерные прозрачные пакеты в количестве 6 штук, упаковка от термоусаживаемых трубок в количестве 4 штук, разрезанные на остатки от них в полимерном пакете, банковская карта «&lt;данные изъяты&gt;) №, банковская карта «Сбер» №, банковская карта «victoriabank» (викториябанк) № в полимерном пакете, с первоначальной упаковкой, жесткий диск «WD» № с первоначальной упаковкой, пустые прозрачные пластиковые колбы с застежкой в верхней части в количестве 6 штук, пустые стеклянные флаконы из коричневого стекла в количестве 28 штук в картонной коробке, сотовый телефон марки «&lt;данные изъяты&gt;», без сим-карт, с первоначальной упаковкой, сотовый телефон марки «&lt;данные изъяты&gt;» без сим – карт с первоначальной упаковкой, нож металлический, сотовый телефон марки «&lt;данные изъяты&gt;» без сим – карт с первоначальной упаковкой, которые сданы и хранятся в камере хранения ОМВД России по городскому округу Егорьевск по адресу: &lt;адрес&gt; (том № л.д. №). Протоколом явки с повинной от ДД.ММ.ГГГГ, в которой ФИО11 чистосердечно признался в том, что на протяжении и больше года занимался сбытом наркотических средств на территории &lt;адрес&gt;, а именно осуществлял тайниковые закладки с наркотиками (том № л.д. №). Постановление об уточнении данных от ДД.ММ.ГГГГ, согласно которого личные данные лица, совершившего преступления считать ФИО11 ДД.ММ.ГГГГ года рождения (том № л.д№). Постановлением о переквалификации от ДД.ММ.ГГГГ, согласно которого действия ФИО11 переквалифицированы и продолжено расследования по первому эпизоду по признакам преступления, предусмотренного ст. ч.3 ст. 228.1 ч.5 УК РФ (том № л.д. №). Постановлением о выделении в отдельное производство материалов уголовного дела от ДД.ММ.ГГГГ, согласно которого из уголовного дела № выделены материалы по признакам преступления, предусмотренного ст. 228.1 УК РФ (т.№). Постановлением о выделении в отдельное производство материалов уголовного дела от ДД.ММ.ГГГГ, согласно которого из уголовного дела № выделены материалы по признакам преступления, предусмотренного ст. 228.1 УК РФ (т.№). Постановлением о выделении в отдельное производство материалов уголовного дела от ДД.ММ.ГГГГ, согласно которого из уголовного дела № выделены материалы по признакам преступлений, предусмотренных ч. 3 ст. 30 - п. «г» ч.4 ст.228.1, ч.3 ст.30 - ч.5 ст.228.1, ч.3 ст.30 - п. «г» ч.4 ст. 228.1, ч. 3 ст. 30 - п. «г» ч.4 ст.228.1, ч.3 ст. 30 - п. «а,б» ч.3 ст. 228.1 , ч. 3 ст. - п. «г» ч.4 ст. 228.1 , ч.3 ст. - п. «г» ч.4 ст. 228.1 УК РФ , выделенному уголовному делу присвоен № (том № л.д.№). Иные исследованные в ходе судебного следствия доказательства по ходатайству сторон, не отраженные в приговоре, не подтверждают, но и не опровергают установленные судом обстоятельства совершенных подсудимым ФИО11 преступлений. Оценив представленные сторонами обвинения и защиты доказательства в их совокупности, суд считает их законными, достоверными, допустимыми, без противоречий согласующимися между собой, подтверждающими виновность подсудимого ФИО11 совершении инкриминируемых ему деяний в полном объеме. Каждое из приведённых доказательств допустимо как полученное без нарушений закона, относиться к данному уголовному делу, а совокупность всех доказательств, при сопоставлении согласующихся между собой, достаточна для правильного разрешения дела. В основу данной совокупности доказательств суд считает возможным положить признательные показания самого подсудимого ФИО11, а также показания допрошенных в судебном заседании свидетелей ФИО4, ФИО5, оглашенные показания свидетелей ФИО6, ФИО7, ФИО8, ФИО9, т.к. они являются последовательными, согласующимися, без противоречий с другими представленными стороной обвинения доказательствами. У суда нет оснований не доверять показаниям свидетелей ФИО6, ФИО7, ФИО8, ФИО9, чьи показания были оглашены, т.к. в них не имеется таких противоречий, которые бы ставили под сомнение их достоверность, поскольку они последовательны и объективны, получены с соблюдением уголовно-процессуальных норм, согласуются с совокупностью исследованных в ходе судебного заседания доказательств, получены они с соблюдением требований ст.ст. , 166 УПК РФ , свидетелям перед проведенным допросом были разъяснены нормы ст. 51 Конституции РФ, как и требования процессуального закона о том, что в случае согласия дать показания, они предупреждались о том, что их показания могут быть использованы в качестве доказательства по уголовному делу, в том числе и при последующем отказе от этих показаний и они были предупреждены об уголовной ответственности по ст. и 308 УК РФ . Оговора подсудимых со стороны свидетелей ФИО4, ФИО5, ФИО6, ФИО7, ФИО8, ФИО9, судом не усматривается, так как неприязненных отношений между ними не имеется, что было подтверждено самим подсудимым в судебном заседании в присутствии своего защитника, в ходе следствия свидетели давали последовательные, не противоречащие друг другу, показания, которые дополняются другими доказательствами, в связи с чем не доверять их показаниям у суда нет оснований. Учитывая, что заявление о признании ФИО11 своей вины в совершении инкриминируемых ему преступлений было сделано им в судебном заседании, в присутствии его защитника, подсудимый при этом заявил, что понимает значение своих действий, в силу чего, руководствуясь ч.2 ст. 77 УПК РФ суд принимает признание вины подсудимым, т.к. его виновность, подтверждается совокупностью исследованных по уголовному делу доказательств, и считает возможным признательные показания подсудимого также положить в основу обвинительного приговора, при этом суд учитывает, что в ходе предварительного следствия и на стадии рассмотрения дела судом ФИО11 давал последовательные показания о том, что незаконно сбывал наркотические средства на территории г.о.Егорьевск, а также совершил покушение на их незаконный сбыт в особо крупном размере, в связи с чем суд не находит оснований считать, что подсудимый оговаривает себя. Протокол явки с повинной ФИО11 (№) оформлен компетентным лицом, в установленном законом порядке, его содержание и оформление соответствует требованиям ст. - , 166 УПК РФ , в данном протоколе имеются сведения о разъяснении заявителю положений ст. 51 Конституции РФ, содержит сведения изложенные ФИО11 об обстоятельствах, в силу положений предусмотренных п.1 ч.1 ст. 73 УПК РФ , подлежащих доказыванию, в связи с чем суд признает данный протокол допустимым доказательством вины подсудимого. Заключения проведенных по делу химических судебных экспертиз &lt;данные изъяты&gt; даны соответствующими экспертами отдела ЭКЦ ГУ МВД России по &lt;адрес&gt; по экспертно-криминалистическому обеспечению УМВД России по г.о.Коломна, обладающими специальными познаниями, сомневаться в компетенции которых у суда нет оснований, с соблюдением требований уголовно-процессуального закона. Заключения научно обоснованы, их выводы объективно подтверждаются другими доказательствами, согласуются с иными материалами уголовного дела и не содержат противоречий. Не доверять выводам заключений судебных экспертиз наркотических средств, у суда нет оснований, т.к. данные экспертизы были назначены и проводились, в соответствии с требованиями ст. 195 УПК РФ , на основании постановления следователя, компетентными экспертами, в порядке предусмотренном ст. 200 УПК РФ , заключения экспертиз соответствуют требованиям предусмотренным ст. 204 УПК РФ , выводы экспертов подробно мотивированы, основаны на объективных данных, заинтересованности экспертов в исходе дела не установлено, достоверность и объективность выводов заключений сомнений не вызывает. Поэтому суд расценивает их как достоверные доказательства, подтверждающие квалификацию содеянного ФИО11 части вида наркотического средства и его размера. Законность и допустимость протоколов следственных действий, у суда сомнений не вызывают, поскольку они проведены и оформлены компетентным лицом следователем в чьем производстве находилось уголовное дело, в установленном законом порядке, при этом судом учитывается, что сторонами в судебном следствии и в прениях сторон ходатайств о признании данных доказательств недопустимыми не заявлялось. Учитывая, что преступная деятельность ФИО11 была пресечена сотрудниками правоохранительных органов, до момента выполнения подсудимым всех необходимых действий, т.е. преступный умысел не был доведен им до конца по не зависящим от него обстоятельствам, суд руководствуясь положениями ч.3 ст. 30 УК РФ , считает, что совершенные подсудимым деяния не являются оконченными. Какие-либо не устраненные в ходе судебного следствия существенные противоречия в вышеуказанных доказательствах, требующих их толкования в пользу подсудимого ФИО11 по делу отсутствуют. Квалифицирующий признак совершения ФИО11 пяти преступлений, предусмотренных ч.3 ст. п. «г» ч.4 ст. 228.1 УК РФ в крупном размере нашел свое подтверждение в ходе судебного разбирательства, поскольку в соответствии с Постановлением Правительства РФ № от ДД.ММ.ГГГГ «Об утверждении значительного, крупного и особо крупного размеров наркотических средств и психотропных веществ, а также значительного,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РФ», количество наркотического средства &lt;данные изъяты&gt;), который является производным &lt;данные изъяты&gt;, общей массой 14,67 грамма; 1,15 грамма; 1,08 грамма; 1,05 грамма; 1,05 грамма, являются крупным размером. Квалифицирующий признак совершения ФИО11 преступления, предусмотренного ч.3 ст. ч.5 ст. 228.1 УК РФ в особо крупном размере также нашел свое подтверждение в ходе судебного разбирательства, поскольку в соответствии с Постановлением Правительства РФ № от ДД.ММ.ГГГГ «Об утверждении значительного, крупного и особо крупного размеров наркотических средств и психотропных веществ, а также значительного,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РФ», количество наркотического средства ?-пирролидиновалерофенон (синоним ?-PVP), который является производным N-метилэфедрона, общей массой 386,06 грамма, являются особо крупным размером. Квалифицирующий признак совершения ФИО11 преступления, предусмотренного ч.3 ст. п.«а, б» ч.3 ст. 228.1 УК РФ в значительном размере нашел свое подтверждение в ходе судебного разбирательства, поскольку в соответствии с Постановлением Правительства РФ № от ДД.ММ.ГГГГ «Об утверждении значительного, крупного и особо крупного размеров наркотических средств и психотропных веществ, а также значительного, крупного размеров для растений, содержащих наркотические средства или психотропные вещества, либо их частей, содержащих наркотические средства или психотропные вещества, для целей статей , 228.1 , и 229.1 Уголовного Кодекса РФ», количество наркотического средства &lt;данные изъяты&gt;), который является производным &lt;данные изъяты&gt;, общей массой 0,98 грамма, являются значительным размером. Квалифицирующий признак совершения ФИО11 пяти преступлений, предусмотренных ч.3 ст. п. «г» ч.4 ст. 228.1 УК РФ , одного преступления, предусмотренного ч.3 ст. ч.5 ст. 228.1 УК РФ , одного преступления, предусмотренного ч.3 ст. п. «а, б» ч.3 ст. 228.1 УК РФ с использованием информационно-телекоммуникационных сетей (включая «Интернет»), также нашел свое подтверждение в ходе судебного разбирательства, поскольку сеть "Интернет" использовалась ФИО11 для связи с неустановленным соучастником указанных преступлений посредством использования мессенджера «Telegram», действующими в группе лиц по предварительному сговору, с целью сбыта наркотических средств, ими достигнута договоренность об условиях получения наркотического средства, методах его реализации, иных действиях для обеспечения связи между соучастниками при совершении умышленных действий, входящих в объективную сторону преступления и создающих условия для реализации преступных намерений по сбыту наркотических средств. Таким образом, суд считает вину подсудимого в совершении преступлений полностью доказанной и квалифицирует действия ФИО11 по пяти преступлениям, предусмотренных ч.3 ст. п. «г» ч.4 ст. 228.1 УК РФ как покушение на преступление, то есть действия,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крупном размере, не доведенные до конца по независящим от него обстоятельствам; по преступлению предусмотренного ч.3 ст. ч.5 ст. 228.1 УК РФ как покушение на преступление, то есть действия,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особо крупном размере, не доведенные до конца по независящим от него обстоятельствам; по преступлению, предусмотренного п. «а, б» ч.3 ст. 228.1 УК РФ , как покушение на преступление, то есть действия, непосредственно направленные на незаконный сбыт наркотических средств, с использованием информационно-телекоммуникационных сетей (включая сеть «Интернет»), группой лиц по предварительному сговору, в значительном размере, не доведенные до конца по независящим от него обстоятельствам, и исключает причастность в данном преступлении иных лиц с учётом совокупности собранных по делу доказательств. Судом установлено, что количество изъятого наркотического средства, явно свидетельствуют об умысле подсудимого на сбыт, а не для личного потребления, принимая во внимание, что наркотик был упакован в удобную для сбыта упаковку, помещен в тайники-закладки, а также пояснения самого подсудимого о намерении извлечь материальную выгоду в результате сбыта наркотических средств, наличие соответствующих договоренностей с другим лицом, уголовное дело в отношении которого выделено в отдельное производство, что в совокупности с иными исследованными судом доказательствами однозначно свидетельствует о наличии у подсудимого умысла на сбыт изъятого наркотического средства. Суд считает, что указанная квалификация действий подсудимого ФИО11 нашла свое объективное подтверждение в судебном заседании и оснований для переквалификации действий подсудимого не имеется. При решении вопроса о назначении вида и размера наказания, суд, в соответствии со ст. , , 60 УК РФ , принимает во внимание характер содеянного, степень общественной опасности, мотивы и способы совершения преступных действий, роль подсудимого в совершении преступлений, обстоятельства смягчающие и отягчающие наказание, иные конкретные обстоятельства дела наряду с данными о личности ФИО11, условия жизни его семьи, влияние назначенного наказания на исправление осужденного и предупреждения совершения новых преступлений. Из материалов уголовного дела, характеризующих личность подсудимого усматривается, что ФИО11 &lt;данные изъяты&gt; &lt;данные изъяты&gt; Суд находит убедительными доводы защиты о действительном раскаянии ФИО11 содеянном, активном способствовании раскрытию и расследованию преступления, т.к. они нашли свое подтверждение не только показаниями самого подсудимого, но и приведенными выше материалами уголовного дела, подтверждающими его активное способствование в расследовании преступлений, в т.ч. оглашенными показаниями свидетелей ФИО4, ФИО5, ФИО6, ФИО7, ФИО8 Обстоятельствами, смягчающими наказание подсудимого ФИО11 согласно п. «и» ч.1 и ч.2 ст. 61 УК РФ , суд признает: активное способствование раскрытию и расследованию преступлений, выразившееся в том, что он самостоятельно, добровольно сообщил правоохранительным органам о совершенных им преступлениях и представил органу предварительного расследования информацию, имеющую значение для раскрытия и расследования данных преступлений, до этого им не известную, а именно, подробно рассказал о способах совершения преступлений, добровольно выдал наркотические средства, сообщив его вид, который не был известен до проведения исследования, обеспечил доступ оперативным сотрудникам к имеющейся в его телефонах информации, предоставил информацию о месте своего проживания, где в ходе проведения обыска с его участием было изъято наркотическое средство в особо крупном размере, а также сообщил способ его получения, что в дальнейшем способствовало раскрытию преступлений и в совокупности с иными доказательствами по делу повлияло на дальнейшую квалификацию действий подсудимого, а также полное признание вины и чистосердечное раскаяние подсудимого в содеянном, совершение преступлений впервые, молодой возраст подсудимого, положительную характеристику по месту прежнего обучения. Суд не усматривает оснований, достаточных для признания в качестве смягчающего наказание ФИО11 обстоятельства, предусмотренного п. «и» ч. 1 ст. 61 УК РФ - явки с повинной (т.1 л.д.204), так как в действиях ФИО11 подобные признаки отсутствуют, поскольку явка с повинной написана подсудимым уже после возбуждения уголовного дела и его задержания. Исходя из разъяснений в п. 29 постановления Пленума Верховного Суда РФ от ДД.ММ.ГГГГ № "О практике назначения судами Российской Федерации уголовного наказания" под явкой с повинной, которая в силу пункта "и" ч. 1 ст. 61 УК РФ является обстоятельством, смягчающим наказание, следует понимать добровольное сообщение лица о совершенном им или с его участием преступлении, сделанное в письменном или устном виде. Не может признаваться добровольным заявление о преступлении, сделанное лицом в связи с его задержанием по подозрению в совершении этого преступления. Признание лицом своей вины в совершении преступления в таких случаях может быть учтено судом в качестве иного смягчающего обстоятельства в порядке ч. 2 ст. 61 УК РФ или, при наличии к тому оснований, как активное способствование раскрытию и расследованию преступления. Однако суд учитывает явку с повинной как иные смягчающие наказание обстоятельства подсудимого ФИО11 по ч. 2 ст. 61 УК РФ . Оснований к применению в отношении ФИО11 положений ст. 64 УК РФ суд не усматривает, поскольку исключительных обстоятельств, связанных с целями и мотивами преступлений, ролью виновного, других обстоятельств, существенно уменьшающих степень общественной опасности преступлений по делу не установлено. Суд также принимает во внимание квалификацию действий ФИО11 по пяти преступлениям, предусмотренных ч.3 ст. п.«г» ч.4 ст. 228.1 УК РФ , и преступлениям, предусмотренных ч.3 ст. п. «а, б» ч.3 ст. 228.1 УК РФ , ч.3 ст. ч.5 ст. 228.1 УК РФ - как покушение к особо тяжкому преступлению, наказание осужденному за совершенные им деяния в любом случае должно быть назначено ниже низшего предела, предусмотренное санкцией вышеуказанной статьи, что само по себе исключает возможность применения ст. 64 УК РФ . Наличия в действиях ФИО11 отягчающих наказание обстоятельств, предусмотренных ст. 63 УК РФ , судом не установлено. Учитывая фактические обстоятельства совершенных преступлений, их количество и общественную опасность, суд не находит оснований для применения в отношении ФИО11 положений предусмотренных ч.6 ст. 15 УК РФ . С учетом всех указанных обстоятельств совершения ФИО11 особо тяжких преступлений в составе группы лиц по предварительному сговору, которые относятся к категории преступлений против здоровья населения и общественной нравственности, связано с незаконным сбытом наркотических средств и представляющие высокую степень общественной опасности, наличие в действиях подсудимого совокупности смягчающих и отсутствие отягчающих наказание обстоятельств, принимая во внимание совокупность данных по личности подсудимого, его отношение к содеянному и поведение на стадии предварительного расследования, выразившееся в способствовании раскрытию и расследованию преступлений, учитывая материальное положение осужденного, его возраст, влияние назначаемого наказания на исправление осужденного и условия жизни его семьи, характер и степень фактического участия подсудимого в совершении преступлений, значение этого участия для достижения цели преступлений и его влияние на характер и размер причиненного вреда, суд, руководствуясь положением ч.2 ст. 43 УК РФ , учитывая цели назначения наказания связанные с восстановлением социальной справедливости, исправления и перевоспитания осужденного, не считает возможным применения в отношении ФИО11 положений ст. 73 УК РФ и его исправления без отбывания назначаемого, с применением положений ч.1 ст. 62 УК РФ , ч.3 ст. 66 УК РФ , наказания, в виде лишения свободы, без назначения дополнительного наказания в виде лишения права занимать определенные должности или заниматься определенной деятельностью, штрафа и ограничения свободы, назначение которых, с учетом совокупности данных по личности осужденного и его материального положения, условия жизни, а также срока назначаемого наказания в виде лишения свободы, считает нецелесообразным. В связи с последовательным применением положений ч.3 ст. и ч.1 ст. 62 УК РФ судом ФИО11, не может быть назначено наказание в виде лишения свободы на срок превышающий 10 лет, однако в действиях подсудимого наличествуют и иные, признанные в соответствии с ч.2 ст. 61 УК РФ , обстоятельства, признанные судом смягчающими. Санкция ч. 5 ст. 228.1 УК РФ предусматривает наказание в виде лишения свободы сроком от пятнадцати до двадцати лет с лишением права занимать определенные должности или заниматься определенной деятельностью на срок до двадцати лет или без таковой и со штрафом в размере до одного миллиона рублей или в размере заработной платы или иного дохода осужденного за период до пяти лет либо без такового или пожизненное лишение свободы. Однако положения ч. 3 ст. 62 УК РФ , ограничивающие применение положений ч. 1 ст. 62 УК РФ в случаях, если соответствующей статьей Особенной части УК РФ предусмотрены пожизненное лишение свободы или смертная казнь, в соответствии с ч. 4 ст. 66 УК РФ не распространяются при назначении наказания за приготовление к преступлению и покушение на преступление. Согласно пункту 37 постановления Пленума Верховного Суда Российской Федерации от 25.12.2015г. № "О практике назначения судами Российской Федерации уголовного наказания" правила части 3 статьи 62 УК РФ о неприменении положений части 1 этой статьи не распространяются на лиц, которым в силу закона не назначается пожизненное лишение свободы, в том числе на лиц, совершивших неоконченное преступление. При таких обстоятельствах, руководствуясь п.34 Постановления Пленума Верховного Суда РФ от ДД.ММ.ГГГГ № «О практике назначения судами Российской Федерации уголовного наказания», суд считает необходимым назначить ФИО11, наказание в виде лишения свободы, ниже нижнего предела предусмотренного санкциями ч.4 ст. 228.1 УК РФ , ч.3 ст. 228.1 , ч.5 ст. 228.1 УК РФ без применения положений ст. 64 УК РФ . Окончательное наказание за совершенные преступления ФИО11 суд назначает на основании ч. 2 ст. 69 УК РФ по совокупности преступлений путем частичного сложения назначенного наказания, не находя оснований для полного сложения назначенного наказания по преступлениям. По мнению суда, назначение ФИО11 условного наказания, с учетом характера и степени общественной опасности совершенных преступлений, обстоятельств их совершения, личности подсудимого, а также характер и степень фактического участия подсудимого в их совершении, значение этого участия для достижения цели преступлений, его влияние на характер и размер причиненного в результате совершения преступления вреда общественным отношениям, не будет соответствовать, закрепленному в ч.1 ст. 6 УК РФ , принципу справедливости. Учитывая изложенное, а также то, что в силу положений ст. 43 УК РФ наказание применяется в т.ч. в целях предупреждения совершения новых преступлений, суд полагает, что исправление подсудимого Годек М. возможно лишь в условиях изоляции его от общества. Оснований для прекращения уголовного дела, освобождения подсудимого от уголовной ответственности и от наказания, суд не усматривает, исходя из характера совершённых преступлений и данных о личности виновного. С учетом личности осужденного и отношения к содеянному, признавшего свою вину в ходе предварительного расследования и в судебном следствии, способствовавшего раскрытию и расследованию преступлений, а так же принимая во внимание совокупность смягчающих наказание виновного обстоятельств, условия жизни и его возраст, суд считает, что для исправления и перевоспитания ФИО11 не требуется длительного срока лишения свободы. При назначении подсудимому Годек М. вида исправительного учреждения, суд, руководствуясь положением п. «в» ч.1 ст. 58 УК РФ , считает, что назначенное наказание в виде лишения свободы, подлежит отбыванию в исправительной колонии строгого режима, т.к. им совершены особо тяжкие преступления, ранее не отбывавший лишение свободы. На основании изложенного, суд руководствуясь требованиями ч.3.2 ст. 72 УК РФ , ч.1 ст. , ч.1 ст. , ч.1 ст. 308 УПК РФ , с учетом избранной в отношении ФИО11 на стадии предварительного следствия, меры пресечения в виде заключения под стражу, а также вида назначаемого наказания и исправительного учреждения, в котором данное наказание подлежит отбытию осужденным, считает, что избранная в отношении ФИО11 мера пресечения подлежит сохранению, а срок его содержания под стражей с ДД.ММ.ГГГГ до вступления приговора в законную силу, в соответствии с положениями ч.3.2 ст. 72 УК РФ , включен в срок отбытия ими наказания, из расчета один день заключения под стражу, за один день лишения свободы. В силу п. "г" ч. 1 ст. 104.1 УК РФ на основании обвинительного приговора конфискации, то есть принудительному безвозмездному изъятию и обращению в собственность государства, подлежат орудия, оборудование или иные средства совершения преступления, принадлежащие обвиняемому. Как следует из материалов уголовного дела и установлено судом, при совершении преступлений, подсудимый ФИО11 использовал принадлежащие ему на праве собственности сотовые телефоны марки «Техно», «Айфон», «Редми», признанные по делу вещественными доказательствами. Учитывая, что изъятые у ФИО11 телефоны были средством совершения вмененных ему преступлений, поскольку, использовал данные телефоны, с доступом к информационно-телекоммуникационной сети «Интернет» через мессенджер «Телеграмм» подсудимый для связи с неустановленным соучастником указанных преступлений относительно обсуждения условий получения наркотического средства, методах его реализации, суд считает необходимым конфисковать указанные телефоны, обратив его в доход государства. При решении вопроса о вещественных доказательствах суд руководствуется ст. 81 УПК РФ . На основании изложенного и руководствуясь ст. , , - , 310 УПК РФ , суд П Р И Г О В О Р И Л: Признать Годек М. виновным в совершении пяти преступлений, предусмотренных ч.3 ст. п. «г» ч.4 ст. 228.1 УК РФ , одного преступления, предусмотренного ч.3 ст. ч.5 ст. 228.1 УК РФ , одного преступления, предусмотренного ч.3 ст. п. «а, б» ч.3 ст. 228.1 УК РФ , и назначить ФИО11 наказание: - за каждое из пяти преступлений, предусмотренных ч.3 ст. п. «г» ч.4 ст. 228.1 УК РФ – в виде 6 (шести) лет лишения свободы без лишения права занимать определенные должности или заниматься определенной деятельностью и без штрафа; - по преступлению, предусмотренного ч.3 ст. ч.5 ст. 228.1 УК РФ – в виде 7 (семи) лет лишения свободы без лишения права занимать определенные должности или заниматься определенной деятельность и без штрафа; - по преступлению, предусмотренного ч.3 ст. п. «а, б» ч.3 ст. 228.1 УК РФ – в виде 5 (пяти) лет лишения свободы без штрафа и без ограничения свободы. На основании ч. 2 ст. 69 УК РФ по совокупности пяти преступлений, предусмотренных ч.3 ст. п. «г» ч.4 ст. 228.1 УК РФ , одного преступления, предусмотренного ч.3 ст. ч.5 ст. 228.1 УК РФ , одного преступления, предусмотренного ч.3 ст. п. «а, б» ч.3 ст. 228.1 УК РФ , путем частичного сложения назначенных наказаний назначить ФИО11 окончательное наказание в виде лишения свободы на срок 9 (девять) лет лишения свободы без лишения права занимать определенные должности или заниматься определенной деятельностью, без штрафа, без ограничения свободы с отбыванием наказания в исправительной колонии строгого режима. Меру пресечения ФИО11, в виде заключения под стражу оставить прежней до вступления приговора в законную силу. Срок отбытия наказания в отношении ФИО11 исчислять со дня вступления приговора в законную силу. В соответствии с ч. 3.2 ст. 72 УК РФ , время содержания ФИО11 под стражей с ДД.ММ.ГГГГ до дня вступления настоящего приговора в законную силу зачесть в срок лишения свободы из расчета один день заключения под стражу, за один день лишения свободы, с отбыванием наказания в исправительной колонии строгого режима. Вещественные доказательства: наркотическое средство, электронные весы, пустые полимерные пакеты с застежкой в количестве 407 штук, пустые полимерные пакеты с застежкой в количестве 72 штуки, гиря в полимерном пакете, зип–пакеты в количестве 5 штук, полимерные прозрачные пакеты в количестве 6 штук, упаковка от термоусаживаемых трубок в количестве 4 штук, пустые прозрачные пластиковые колбы с застежкой в количестве 6 штук, пустые стеклянные флаконы в количестве 28 штук в картонной коробке, нож металлический, хранящиеся в камере хранения ОМВД России по г.о.Егорьевск- хранить по месту хранения до рассмотрения выделенного уголовного дела. Вещественные доказательства: сотовый телефон марки «Техно», без сим-карт, с первоначальной упаковкой, сотовый телефон марки «Айфон» без сим–карт с первоначальной упаковкой, сотовый телефон марки «Редми» без сим–карт с первоначальной упаковкой, хранящийся в камере хранения ОМВД России по г.о.Егорьевск, как средство совершения преступлений, подлежит в порядке п. "г" ч. 1 ст. 104.1 УК РФ конфискации, то есть в принудительном безвозмездном изъятии и обращении в собственность государства. Вещественные доказательства: банковская карта «Tinkoff» (Тинькофф) банковская карта «Сбер», банковская карта «викториябанк», жесткий диск -возвратить по принадлежности осужденному ФИО11 или указанному им в письменном заявлении доверенному лицу. Приговор может быть обжалован в апелляционном порядке в Московский областной суд через Егорьевский городской суд в течение 15 суток со дня провозглашения, а осужденным содержащимся под стражей в тот же срок со дня вручения ему копии приговора. В случае подачи апелляционной жалобы, осужденный, содержащейся под стражей, в течение 15 суток, со дня вручения ему копии приговора, вправе, в письменном виде, ходатайствовать о своем участии в рассмотрении уголовного дела в апелляционном порядке, либо поручить осуществление своей защиты избранному им защитнику, либо ходатайствовать перед судом о назначении защитника. Председательствующий судья: подпись Т.Е. Бахаревич Суд: Егорьевский городской суд (Московская область) (подробнее) Подсудимые: Годек Мирос (подробнее) Судьи дела: Бахаревич Татьяна Евгеньевна (судья) (подробнее) Последние документы по делу: Приговор от 13 октября 2025 г. по делу № 1-147/2025 Постановление от 27 августа 2025 г. по делу № 1-147/2025 Приговор от 24 июня 2025 г. по делу № 1-147/2025 Приговор от 16 июня 2025 г. по делу № 1-147/2025 Приговор от 15 апреля 2025 г. по делу № 1-147/2025 Приговор от 14 апреля 2025 г. по делу № 1-147/2025 Приговор от 23 марта 2025 г. по делу № 1-147/2025 Приговор от 16 марта 2025 г. по делу № 1-147/2025 Приговор от 24 февраля 2025 г. по делу № 1-147/2025 Приговор от 17 февраля 2025 г. по делу № 1-147/2025 Приговор от 16 февраля 2025 г. по делу № 1-147/2025 Приговор от 16 февраля 2025 г. по делу № 1-147/2025 Приговор от 13 февраля 2025 г. по делу № 1-147/2025 Приговор от 12 февраля 2025 г. по делу № 1-147/2025 Постановление от 2 февраля 2025 г. по делу № 1-147/2025 Показать все документы по этому делу Судебная практика по: Контрабанда Судебная практика по применению норм ст. 200.1, 200.2, 226.1, 229.1 УК РФ Меры пресечения Судебная практика по применению нормы ст. 110 УПК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