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Компенсация морального вреда осуществляется в денежной форме.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соответствии с разъяснениями, данными в Постановлении Пленума Верховного Суда РФ от 15.11.2022 N 33 "О практике применения судами норм о компенсации морального вреда":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Причинение морального вреда потерпевшему в связи с причинением вреда его здоровью во всех случаях предполагается, и сам факт причинения вреда здоровью, в том числе при отсутствии возможности точного определения его степени тяжести, является достаточным основанием для удовлетворения иска о компенсации морального вреда.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Факт причинения морального вреда потерпевшему от преступления, в том числе преступления против собственности, не нуждается в доказывании, если судом на основе исследования фактических обстоятельств дела установлено, что это преступление нарушает личные неимущественные права потерпевшего либо посягает на принадлежащие ему нематериальные блага.</w:t>
      </w:r>
    </w:p>
    <w:p>
      <w:pPr>
        <w:pStyle w:val="Heading3"/>
      </w:pPr>
      <w:r>
        <w:rPr>
          <w:rFonts w:ascii="Times New Roman" w:hAnsi="Times New Roman" w:eastAsia="Times New Roman" w:cs="Times New Roman"/>
          <w:b/>
          <w:i w:val="0"/>
          <w:sz w:val="22"/>
        </w:rPr>
        <w:t>Пункт 18. Выводы</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Наличие причинной связи между противоправным поведением причинителя вреда и моральным вредом (страданиями как последствиями нарушения личных неимущественных прав или посягательства на иные нематериальные блага) означает, что противоправное поведение причинителя вреда повлекло наступление негативных последствий в виде физических или нравственных страданий потерпевшего. Таким образом, принимая во внимание, что в отношении ФИО2 совершен ряд тяжких преступлений, при этом ему причинены также и телесные повреждения в виде гематомы в затылочной области и ушибы мягких тканей обеих кистей, суд считает, что требования о компенсации морального вреда являются обоснованными, основанными на законе. Вместе с тем, суд считает, что требуемая сумма компенсации морального вреда является явно завышенной, в связи с чем суд считает, что эти требования подлежат удовлетворению частично с учетом разумности и справедливости, в связи с чем с ФИО3 в пользу ФИО2 подлежит взысканию в счет компенсации морального вреда 1 000 000 рублей. Процессуальных издержек по делу не имеется. На основании изложенного и руководствуясь статьями - 309 УПК РФ , суд ПРИГОВОРИЛ: Признать ФИО1 виновным в совершении преступлений, предусмотренных п.п. «а», «в», «г», «з» ч. 2 ст. , п. «б» ч. 4 ст. , по п. «б» ч.3 ст. , ч.1 ст. , ч. 2 ст. 326 УК РФ , и назначить ему наказание: по п.п. «а», «в», «г», «з» ч. 2 ст. 126 УК РФ в виде лишения свободы сроком на 8 (восьми) лет с ограничением свободы на 6 месяцев; по п. «б» ч. 4 ст. 162 УК РФ в виде лишения свободы сроком на 10 (десять) лет с ограничением свободы на 6 месяцев; по «б» ч.3 ст. 163 УК РФ в виде лишения свободы сроком на 10 лет с ограничением свободы на 6 месяцев; по ч. 1 ст. 167 УК РФ в виде штрафа в размере 10 000 рублей; по ч. 2 ст. 326 УК РФ в виде ограничения свободы сроком на 6 месяцев. На основании части 3 статьи Уголовного кодекса Российской Федерации по совокупности преступлений путем частичного сложения назначенных наказаний к окончательному отбытию назначить ФИО1 наказание в виде лишения свободы сроком на 13 (тринадцати) лет с ограничением свободы сроком на 2 года и со штрафом в размере 10 000 рублей (основное наказание) с отбыванием наказания в виде лишения свободы в исправительной колонии строгого режима. ФИО1 по обвинению в совершении преступления, предусмотренного п. «а» ч. 3 ст. 222 УК РФ оправдать за непричастностью его к совершению указанного преступления. Разъяснить ФИО1, что он имеет право на реабилитацию в порядке, предусмотренном главой 18 УК РФ. Установить осужденному ФИО1 на период ограничения свободы следующие ограничения: не уходить из места постоянного проживания (пребывания) с 22 часов ночи до 7 часов утра, не выезжать за пределы территории соответствующего муниципального образования, не посещать места проведения массовых и иных мероприятий и не участвовать в указанных мероприятиях в пределах территории соответствующего муниципального образования, не изменять место жительства или пребывания, место работы и (или) учебы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Возложить на осужденного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Срок отбывания наказания в виде лишения свободы исчислять со дня вступления приговора в законную силу. Зачесть в срок лишения свободы время содержания ФИО1 под стражей с момента фактического задержания 02 марта 2025 года до дня вступления приговора в законную силу из расчета один день за один день отбывания наказания в исправительной колонии строгого режима. Меру пресечения в отношении ФИО1 до вступления приговора в законную силу оставить прежней – заключение под стражей. Вещественные доказательства: Компакт-диски с видео- и аудиозаписями, протоколы следственных действий, заключения экспертов – хранить при материалах уголовного дела; пистолет системы ФИО4 (ПМ) и патроны; автомобиль «Лада 219020 Lada Granta»; две пластины государственных регистрационных знаков «О 873 АУ/777»; смывы с поверхности автомобиля «Лада 219020 Lada Granta», хранить до разрешения уголовного дела в отношении другого лица, из которого выделено настоящее дело. Гражданский иск по делу удовлетворить частично, взыскать с осужденного ФИО1 в пользу потерпевшего БАГ в счет возмещения материального ущерба, причиненного преступлением, 31 360 133 (тридцать один миллион триста шестьдесят тысяч сто тридцать три) рубля, и в счет компенсации морального вреда 1 000 000 (один миллион) рублей. Приговор может быть обжалован в апелляционном порядке в Судебную коллегию по уголовным делам Верховного Суда Республики Дагестан в течение 15 суток со дня его провозглашения, а осужденным ФИО1, содержащимся под стражей, – в тот же срок со дня вручения ему копии настоящего приговора. В случае подачи апелляционной жалобы, осужденный ФИО3 вправе ходатайствовать о своем участии в рассмотрении уголовного дела судом апелляционной инстанции, о чем должен указать в апелляционной жалобе. Председательствующий: Суд: Кизилюртовский районный суд (Республика Дагестан) (подробнее) Судьи дела: Хасаев Амет Хасаевич (судья) (подробнее) Последние документы по делу: Приговор от 16 октября 2025 г. по делу № 1-88/2025 Приговор от 24 июня 2025 г. по делу № 1-88/2025 Постановление от 11 марта 2025 г. по делу № 1-88/2025 Приговор от 23 февраля 2025 г. по делу № 1-88/2025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Разбой Судебная практика по применению нормы ст. 162 УК РФ Похищение Судебная практика по применению нормы ст. 126 УК РФ По поджогам Судебная практика по применению нормы ст. 167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