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в 19 часов 48 минут в магазине «Табачка», расположенном по адресу: &lt;адрес&gt; «А» на сумму 20 рублей, принадлежащие Потерпевший №1;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в 19 часов 49 минут в магазине «Табачка», расположенном по адресу: &lt;адрес&gt; «А» на сумму 338 рублей, принадлежащие Потерпевший №1;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в 19 часов 55 минут в магазине «Уралочка» ИП ФИО16, расположенном по адресу: &lt;адрес&gt; «Б» на сумму 350 рублей, принадлежащие Потерпевший №1;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в 19 часов 58 минут в магазине «Точка», расположенном по адресу: &lt;адрес&gt; «А» на сумму 555 рублей, принадлежащие Потерпевший №1;</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ДД.ММ.ГГГГ в 20 часов 00 минут в магазине «Точка», расположенном по адресу: &lt;адрес&gt; «А» на сумму 360 рублей, принадлежащие Потерпевший №1;</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ДД.ММ.ГГГГ в 20 часов 11 минут в магазине «Светофор», расположенном по адресу: &lt;адрес&gt; «А» на сумму 284 рубля 08 копеек, принадлежащие Потерпевший №1;</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ДД.ММ.ГГГГ в 20 часов 11 минут в магазине «Светофор», расположенном по адресу: &lt;адрес&gt; «А» на сумму 3 рубля 50 копеек, принадлежащие Потерпевший №1;</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ДД.ММ.ГГГГ в 20 часов 45 минут в магазине «Мини маркет» ИП ФИО17, расположенном по адресу: &lt;адрес&gt; на сумму 488 рублей, принадлежащие Потерпевший №1;</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ДД.ММ.ГГГГ в 20 часов 48 минут в магазине «Мини маркет» ИП ФИО17, расположенном по адресу: &lt;адрес&gt; на сумму 700 рублей, принадлежащие Потерпевший №1;</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ДД.ММ.ГГГГ в 21 час 52 минуты в магазине «Дары природы», расположенном по адресу: &lt;адрес&gt; «А» на сумму 786 рублей, принадлежащие Потерпевший №1;</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ДД.ММ.ГГГГ в 21 час 55 минут в магазине «Дары природы», расположенном по адресу: &lt;адрес&gt; «А» на сумму 250 рублей, принадлежащие Потерпевший №1;</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ДД.ММ.ГГГГ в 21 час 57 минут в магазине «Дары природы», расположенном по адресу: &lt;адрес&gt; «А» на сумму 180 рублей, принадлежащие Потерпевший №1;</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ДД.ММ.ГГГГ в 21 час 57 минут в магазине «Дары природы», расположенном по адресу: &lt;адрес&gt; «А» на сумму 160 рублей, принадлежащие Потерпевший №1 Таким образом, ФИО4 в период времени с &lt;данные изъяты&gt; ДД.ММ.ГГГГ, действуя умышленно, незаконно, из корыстных побуждений, с целью тайного хищения денежных средств с банковского счета, группой лиц по предварительному сговору со ФИО14 и совместно с лицом, находящимся в состоянии невменяемости, материалы уголовного дела в отношении которого выделены в отдельное производство, единым преступным умыслом, путем бесконтактной оплаты товаров с использованием банковской карты ПАО Сбербанк №, похитили с банковского счета ПАО Сбербанк №, открытого на имя Потерпевший №1 денежные средства в общей сумме 4 474 рубля 58 копеек, принадлежащие Потерпевший №1, тем самым распорядились похищенными денежными средствами по своему усмотрению, причинив своими умышленными преступными действиями Потерпевший №1 имущественный вред на указанную сумму. В ходе предварительного следствия похищенные денежные средства возвращены потерпевшему. Гражданский иск по делу не заявлен. Подсудимые ФИО4, ФИО14 вину признали. Каждый воспользовался ст. 51 Конституции РФ и от дачи показаний по существу обвинения отказался. Из оглашенных в соответствии со ст. 276 УПК РФ показаний ФИО4, данных в ходе следствия, следует, что ДД.ММ.ГГГГ он с друзьями ФИО1 и ФИО14, встретился около 19 часов 30 минут в районе магазина «Пятерочка» на &lt;адрес&gt;, ФИО2 они пошли гулять и шли по &lt;адрес&gt; вдоль магазинов «Изюминка», «Мясная лавка», «Продуктовая лавка». Дойдя до магазина «Продуктовая лавка», ФИО1 увидел лежащую на земле у края здания данного магазина банковскую карту, и сказал им об этом. Он подошел поближе и поднял банковскую карту с земли, карта имела золотистый цвет и принадлежала Сбербанку, на ней имелись данные владельца, но он их не смог прочитать, так как это был английский язык. Они рассматривали карту все вместе и увидели, что на ней имеется значок о безналичном расчете и поняли, что картой можно рассчитываться бесконтактно до 1 000 рублей, свыше необходимо было вводить пин-код, который им был неизвестен. В этот момент они переглянулись друг с другом и договорились, что попробуют оплатить покупку при помощи данной банковской карты и если на ней есть денежные средства, то будут использовать данную карту при дальнейших покупках в магазинах. Данное предложение высказал ФИО14, они с ФИО1 согласились. Затем они двинулись по &lt;адрес&gt; и дошли до магазина «Табачка» на пересечении улиц Советская и Ленина, где им захотелось приобрести сигареты. Они решили, что он зайдет первым, он зашел в магазин «Табачка», на нем имелась красная куртка с капюшоном, был он без шапки и ручной клади, в джинсах. Капюшон он умышленно не стал снимать, зная, что в помещении магазина имеются камеры, он планировал остаться незамеченным, так как понимал, что совершает преступление. При этом ФИО14 и ФИО1 не стали заходить в магазин, так как побоялись и хотели остаться непричастными, потому что все понимали незаконность их действий. Зайдя в магазин «Табачка», он сначала решил приобрести жевательную резинку за 20 рублей и рассчитаться найденной банковской картой. Операция по оплате покупки прошла успешно, он понял, что сможет и дальше рассчитываться данной картой, поэтому сразу же решил приобрести 2 пачки сигарет «Fillip Moris» за 169 рублей каждая, которые оплатил найденной банковской картой, приложив ее к платежному терминалу. Выйдя из магазина, он сообщил ФИО1 и ФИО14 о том, что получилось рассчитаться за покупки чужой банковской картой, и они решили, что приобретут продукты питания и алкоголь для себя. В пути следования по &lt;адрес&gt; они решили зайти в магазин «Уралочка», где он снова зашел в помещение один, остальные остались на улице, где он в капюшоне приобрел палку колбасы, 2 булки хлеба, 1 газовый баллон для горелки, рассчитавшись за это найденной банковской картой. Точную сумму покупки не помнит. Примерно в уме он рассчитывал стоимость покупок до 1 000 рублей. Далее они направились в магазин «Точка» по &lt;адрес&gt;, где он передал карту ФИО14 , которому захотелось приобрести пиво и закуску. ФИО14 один зашел в магазин «Точка» и спустя некоторое время вышел с пивом в количестве около 4 бутылок объемом около 1 литра каждая и закуской в виде копченных колбасок. ФИО11 сказал, что оплатил данные товары с помощью найденной банковской карты. Далее они решили и направились в магазин «Светофор» &lt;адрес&gt;, где они решили, что он пойдет один, забрав найденную банковскую карту у ФИО11, он зашел один в капюшоне в магазин «Светофор» и приобрел 2 палки колбасы и банку перца, а также отдельной оплатой пакет, за все рассчитался найденной банковской картой. Точную сумму оплаты не помнит. Выйдя из магазина «Светофор» он сказал, что необходимо сходить в магазин «Маркет», расположенный на автозаправочной станции М-вых, где ему необходимо было приобрести 4 газовых баллона для горелки, ребята согласились, когда они к нему пришли, то они остались на улице, а он зашел один, где приобрел 4 газовых баллона на сумму 488 рублей, которые оплатил с помощью найденной банковской карты, приложив ее к платежному терминалу. Затем он вышел на улицу, где ФИО14 попросил у него банковскую карту и зашел в данный магазин «Маркет», они с ФИО1 остались на улице, через некоторое время к ним вернулся ФИО14, который приобрел какие-то товары, которые находились в пакете, он про наименование товаров не спрашивал, ФИО14 сообщил, что оплатил все товары с помощью найденной банковской карты. В дальнейшем они направились в квартиру ФИО1, расположенную по адресу: &lt;адрес&gt;, чтобы оставить у него все приобретенные товары. Находясь в квартире ФИО1, ФИО14 предложил сходить в магазин «Дары природы», где что-нибудь купить на найденную банковскую карту, они согласились и направились в данный магазин, расположенный рядом с магазином «Светофор», точный адрес не знает. По прибытию к данному магазину, они зашли в него втроем. Затем ФИО14 приобрел там товар в виде овощей и рассчитался найденной банковской картой. Затем они вышли на улицу, где ФИО14 передал карту ФИО1 и попросил что-нибудь купить на его выбор, ФИО1 зашел в указанный магазин, где приобрел сладости в виде сока и печенья. ФИО3 вышел на улицу, то он вспомнил, что у него дома нет заварки, он взял карту у ФИО1 и вновь зашел в магазин «Дары природы», где приобрел заварку, энергетический напиток и сладости, которые оплатил с помощью найденной банковской карты с помощью двух операций, приложив карту к платежному терминалу. В дальнейшем они вновь вернулись в квартиру ФИО1, где ФИО14 и ФИО1 начали пить пиво, он только употреблял приобретенные продукты питания. Все указанные покупки они совершали в период с 19 часов 30 минут до 22 часов 00 минут ДД.ММ.ГГГГ. Около 02 часов 30 минут ДД.ММ.ГГГГ они со ФИО14 решили пойти домой, в пути следования, он решил зайти в магазин «Бочка» по &lt;адрес&gt; для покупки одноразовой электронной сигареты за 550 рублей, ФИО14 остался на улице, выбрав товар и приложив найденную банковскую карту к платежному терминалу, оплата не прошла в связи с тем, что закончились деньги или владелец заблокировал карту, он так это понял. Выйдя на улицу, он отдал данную банковскую карту ФИО14, поскольку об этом его попросил сам ФИО12, которому он сообщил, что оплата не прошла. Затем они направились по домам. На тот момент он планировал, что совершит последнюю покупку в магазине «Бочка» и больше ничего оплачивать не будет, поскольку посчитал, что приобретенных товаров будет достаточно. После этого он планировал передать карту ФИО14. Он понимает, что совместно со ФИО14 и ФИО1, по договоренности между ними, совершили хищение денежных средств с банковской картой путем бесконтактной оплаты товаров в различных магазинах &lt;адрес&gt; (т.1 л.д.151-153). Оглашенные показания подсудимый подтвердил. Из оглашенных в соответствии со ст. 276 УПК РФ показаний ФИО14, данных в ходе следствия, следует, что ДД.ММ.ГГГГ около 19 часов 30 минут он встретился с друзьями ФИО1 и ФИО4 в районе магазина «Пятерочка» на &lt;адрес&gt;, затем они пошли гулять и шли по &lt;адрес&gt; вдоль магазинов «Изюминка», «Мясная лавка», «Продуктовая лавка». Дойдя до магазина «Продуктовая лавка», ФИО3 В. увидел на земле банковскую карту, о чем сообщил им. Они подошли поближе и ФИО10 поднял данную банковскую карту с земли, которая имела золотистый цвет и принадлежала Сбербанку, на ней имелись данные владельца «Потерпевший №1». ФИО2 он спросил у ФИО3 В. и ФИО4 знают ли они данного человека, каждый сказал, что он им неизвестен. На данной карте имелся значок о безналичном расчете, ему известно, что картой можно рассчитываться бесконтактно до 1 000 рублей, свыше необходимо вводить пин-код, который им был неизвестен. Затем он предложил ФИО4 и ФИО3 В. попробовать оплатить данной картой какую-нибудь покупку и если на ней есть деньги, то в дальнейшем поочередно использовать ее для оплаты необходимых им товаров в магазинах, он имел ввиду сигареты, продукты питания, спиртное, которое они совместно могли употребить. ФИО4 и ФИО3 В. на его предложение согласились, они все понимали, что карта им не принадлежит и они незаконно будут тратить денежные средства. Затем они двинулись по &lt;адрес&gt; и дошли до магазина «Табачка» на пересечении улиц Советская и Ленина, где им захотелось приобрести сигареты. Они решили, что первым зайдет ФИО10, поскольку они понимали и говорили об этом, что в случае успешной покупки карту нужно будет передавать друг другу на улице, чтобы передачу карты не увидел продавец и не заподозрил их в хищении. Затем ФИО4 зашел в магазин «Табачка», они с ФИО3 В. остались на улице у входа в магазин. Через несколько минут ФИО4 вышел и сообщил, что купил жевательную резинку и 2 пачки сигарет, которые оплатил с помощью найденной банковской карты. Затем ФИО4 передал одну пачку сигарет им с ФИО3 В. Далее они решили, что приобретут продукты питания и алкоголь для себя, которые оплатят с помощью найденной банковской карты. Затем они направились дальше по &lt;адрес&gt; и по пути решили зайти в магазин «Уралочка», где ФИО4 снова зашел в помещение один, они с ФИО3 В. остались на улице. Через несколько минут ФИО4 вернулся к ним, ФИО4 купил продукты питания в виде колбасы, хлеба и чего-то еще. Далее они направились в расположенный рядом магазин «Точка» по &lt;адрес&gt;, перед входом в который ФИО4 передал карту ему, поскольку они решили приобрести пиво и закуску. Затем он один зашел в магазин «Точка», где приобрел 4 бутылки пива объемом 1 литр каждая и закуску в виде копченных колбасок. Данную покупку он оплатил двумя операциями с помощью найденной банковской карты, точные суммы не помнит. Далее они решили и направились в магазин «Светофор» &lt;адрес&gt;, в который зашли все вместе, перед входом он передал ФИО4 указанную банковскую карту, далее ФИО4 ушел вглубь магазина, а они с ФИО3 В. вышли на улицу. Затем ФИО4 вышел из магазина «Светофор», последний приобрел какие-то продукты питания, затем ФИО4 предложил сходить в магазин «Маркет», расположенный на автозаправочной станции, где ему необходимо было приобрести газовые баллоны. Они с ФИО3 В. остались на улице, через несколько минут ФИО4 вышел и они договорились, что он купит продукты питания в том же магазине «Маркет», затем он забрал карту у ФИО4 и направился один в данный магазин, где он приобрел шоколадки, соки и другие сладости, которые оплатил найденной банковской картой. Точную сумму покупки не помнит. В дальнейшем они направились в квартиру ФИО3 В., расположенную по адресу: &lt;адрес&gt;, чтобы оставить у него все приобретенные товары. Находясь в квартире ФИО1, он предложил сходить в магазин «Дары природы» для совершения дополнительных покупок, ФИО4 и ФИО3 В. согласились и направились в данный магазин, расположенный рядом с магазином «Светофор», точный адрес не знает. По прибытию к данному магазину, они зашли в него втроем. Затем он приобрел в нем товары в виде фруктов и овощей и рассчитался найденной банковской картой, сумму покупки не помнит. Затем они вышли на улицу, где он передал карту ФИО3 В. и попросил что-нибудь купить на его выбор, ФИО3 В. зашел в указанный магазин, где приобрел сладости в виде сока и печенья. ФИО3 В. вышел на улицу, то передал карту ФИО4, который зашел в тот же магазин «Дары природы» и приобрел заварку, энергетический напиток и сладости. Карта после этого находилась у ФИО4 дальнейшем они вновь вернулись в квартиру ФИО3 В., где они с ФИО3 В. начали распивать приобретенное пиво и все втроем употреблять приобретенные продукты питания. Все указанные покупки они совершали в период с 19 часов 30 минут до 22 часов 00 минут ДД.ММ.ГГГГ и оплачивали их с помощью найденной банковской карты. На тот момент они решили, что приобретенных товаров будет достаточно и они не планировали больше использовать карту для оплаты покупок. Около 02 часов 30 минут ДД.ММ.ГГГГ они с ФИО4 решили пойти домой, в пути следования, ФИО4 решил зайти в магазин «Бочка» по &lt;адрес&gt; для покупки электронной сигареты, данная мысль возникла у него и они не договаривались, что ФИО4 будет совершать данную покупку и оплачивать ее найденной банковской картой. Затем ФИО4 зашел в магазин «Бочка», он стал ждать его на улице. Через несколько минут ФИО4 вышел на улицу и сообщил, что не смог оплатить покупку, на тот момент он предположил, что собственник заблокировал карту. Затем он забрал карту себе, поскольку понимал, что полицейские найдут их по камерам видеонаблюдения и он вернет карту собственнику. Затем они с ФИО4 направились по домам. На следующий день он был доставлен в отдел полиции &lt;адрес&gt; для разбирательств по данному факту. Он понимает, что совместно со ФИО4 и ФИО1, по договоренности между ними, совершили хищение денежных средств с банковской картой путем бесконтактной оплаты товаров в различных магазинах &lt;адрес&gt;. О совершении последней покупки в магазине «Бочка» он с ФИО4 и ФИО3 В. не договаривался, ФИО4 решил сделать это сам (т. 1 л.д.179-180). Оглашенные показания подсудимый подтвердил. Кроме полного признания вины подсудимыми их вина подтверждается совокупностью доказательств, представленных стороной обвинения и исследованных в судебном заседании. По ходатайству государственного обвинителя, в порядке ст. 281 УПК РФ , в связи с неявкой, с согласия сторон, были оглашены показания потерпевшего Потерпевший №1, свидетелей Свидетель №2, Свидетель №1, Свидетель №4, Свидетель №5, Свидетель №6, данные в ходе предварительного следствия. Так, из оглашенных показаний потерпевшего Потерпевший №1 следует, что в ПАО Сбербанк на его имя открыт банковский счет №, к которому выдана именная банковская карта №. Точное место открытия данного банковского счета ему неизвестно, но по данному вопросу он обращался в офис ПАО Сбербанк, расположенный по адресу: &lt;адрес&gt; «Д». Когда точно он открывал банковский счет, не помнит. На счет указанной банковской карты зачислялась его заработная плата. Указанная банковская карта золотистого цвета. ДД.ММ.ГГГГ около 18 часов 00 минут на своем личном автомобиле марки &lt;данные изъяты&gt;, он приехал к магазину «Продуктовая Лавка», расположенному по адресу: &lt;адрес&gt; в котором его супруга работает в должности продавца. В этот период вышеуказанная банковская карта ПАО Сбербанк № № находилась в левом кармане одетой на нем куртки, перед тем, как уйти с работы, он использовал данную банковскую карту для оплаты покупок и хорошо помнит, что положил ее в данный карман, где помимо самой карты находились ключи на связке и его сотовый телефон. Приехав за супругой, он вышел из машины, спустя несколько минут супруга не выходила, тогда он решил ей позвонить и достал из указанного кармана куртки свой телефон с ключами, на банковскую карту внимание не обратил, затем он позвонил супруге, которая сообщила, что уже выходит, затем он сел в автомобиль и дождавшись супругу, они поехали домой. Наличие своей банковской карты не проверял. По приезду домой, он повесил свою куртку на вешалку, его сотовый телефон остался в кармане. Далее он занимался домашними делами и около 22 часов 00 минут взял свой сотовый телефон, тогда обнаружил поступившие уведомления от ПАО Сбербанк о списании денежных средств со счета банковской карты №, затем он проверил наличие банковской карты и обнаружил ее отсутствие, тогда предположил, что вероятнее всего утерял ее возле магазина «Продуктовая Лавка», когда доставал из кармана сотовый телефон и ключи и кто-то ее нашел и воспользовался. Просмотрев уведомления, он обнаружил, что его картой расплачивалась в торговых точках: «Дары природы», «Точка», «Табачка», «Светофор», «АЗС ИП ФИО21», «ИП ФИО15», «ФИО18 ФИО20», всего на сумму около 4 500 рублей. На момент утери банковской карты на счете находилась сумма в размере 11 823,82 рублей. Обнаружив незаконные списания, он сразу перевел остаток денежных средств со счета данной банковской карты в общей сумме 7 349 рублей на банковский счет супруги, карту блокировать не стал, поскольку на счете не оставалось денежных средств. ДД.ММ.ГГГГ в ночное время неизвестный пытался расплатиться с помощью его вышеуказанной банковской карты в торговой точке «ИП ФИО15» на сумму около 550 рублей, но операция была отклонена из-за отсутствия денежных средств на счете. Затем он обратился в полицию. Банковская карта ПАО Сбербанк № для него материальной ценности не представляет. В случае если бы неизвестный похитил все имеющиеся у него на банковском счете денежные средства в сумме 11 823, 82 рублей, то ущерб бы являлся для него незначительным, поскольку они с супругой работают, в собственности имеют собственное жилье, автомобиль, их совместный доход составляет 80 000 рублей (т.1 л.д.121-122). Согласно оглашенным показаниям свидетеля Свидетель №6, она работает продавцом в магазине «Табачка», расположенном по адресу: &lt;адрес&gt; «А» в должности продавца-кассира. ДД.ММ.ГГГГ в восьмом часу вечера она находилась на рабочем месте. В указанное время зашел молодой парень, которой купил, насколько она помнит, одну пачку жевательной резинки, стоимостью 20 рублей и две пачки сигарет на сумму 340 рублей, общая сумму покупки составила 360 рублей. Чем оплатил товар парень, вспомнить не может, возможно банковской картой, во что был одет парень, она не помнит, так как она работала на протяжении нескольких дней и у нее плохая зрительная память. (т.1 л.д.136-137). Из оглашенных показаний свидетеля Свидетель №2 следует, что она работает в магазине «Уралочка», расположенном по адресу: &lt;адрес&gt; «Б» в должности продавца-кассира. ДД.ММ.ГГГГ она работала в свою смену в период с 16:00 ч. до 23:00 ч. Магазин принимает оплату наличным и безналичным расчетом, на рабочем месте в магазине установлен аппарат для бесконтактной оплаты. ДД.ММ.ГГГГ к ней обратились сотрудники полиции и показали фотографию молодого человека в красной куртке, который со слов сотрудника полиции оплатил товар в магазине «Уралочка» ДД.ММ.ГГГГ в 19:55 ч. Она сразу его не узнала, но когда они вместе стали просматривать видеозапись, то обнаружили, что именно в данный период времени, указанный молодой человек оплатил покупку банковской картой, приложив ее к терминалу. В тот момент он приобрел две булки хлеба, колбасу и газовой баллон. О принадлежности карты она не уточняла. От сотрудников полиции ей, стало известно, что на фотографии изображен ФИО4 (т.1 л.д.126-127). Показаниями допрошенной в судебном заседании свидетеля Свидетель №3, из которых следует, что она работает в магазине «Точка», расположенном по адресу: &lt;адрес&gt; «А» в должности продавца-кассира. Магазин принимает наличный расчет, также имеются аппараты бесконтактной оплаты, то есть терминалы. ДД.ММ.ГГГГ она работала в свою смену в период с 19:00 ч. до 02:00 ч. ДД.ММ.ГГГГ к ней обратились сотрудники полиции и показали фотографию молодого человека, на которой она узнала клиента, который приобретал товар ДД.ММ.ГГГГ, какой именно и во сколько он приходил она не помнит, но помнит, что он был крупного телосложения, оплачивал покупку банковской картой, принадлежность карты она не уточняла. От сотрудников полиции ей стало известно, что на фотографии изображен ФИО14 Из оглашенных показаний свидетеля Свидетель №1 следует, что она работает в магазине «Светофор», расположенном по адресу: &lt;адрес&gt; «А» в должности директора. Помещение магазина оснащено камерами видеонаблюдения, время записи которых отстает от реального времени на 1 час 04 минуты. ДД.ММ.ГГГГ в связи загруженностью работников она выполняла обязанности кассира. ДД.ММ.ГГГГ горда в девятом часу вечера в магазин зашли три парня молодого возраста, одного из которых она знает по фамилии ФИО3 и один из которых незнакомый ей парень, был одет в красную куртку. Этот парень, одетый в красную куртку, купил в магазине: два батона колбасы, весом 350 грамм каждый и стоимостью каждого батона по 85,45 рублей на общую сумму 170,90 рублей, одну банку домашнего горького маринованного перца, стоимостью 113,18 рублей, оплатив указанный товар премиальной «золотой» картой ПАО Сбербанк и после совершенной покупки, указанный парень в красной куртке покинул магазин. Кому принадлежала банковская карта, которой оплачивались покупки ей неизвестно. В ходе допроса сотрудником полиции, ей на обозрение была предоставлена фотография парня в красной куртке, по фамилии ФИО4, в котором она узнала парня, который ДД.ММ.ГГГГ совершил вышеописанную покупку (т.1 л.д.130-131). Согласно оглашенных показаний свидетеля Свидетель №5, она работает в мини-маркете ИП ФИО21, расположенном по адресу: &lt;адрес&gt; должности продавца-кассира. ДД.ММ.ГГГГ в девятом часу вечера она находилась на рабочем месте в мини-маркете. В указанное время в мини-маркет зашел молодой парень в красной куртке и купил четыре газовых баллона для газовой плитки на общую сумму около 480 рублей, покупку оплатил банковской картой золотого цвета, после чего ушел. Спустя 5-10 минут после этого в магазин зашел молодой парень плотного телосложения, который купил сладкие продукты питания на сумму 700 рублей и оплатил покупку банковской картой золотого цвета. Кому принадлежала банковская карта, которой оплачивали покупки вышеуказанные парни ей неизвестно, но указанные парни пин-код не вводили, а прикладывали карту для оплаты покупок к терминалу по бесконтактной оплате (т.1 л.д.134-135). Из оглашенных показаний свидетеля Свидетель №4 следует, что что он работает в магазине «Дары природы», расположенном по адресу: &lt;адрес&gt; «А» в должности продавца-кассира. ДД.ММ.ГГГГ в десятом часу вечера он находился на рабочем месте в магазине «Дары природы». В конце указанного часа в помещение магазина зашли трое парней молодого возраста, двух из которых он знает. Один из указанных парней был худощавого телосложения и его зовут ФИО12, он немного психически не здоров, второй парень был полного телосложения и зовут его также ФИО12, третий парень ему не известен, которой был худощавого телосложения и был одет в красную куртку. Они втроем набрали продуктов питания на 786 рублей, а оплатил покупку ФИО12 худощавого телосложения банковской картой желтого или золотого цвета, после чего они покинули магазин. Затем в магазин вошел парень в красной куртке, которой купил пирожные типа «чокопай» в шоколаде и упаковку чая на сумму 180 и 160 рублей, то есть на общую сумму 340 рублей, оплатив покупку все той же банковской картой золотого или желтого цвета и после покупки ушел из магазина. Затем в магазин вошел ФИО12 худощавого телосложения, который также купил пирожные в шоколаде типа «чокопай» и оплатил покупку все той же банковской картой золотого цвета и покинул магазин. Больше в указанный день никто из указанных парней в магазин не заходил. Чьей банковской картой оплачивали покупки указанные парни, ему неизвестно (т.1 л.д.132-133). Объективно вина подсудимых подтверждается письменными доказательствами, исследованными судом: - заявлением Потерпевший №1, зарегистрированным в КУСП ОМВД России по &lt;адрес&gt; под № от ДД.ММ.ГГГГ, согласно которому он просит привлечь к ответственности неизвестное лицо, которое ДД.ММ.ГГГГ со счета банковской карты ПАО Сбербанк № похитило денежные средства в сумме 4 474, 58 рублей (т.1 л.д.6); - протоколом осмотра места происшествия от ДД.ММ.ГГГГ с иллюстрационной таблицей к нему, согласно которому с участием Потерпевший №1 осмотрен открытый участок местности, расположенный на расстоянии 2 метра в северном направлении от &lt;адрес&gt;. В ходе осмотра установлено, что в вышеуказанном &lt;адрес&gt; «А» расположен продуктовый магазин «Продуктовая лавка». Участвующий Потерпевший №1 указал на осматриваемый участок местности и пояснил, что ДД.ММ.ГГГГ около 18:00 ч., находясь на данном участке местности, он утерял принадлежащую ему банковскую карту ПАО Сбербанк №, с которой в дальнейшем были похищены денежные средства. (т.1 л.д.7-9) - протоколом осмотра места происшествия от ДД.ММ.ГГГГ с иллюстрационной таблицей к нему, согласно которому с участием Потерпевший №1 осмотрен кабинет № ОМВД России по &lt;адрес&gt;, расположенный по адресу: &lt;адрес&gt;. В ходе осмотра Потерпевший №1 предоставил для осмотра сотовый телефон марки «Realme C25s» модели «RMX 3195», imei 1: №, imei 2: №, с установленными сим-картами оператора сотовой связи ООО «Т2 Мобайл» с абонентским номером №, оператора сотовой связи ПАО «Мегафон» с абонентским номером №, в сотовом телефоне установлено мобильное приложение ПАО Сбербанк – Сбербанк Онлайн. В ходе осмотра установлены следующие сообщения (уведомления) в мобильном приложении ПАО Сбербанк по банковской карте № банковского счета №, открытому на Потерпевший №1, ДД.ММ.ГГГГ г.р.: Время операций – местное.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в 17:47 ч. оплата товаров и услуг в сумме 110,25 рублей по карте **** 5772 – Fix Price; Остаток баланса – 12 223 рубля 82 копейки.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перевод клиенту Сбера в сумме 400 рублей по номеру телефона получателя &lt;***&gt;, получатель ФИО5 М. с карты **** 5772 Остаток баланса – 11 823 рубля 82 копейки.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в 19:48 ч. оплата товаров и услуг в сумме 20 рублей по карте **** 5772 – TABACHKA Novoorsk RUS;</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в 19:49 ч. оплата товаров и услуг в сумме 338 рублей по карте **** 5772 – TABACHKA Novoorsk RUS;</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ДД.ММ.ГГГГ в 19:55 ч. оплата товаров и услуг в сумме 350 рублей по карте **** 5772 – IP CHEBOTAREV V.S. Novoorsk RUS;</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ДД.ММ.ГГГГ в 19:58 ч. оплата товаров и услуг в сумме 555 рублей по карте **** 5772 – mag. Tochka NOVOORSKII R RUS;</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ДД.ММ.ГГГГ в 20:00 ч. оплата товаров и услуг в сумме 360 рублей по карте **** 5772 – mag. Tochka NOVOORSKII R RUS;</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ДД.ММ.ГГГГ в 20:11 ч. оплата товаров и услуг в сумме 284,08 рублей по карте **** 5772 – Светофор;</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ДД.ММ.ГГГГ в 20:11 ч. оплата товаров и услуг в сумме 3,50 рублей по карте **** 5772 – Светофор;</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ДД.ММ.ГГГГ в 20:45 ч. оплата товаров и услуг в сумме 488 рублей по карте **** 5772 – IP MUGADIYEVA YU.K. POSELOK NOVO RUS;</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ДД.ММ.ГГГГ в 20:48 ч. оплата товаров и услуг в сумме 700 рублей по карте **** 5772 – IP MUGADIYEVA YU.K. POSELOK NOVO RUS;</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ДД.ММ.ГГГГ в 21:52 ч. оплата товаров и услуг в сумме 786 рублей по карте **** 5772 – EVO_DARY PRIRODY Novoorsk RUS;</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ДД.ММ.ГГГГ в 21:55 ч. оплата товаров и услуг в сумме 250 рублей по карте **** 5772 – EVO_DARY PRIRODY Novoorsk RUS;</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ДД.ММ.ГГГГ в 21:57 ч. оплата товаров и услуг в сумме 180 рублей по карте **** 5772 – EVO_DARY PRIRODY Novoorsk RUS;</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ДД.ММ.ГГГГ в 21:57 ч. оплата товаров и услуг в сумме 160 рублей по карте **** 5772 – EVO_DARY PRIRODY Novoorsk RUS;</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ДД.ММ.ГГГГ перевод клиенту Сбера в сумме 7 300 рублей по номеру телефона получателя №, получатель ФИО5 М. с карты **** 5772</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ДД.ММ.ГГГГ перевод клиенту Сбера в сумме 49 рублей по номеру телефона получателя №, получатель ФИО5 М. с карты **** 5772 Вышеуказанные операции являются успешными. Участвующий Потерпевший №1 пояснил, что вышеописанная операция от ДД.ММ.ГГГГ в 17:47 ч. по оплате товаров в сумме 110,25 рублей по банковской карте ПАО Сбербанк № в магазине «Fix Price» выполнена лично им. Вышеописанные операции от ДД.ММ.ГГГГ по переводу денежных средств клиенту Сбера в суммах: 400, 7 300, 49 рублей по номеру телефона получателя &lt;***&gt; по банковской карте ПАО Сбербанк № выполнены лично им, получателем является его супруга ФИО5. Остальные вышеописанные операции по банковской карте ПАО Сбербанк № за ДД.ММ.ГГГГ в торговых точках: TABACHKA Novoorsk RUS, IP CHEBOTAREV V.S. Novoorsk RUS, mag. Tochka NOVOORSKII R RUS, Светофор, IP MUGADIYEVA YU.K. POSELOK NOVO RUS, EVO_DARY PRIRODY Novoorsk RUS, им не проводились, денежные средства были похищены. В ходе осмотра установлено, что сумма незаконных операций по счету банковской карты ПАО Сбербанк №, с учетом пояснений Потерпевший №1, составила – 4 474 рубля 58 копеек (т.1 л.д.10-16); - протоколом осмотра места происшествия от ДД.ММ.ГГГГ с иллюстрационной таблицей к нему, согласно которому с участием ФИО14 произведен осмотр кабинета № ОМВД России по &lt;адрес&gt;, расположенного по адресу: &lt;адрес&gt;. В ходе осмотра ФИО14 выдал банковскую карту ПАО Сбербанк №, золотистого цвета на имя Потерпевший 1, которая была изъята (т.1 л.д.19-22); - протоколом осмотра места происшествия от ДД.ММ.ГГГГ с иллюстрационной таблицей к нему, согласно которому с участием ФИО19 осмотрен магазин «Табачка», расположенный по адресу: &lt;адрес&gt; «А». В ходе осмотра установлено, что в магазине установлен терминал оплаты, оборудованный системой бесконтактной оплаты при помощи банковских карт, имеющий № (т.1 л.д.23-27); - протоколом осмотра места происшествия от ДД.ММ.ГГГГ с иллюстрационной таблицей к нему, согласно которому с участием Свидетель №2 осмотрен магазин «Уралочка» (ИП ФИО16), расположенный по адресу: &lt;адрес&gt; «Б». В ходе осмотра установлено, что на кассовой зоне установлен терминал оплаты, оборудованный системой бесконтактной оплаты при помощи банковских карт, имеющий №. В магазине установлена система видеонаблюдения. При проведении осмотра с помощью сотового телефона произведена запись видеоизображения на мониторе за ДД.ММ.ГГГГ, с последующим сохранением на оптический диск, который был изъят. Время видеозаписи не соответствует реальному, а именно отстает на 38 минут. (т.1 л.д.28-32); - протоколом осмотра места происшествия от ДД.ММ.ГГГГ с иллюстрационной таблицей к нему, согласно которому с участием Свидетель №3 осмотрен магазин «Точка», расположенный по адресу: &lt;адрес&gt; «А». В ходе осмотра установлено, что в магазине установлены три терминала оплаты, оборудованные системой бесконтактной оплаты, имеющие №, №, №. В магазине установлена система видеонаблюдения. При проведении осмотра запись с видеокамеры за ДД.ММ.ГГГГ записана на оптический диск, который был изъят (т.1 л.д.33-38); - протоколом осмотра места происшествия от ДД.ММ.ГГГГ, согласно которому с участием Свидетель №1 осмотрен магазин «Светофор», расположенный по адресу: &lt;адрес&gt; «А». В ходе осмотра установлено, что на кассовых зонах установлены два терминала оплаты, имеющие №№, №. В магазине установлена система видеонаблюдения. Время видеозаписи не соответствует реальному, а именно отстает на 1 час 04 минуты. Участвующая Свидетель №1 выдала оптический диск с видеозаписями за ДД.ММ.ГГГГ и кассовый чек (приход) от ДД.ММ.ГГГГ, которые были изъяты (т.1 л.д.39-44); - протоколом осмотра места происшествия от ДД.ММ.ГГГГ, согласно которому осмотрен магазин «Дары природы», расположенный по адресу: &lt;адрес&gt; «А». В ходе осмотра установлено, что в магазине установлен терминал оплаты, имеющий №. (т.1 л.д.45-49); - протоколом осмотра места происшествия от ДД.ММ.ГГГГ с иллюстрационной таблицей к нему, согласно которому осмотрен магазин «Мини маркет», расположенный по адресу: &lt;адрес&gt;. В ходе осмотра установлено, что в магазине установлен терминал оплаты, оборудованный системой бесконтактной оплаты, при помощи банковских карт, имеющий №. В магазине установлена система видеонаблюдения. При проведении осмотра с помощью сотового телефона произведена запись видеоизображения на мониторе, с последующим сохранением на оптический диск, который был изъят (т.1 л.д.54-61); - протоколом осмотра предметов (документов) от ДД.ММ.ГГГГ с иллюстрационной таблицей к нему, постановление о признании и приобщении к уголовному делу вещественных доказательств от ДД.ММ.ГГГГ, согласно которым осмотрена, признана и приобщена к уголовному делу № в качестве вещественных доказательств – банковская карта ПАО Сбербанк № на имя Потерпевший 1», изъятая ДД.ММ.ГГГГ у ФИО13 В.В. в ходе осмотра места происшествия по адресу: &lt;адрес&gt;. (т.1 л.д.93-95); - протоколом осмотра предметов (документов) от ДД.ММ.ГГГГ с иллюстрационной таблицей к нему, постановлением о признании и приобщении к уголовному делу вещественных доказательств от ДД.ММ.ГГГГ, согласно которым осмотрены, признаны и приобщены к уголовному делу № в качестве вещественных доказательств – банковская информация за период с ДД.ММ.ГГГГ по ДД.ММ.ГГГГ по банковской карте № банковского счета № ПАО Сбербанк, открытого на имя Потерпевший №1 на 4 листах бумаги формата А4, предоставленная ПАО Сбербанк по запросу СО ОМВД России по &lt;адрес&gt; от ДД.ММ.ГГГГ; оптический диск с видеозаписью, изъятый ДД.ММ.ГГГГ в ходе осмотра места происшествия в магазине «Уралочка» по адресу: &lt;адрес&gt; «Б»; оптический диск с видеозаписью, изъятый ДД.ММ.ГГГГ в ходе осмотра места происшествия в магазине «Точка» по адресу: &lt;адрес&gt; «А»; оптический диск с видеозаписями, кассовый чек (приход) ООО «Торгсервис 56» от ДД.ММ.ГГГГ, изъятые ДД.ММ.ГГГГ в ходе осмотра места происшествия в магазине «Светофор» по адресу: &lt;адрес&gt; «А»; оптический диск с видеозаписями, изъятый ДД.ММ.ГГГГ в ходе осмотра места происшествия в магазине «Мини маркет» по адресу: &lt;адрес&gt;. В ходе осмотра выписки по счету банковской карте № за период с ДД.ММ.ГГГГ по ДД.ММ.ГГГГ установлено, что карта № открыта ДД.ММ.ГГГГ в офисе №, валюта карта – 810. Счет № открыт ДД.ММ.ГГГГ в офисе №. Указанные карта и счет открыты на Потерпевший №1, ДД.ММ.ГГГГ г.р., документированного паспортом гражданина РФ серии № выданного ДД.ММ.ГГГГ УМВД России по Оренбургской области. Примечание: в ходе осмотра с использованием сети интернет (сайт www.sberbank.ru) установлено, что дополнительный офис ПАО Сбербанк № расположен по адресу: &lt;адрес&gt; «Д». В ходе осмотра выписки по счету банковской карте № установлены следующие операции (время местное): 1) ДД.ММ.ГГГГ 09:57:14 перевод на карту (с карты) через Мобильный банк в сумме 7000 рублей от отправителя ФИО6; 2) ДД.ММ.ГГГГ 11:02:10 пополнение счета в подразд. Сбербанка в сумме 10943 рублей; 3) ДД.ММ.ГГГГ 12:08:10 списание с карты на карту через Мобильный банк в сумме 860 рублей получателю ФИО7; 4) ДД.ММ.ГГГГ 12:17:07 списание с карты на карту через Мобильный банк в сумме 300 рублей получателю ФИО8; 5) ДД.ММ.ГГГГ 12:36:38 списание с карты на карту через Мобильный банк в сумме 3000 рублей получателю ФИО9; 6) ДД.ММ.ГГГГ 13:37:04 иное в сумме 1700 рублей; 7) ДД.ММ.ГГГГ 17:47:12 бесконтактная покупка в сумме 110 рублей 25 копеек с устройства № в торговой точке FIXPRICE 5527 Novoorsk NOVOORSK SET RABOCHAYA STR 5A; 8) ДД.ММ.ГГГГ 17:59:06 списание с карты на карту по операции через Мобильный банк в сумме 400 рублей получателю ФИО5; 9) ДД.ММ.ГГГГ 19:48:22 бесконтактная покупка в сумме 20 рублей с устройства № в торговой точке TABACHKA Novoorsk NOVOORSK SET LENINA STR DOM 17A; 10) ДД.ММ.ГГГГ 19:49:17 бесконтактная покупка в сумме 338 рублей с устройства № в торговой точке TABACHKA NOVOORSK SET LENINA STR DOM 17A; 11) ДД.ММ.ГГГГ 19:55:16 бесконтактная покупка в сумме 350 рублей с устройства № в торговой точке IP CHEBOTAREV V.S. Novoorsk NOVOORSK SET LENINA STR 31B; 12) ДД.ММ.ГГГГ 19:58:42 бесконтактная покупка в сумме 555 рублей с устройства № в торговой точке NOVOORSKII R- mag. Tochka; 13) ДД.ММ.ГГГГ 20:00:03 бесконтактная покупка в сумме 360 рублей с устройства № в торговой точке NOVOORSKII R- mag. Tochka; 14) ДД.ММ.ГГГГ 20:11:15 бесконтактная покупка в сумме 284 рублей 08 копеек с устройства № в торговой точке GK SVETOFOR Novoorsk KRASNOURALSKAYA STR 2A; 15) ДД.ММ.ГГГГ 20:11:34 бесконтактная покупка в сумме 3 рубля 50 копеек с устройства № в торговой точке GK SVETOFOR NOVOORSK KRASNOURALSKAYA STR 2A; 16) ДД.ММ.ГГГГ 20:45:25 бесконтактная покупка в сумме 488 рубля с устройства № в торговой точке IP MUGADIYEVA YU.K.; 17) ДД.ММ.ГГГГ 20:48:56 бесконтактная покупка в сумме 700 рублей с устройства № в торговой точке IP MUGADIYEVA YU.K.; 18) ДД.ММ.ГГГГ 21:52:04 бесконтактная покупка в сумме 786 рублей с устройства № в торговой точке EVO_DARY PRIRODY NOVOORSK KRASNOURALSKAYA STR 2A; 19) ДД.ММ.ГГГГ 21:55:00 бесконтактная покупка в сумме 250 рублей с устройства № в торговой точке EVO_DARY PRIRODY NOVOORSK KRASNOURALSKAYA STR 2A; 20) ДД.ММ.ГГГГ 21:57:05 бесконтактная покупка в сумме 180 рублей с устройства № в торговой точке EVO_DARY PRIRODY NOVOORSK KRASNOURALSKAYA STR 2A; 21) ДД.ММ.ГГГГ 21:57:32 бесконтактная покупка в сумме 160 рублей с устройства № в торговой точке EVO_DARY PRIRODY NOVOORSK KRASNOURALSKAYA STR 2A; 22) ДД.ММ.ГГГГ 21:57:58 списание с карты на карту через Мобильный банк в сумме 7300 рублей получателю ФИО5; 23) ДД.ММ.ГГГГ 21:58:55 списание с карты на карту через Мобильный банк в сумме 49 рублей получателю ФИО5; 24) ДД.ММ.ГГГГ 03:13:15 бесконтактная покупка в сумме 550 рублей с устройства № в торговой точке IP REDKA S.F. Novoorsk. Примечание: Платеж не выполнен. Недостаточно средств. Подозреваемый ФИО10 при проведении следственного действия пояснил, что ему на обозрение представлена выписка за период с ДД.ММ.ГГГГ по ДД.ММ.ГГГГ по банковской карте № банковского счета № ПАО Сбербанк. Им по договоренности со ФИО14 , ФИО1 с использованием данной банковской карты, с целью оплаты товаров для личного употребления, без разрешения собственника банковской карты, выполнены следующие операции: 1) ДД.ММ.ГГГГ 19:48:22 бесконтактная покупка в сумме 20 рублей с устройства № в торговой точке TABACHKA Novoorsk NOVOORSK SET LENINA STR DOM 17A; Операция выполнена лично им, то есть ФИО4 2) ДД.ММ.ГГГГ 19:49:17 бесконтактная покупка в сумме 338 рублей с устройства № в торговой точке TABACHKA NOVOORSK SET LENINA STR DOM 17A; Операция выполнена лично им, то есть ФИО4 3) ДД.ММ.ГГГГ 19:55:16 бесконтактная покупка в сумме 350 рублей с устройства № в торговой точке IP CHEBOTAREV V.S. Novoorsk NOVOORSK SET LENINA STR 31B; Операция выполнена лично им, то есть ФИО4 4) ДД.ММ.ГГГГ 19:58:42 бесконтактная покупка в сумме 555 рублей с устройства № в торговой точке NOVOORSKII R- mag. Tochka; Операция выполнена ФИО14 5) ДД.ММ.ГГГГ 20:00:03 бесконтактная покупка в сумме 360 рублей с устройства № в торговой точке NOVOORSKII R- mag. Tochka; Операция выполнена ФИО14 6) ДД.ММ.ГГГГ 20:11:15 бесконтактная покупка в сумме 284 рублей 08 копеек с устройства № в торговой точке GK SVETOFOR Novoorsk KRASNOURALSKAYA STR 2A; Операция выполнена лично им, то есть ФИО4 7) ДД.ММ.ГГГГ 20:11:34 бесконтактная покупка в сумме 3 рубля 50 копеек с устройства № в торговой точке GK SVETOFOR NOVOORSK KRASNOURALSKAYA STR 2A; Операция выполнена лично им, то есть ФИО4 8) ДД.ММ.ГГГГ 20:45:25 бесконтактная покупка в сумме 488 рубля с устройства № в торговой точке IP MUGADIYEVA YU.K.; Операция выполнена лично им, то есть ФИО4 9) ДД.ММ.ГГГГ 20:48:56 бесконтактная покупка в сумме 700 рублей с устройства № в торговой точке IP MUGADIYEVA YU.K.; Операция выполнена ФИО14 10) ДД.ММ.ГГГГ 21:52:04 бесконтактная покупка в сумме 786 рублей с устройства № в торговой точке EVO_DARY PRIRODY NOVOORSK KRASNOURALSKAYA STR 2A; Операция выполнена ФИО14 11) ДД.ММ.ГГГГ 21:55:00 бесконтактная покупка в сумме 250 рублей с устройства № в торговой точке EVO_DARY PRIRODY NOVOORSK KRASNOURALSKAYA STR 2A; Операция выполнена ФИО3 В.Н. 12) ДД.ММ.ГГГГ 21:57:05 бесконтактная покупка в сумме 180 рублей с устройства № в торговой точке EVO_DARY PRIRODY NOVOORSK KRASNOURALSKAYA STR 2A; Операция выполнена лично им, то есть ФИО4 13) ДД.ММ.ГГГГ 21:57:32 бесконтактная покупка в сумме 160 рублей с устройства № в торговой точке EVO_DARY PRIRODY NOVOORSK KRASNOURALSKAYA STR 2A; Операция выполнена лично им, то есть ФИО4 В ходе осмотра установлено, что ФИО4, ФИО14, ФИО3 В.Н. с использованием банковской карты № банковского счета № ПАО Сбербанк произведено 13 незаконных операций по оплате товаров на общую сумму 4 474 рубля 58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ходе осмотра оптического диска с видеозаписью, изъятого ДД.ММ.ГГГГ в ходе осмотра места происшествия по адресу: &lt;адрес&gt; «Б» (магазин «Уралочка»), установлено, что в его памяти находится следующий файл: - «VID_20241126_141158» формата «MP4» размером 168 241 Кб. При просмотре видеофайла «VID_20241126_141158» установлено, что его продолжительность составляет 01 минуту 07 секунд, на видеозаписи запечатлен монитор с видеозаписью от ДД.ММ.ГГГГ в 19:16:56 на которой запечатлен мужчина одетый в красную куртку, синие брюки, лицо не просматривается, который находится перед кассовой зоной и приобретает две булки хлеба, полбатона колбасы, газовый баллончик, которые оплачивает с помощью банковской карты золотистого цвета, приложив ее к терминалу оплаты. Подозреваемый ФИО4 при проведении следственного действия пояснил, что на просмотренной видеозаписи запечатлен он, то есть ФИО4, в момент оплаты товаров в магазине «Уралочка» с использованием найденной банковской карты ПАО Сбербанк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ходе осмотра оптического диска с видеозаписью, изъятого ДД.ММ.ГГГГ в ходе осмотра места происшествия по адресу: &lt;адрес&gt; «А» (магазин «Точка»), установлено, что в его памяти находится следующий файл: - «VID-20241126-WA0020» формата «MP4» размером 38 335 Кб. При просмотре видеофайла «VID-20241126-WA0020» установлено, что его продолжительность составляет 03 минуты 33 секунды, дата видеозаписи просматривается не полностью: 25.2024, время: 19:56:45. На видеозаписи запечатлен мужчина, славянской национальности, плотного телосложения, одетый в темную куртку, темную шапку, темные брюки (точное наименование цветов не просматривается), который находится в помещении магазина и приобретает у продавца-женщины 4 пластиковых бутылки с пивом, объемом 1,45 литра каждая, полимерный пакет, которые оплачивает с помощью банковской карты золотистого цвета, приложив ее к терминалу оплаты. Далее указанный мужчина приобретает у продавца-женщины колбасные изделия, которые оплачивает с помощью банковской карты золотистого цвета, приложив ее к терминалу оплаты. Подозреваемый ФИО4 при проведении следственного действия пояснил, что на просмотренной видеозаписи запечатлен ФИО14, в момент оплаты товаров в магазине «Точка» с использованием найденной банковской карты ПАО Сбербанк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ходе осмотра оптического диска с видеозаписями, кассового чека, изъятых ДД.ММ.ГГГГ в ходе осмотра места происшествия по адресу: &lt;адрес&gt; «А» (магазин «Светофор»), установлено, что кассовый чек (приход) ООО «Торгсервис 56» &lt;адрес&gt; от ДД.ММ.ГГГГ, выполнен на фрагменте бумаги, согласно которому на кассе 0002.01 проведена операция по продаже колбасы п/к рубленной 0,35 кг кат. Б стоимостью 85,45 рублей в количестве 2 шт, общей стоимостью 170,90 рублей; перца горького маринованного «Домашни.. стоимостью 113,18 рублей. Банковские оплаты: ДД.ММ.ГГГГ в 20:11 чек 0181 оплата на терминале: № сумма 284,08 рубля. Место расчетов магазин «СВЕТОФОР»; в памяти оптического диска находятся следующие файлы: - «VID-20241127-WA0033» формата «MP4» размером 6 858 Кб. - «VID-20241127-WA0034» формата «MP4» размером 2 827 Кб. - «VID-20241127-WA0035» формата «MP4» размером 7 943 Кб. - «VID-20241127-WA0036» формата «MP4» размером 7 501 Кб. - «VID-20241127-WA0037» формата «MP4» размером 4 215 Кб. - «VID-20241127-WA0038» формата «MP4» размером 2 358 Кб. - «VID-20241127-WA0039» формата «MP4» размером 9 334 Кб. При просмотре видеофайла «VID-20241127-WA0033» установлено, что его продолжительность составляет 38 секунд, дата видеозаписи: ДД.ММ.ГГГГ, время видеозаписи: 19:13:44. На видеозаписи запечатлено двое мужчин, которые находятся в торговом продуктовом зале. Первый мужчина одет в красную куртку с капюшоном на голове, синие брюки, лицо не просматривается. Второй мужчина одет в темную куртку, темные брюки, на голове капюшон, лицо не просматривается. Второй мужчина удерживает в левой руке два заполненных пакета. Мужчина в красной куртке берет со стеллажа колбасные изделия, после чего они покидают обзор видеокамеры. Подозреваемый ФИО4 при проведении следственного действия пояснил, что на просмотренной видеозаписи запечатлен он, то есть ФИО4 и является первым мужчиной и ФИО3 В.Н., является вторым мужчиной, в момент приобретения товаров в магазине «Светофор». При просмотре видеофайла «VID-20241127-WA0034» установлено, что его продолжительность составляет 15 секунд, дата видеозаписи: ДД.ММ.ГГГГ, время видеозаписи: 19:12:17. На видеозаписи запечатлено двое мужчин, которые находятся в торговом продуктовом зале. Первый мужчина одет в красную куртку с капюшоном на голове, синие брюки, лицо не просматривается. Второй мужчина одет в темную куртку, темные брюки, на голове капюшон, лицо не просматривается. Второй мужчина удерживает в левой руке два пакета заполненных пакета. Подозреваемый ФИО4 при проведении следственного действия пояснил, что на просмотренной видеозаписи запечатлен он, то есть ФИО4 и является первым мужчиной и ФИО3 В.Н., является вторым мужчиной, в момент приобретения товаров в магазине «Светофор». При просмотре видеофайла «VID-20241127-WA0035» установлено, что его продолжительность составляет 44 секунды, дата видеозаписи: ДД.ММ.ГГГГ, время видеозаписи: 19:14:30. На видеозаписи запечатлены трое мужчин, которые находятся в торговом продуктовом зале. Первый мужчина одет в красную куртку с капюшоном на голове, синие брюки, лицо не просматривается. Второй мужчина одет в темную куртку, темные брюки, на голове капюшон, лицо не просматривается. Третий мужчина одет в темную куртку, темную шапку, темные брюки, лицо не просматривается. Изначально второй мужчина проходит мимо обзора видеокамеры, первый мужчина проходит к поддону со стеклянными банками и берет одну банку, точное наименование товара не просматривается. Затем к первому мужчине подходят второй и третий мужчина. Второй мужчина удерживает в левой руке два заполненных пакета, третий мужчина удерживает в левой руке один заполненный пакет. Затем они покидают обзор видеокамеры. Подозреваемый ФИО4 при проведении следственного действия пояснил, что на просмотренной видеозаписи запечатлен он, то есть ФИО4 и является первым мужчиной, ФИО3 В.Н., является вторым мужчиной, ФИО14, является третьим мужчиной, в момент приобретения товаров в магазине «Светофор». При просмотре видеофайла «VID-20241127-WA0036» установлено, что его продолжительность составляет 42 секунды, дата видеозаписи: ДД.ММ.ГГГГ, время не просматривается. На видеозаписи запечатлен мужчина, одетый в красную куртку, лицо не просматривается, который кладет на кассовую ленту колбасные изделия в количестве двух штук, стеклянную банку, точное наименование товара не просматривается, затем кассир-женщина производит сканирование данных товаров и мужчина оплачивает их с помощью банковской карты, приложив ее к терминалу оплаты. Далее кассир-женщина производит сканирование полимерного пакета черного цвета, и мужчина оплачивает его с помощью банковской карты, приложив ее к терминалу оплаты. Подозреваемый ФИО4 при проведении следственного действия пояснил, что на просмотренной видеозаписи запечатлен он, то есть ФИО4, в момент оплаты товаров в магазине «Светофор» с использованием найденной банковской карты ПАО Сбербанк №. При просмотре видеофайла «VID-20241127-WA0037» установлено, что его продолжительность составляет 23 секунды, дата видеозаписи: ДД.ММ.ГГГГ, время не просматривается. На видеозаписи запечатлены двое мужчин, которые находятся в торговом продуктовом зале. Первый мужчина одет в темную куртку, темные брюки, на голове капюшон, лицо не просматривается. Второй мужчина одет в темную куртку, темную шапку, темные брюки, лицо не просматривается. Изначально первый мужчина, находясь в торговом зале проходит к входной двери, в которую входит второй мужчина, далее они вместе проходят в торговый зал и покидают обзор видеокамеры. Первый мужчина удерживает в левой руке два заполненных пакета, второй мужчина удерживает в левой руке один заполненный пакет. Подозреваемый ФИО4 при проведении следственного действия пояснил, что на просмотренной видеозаписи запечатлен ФИО3 В.Н., является первым мужчиной, ФИО14, является вторым мужчиной, в момент приобретения товаров в магазине «Светофор». При просмотре видеофайла «VID-20241127-WA0038» установлено, что его продолжительность составляет 13 секунд, дата видеозаписи: ДД.ММ.ГГГГ, время не просматривается. На видеозаписи запечатлены двое мужчин, которые входят в торговый продуктовый зал. Первый мужчина одет в красную куртку с капюшоном на голове, синие брюки, лицо не просматривается. Второй мужчина одет в темную куртку, темные брюки, на голове капюшон, лицо не просматривается. Второй мужчина удерживает в левой руке два заполненных пакета. Затем они покидают обзор видеокамеры. Подозреваемый ФИО4 при проведении следственного действия пояснил, что на просмотренной видеозаписи запечатлен он, то есть ФИО4 и является первым мужчиной, ФИО3 В.Н., является вторым мужчиной, в момент приобретения товаров в магазине «Светофор». При просмотре видеофайла «VID-20241127-WA0039» установлено, что его продолжительность составляет 53 секунды, дата и время видеозаписи отсутствует. На видеозаписи запечатлены трое мужчин, которые находятся в торговом продуктовом зале. Первый мужчина одет в красную куртку с капюшоном на голове, синие брюки, лицо не просматривается. Второй мужчина одет в темную куртку, темные брюки, на голове капюшон, лицо не просматривается. Третий мужчина одет в темную куртку, темную шапку, темные брюки, лицо не просматривается. Изначально первый мужчина, удерживая в руках товары в виде колбасных изделий и стеклянной банки, проходит к кассовой зоне, второй и третий мужчины проходят в направлении выхода и покидают торговой зал, после действий на кассовой зоне первый мужчина проходит к выходу и покидает торговый зал. Второй мужчина удерживает в левой руке два заполненных пакета, третий мужчина удерживает в левой руке один заполненный пакет. Подозреваемый ФИО4 при проведении следственного действия пояснил, что на просмотренной видеозаписи запечатлен он, то есть ФИО4 и является первым мужчиной, ФИО3 В.Н., является вторым мужчиной, ФИО14, является третьим мужчиной, в момент приобретения товаров в магазине «Светофор».</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ходе осмотра оптического диска с видеозаписями, изъятого ДД.ММ.ГГГГ в ходе осмотра места происшествия по адресу: &lt;адрес&gt; (магазин «Мини маркет»), установлено в его памяти находятся следующие файлы: - «192_168_3_37_hik1_hik1_20241125204350_20241125204505_73507699» формата «AVI» размером 55 228 Кб. - «192_168_3_39_hik2_hik2_20241125204439_20241125204559_73661503» формата «AVI» размером 17 102 Кб. - «192_168_3_37_hik1_hik1_20241125204600_20241125204838_73902759» формата «AVI» размером 115 981 Кб. - «192_168_3_39_hik2_hik2_20241125204649_20241125204930_74833096» формата «AVI» размером 40 518 Кб. При просмотре видеофайла «192_168_3_37_hik1_hik1_20241125204350_20241125204505_73507699» установлено, что его продолжительность составляет 01 минуту 15 секунд, дата видеозаписи: ДД.ММ.ГГГГ, время видеозаписи: 20:43:49. На видеозаписи запечатлен мужчина, который вошел и находятся в торговом продуктовом зале. Мужчина славянской внешности, одет в красную куртку с капюшоном на голове, синие брюки. Затем мужчина берет со стеллажа 4 газовых баллончика и следует к кассовой зоне, где кассир-женщина производит сканирование данного товара, и мужчина оплачивает его с помощью банковской карты золотистого цвета, приложив ее к терминалу оплаты. Затем мужчина покидает торговый зал. Подозреваемый ФИО4 при проведении следственного действия пояснил, что на просмотренной видеозаписи запечатлен он, то есть ФИО4, в момент оплаты товаров в магазине «Мини маркет» с использованием найденной банковской карты ПАО Сбербанк №. При просмотре видеофайла «192_168_3_39_hik2_hik2_20241125204439_20241125204559_73661503» установлено, что его продолжительность составляет 01 минуту 20 секунд, дата видеозаписи: ДД.ММ.ГГГГ, время видеозаписи: 20:44:39. На видеозаписи запечатлен мужчина, который вошел и находятся в торговом продуктовом зале. Мужчина славянской внешности, одет в красную куртку с капюшоном на голове, синие брюки. Действия мужчины не просматриваются, затем мужчина покидает торговый зал, удерживая в руках 4 газовых баллончика. Подозреваемый ФИО4 при проведении следственного действия пояснил, что на просмотренной видеозаписи запечатлен он, то есть ФИО4, в момент приобретения товаров в магазине «Мини маркет». При просмотре видеофайла «192_168_3_37_hik1_hik1_20241125204600_20241125204838_73902759» установлено, что его продолжительность составляет 02 минуты 38 секунд, дата видеозаписи: ДД.ММ.ГГГГ, время видеозаписи: 20:45:59. На видеозаписи запечатлен мужчина, который вошел и находятся в торговом продуктовом зале. Мужчина славянской внешности, одет в темную куртку, темную шапку, темные брюки. Действия мужчины в торговом зале не просматриваются, далее он следует к кассовой зоне, удерживая в руках бутылку с жидкостью темного цвета, банку, три упаковки желтого цвета, точное наименование товара не просматривается, которые передает кассиру-женщине, которая производит сканирование данного товара, в процессе мужчина приобретает пакет белого цвета и две шоколадки, кассир-женщина производит сканирование данного товара, после чего мужчина оплачивает его с помощью банковской карты золотистого цвета, приложив ее к терминалу оплаты. Затем мужчина покидает торговый зал. Подозреваемый ФИО4 при проведении следственного действия пояснил, что на просмотренной видеозаписи запечатлен ФИО14, в момент оплаты товаров в магазине «Мини маркет» с использованием найденной банковской карты ПАО Сбербанк №. При просмотре видеофайла «192_168_3_39_hik2_hik2_20241125204649_20241125204930_74833096» установлено, что его продолжительность составляет 02 минуты 43 секунды, дата видеозаписи: ДД.ММ.ГГГГ, время видеозаписи: 20:46:49. На видеозаписи запечатлен мужчина, который вошел и находятся в торговом продуктовом зале. Мужчина славянской внешности, одет в темную куртку, темную шапку, темные брюки. Действия мужчины не просматриваются, затем мужчина покидает торговый зал, удерживая в руках заполненный пакет белого цвета. Подозреваемый ФИО4 при проведении следственного действия пояснил, что на просмотренной видеозаписи запечатлен ФИО14, в момент приобретения товаров в магазине «Мини маркет». (т.1 л.д.102-112) Совокупность исследованных судом доказательств позволяет суду прийти к выводу о доказанности вины подсудимых в совершении инкриминируемого им преступления. Суд считает достоверно установленным совершение ФИО4, ФИО14 и лицом, находящимся в состоянии невменяемости, материалы уголовного дела, в отношении которого выделены в отдельное производства, действующих группой лиц по предварительному сговору между собой ДД.ММ.ГГГГ в период с 19 часов 30 минут до 21 часа 58 минут, тайного хищения денежных средств на общую сумму 4 474 рубля 78 копеек, принадлежащих Потерпевший №1 с его банковского счета. Похищая денежные средства потерпевшего Потерпевший №1, подсудимые осознавали общественную опасность своих действий, что они изымаются незаконно, предвидели возможность причинения имущественного ущерба потерпевшему и желали этого, то есть действовали умышленно с корыстной целью, имея намерение завладеть денежными средствами и обратить их в свою пользу. Изъятие денежных средств с банковского счета осуществлено в момент отсутствия собственника и без его согласия, что свидетельствует о тайном характере действий подсудимых по их изъятию. Хищение денежных средств Потерпевший №1, совершенное подсудимыми, является оконченным, так как они имели реальную возможность пользоваться и распоряжаться ими по своему усмотрению и реализовали данную возможность, то есть распорядились денежными средствами по своему усмотрению. Суд пришел к выводу, что квалифицирующий признак совершения кражи денежных средств «с банковского счета» нашел свое подтверждение в судебном заседании, поскольку денежные средства, принадлежащие потерпевшему Потерпевший №1, похищены ФИО4 и ФИО14 с банковского счета, открытого на его имя, привязанного к его банковской карте, что подтверждено выписками по счетам на имя Потерпевший №1, и не оспаривается подсудимыми. Данные выводы суд основывает на показаниях ФИО4, ФИО14, данных в ходе расследования уголовного дела, оглашенных судом, в которых они признали свою вину в совершении инкриминируемого преступления и подробно рассказали об обстоятельствах его совершения. Совокупность доказательств, подтверждающих совершение преступления подсудимыми, дополняют письменные материалы уголовного дела, которые также получены в соответствии с требованиями УПК РФ, в связи с чем суд признает их допустимыми доказательствами и учитывает при вынесении приговора. Размер ущерба, причиненного преступлением сомнений у суда, не вызывает, поскольку доказан совокупностью исследованных доказательств, и сторонами не оспаривается. Выводы о виновности подсудимых суд также основывает на показаниях каждого из них, данных в ходе предварительного следствия и оглашенных судом, в которых они не оспаривали факт совершения хищения денежных средств, принадлежащих Потерпевший №1 Оценивая их показания в этой части, суд отмечает, что получены они в соответствии с требованиями УПК РФ, с соблюдением их права на защиту. Положения ст. ст. , 47 УПК РФ , ст. 51 Конституции РФ перед началом допросов им разъяснены. Их показания стабильны, в этой части согласуются с совокупностью остальных доказательств, подтверждены ими в судебном заседании. Все это позволяет суду признать их в этой части достоверными, допустимыми доказательствами и учитывать при вынесении приговора. При таких обстоятельствах суд пришел к выводу о доказанности их вины в совершении вышеуказанного преступления. Следствие по делу велось с соблюдением норм УПК РФ и с соблюдением конституционных прав подсудимых. Доказательства, собранные по делу, достоверны, допустимы и достаточны для обвинения подсудимых. Нарушений требований уголовно-процессуального закона при сборе доказательств судом не установлено. Оценив исследованные в судебном заседании доказательства, суд считает верной предложенную органом следствия квалификацию преступных действий ФИО4 и ФИО14 и квалифицирует действия подсудимых ФИО4 и ФИО14 по п. «г» ч. 3 ст. 158 УК РФ как кража, то есть тайное хищение чужого имущества, совершенная группой лиц по предварительному сговору, с банковского счета. Психическое состояние подсудимых у суда сомнений не вызывает. Согласно заключению судебно-психиатрической комиссии экспертов № от ДД.ММ.ГГГГ ФИО4, &lt;данные изъяты&gt;. В период времени совершения инкриминируемого ему деяния находился вне какого-либо временного психического расстройства, при этом был в непомраченном сознании, ориентирован в окружающем, не обнаруживал ни бреда, ни галлюцинаций, помнит о содеянном, его действия носили целенаправленный и согласованный с другими участниками правонарушения характер, а указанная выше степень интеллектуального дефекта не столь значительна и не лишала его способности в полной мере осознавать фактический характер и общественную опасность своих действий, либо руководить ими. После совершения инкриминируемого ему деяния у ФИО4 какого-либо иного психического расстройства не развилось, в настоящее время какого-либо иного психического расстройства, кроме указанной выше легкой умственной отсталости, не обнаруживает, и поэтому может в полной мере осознавать фактический характер и общественную опасность своих действий, либо руководить ими. По психическому состоянию в применении к нему принудительных мер медицинского характера не нуждается (т.1 л.д.79-80). Суд с учетом характера действий ФИО4 и ФИО14, данных об их личности, признает их вменяемыми в совершении инкриминируемого им деяния. Решая вопрос о наказании, суд руководствуется правилами ст.ст. , 60 УК РФ , учитывает характер и степень общественной опасности совершенного преступления, личности виновных, в том числе обстоятельства, смягчающие наказание, отсутствие обстоятельств, отягчающих наказание, а также влияние назначенного наказания на исправление осужденных, условия жизни их семей. В силу ч. 4 ст. 15 УК РФ подсудимыми совершено умышленное тяжкое преступление. Изучением личности ФИО4, ФИО14 установлено следующее. ФИО4 имеет регистрацию и место жительства, где участковой службой характеризуется посредственно, жалоб от соседей и жителей &lt;адрес&gt; в его адрес не поступало, не работает, имеет приводы в ОМВД России по Новоорскому району, по характеру спокоен, уравновешен. Соседями характеризуется положительно. На учетах в специализированных медицинских учреждениях он не состоял и не состоит. В период с ДД.ММ.ГГГГ по ДД.ММ.ГГГГ находился &lt;данные изъяты&gt; ФИО14 ранее не судим, имеет регистрацию и место жительства, где участковой службой характеризуется положительно, жалоб от жителей &lt;адрес&gt; и соседей на его поведение в быту не поступало, к административной ответственности не привлекался, в употреблении спиртных напитков и наркотических средств не замечен. Соседями характеризуется положительно. На учетах в специализированных медицинских учреждениях он не состоял и не состоит. В соответствии с п.п. «и, к» ч. 1 и ч. 2 ст. 61 УК РФ в качестве обстоятельств, смягчающих наказание ФИО4, ФИО14, суд признает и учитывает активное способствование расследованию преступления, выразившееся в указании способа хищения и распоряжения похищенными денежными средствами, добровольное возмещение имущественного ущерба, причиненного в результате преступления, положительные характеристики по месту их жительства, признание вины и раскаяние в содеянном. Кроме того, в соответствии с ч. 2 ст. 61 УК РФ , суд в качестве обстоятельства, смягчающего наказание ФИО4, признает состояние здоровья, связанное с наличием у него заболевания. Обстоятельств, отягчающих наказание ФИО4, ФИО22, предусмотренных ст. 63 УК РФ , не установлено. Характер и степень общественной опасности совершенного преступления, наличие совокупности смягчающих и отсутствие отягчающих наказание обстоятельств, данные о личностях подсудимых, их материальное и семейное положение дают суду основания полагать, что целям их исправления и предупреждения совершения ими новых преступлений будет способствовать назначение наказания в виде штрафа. Совокупность обстоятельств, смягчающих наказание подсудимых, отсутствие отягчающих обстоятельств, данные об их личности, их поведение после совершенного преступления, направленное на содействие в его расследовании, а также возмещению потерпевшему причиненного ущерба, позволяют суду признать данные обстоятельства исключительными, уменьшающими степень общественной опасности подсудимых как личности. Данные обстоятельства, дают основания к применению правил ст. 64 УК РФ и назначению наказания ниже низшего предела, установленного санкцией ч. 3 ст. 158 УК РФ . В соответствии с ч. 3 ст. 46 УК РФ размер штрафа определяется судом с учетом тяжести совершенного преступления и имущественного положения осужденного и его семьи, а также с учетом возможности получения осужденным заработной платы или иного дохода. С учетом тех же обстоятельств суд может назначить штраф с рассрочкой выплаты определенными частями на срок до пяти лет. С учетом тяжести совершенного преступления и имущественного положения подсудимых, а также с учетом возможности получения ими иного дохода, суд считает возможным предоставить подсудимым рассрочку уплаты штрафа на срок 10 месяцев. Фактические и правовые основания для освобождения подсудимых от наказания или применения отсрочки отбывания наказания отсутствуют. Учитывая фактические обстоятельства совершенного преступления, суд не усматривает оснований для изменения его категории на менее тяжкую, в силу ч. 6 ст. 15 УК РФ . Судьбу вещественных доказательств по делу надлежит определить согласно требованиям ст. 81 УПК РФ . Вопрос о процессуальных издержках разрешен отдельным постановлением. На основании изложенного и руководствуясь ст. ст. , - 309 УПК РФ , суд П Р И Г О В О Р И Л: ФИО4 , ФИО14 признать виновными в совершении преступления, предусмотренного п. «г» ч. 3 ст. 158 УК РФ , и назначить каждому из них наказание с применением ст. 64 УК РФ в виде штрафа в размере 65 000 рублей. Предоставить ФИО4, ФИО14 в соответствии с ч. 3 ст. 46 УК РФ рассрочку выплаты штрафа частями в течение 10 месяцев с момента вступления приговора в законную силу, ежемесячно по 6 500 рублей. Штраф подлежит уплате по реквизитам: Отделение Оренбург Банк России // УФК по Оренбургской области, г. Оренбург, банк получателя: ИНН &lt;***&gt;, КПП 563501001, УФК по Оренбургской области (ОМВД РФ по Новоорскому району), БИК 015354008, р/с &lt;***&gt;, ОКТМО 53630414, код бюджетной классификации 18811603121010000 140, УИН ФИО4 – 18855624010280001393, УИН ФИО14 – 18855624020280001399. Меру пресечения ФИО4, ФИО14 оставить прежней в виде подписки о невыезде и надлежащем поведении, которую по вступлению приговора в законную силу отменить. Вещественные доказательства: - банковскую карту ПАО Сбербанк № на имя «Потерпевший 1», находящуюся на хранении у законного владельца Потерпевший №1, оставить законному владельцу Потерпевший №1 - банковскую информацию за период с ДД.ММ.ГГГГ по ДД.ММ.ГГГГ по банковской карте № банковского счета № ПАО Сбербанк, открытого на имя Потерпевший №1 на 4 листах бумаги формата А4, кассовый чек (приход) ООО «Торгсервис 56» от ДД.ММ.ГГГГ на 1 листе фрагмента бумаги, четыре оптических диска с видеозаписями из магазинов: «Уралочка», расположенного по адресу: &lt;адрес&gt; «Б», «Точка», расположенного по адресу: &lt;адрес&gt; «А», «Светофор», расположенного по адресу: &lt;адрес&gt; «А», «Мини маркет», расположенного по адресу: &lt;адрес&gt;, хранящиеся при уголовном деле, оставить в уголовном деле. Приговор может быть обжалован в Оренбургский областной суд через Новоорский районный суд Оренбургской области в течение 15 суток со дня его провозглашения. В случае подачи осужденными апелляционных жалоб, а также вручения им копии представления государственного обвинителя (прокурора), осужденные вправе в течение 15 суток с момента получения копии приговора или представления ходатайствовать о своем участии в рассмотрении уголовного дела судом апелляционной инстанции, вправе поручить защиту своих интересов в суде апелляционной инстанции избранными ими защитниками. Председательствующий судья П.Ю. Беймлер Суд: Новоорский районный суд (Оренбургская область) (подробнее) Иные лица: Прокурор Новоорского района (подробнее) Судьи дела: Беймлер Павел Юрьевич (судья) (подробнее) Последние документы по делу: Постановление от 11 ноября 2025 г. по делу № 1-44/2025 Приговор от 18 августа 2025 г. по делу № 1-44/2025 Апелляционное постановление от 5 августа 2025 г. по делу № 1-44/2025 Приговор от 25 июня 2025 г. по делу № 1-44/2025 Приговор от 24 апреля 2025 г. по делу № 1-44/2025 Приговор от 15 апреля 2025 г. по делу № 1-44/2025 Приговор от 17 февраля 2025 г. по делу № 1-44/2025 Приговор от 21 января 2025 г. по делу № 1-44/2025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