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Отдела имущественных и земельных отношений города Зверево к Коху ФИО21 и Кох ФИО22 о расторжении договора социального найма жилого помещения и признании утратившими право пользования жилым помещением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Расторгнуть договор социального найма от 06 сентября 2010 года жилого помещения, расположенного по адресу: &lt;...&gt;, заключенный между МУП «Управляющая компания» города Зверево с Кохом ФИО23, &lt;данные изъяты&gt;.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Коха ФИО24, &lt;данные изъяты&gt;, и Кох ФИО25, &lt;данные изъяты&gt;, утратившими право пользования жилым помещением – &lt;...&gt;. Решение может быть обжаловано через постоянное судебное присутствие в г.Зверево Красносулинского районного суда Ростовской области в Ростовский областной суд в течение одного месяца со дня вынесения решения в окончательной форме. Решение в окончательной форме принято 15.02.2017г. Председательствующий: А.В. Голиков Суд: Красносулинский районный суд (Ростовская область) (подробнее) Истцы: ОИЗО Администрации г. Зверево (подробнее) Судьи дела: Голиков Алексей Викторович (судья) (подробнее) Последние документы по делу: Решение от 22 августа 2017 г. по делу № 2-175/2017 Решение от 23 мая 2017 г. по делу № 2-175/2017 Решение от 29 марта 2017 г. по делу № 2-175/2017 Решение от 26 марта 2017 г. по делу № 2-175/2017 Решение от 26 марта 2017 г. по делу № 2-175/2017 Решение от 26 марта 2017 г. по делу № 2-175/2017 Решение от 26 марта 2017 г. по делу № 2-175/2017 Решение от 16 марта 2017 г. по делу № 2-175/2017 Решение от 14 марта 2017 г. по делу № 2-175/2017 Решение от 13 марта 2017 г. по делу № 2-175/2017 Решение от 12 марта 2017 г. по делу № 2-175/2017 Определение от 9 марта 2017 г. по делу № 2-175/2017 Решение от 5 марта 2017 г. по делу № 2-175/2017 Решение от 1 марта 2017 г. по делу № 2-175/2017 Решение от 15 февраля 2017 г. по делу № 2-175/2017 Определение от 24 января 2017 г. по делу № 2-175/2017 Определение от 22 января 2017 г. по делу № 2-175/2017 Решение от 16 января 2017 г. по делу № 2-175/2017 Решение от 8 января 2017 г. по делу № 2-175/2017 Показать все документы по этому делу Судебная практика по: Признание права пользования жилым помещением Судебная практика по применению норм ст. 30, 31 ЖК РФ Утративший право пользования жилым помещением Судебная практика по применению норм ст. 79, 83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