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w:t>
        <w:br/>
        <w:t>Новгородский</w:t>
      </w:r>
    </w:p>
    <w:p>
      <w:pPr>
        <w:spacing w:after="200"/>
        <w:jc w:val="center"/>
      </w:pPr>
      <w:r>
        <w:rPr>
          <w:rFonts w:ascii="Times New Roman" w:hAnsi="Times New Roman" w:eastAsia="Times New Roman" w:cs="Times New Roman"/>
          <w:b w:val="0"/>
          <w:i w:val="0"/>
          <w:sz w:val="22"/>
        </w:rPr>
        <w:t>10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00 часов 01 минуты по 23 часа 59 минут 30.08.2024, ФИО3 другое лицо, действуя совместно и по предварительному сговору, в составе организованной группы с ФИО2, в соответствии с заранее распределёнными ролями и функциональными обязанностями, в целях осуществления умышленных незаконных сбытов наркотических средств неопределённому кругу лиц на территории Новгородской области, бесконтактным способом, с использованием сети «Интернет» в неустановленном интернет-магазине, неустановленным способом, в неустановленном месте, у неустановленного лица умышленно незаконно приобрёл наркотическое средство каннабис (марихуана), общей массой не менее 3,726 грамма, упакованное в вакуумный полимерный пакет, помещённое в указанный период времени, в нерасфасованном виде, неустановленным лицом при неустановленных обстоятельствах в тайник-«закладку» на участке местности, с географическими координатами 58.570627, 31.369007, расположенном на территории Савинского сельского поселения Новгородского района Новгородской области. Затем, в тот же период времени, с 00 часов 01 минуты по 23 часа 59 минут 30.08.2024, другое лицо, действуя по предварительному сговору, в составе организованной группы с ФИО2, в соответствии с заранее распределёнными ролями и функциональными обязанностями, в целях осуществления умышленных незаконных сбытов наркотических средств неопределённому кругу лиц на территории Новгородской области, используя сеть «Интернет», в мессенджере «Element», сообщил ФИО2, выполняющему в структуре организованной группы функциональные обязанности «закладчика», информацию о местонахождении тайника-«закладки» с наркотическим средством каннабис (марихуана), общей массой не менее 3,726 грамма, находящегося на участке местности с географическими координатами 58.570627, 31.369007, расположенном на территории Савинского сельского поселения Новгородского района Новгородской области, и дал указание на его извлечение из указанного места и фасовку для размещения в тайники-«закладки» на территории Новгородской области, с целью последующего умышленного незаконного сбыта неограниченному кругу лиц в интернет-магазине «Chief Keeff», созданном и функционирующем на интернет-ресурсе «MEGA», бесконтактным способом путём оборудования тайников-«закладок». После получения информации о месте нахождения тайника-«закладки» с вышеуказанным наркотическим средством и указаний о необходимости его получения и фасовки, с целью умышленного незаконного сбыта, в период времени с 00 часов 01 минуты по 23 часа 59 минут 30.08.2024, ФИО2, действуя по предварительному сговору, в составе организованной группы с другим лицом, в целях реализации совместного преступного умысла, передвигаясь на неустановленном следствием транспорте, прибыл к вышеуказанному, размещённому при вышеизложенных обстоятельствах тайнику-«закладке», откуда извлёк, тем самым, умышленно незаконно приобрёл, с целью последующего умышленного незаконного сбыта, наркотическое средство каннабис (марихуана), общей массой не менее 3,726 грамма, упакованное в вакуумный полимерный пакет, которое, в указанный период времени, с той же целью, передвигаясь на неустановленном транспорте, по дорогам Новгородского района Новгородской области и города Великий Новгород, умышленно незаконно, с той же целью, перевёз, осуществляя при этом умышленное незаконное хранение, в целях сбыта, в место своего жительства по адресу: &lt;адрес&gt;, где продолжил умышленно незаконно хранить его в целях умышленного незаконного сбыта бесконтактным способом в интернет-магазине «Chief Keeff», созданном и функционирующем на интернет-ресурсе «MEGA». В период времени с 00 часов 01 минуты 31.08.2024 по 23 часа 59 минут 06.09.2024 ФИО2, действуя по предварительному сговору, в составе организованной группы с другим лицом, в продолжение совместного преступного умысла, направленного на умышленный незаконный сбыт наркотических средств в интернет-магазине «Chief Keeff», созданном и функционирующем на интернет-ресурсе «MEGA», находясь по месту своего жительства по адресу: &lt;адрес&gt;, осуществил при помощи приисканных для данных целей электронных весов расфасовку в приисканные для данных целей и удобные для умышленного незаконного сбыта упаковки, состоящие из полимерных пакетов с фиксатором горловины и полимерной липкой ленты, незаконно полученного им при указанных выше обстоятельствах наркотического средства каннабис (марихуана), общей массой не менее 3,726 грамма, на части различного веса. В период времени с 00 часов 01 минуты по 11 часов 07 минут 07.09.2024 ФИО2, продолжая совместный преступный умысел, направленный на умышленный незаконный сбыт наркотического средства каннабис (марихуана), действуя по предварительному сговору, в составе организованной группы с другим лицом, на неустановленном следствием транспорте, передвигаясь по дорогам Новгородской области,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каннабис (марихуана), массой 0,813 грамма, упакованного в индивидуальную упаковку, состоящую из полимерных пакетов с фиксатором горловины и полимерной липкой ленты, умышленно незаконно перевёз его в город Боровичи Новгородской области, где в период времени с 00 часов 01 минуты по 11 часов 07 минут 07.09.2024 поместил указанное наркотическое средство в приисканное им место скрытого незаконного хранения – тайник-«закладку» у основания дерева на участке местности с географическими координатами 58.383112, 33.833083, расположенном на расстоянии около 270 метров от дома № 1 по улице Дивная города Боровичи Новгородской области,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11 часов 07 минут 07.09.2024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00 часов 01 минуты по 23 часа 59 минут 08.09.2024, отправил ***, в целях передачи его покупателям в интернет-магазине «Chief Keeff», созданном и функционирующем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17 часов 15 минут по 17 часов 26 минут 18.09.2024 сотрудниками правоохранительных органов при производстве осмотра места происшествия у основания дерева на участке местности, расположенном на расстоянии около 270 метров от дома № 1 по улице Дивная города Боровичи Новгородской области, было обнаружено и изъято помещённое в данное место ФИО2, действующим совместно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каннабис (марихуана),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0,813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и полимерной липкой ленты. В период времени с 00 часов 01 минуты по 11 часов 07 минут 07.09.2024 ФИО2, продолжая совместный преступный умысел, направленный на умышленный незаконный сбыт наркотического средства каннабис (марихуана), действуя по предварительному сговору, в составе организованной группы с с другим лицом, на неустановленном следствием транспорте, передвигаясь по дорогам Новгородской области,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каннабис (марихуана), массой 0,420 грамма, упакованного в индивидуальную упаковку, состоящую из полимерных пакетов с фиксатором горловины и полимерной липкой ленты, умышленно незаконно перевёз его в город Боровичи Новгородской области, где в период времени с11 часов 47 минуты по 12 часов 07 минут 07.09.2024 поместил указанное наркотическое средство в приисканное им место скрытого незаконного хранения – тайник-«закладку» в землю у основания дерева на участке местности с географическими координатами 58.379828, 33.827786, расположенном на расстоянии около 630 метров от дома № 1 по улице Дивная города Боровичи Новгородской области,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12 часов 07 минут 07.09.2024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00 часов 01 минуты по 23 часа 59 минут 08.09.2024, отправил с другому лицу, в целях передачи его покупателям в интернет-магазине «Chief Keeff», созданном и функционирующем на интернет-ресурсе «MEGA». Однако, ФИО2 и с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18 часов 28 минут по 18 часов 39 минут 18.09.2024 сотрудниками правоохранительных органов при производстве осмотра места происшествия в земле у основания дерева на участке местности, расположенном на расстоянии около 630 метров от дома № 1 по улице Дивная города Боровичи Новгородской области, было обнаружено и изъято помещённое в данное место ФИО2, действующим совместно с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каннабис (марихуана),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0,420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и полимерной липкой ленты.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времени с 00 часов 01 минуты по 11 часов 07 минут 07.09.2024 ФИО2, продолжая совместный преступный умысел, направленный на умышленный незаконный сбыт наркотического средства каннабис (марихуана), действуя по предварительному сговору, в составе организованной группы с другим лицом, на неустановленном следствием транспорте, передвигаясь по дорогам Новгородской области,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каннабис (марихуана), массой 0,420 грамма, упакованного в индивидуальную упаковку, состоящую из полимерных пакетов с фиксатором горловины и полимерной липкой ленты, умышленно незаконно перевёз его в город Боровичи Новгородской области, где в период времени с11 часов 47 минуты по 12 часов 07 минут 07.09.2024 поместил указанное наркотическое средство в приисканное им место скрытого незаконного хранения – тайник-«закладку» в землю у основания дерева на участке местности с географическими координатами 58.379828, 33.827786, расположенном на расстоянии около 630 метров от дома № 1 по улице Дивная города Боровичи Новгородской области,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12 часов 07 минут 07.09.2024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00 часов 01 минуты по 23 часа 59 минут 08.09.2024, отправил с другому лицу, в целях передачи его покупателям в интернет-магазине «Chief Keeff», созданном и функционирующем на интернет-ресурсе «MEGA». Однако, ФИО2 и с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18 часов 28 минут по 18 часов 39 минут 18.09.2024 сотрудниками правоохранительных органов при производстве осмотра места происшествия в земле у основания дерева на участке местности, расположенном на расстоянии около 630 метров от дома № 1 по улице Дивная города Боровичи Новгородской области, было обнаружено и изъято помещённое в данное место ФИО2, действующим совместно с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каннабис (марихуана),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0,420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и полимерной липкой ленты.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времени с 00 часов 01 минуты по 11 часов 07 минут 07.09.2024 ФИО2, продолжая совместный преступный умысел, направленный на умышленный незаконный сбыт наркотического средства каннабис (марихуана), действуя по предварительному сговору, в составе организованной группы с другим лицом, на неустановленном следствием транспорте, передвигаясь по дорогам Новгородской области,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каннабис (марихуана), массой 0,425 грамма, упакованного в индивидуальную упаковку, состоящую из полимерных пакетов с фиксатором горловины и полимерной липкой ленты, умышленно незаконно перевёз его в город Боровичи Новгородской области, где в период времени с 12 часов 07 минут по 12 часов 18 минут 07.09.2024 поместил указанное наркотическое средство в приисканное им место скрытого незаконного хранения – тайник-«закладку» в землю у основания дерева на участке местности, расположенном на расстоянии около 630 метров от дома № 1 по улице Дивная города Боровичи Новгородской области,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12 часов 18 минут 07.09.2024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00 часов 01 минуты по 23 часа59 минут 08.09.2024, отправил другому лицу, в целях передачи его покупателям в интернет-магазине «Chief Keeff», созданном и функционирующем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18 часов 55 минут по 18 часов 59 минут 18.09.2024 сотрудниками правоохранительных органов при производстве осмотра места происшествия в земле у основания дерева на участке местности, расположенном на расстоянии около 630 метров от дома № 1 по улице Дивная города Боровичи Новгородской области, было обнаружено и изъято помещённое в данное место ФИО2, действующим совместно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каннабис (марихуана),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0,425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и полимерной липкой ленты.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времени с 00 часов 01 минуты по 11 часов 07 минут 07.09.2024 ФИО2, продолжая совместный преступный умысел, направленный на умышленный незаконный сбыт наркотического средства каннабис (марихуана), действуя по предварительному сговору, в составе организованной группы с другим лицом, на неустановленном следствием транспорте, передвигаясь по дорогам Новгородской области,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каннабис (марихуана), массой 0,377 грамма, упакованного в индивидуальную упаковку, состоящую из полимерных пакетов с фиксатором горловины и полимерной липкой ленты, умышленно незаконно перевёз его в город Боровичи Новгородской области, где в период времени с 12 часов 18 минут по 12 часов 23 минуты 07.09.2024 поместил указанное наркотическое средство в приисканное им место скрытого незаконного хранения – тайник-«закладку» в пень на участке местности, расположенном на расстоянии около 390 метров от дома № 1 по улице Дивная города Боровичи Новгородской области,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12 часов 23 минуты 07.09.2024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00 часов 01 минуты по 23 часа 59 минут 08.09.2024, отправил другому лицу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19 часов 07 минут по 19 часов 15 минут 18.09.2024 сотрудниками правоохранительных органов при производстве осмотра места происшествия в пне на участке местности, расположенном на расстоянии около 390 метров от дома № 1 по улице Дивная города Боровичи Новгородской области, было обнаружено и изъято помещённое в данное место ФИО2, действующим совместно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каннабис (марихуана),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0,377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и полимерной липкой ленты.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период времени с 00 часов 01 минуты по 11 часов 07 минут 07.09.2024 ФИО2, продолжая совместный преступный умысел, направленный на умышленный незаконный сбыт наркотического средства каннабис (марихуана), действуя по предварительному сговору, в составе организованной группы с другим лицом, на неустановленном следствием транспорте, передвигаясь по дорогам Новгородской области,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каннабис (марихуана), массой 0,418 грамма, упакованного в индивидуальную упаковку, состоящую из полимерных пакетов с фиксатором горловины и полимерной липкой ленты, умышленно незаконно перевёз его в город Боровичи Новгородской области, где в период времени с 12 часов 23 минут по 12 часов 26 минут 07.09.2024 поместил указанное наркотическое средство в приисканное им место скрытого незаконного хранения – тайник-«закладку» в землю у основания поваленного дерева на участке местности, расположенном на расстоянии около 340 метров от дома № 1 по улице Дивная города Боровичи Новгородской области,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12 часов 26 минут 07.09.2024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00 часов 01 минуты по 23 часа 59 минут 08.09.2024, отправил другому лицу, в целях передачи его покупателям в интернет-магазине «Chief Keeff», созданном и функционирующем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19 часов 19 минут по 19 часов 31 минуту 18.09.2024 сотрудниками правоохранительных органов при производстве осмотра места происшествия в земле у основания поваленного дерева на участке местности, расположенном на расстоянии около 340 метров от дома № 1 по улице Дивная города Боровичи Новгородской области, было обнаружено и изъято помещённое в данное место ФИО2, действующим совместно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каннабис (марихуана),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0,418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и полимерной липкой ленты.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период времени с 00 часов 01 минуты по 18 часов 29 минут 12.09.2024 ФИО2, продолжая совместный преступный умысел, направленный на умышленный незаконный сбыт наркотического средства каннабис (марихуана), действуя по предварительному сговору, в составе организованной группы с другим лицом, пешком и на неустановленном следствием транспорте, передвигаясь по дорогам города Великий Новгород,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каннабис (марихуана), массой 0,425 грамма, упакованного в индивидуальную упаковку, состоящую из полимерных пакетов с фиксатором горловины и полимерной липкой ленты, проследовал на улицу Попова города Великий Новгород, где в период времени с 00 часов 01 минуты по 18 часов 29 минут 12.09.2024 поместил указанное наркотическое средство в приисканное им место скрытого незаконного хранения – тайник-«закладку» в отверстие для кабеля металлического ящика, закреплённого на стене лестничной площадки между четвёртым и пятым этажами подъезда № 1 дома № 15 корпус № 3 по улице Попова города Великий Новгород,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18 часов 29 минут 12.09.2024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00 часов 01 минуты по 23 часа 59 минут 13.09.2024, отправил другому лицу, в целях передачи его покупателям в интернет-магазине «Chief Keeff», созданном и функционирующем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12 часов 46 минут по 12 часов 53 минуты 18.09.2024 сотрудниками правоохранительных органов при производстве осмотра места происшествия в отверстии для кабеля металлического ящика, закреплённого на стене лестничной площадки между четвёртым и пятым этажами подъезда № 1 дома № 15 корпус № 3 по улице Попова города Великий Новгород, было обнаружено и изъято помещённое в данное место ФИО2, действующим совместно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каннабис (марихуана),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0,425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и полимерной липкой ленты.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период времени с 00 часов 01 минуты по 18 часов 29 минут 12.09.2024 ФИО2, продолжая совместный преступный умысел, направленный на умышленный незаконный сбыт наркотического средства каннабис (марихуана), действуя по предварительному сговору, в составе организованной группы с другим лицом, пешком и на неустановленном следствием транспорте, передвигаясь по дорогам города Великий Новгород,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каннабис (марихуана), массой 0,418 грамма, упакованного в индивидуальную упаковку, состоящую из полимерных пакетов с фиксатором горловины и полимерной липкой ленты, проследовал на улицу Попова города Великий Новгород, где в период времени с 18 часов 29 минут по 18 часов 31 минуту 12.09.2024 поместил указанное наркотическое средство в приисканное им место скрытого незаконного хранения – тайник-«закладку» на пластиковой гофре, закреплённой на стене лестничной площадки между первым и вторым этажами подъезда № 1 дома № 15 корпус № 3 по улице Попова города Великий Новгород,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18 часов 31 минуту 12.09.2024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00 часов 01 минуты по 23 часа 59 минут 13.09.2024, отправил другому лицу, в целях передачи его покупателям в интернет-магазине «Chief Keeff», созданном и функционирующем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12 часов 30 минут по 12 часов 45 минут 18.09.2024 сотрудниками правоохранительных органов при производстве осмотра места происшествия на пластиковой гофре, закреплённой на стене лестничной площадки между первым и вторым этажами подъезда № 1 дома № 15 корпус № 3 по улице Попова города Великий Новгород, было обнаружено и изъято помещённое в данное место ФИО2, действующим совместно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каннабис (марихуана),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0,418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и полимерной липкой ленты.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период времени с 18 часов 31 минуты по 19 часов 38 минут 12.09.2024 ФИО2, продолжая совместный преступный умысел, направленный на умышленный незаконный сбыт наркотического средства каннабис (марихуана), действуя по предварительному сговору, в составе организованной группы с другим лицом, пешком и на неустановленном следствием транспорте, передвигаясь по дорогам города Великий Новгород,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каннабис (марихуана), массой 0,430 грамма, упакованного в индивидуальную упаковку, состоящую из полимерных пакетов с фиксатором горловины и полимерной липкой ленты, проследовал на улицу Ломоносова города Великий Новгород, где в период времени с 18 часов 31 минуты по 19 часов 38 минут 12.09.2024 поместил указанное наркотическое средство в приисканное им место скрытого незаконного хранения – тайник-«закладку» в траву на участке местности, расположенном на расстоянии около 50 метров от дома № 43 по улице Ломоносова города Великий Новгород,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19 часов 38 минут 12.09.2024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00 часов 01 минуты по 23 часа 59 минут 13.09.2024, отправил другому лицу, в целях передачи его покупателям в интернет-магазине «Chief Keeff», созданном и функционирующем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13 часов 02 минут по 13 часов 13 минут 18.09.2024 сотрудниками правоохранительных органов при производстве осмотра места происшествия в траве на участке местности, расположенном на расстоянии около 50 метров от дома № 43 по улице Ломоносова города Великий Новгород, было обнаружено и изъято помещённое в данное место ФИО2, действующим совместно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каннабис (марихуана),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0,430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полимерной липкой ленты и пластилина.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период времени с 00 часов 01 минуты по 23 часа 59 минут 19.08.2024, другое лицо, действуя совместно и по предварительному сговору, в составе организованной группы с ФИО2, в соответствии с заранее распределёнными ролями и функциональными обязанностями, в целях осуществления умышленных незаконных сбытов наркотических средств неопределённому кругу лиц на территории Новгородской области, бесконтактным способом, с использованием сети «Интернет» в неустановленном интернет-магазине, неустановленным способом, в неустановленном месте, у неустановленного лица, умышленно незаконно приобрёл наркотическое средство гашиш (анаша, смола каннабиса), общей массой не менее 15,241 грамма, упакованное в индивидуальную упаковку, помещённое в указанный период времени, в нерасфасованном виде, неустановленным лицом при неустановленных обстоятельствах в тайник-«закладку» на участке местности с географическими координатами 58.497996, 31.250298, расположенном на улице Аркажская города Великий Новгород. Затем, в тот же период времени, с 00 часов 01 минуты по 23 часа 59 минут 19.08.2024, другое лицо, действуя по предварительному сговору, в составе организованной группы с ФИО2, в соответствии с заранее распределёнными ролями и функциональными обязанностями, в целях осуществления умышленных незаконных сбытов наркотических средств неопределённому кругу лиц на территории Новгородской области, используя сеть «Интернет», в мессенджере «Element», сообщил ФИО2, выполняющему в структуре организованной группы функциональные обязанности «закладчика», информацию о местонахождении тайника-«закладки» с наркотическим средством гашиш (анаша, смола каннабиса), общей массой не менее 15,241 грамма, находящегося на участке местности с географическими координатами 58.497996, 31.250298, расположенном на улице Аркажская города Великий Новгород, и дал указание на его извлечение из указанного места и фасовку для размещения в тайники-«закладки» на территории Новгородской области с целью последующего умышленного незаконного сбыта неограниченному кругу лиц в интернет-магазине «Chief Keeff», созданном и функционирующем на интернет-ресурсе «MEGA», бесконтактным способом, путём оборудования тайников-«закладок». После получения информации о месте нахождения тайника-«закладки» с вышеуказанным наркотическим средством и указаний о необходимости его получения и фасовки, с целью умышленного незаконного сбыта, в период времени с 00 часов 01 минуты по 23 часа 59 минут 19.08.2024, ФИО2, действуя по предварительному сговору, в составе организованной группы с другим лицом, в целях реализации совместного преступного умысла, передвигаясь на неустановленном следствием транспорте, прибыл к вышеуказанному, размещённому при вышеизложенных обстоятельствах тайнику-«закладке», откуда извлёк, тем самым, умышленно незаконно приобрёл с целью последующего умышленного незаконного сбыта, наркотическое средство гашиш (анаша, смола каннабиса), общей массой не менее 15,241 грамма, упакованное в индивидуальную упаковку, которое, в указанный период времени, с той же целью, передвигаясь на неустановленном транспорте, по дорогам города Великий Новгород, умышленно незаконно, с той же целью, перевёз, осуществляя при этом умышленное незаконное хранение, в целях сбыта, в место своего жительства по адресу: &lt;адрес&gt;, где продолжил умышленно незаконно хранить его в целях умышленного незаконного сбыта бесконтактным способом в интернет-магазине «Chief Keeff», созданном и функционирующем на интернет-ресурсе «MEGA». В период времени с 00 часов 01 минуты 20.08.2024 по 23 часа 59 минут 06.09.2024 ФИО2, действуя по предварительному сговору, в составе организованной группы со ***, в продолжение совместного преступного умысла, направленного на умышленный незаконный сбыт наркотических средств в интернет-магазине «Chief Keeff», созданном и функционирующем на интернет-ресурсе «MEGA», находясь по месту своего жительства по адресу: &lt;адрес&gt;, &lt;адрес&gt;, осуществил при помощи приисканных для данных целей электронных весов расфасовку в приисканные для данных целей и удобные для умышленного незаконного сбыта упаковки, состоящие из полимерных пакетов с фиксатором горловины и полимерной липкой ленты, незаконно полученного им при указанных выше обстоятельствах наркотического средства гашиш (анаша, смола каннабиса), общей массой не менее 15,241 грамма, на части различного веса. В период времени с 00 часов 01 минуты по 11 часов 07 минут 07.09.2024 ФИО2, продолжая совместный преступный умысел, направленный на умышленный незаконный сбыт наркотического средства гашиш (анаша, смола каннабиса), действуя по предварительному сговору, в составе организованной группы с другим лицом, на неустановленном следствием транспорте, передвигаясь по дорогам Новгородской области,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гашиш (анаша, смола каннабиса), массой 0,478 грамма, упакованного в индивидуальную упаковку, состоящую из полимерных пакетов с фиксатором горловины и полимерной липкой ленты, умышленно незаконно перевёз его в город Боровичи Новгородской области, где в период времени с 11 часов 07 минуты по 11 часов 15 минут 07.09.2024 поместил указанное наркотическое средство в приисканное им место скрытого незаконного хранения – тайник-«закладку» у основания дерева на участке местности, расположенном на расстоянии около 190 метров от дома № 3а по улице Дивная города Боровичи Новгородской области,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11 часов 15 минут 07.09.2024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00 часов 01 минуты по 23 часа 59 минут 08.09.2024, отправил другому лицу в целях передачи его покупателям в интернет-магазине «Chief Keeff», созданном и функционирующем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18 часов 35 минут по 18 часов 55 минут 18.09.2024 сотрудниками правоохранительных органов при производстве осмотра места происшествия у основания дерева на участке местности, расположенном на расстоянии около190 метров от дома № 3а по улице Дивная города Боровичи Новгородской области, было обнаружено и изъято помещённое в данное место ФИО2, действующим совместно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гашиш (анаша, смола каннабиса),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0,478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и полимерной липкой ленты.</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период времени с 00 часов 01 минуты по 11 часов 07 минут 07.09.2024 ФИО2, продолжая совместный преступный умысел, направленный на умышленный незаконный сбыт наркотического средства гашиш (анаша, смола каннабиса), действуя по предварительному сговору, в составе организованной группы со другим лицом, на неустановленном следствием транспорте, передвигаясь по дорогам Новгородской области,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гашиш (анаша, смола каннабиса), массой 0,469 грамма, упакованного в индивидуальную упаковку, состоящую из полимерных пакетов с фиксатором горловины и полимерной липкой ленты, умышленно незаконно перевёз его в город Боровичи Новгородской области, где в период времени с 11 часов 15 минут по 11 часов 47 минут 07.09.2024 поместил указанное наркотическое средство в приисканное им место скрытого незаконного хранения – тайник-«закладку» в коре поваленного дерева на участке местности, расположенном на расстоянии около 405 метров от дома № 3а по улице Дивная города Боровичи Новгородской области,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11 часов 47 минут 07.09.2024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00 часов 01 минуты по 23 часа 59 минут 08.09.2024, отправил другому лицу., в целях передачи его покупателям в интернет-магазине «Chief Keeff», созданном и функционирующем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17 часов 05 минут по 17 часов 20 минут 18.09.2024 сотрудниками правоохранительных органов при производстве осмотра места происшествия в коре поваленного дерева на участке местности, расположенном на расстоянии около 405 метров от дома № 3а по улице Дивная города Боровичи Новгородской области, было обнаружено и изъято помещённое в данное место ФИО2, действующим совместно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гашиш (анаша, смола каннабиса),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0,469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и полимерной липкой ленты.</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период времени с 00 часов 01 минуты 20.08.2024 по 07 часов 50 минут 16.09.2024 ФИО2, действуя по предварительному сговору, в составе организованной группы с другим лицом, в продолжение совместного преступного умысла, направленного на умышленный незаконный сбыт наркотических средств в интернет-магазине «Chief Keeff», созданном и функционирующем на интернет-ресурсе «MEGA», находясь по месту своего жительства по адресу: &lt;адрес&gt;, осуществил при помощи приисканных для данных целей электронных весов расфасовку в приисканные для данных целей и удобные для умышленного незаконного сбыта упаковки, состоящие из полимерных пакетов с фиксатором горловины и полимерной липкой ленты, незаконно полученного им при указанных выше обстоятельствах наркотического средства гашиш (анаша, смола каннабиса), общей массой не менее 15,241 грамма, на части различного веса. В период времени с 00 часов 01 минуты по 07 часов 50 минут 16.09.2024 ФИО2, продолжая совместный преступный умысел, направленный на умышленный незаконный сбыт наркотического средства гашиш (анаша, смола каннабиса), действуя по предварительному сговору, в составе организованной группы с другим лицом,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гашиш (анаша, смола каннабиса), массой 0,943 грамма, упакованного в индивидуальную упаковку, состоящую из полимерных пакетов с фиксатором горловины и полимерной липкой ленты, вышел из &lt;адрес&gt;, на лестничную площадку шестого этажа подъезда № 2 вышеуказанного дома, где в период времени с 00 часов 01 минуты по 07 часов 50 минут 16.09.2024 поместил указанное наркотическое средство в приисканное им место скрытого незаконного хранения – тайник-«закладку» за электросчётчиком в щитке, находящемся на площадке шестого этажа подъезда № 2 дома № 30 корпус № 2 по улице Кочетова города Великий Новгород,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07 часов 50 минут 16.09.2024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07 часов 50 минут по 18 часов 10 минут 16.09.2024, отправил другому лицу, в целях передачи его покупателям в интернет-магазине «Chief Keeff», созданном и функционирующем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13 часов 25 минут по 13 часов 33 минуты 18.09.2024 сотрудниками правоохранительных органов при производстве осмотра места происшествия за электросчётчиком в щитке, находящемся на площадке шестого этажа подъезда № 2 дома № 30 корпус № 2 по улице Кочетова города Великий Новгород, было обнаружено и изъято помещённое в данное место ФИО2, действующим совместно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гашиш (анаша, смола каннабиса),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0,943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и полимерной липкой ленты.</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 период времени с 07 часов 50 минут по 07 часов 54 минут 16.09.2024 ФИО2, продолжая совместный преступный умысел, направленный на умышленный незаконный сбыт наркотического средства гашиш (анаша, смола каннабиса), действуя по предварительному сговору, в составе организованной группы с другим лицом, пешком, передвигаясь по дорогам города Великий Новгород,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гашиш (анаша, смола каннабиса), массой 0,485 грамма, упакованного в индивидуальную упаковку, состоящую из полимерных пакетов с фиксатором горловины, полимерной липкой ленты и пластилина, проследовал на улицу Нехинская города Великий Новгород, где в период времени с 07 часов 50 минуты по 07 часов 54 минуты 16.09.2024 поместил указанное наркотическое средство в приисканное им место скрытого незаконного хранения – тайник-«закладку» в землю на участке местности, расположенном на расстоянии около 500 метров от дома № 40 по улице Нехинская города Великий Новгород,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07 часов 54 минуты 16.09.2024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07 часов 54 минут по 18 часов 10 минут 16.09.2024, отправил другому лицу, в целях передачи его покупателям в интернет-магазине «Chief Keeff», созданном и функционирующем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13 часов 45 минут по 13 часов 54 минуты 18.09.2024 сотрудниками правоохранительных органов при производстве осмотра места происшествия в земле на участке местности, расположенном на расстоянии около 500 метров от дома № 40 по улице Нехинская города Великий Новгород, было обнаружено и изъято помещённое в данное место ФИО2, действующим совместно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гашиш (анаша, смола каннабиса),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0,485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полимерной липкой ленты и пластилина.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 период времени с 07 часов 50 минут по 08 часов 01 минут 16.09.2024 ФИО2, продолжая совместный преступный умысел, направленный на умышленный незаконный сбыт наркотического средства гашиш (анаша, смола каннабиса), действуя по предварительному сговору, в составе организованной группы с другим лицом, пешком, передвигаясь по дорогам города Великий Новгород,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гашиш (анаша, смола каннабиса), массой 0,484 грамма, упакованного в индивидуальную упаковку, состоящую из полимерных пакетов с фиксатором горловины, полимерной липкой ленты и пластилина, проследовал на улицу Нехинская города Великий Новгород, где в период времени с 07 часов 54 минут по 08 часов 01 минуту 16.09.2024 поместил указанное наркотическое средство в приисканное им место скрытого незаконного хранения – тайник-«закладку» на землю на участке местности, расположенном на расстоянии около 600 метров от дома № 40 строение № 1 по улице Нехинская города Великий Новгород,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08 часов 01 минуту 16.09.2024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08 часов 01 минуты по 18 часов 10 минут 16.09.2024, отправил другому лицу, в целях передачи его покупателям в интернет-магазине «Chief Keeff», созданном и функционирующем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14 часов 02 минут по 14 часов 11 минут 18.09.2024 сотрудниками правоохранительных органов при производстве осмотра места происшествия на земле на участке местности, расположенного на расстоянии около 600 метров от дома № 40 строение № 1 по улице Нехинская города Великий Новгород, было обнаружено и изъято помещённое в данное место ФИО2, действующим совместно с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гашиш (анаша, смола каннабиса),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0,484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полимерной липкой ленты и пластилина.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 период времени с 08 часов 01 минуты по 17 часов 40 минут 16.09.2024 ФИО2, продолжая совместный преступный умысел, направленный на умышленный незаконный сбыт наркотического средства гашиш (анаша, смола каннабиса), действуя по предварительному сговору, в составе организованной группы с другим лицом, пешком и на неустановленном следствием транспорте, передвигаясь по дорогам города Великий Новгород и Новгородского района Новгородской области, осуществляя, при этом, умышленное незаконное хранение при себе, в целях последующего умышленного незаконного сбыта незаконно полученной при указанных выше обстоятельствах части наркотического средства гашиш (анаша, смола каннабиса), массой 0,941 грамма, упакованного в индивидуальную упаковку, состоящую из полимерных пакетов с фиксатором горловины и полимерной липкой ленты, проследовал на территорию СТ Слива Ермолинского сельского поселения Новгородского района Новгородской области, где в период времени с 08 часов 01 минуты по 17 часов 40 минуту 16.09.2024 поместил указанное наркотическое средство в приисканное им место скрытого незаконного хранения – тайник-«закладку» в мох на участке местности, расположенном на расстоянии около 100 метров от дома № 15 СТ Слива Ермолинского сельского поселения Новгородского района Новгородской области,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17 часов 40 минут 16.09.2024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17 часов 40 минуты по 18 часов 10 минут 16.09.2024, отправил другому лицу, в целях передачи его покупателям в интернет-магазине «Chief Keeff», созданном и функционирующем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16 часов 30 минут по 16 часов 44 минуты 19.09.2024 сотрудниками правоохранительных органов при производстве осмотра места происшествия во мху на участке местности, расположенном на расстоянии около 100 метров от дома № 15 СТ Слива Ермолинского сельского поселения Новгородского района Новгородской области, было обнаружено и изъято помещённое в данное место ФИО2, действующим совместно со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гашиш (анаша, смола каннабиса),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0,941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и полимерной липкой ленты.</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 период времени с 08 часов 01 минуты по 17 часов 40 минут 16.09.2024 ФИО2, продолжая совместный преступный умысел, направленный на умышленный незаконный сбыт наркотического средства гашиш (анаша, смола каннабиса), действуя по предварительному сговору, в составе организованной группы с другим лицом, пешком и на неустановленном следствием транспорте, передвигаясь по дорогам города Великий Новгород и Новгородского района Новгородской области, осуществляя, при этом, умышленное незаконное хранение при себе в целях последующего умышленного незаконного сбыта незаконно полученного при указанных выше обстоятельствах части наркотического средства гашиш (анаша, смола каннабиса), массой 0,948 грамма, упакованного в индивидуальную упаковку, состоящую из полимерных пакетов с фиксатором горловины и полимерной липкой ленты, проследовал на территорию СТ Слива Ермолинского сельского поселения Новгородского района Новгородской области, где в период времени с 17 часов 40 минут по 17 часов 43 минуты 16.09.2024 поместил указанное наркотическое средство в приисканное им место скрытого незаконного хранения – тайник-«закладку» в землю у корней дерева на участке местности, расположенном на расстоянии около 150 метров от дома № 23 СТ Слива Ермолинского сельского поселения Новгородского района Новгородской области, при этом, ФИО2, согласно установленных в преступной группе правил, и в соответствии со своей ролью, выполняя принятые на себя обязательства, находясь там же, при помощи находящегося при нём мобильного устройства в 17 часов 43 минуты 16.09.2024 произвёл определение географических координат и фотографирование указанного места, а созданное фотоизображение, используя сеть «Интернет», в приложении «Element», в период времени с 17 часов 43 минут по 18 часов 10 минут 16.09.2024, отправил другому лицу, в целях передачи его покупателям в интернет-магазине «Chief Keeff», созданном и функционирующем на интернет-ресурсе «MEGA».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их преступная деятельность была пресечена сотрудниками полиции и указанное наркотическое средство было изъято из незаконного оборота. В период времени с 16 часов 50 минут по 16 часов 58 минут 19.09.2024 сотрудниками правоохранительных органов при производстве осмотра места происшествия в земле у корней дерева на участке местности, расположенном на расстоянии около 150 метров от дома № 23 СТ Слива Ермолинского сельского поселения Новгородского района Новгородской области, было обнаружено и изъято помещённое в данное место ФИО2, действующим совместно со другим лицом. в составе организованной группы, с целью умышленного незаконного сбыта в интернет-магазине «Chief Keeff», созданном и функционирующем на интернет-ресурсе «MEGA», наркотическое средство гашиш (анаша, смола каннабиса),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0,948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не составляет значительного, крупного или особо крупного размера данного вида наркотического средства, находящееся в индивидуальной упаковке, состоящей из полимерных пакетов с фиксатором горловины и полимерной липкой ленты.</w:t>
      </w:r>
    </w:p>
    <w:p>
      <w:pPr>
        <w:pStyle w:val="Heading3"/>
      </w:pPr>
      <w:r>
        <w:rPr>
          <w:rFonts w:ascii="Times New Roman" w:hAnsi="Times New Roman" w:eastAsia="Times New Roman" w:cs="Times New Roman"/>
          <w:b/>
          <w:i w:val="0"/>
          <w:sz w:val="22"/>
        </w:rPr>
        <w:t>Пункт 16. Выводы</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ФИО2 умышленно по предварительному сговору с другим лицом в составе организованной группы, часть расфасованного в период времени с 00 часов 01 минуты 20.08.2024 по 18 часов 10 минут 16.09.2024 по адресу: город &lt;адрес&gt;, наркотического средства гашиш (анаша, смола каннабиса), массой 3,873 грамма, упакованного в полимерный пакет, продолжил умышленно незаконно хранить в квартире по адресу: &lt;адрес&gt; с целью последующего умышленного незаконного сбыта бесконтактным способом, путём помещения в тайники-«закладки», с использованием сети «Интернет» в интернет-магазине «Chief Keeff», созданном и функционирующем на интернет-ресурсе «MEGA», с момента помещения в указанную квартиру до момента обнаружения и изъятия его сотрудниками правоохранительных органов. Часть наркотического средства гашиш (анаша, смола каннабиса), массами 0,939 грамма и 0,946 грамма, общей массой 1,885 грамма, расфасованного им в индивидуальные упаковки, состоящие из полимерных пакетов с фиксатором горловины и полимерной липкой ленты, ФИО2 действуя умышленно незаконно, в продолжение преступного умысла, направленного на умышленный незаконный сбыт, по предварительному сговору с другим лицом в составе организованной группы, поместил в левый карман надетых на нём брюк, где продолжил умышленно незаконно хранить, с целью последующего умышленного незаконного сбыта в интернет-магазине «Chief Keeff», созданном и функционирующем на интернет-ресурсе «MEGA», до момента обнаружения и изъятия его сотрудниками правоохранительных органов. Часть наркотического средства гашиш (анаша, смола каннабиса), массами 0,948 грамма, 0,926 грамма, 0,968 грамма, 0,944 грамма, 0,949 грамма, общей массой 4,573 грамма, расфасованного им в индивидуальные упаковки, состоящие из полимерных пакетов с фиксатором горловины и полимерной липкой ленты, ФИО2 действуя умышленно незаконно, в продолжение преступного умысла, направленного на умышленный незаконный сбыт, по предварительному сговору с другим лицом в составе организованной группы, поместил в принадлежащий ему рюкзак, где продолжил умышленно незаконно хранить, с целью последующего умышленного незаконного сбыта в интернет-магазине «Chief Keeff», созданном и функционирующем на интернет-ресурсе «MEGA», до момента обнаружения и изъятия его сотрудниками правоохранительных органов. Однако, ФИО2 и другое лицо,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 зависящим от них обстоятельствам, так как в 18 часов 10 минут 16.09.2024 в ходе производства оперативно-розыскного мероприятия «наблюдение», проводимого сотрудниками ОКОН МО МВД России «Новгородский», ФИО2 был задержан на участке местности с географическими координатами 58.530404, 31.164738, расположенном на территории Ермолинского сельского поселения Новгородского района Новгородской области, а незаконно хранящееся с целью сбыта наркотическое средство гашиш (анаша, смола каннабиса), которое в соответствии с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общей массой 10,331 грамма, что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составляет значительный размер указанного наркотического средства, было обнаружено и изъято сотрудниками правоохранительных при следующих обстоятельствах: - часть наркотического средства гашиш (анаша, смола каннабиса), массами 0,939 грамма, 0,946 грамма, 0,948 грамма, 0,926 грамма, 0,968 грамма, 0,944 грамма, 0,949 грамма, общей массой 6,458 грамма, упакованное в индивидуальные упаковки, состоящие из полимерных пакетов с фиксатором горловины и полимерной липкой ленты, была обнаружена и изъята сотрудниками правоохранительных органов в период времени с 19 часов 05 минут по 19 часов 25 минут 16.09.2024 при производстве личного досмотра ФИО2, проведённого в помещении МО МВД России «Новгородский», расположенного по адресу: &lt;...&gt;; - часть наркотического средства гашиш (анаша, смола каннабиса), массой 3,873 грамма, упакованного в полимерный пакет, была обнаружена и изъята сотрудниками правоохранительных органов в период с 23 часов 35 минут по 23 часа 55 минут 16.09.2024 при производстве обыска по месту жительства ФИО2 по адресу: &lt;адрес&gt;. Подсудимый ФИО2 согласился с предъявленным обвинением и свою вину в совершении указанных преступлений признал полностью, поддержал ранее заявленное им ходатайство о постановлении приговора в особом порядке, подтвердил, что это ходатайство заявлено им добровольно и после консультации с защитником. Подсудимый подтвердил, что досудебное соглашение о сотрудничестве в ходе предварительного расследования заключено им добровольно и при участии защитника. Суд приходит к выводу, что подсудимый осознает особенности и последствия постановления приговора в особом порядке, в том числе пределы обжалования приговора, постановленного в особом порядке проведения судебного заседания в отношении подсудимого, с которым заключено досудебное соглашение о сотрудничестве. Защитник подсудимого поддержал ходатайство подсудимого о постановлении приговора в особом порядке, при этом не оспаривал допустимость собранных по делу доказательств, квалификацию содеянного, не заявил о нарушении процессуальных прав подзащитного в ходе предварительного следствия и в суде, подтвердил соблюдение требований уголовно-процессуального закона при заключении досудебного соглашения о сотрудничестве. Как указано в представлении заместителя прокурора Новгородской области, обвиняемым ФИО2 в полном объеме выполнены взятые на себя в рамках заключенного досудебного соглашения о сотрудничестве обязательства, а именно: -дал правдивые и полные показания по фактам инкриминируемых ему преступлений, в том числе в отношении лица, с которым он вступил в предварительный сговор (***), и которое поставляло ему для дальнейшего незаконного сбыта наркотические средства, с указанием ролей в совершении инкриминированных преступлений, способов связи и взаимодействия с этим лицом, - дал подробные показания о совершении действий, направленных на незаконный сбыт изъятых наркотических средств в составе группы лиц, - указал схему вывода и легализации денежных средств, полученных преступным путем, а также конкретные финансовые операции по легализации преступных доходов, - сообщил местонахождение тайника с наркотическим средством. Показания ФИО2 позволили расширить и закрепить доказательственную базу обвинения по уголовному делу, в том числе по эпизодам преступной деятельности ***, в отношении которого уголовное дело выделено в отдельное производство. Полнота и правдивость сведений, сообщенных обвиняемым при выполнении им обязательств, предусмотренных заключенным с ним досудебным соглашением о сотрудничестве, подтверждена всей совокупностью собранных по уголовному делу доказательств. Меры безопасности, предусмотренные Федеральным законом от 20.08.2004 № 119-ФЗ «О государственной защите потерпевших, свидетелей и иных участников уголовного судопроизводства», в отношении обвиняемого, его близких родственников, родственников и близких лиц, не принимались в связи с отсутствием оснований. Государственный обвинитель просил применить особый порядок принятия судебного решения в отношении подсудимого, с которым заключено досудебное соглашение о сотрудничестве, предусмотренного главой 40.1 УПК РФ, указал на полное выполнение ФИО2 досудебного соглашения о сотрудничестве, в том числе подтвердил активное содействие подсудимого следствию в раскрытии и расследовании преступления, изобличении и уголовном преследовании иных лиц, причастных к незаконному обороту наркотических средств и психотропных веществ. Суд, выслушав ФИО2, его защитника и государственного обвинителя, исследовав материалы уголовного дела, приходит к следующим выводам: Обвинение, с которым согласился ФИО2, обоснованно и подтверждается собранными по делу доказательствами. Досудебное соглашение о сотрудничестве заключено, и ходатайство о постановлении приговора без проведения судебного разбирательства заявлены подсудимым добровольно и после консультации с адвокатом. Суд, исследовав характер и пределы содействия следствию подсудимого ФИО2, приходит к выводу о том, что он полностью выполнил условия заключенного с ним досудебного соглашения, дал правдивые и полные показания по фактам инкриминируемых ему преступлений, предоставил информацию о лице, причастном к незаконному обороту наркотических средств, дал подробные показания о совершении действий, направленных на незаконный сбыт изъятых наркотических средств в составе группы лиц, указал схему вывода и легализации денежных средств, полученных преступным путем, а также конкретные финансовые операции по легализации преступных доходов, сообщил местонахождение тайника с наркотическим средством. Суд считает возможным постановить приговор в отношении ФИО2 в соответствии с главой 40.1 УПК РФ, поскольку досудебное соглашение заключено подсудимым добровольно и при участии защитника, условия досудебного соглашения подсудимым выполнены. Исследовав материалы уголовного дела, суд считает возможным постановить приговор без проведения судебного разбирательства, находит доказанной вину ФИО2 и квалифицирует его действия как пятнадцать преступлений, предусмотренных ч. 3 ст. , п. «г» ч. 4 ст. 228.1 УК РФ , то есть как пятнадцать покушений на незаконный сбыт наркотических средств, совершенных с использованием электронных и информационно-телекоммуникационных сетей (включая сеть «Интернет»), организованной группой, а именно умышленных действиях лиц, непосредственно направленных на совершение преступления, если при этом преступление не было доведено до конца по не зависящим от этих лиц обстоятельствам, и как одно преступление, предусмотренное ч. 3 ст. , п. «г» ч. 4 ст. 228.1 УК РФ , то есть как одно покушение на незаконный сбыт наркотических средств, совершенный с использованием электронных и информационно-телекоммуникационных сетей (включая сеть «Интернет»), в значительном размере, организованной группой, а именно умышленных действиях лиц, непосредственно направленных на совершение преступления, если при этом преступление не было доведено до конца по не зависящим от этих лиц обстоятельствам. При определении вида и размера наказания суд в соответствии со ст. и ч. 3 ст. 60 УК РФ учитывает характер и степень общественной опасности совершенных преступлений, личность подсудимого, обстоятельства, смягчающие, влияние назначенного наказания на исправление осужденного и условия жизни его семьи. Оценивая характер и степень общественной опасности совершенных преступлений, суд отмечает, что подсудимый совершил неоконченные особо тяжкие преступления в сфере незаконного оборота наркотических средств, санкция за совершение которых в качестве основного наказания предусматривает исключительно лишение свободы. При назначении наказания суд учитывает фактические обстоятельства совершенных деяний, в том числе степень реализации преступного умысла, роль подсудимого в их совершении. Исследованием личности ФИО2 установлено, что он не судим, не привлекался к административной ответственности, не состоит на специализированных учетах, положительно характеризуется, страдает хроническими заболеваниями, трудоустроен, помогает нетрудоспособным родственникам и членам семьи, проживает с сожительницей, с которой подано заявление о регистрации брака, участвует в содержании ее малолетнего ребенка, имеющего инвалидность. Согласно заключению комиссии судебно-психиатрических экспертов ФИО2 признаков невменяемости не обнаруживает, наркоманией не страдает. (т. 4 л.д. 29-30). На основании ст. 19 УК РФ подсудимый ФИО2 как вменяемое физическое лицо подлежит уголовной ответственности. Обстоятельствами, смягчающими наказание подсудимому ФИО2., суд, применительно к каждому преступлению, признает в соответствии с п. «и» ч. 1 ст. 61 УК РФ –активное способствование раскрытию и расследованию преступления, в соответствии с ч. 2 ст. 61 УК РФ – полное признание вины, раскаяние в содеянном, наличие хронических заболеваний, помощь нетрудоспособным родственникам и членам семьи, участие в содержании малолетнего ребенка сожительницы, имеющего инвалидность. Согласно ст. 63 УК РФ , обстоятельств, отягчающих наказание ФИО2, судом не установлено. Учитывая тяжесть совершенных подсудимым преступлений и обстоятельства их совершения, суд не усматривает оснований для применения в отношении него положений ст. 73 УК РФ , ст. 64 УК РФ , а также положений ч. 6 ст. 15 УК РФ об изменении категории преступления и приходит к выводу о необходимости назначения ему наказания в виде реального лишения свободы, не усматривает оснований для замены лишения свободы принудительными работами. При определении срока наказания ФИО2 подлежат учёту положения части 3 ст. 66 УК РФ . При назначении ФИО2 наказания, суд учитывает также положения ч. 2 ст. 62 УК РФ , в соответствии с которыми в случае заключения досудебного соглашения о сотрудничестве при наличии смягчающих обстоятельств, предусмотренных п. «и» ч. 1 ст. 61 УК РФ , и отсутствии отягчающих обстоятельств срок или размер наказания не могут превышать половины максимального срока или размера наиболее строгого вида наказания, предусмотренного соответствующей статьей Особенной части УК РФ. Учитывая, что максимальный срок, на который может быть назначено наказание ФИО2 при применении в отношении него части 3 ст. 66 УК РФ и части 2 ст. 62 УК РФ ниже нижнего предела срока наказания, предусмотренного санкцией статьи, а наряду с этим подлежат учету и иные смягчающие наказание обстоятельства, суд приходит к выводу о необходимости назначения ФИО2 наказания ниже низшего предела без ссылки на ст. 64 УК РФ . Окончательное наказание подлежит назначению по совокупности преступлений в соответствии с ч. 2 ст. 69 УК РФ путем частичного сложения наказаний. В соответствии с п. «в» ч. 1 ст. 58 УК РФ местом отбывания наказания следует определить ФИО2 исправительную колонию строгого режима. Учитывая наличие обстоятельств, смягчающих наказание, суд считает возможным не применять к ФИО2 дополнительного наказания. В целях обеспечения исполнения приговора мера пресечения в виде заключения под стражу в отношении ФИО2 подлежит дальнейшему применению В срок лишения свободы подлежит зачет времени содержания ФИО2 под стражей. Принадлежащие ФИО2 электронные весы размерами 122х65х20 мм (квитанция № от ДД.ММ.ГГГГ), мобильный телефон Apple iPhone Xs (серийный номер F17Y41FFKPG1, IMEI1 №, IMEI2 №) в полимерном чехле чёрного цвета, с находящейся в нём SIM-картой ПАО «МТС» (квитанция № от ДД.ММ.ГГГГ), поскольку они использовались в целях осуществления деятельности направленной на незаконный сбыт наркотических средств, подлежит конфискации и обращению в собственность государства в соответствии с п. «г» ч. 1 ст. 104.1 УК РФ как орудия совершения преступления, принадлежащие обвиняемому. Все остальные вещественные доказательства подлежат дальнейшему хранению в целях расследования и судебного разрешения выделенных уголовных дел. Гражданского иска не заявлено. Процессуальных издержек по делу нет. На основании изложенного, руководствуясь ст. 317.7 УПК РФ , п р и г о в о р и л: Признать ФИО2 виновным в совершении 16 преступлений, предусмотренных ч. 3 ст. , п. «а» ч. 4 ст. 228.1 Уголовного кодекса Российской Федерации, и назначить ему наказание за совершение каждого преступления в виде 03 лет 00 месяцев лишения свободы (за каждое). По совокупности преступлений путем частичного сложения назначенных наказаний в соответствии с ч. 2 ст. 69 УК РФ назначить ФИО2 наказание в виде 04 лет 00 месяцев лишения свободы с отбыванием наказания в исправительной колонии строгого режима. Меру пресечения в отношении ФИО2 в виде заключения под стражу оставить без изменения до вступления приговора в законную силу. Срок отбывания наказания в виде лишения свободы ФИО2 исчислять со дня вступления приговора в законную силу. Зачесть ФИО2 в соответствии с ч. 3.2. ст. 72 УК РФ в срок отбывания наказания в виде лишения свободы время его содержания под стражей с 17.09.2024 до даты вступления настоящего приговора в законную силу из расчета один день за один день отбывания наказания в исправительной колонии строгого режима. Вещественные доказательства: - *** Все остальные вещественные доказательства - хранить в целях расследования и судебного разрешения выделенных уголовных дел. Приговор может быть обжалован в Судебную коллегию по уголовным делам Новгородского областного суда через Новгородский районный суд в течение 15 суток со дня провозглашения, лишь по основаниям: нарушения уголовно-процессуального закона; неправильного применения уголовного закона; несправедливости приговора. В случае подачи апелляционной жалобы осужденный вправе ходатайствовать о своем участии в рассмотрении уголовного дела судом второй инстанции. Осужденный также вправе пригласить защитника для участия в рассмотрении уголовного дела судом второй инстанции либо ходатайствовать перед судом о назначении защитника, в том числе бесплатно в случаях, предусмотренных УПК РФ, либо отказаться от защитника, о чем должно быть указано в жалобе. Судья Новгородского районного суда Новгородской области С.Ю. Вихрова Суд: Новгородский районный суд (Новгородская область) (подробнее) Иные лица: прокуратура г.Великий Новгород (подробнее) Судьи дела: Вихрова Светлана Юрьевна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