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Заявления, ходатайства лиц, участвующих в исполнительном производстве (далее - заявления, ходатайства), могут быть поданы на любой стадии исполнительного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Заявления, ходатайства рассматриваются должностными лицами службы судебных приставов в соответствии с их полномочиями, предусмотренными настоящим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Заявление, ходатайство передаются должностным лицам службы судебных приставов в трехдневный срок со дня поступления в подразделение судебных приставов.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случаях, если должностное лицо службы судебных приставов, получившее заявление, ходатайство, не правомочно их рассматривать, указанное должностное лицо обязано в трехдневный срок направить заявление, ходатайство должностному лицу службы судебных приставов, правомочному их рассматривать, уведомив об этом в письменной форме лицо, подавшее заявление, ходатайство.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иное не предусмотрено настоящим Федеральным законом, должностное лицо службы судебных приставов рассматривает заявление, ходатайство в десятидневный срок со дня поступления к нему заявления, ходатайства и по результатам рассмотрения выносит постановление об удовлетворении полностью или частично либо об отказе в удовлетворении заявления, ходатайства.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 удовлетворения заявления, ходатайства должностное лицо службы судебных приставов в постановлении указывает, какие исполнительные действия совершены (подлежат совершению) и (или) какие меры принудительного исполнения применены (подлежат применению), если иное не предусмотрено настоящим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Копия постановления об удовлетворении полностью или частично либо об отказе в удовлетворении заявления, ходатайства не позднее дня, следующего за днем его вынесения, направляется заявителю, должнику, взыскателю, а также в суд, другой орган или должностному лицу, выдавшим исполнительный документ. Согласно статье 13 Федерального закона от 21.07.1997 № 118-ФЗ «Об органах принудительного исполнения Российской Федерации» сотрудник органов принудительного исполнения обязан использовать предоставленные ему права в соответствии с законом и не допускать в своей деятельности ущемления прав и законных интересов граждан. Судом установлено, что судебным приставом-исполнителем Отделения судебных приставов по Зерноградскому и Кагальницкому районам УФССП по Ростовской области ФИО3, в рамках исполнительного производства №-ИП, было допущено бездействие, которое выразилось в не рассмотрении ходатайства административного истца от 29.04.2025 года о приобщении к материалам исполнительного производства расчет начисления процентов, неустойки и взыскании с должника 648 022,22 рублей. Материалы исполнительного производства №-ИП, не содержат доказательств своевременного рассмотрения ходатайства административного истца от 29.04.2025 года, постановлений о разрешении указанного ходатайства в адрес заявителя не направлялось. Бездействие судебного пристава-исполнителя Отделения судебных приставов по Зерноградскому и Кагальницкому районам УФССП по Ростовской области ФИО3, повлекло нарушение прав и законных интересов администртаиного истца, в связи, с чем требования административного искового заявления о признании незаконным бездействия судебного пристава-исполнителя подлежат удовлетворению. Способом восстановления нарушенных прав административного истца суд полагает возложение на судебного пристава-исполнителя Отделения судебных приставов по Зерноградскому и Кагальницкому районам УФССП по Ростовской области ФИО3, обязанностей приобщить к материалам исполнительного производства расчёт начисления процентов и неустойки по дату фактического погашения задолженности, и произвести корректировку суммы задолженности в исполнительном производстве согласно данным исполнительного документа. При рассмотрении дела судом установлено бездействия начальника отделения – заместителем старшего судебного пристава ОСП по Зерноградскому и Кагальницкому районам УФССП России по Ростовской области выразившегося в не рассмотрении жалобы административного истца от 13.05.2025 года. В соответствии с ч. 2 ст. 10 Федерального закона от 21.07.1997 № 118-ФЗ «Об органах принудительного исполнения Российской Федерации» старший судебный пристав, в том числе организует работу подразделения судебных приставов, обеспечивает принятие мер по своевременному и полному исполнению судебными приставами-исполнителями судебных актов, актов других органов и должностных лиц, утверждает постановления судебных приставов-исполнителей в случаях, предусмотренных Федеральным законом «Об исполнительном производстве». Исходя из положений п. 1 ст. 19 Федерального закона от 21.07.1997 № 118-ФЗ «Об органах принудительного исполнения Российской Федерации» формой контроля за решением, действием (бездействием) судебного пристава-исполнителя со стороны вышестоящего должностного лица является проверка таких решений, действий (бездействия) в порядке подчиненности на основании заявлений сторон исполнительного производства, иных заинтересованных лиц. Приведенные выше положения Федерального закона от 21.07.1997 № 118-ФЗ «Об органах принудительного исполнения Российской Федерации», также как и Федеральный закон «Об исполнительном производстве» возлагают на старшего судебного пристава обязанность по контролю действий судебного пристава-исполнителя, совершаемого в рамках исполнительного производства. Судом установлено, что ИП ФИО1 14.05.2025 года направил в адрес ОСП Зерноградскому и Кагальницкому районам УФССП России по Ростовской области на имя начальника жалобу с просьбой признать незаконными бездействие судебного пристава-исполнителя ФИО3, выразившееся в не осуществлении коррекции суммы задолженности по исполнительному производству и обязании судебного пристава-исполнителя приобщить к материалам исполнительного производства расчет начисления процентов и неустойки по дату фактического погашения задолженности, произвести коррекцию суммы задолженности в исполнительном производстве, и довзыскать с должника процентов и неустойки. На дату 02.06.2025 года в адрес взыскателя ответа на жалобу не поступало. Согласно части 1 статьи 126 Федерального закона от 02.10.2007 №229-ФЗ «Об исполнительном производстве» жалоба, поданная в порядке подчиненности, должна быть рассмотрена должностным лицом службы судебных приставов, правомочным рассматривать указанную жалобу, в течение десяти дней со дня ее поступления. Начальником отделения – заместителем старшего судебного пристава ОСП по Зерноградскому и Кагальницкому районам УФССП России по Ростовской области ФИО5 жалоба ИП ФИО1 в предусмотренный законом срок рассмотрена не была. По приведенным мотивам суд установил предусмотренные законом основания для признания незаконным бездействия старшего судебного пристава ОСП по Зерноградскому и Кагальницкому районам УФССП России по Ростовской области ФИО5, в связи, с чем данного требование административного искового заявления должно быть удовлетворено. Способом восстановления нарушенных прав административного истца суд полагает возложение на старшего судебного пристава ОСП по Зерноградскому и Кагальницкому районам УФССП России по Ростовской области обязанности рассмотреть жалобу административного истца, поданную в порядке подчиненности № от 14.05.2025 года, и предоставить заявителю ответ по результатам рассмотрения жалобы. Разрешая требования административного искового заявления о довзыскании с ФИО4 в пользу ИП ФИО1 процентов и неустойки в твердой денежной сумме в размере 648 022,22 рублей, суд приходит к следующему. Решением Зерноградского районного суда ростовской области от 22.04.2021 года с ФИО4 в пользу индивидуального предпринимателя ФИО1 взысканы задолженность по кредитному договору № от 03.01.2014 года, заключенному между КБ «Русский Славянский банк» ЗАО и ФИО4: - 290 128,92 рублей – сумма невозвращенного основанного долга по состоянию на 24.12.2014 года; - 26 892,12 рублей – сумма неоплаченных процентов по ставке 29,00% годовых по состоянию на 24.12.2014 года; - 180 000 рублей – сумма неоплаченных процентов по ставке 29,00% годовых, рассчитанная по состоянию с 25.12.2014 года по 31.12.2020 года; - 10 000 рублей – сумма неустойки на сумму невозвращенного основного долга за период с 25.12.2014 года по 31.12.2020 года; - проценты по ставке 29,00% годовых на сумму основного долга 290 128,92 рублей за период с 01.01.2021 года по дату фактического погашения задолженности; - неустойка по ставке 0,5% в день на сумму основного долга 290 128,92 рублей за период с 01.01.2021 года по дату фактического погашения задолженности. Таким образом, уже имеется, вступившее в законную силу, решение суда которым с ответчика ФИО4 в пользу ИП ФИО1 взысканы проценты по ставке 29,00% годовых на сумму основного долга 290 128,92 рублей за период с 01.01.2021 года по дату фактического погашения задолженности, и неустойка по ставке 0,5% в день на сумму основного долга 290 128,92 рублей за период с 01.01.2021 года по дату фактического погашения задолженности. Удовлетворение указанного искового требования приведет к порождению повторного обязательства должника ФИО4 по выплате суммы задолженности по процентам и неустойки. Так же суд учитывает, что осуществление расчета взысканных решением суда процентов и неустойки по дату фактического погашения задолженности, относиться к исключительной компетенции судебного пристава-исполнителя в производстве которого находиться исполнительное производство, в связи с чем суд своим решением не может подменять действия судебного пристава. На основании изложенного суд полагает необходимым отказать в удовлетворении искового требования о довзыскании с ФИО4 в пользу ИП ФИО1 процентов и неустойки в твердой денежной сумме в размере 648 022,22 рублей. Суд приходит к выводу о том, что требования административного искового подлежат частичному удовлетворению. Руководствуясь ст.ст. - , , Кодекса административного судопроизводства Российской Федерации, суд РЕШИЛ: Административное исковое заявление ИП ФИО1 к начальнику Отделения судебных приставов по Зерноградскому и Кагальницкому районам УФССП России по Ростовской области ФИО2, судебному приставу-исполнителю Отделения судебных приставов по Зерноградскому и Кагальницкому районам УФССП России по Ростовской области ФИО3, Главному Управлению ФССП России по Ростовской области, заинтересованному лицу ФИО4 о признании незаконным бездействия судебного пристава исполнителя, и начальника ОСП по Зерноградскому и Кагальницкому районам – удовлетворить частично. Признать незаконным бездействие начальника Отделения судебных приставов по Зерноградскому и Кагальницкому районам УФССП России по Ростовской области ФИО2, выразившееся в неосуществлении надлежащего контроля за деятельностью подразделения и в не рассмотрении жалобы взыскателя № от 14.05.2025 года в течение десяти дней со дня её поступления. Обязать начальника Отделения судебных приставов по Зерноградскому и Кагальницкому районам УФССП России по Ростовской области, либо лицо, временно исполняющего обязанности начальника Отделения судебных приставов по Зерноградскому и Кагальницкому районам УФССП России по Ростовской области, рассмотреть жалобу взыскателя в порядке подчиненности № от 14.05.2025 года и предоставить заявителю ответ по результатам рассмотрения жалобы. Признать незаконным бездействие судебного пристава-исполнителя Отделения судебных приставов по Зерноградскому и Кагальницкому районам УФССП России по Ростовской области ФИО3, выразившееся в неосуществлении коррекции суммы задолженности в рамках исполнительного производства № от 08.11.2021. Обязать судебного пристава-исполнителя, в ведении которого находится исполнительное производство № от 08.11.2021, приобщить к материалам исполнительного производства расчёт начисления процентов и неустойки по дату фактического погашения задолженности и произвести корректировку суммы задолженности в исполнительном производстве согласно данным исполнительного документа. В удовлетворении остальной части административных исковых требований ИП ФИО1 отказать. На решение может быть подана апелляционная жалоба в Ростовский областной суд через Зерноградский районный суд в течение месяца со дня принятия решения суда в окончательной форме. Судья Т.А. Васильева Мотивированный текст решения изготовлен 18.08.2025. Суд: Зерноградский районный суд (Ростовская область) (подробнее) Истцы: ИП Козлов Олег Игоревич (подробнее) Ответчики: Главное Управление Федеральной службы судебных приставов по Ростовской области (подробнее) Начальник отдела- старший судебный пристав Отделения судебных приставов по Зерноградскому и Кагальницкому районам УФССП России по Ростовской области Пономарева Т.А. (подробнее) Судебный пристав- исполнитель Отделения судебных приставов по Зерноградскому и Кагальницкому районам УФССП России по Ростовской области Тучков С.В. (подробнее) Судьи дела: Васильева Татьяна Александровна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