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26.12.2023 приговором Ленинского районного суда г.Кемерово по ч.1 ст. 228 УК РФ к 1 году лишения свободы, на основании ст. 73 УК РФ условно, с испытательным сроком 1 год 6 месяцев, постановлением Заводского районного суда г.Кемерово от 26.04.2024 испытательный срок продлен на 1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22.07.2024 приговором МССУ № ### ... судебного района г.Кемерово и.о. МССУ № ### ... судебного района г.Кемерово по ч.1 ст. (2 эпизода), ч.2 ст. 69 УК РФ к 6 месяцам исправительных работ с удержанием 5 % в доход государства, на основании ст. 73 УК РФ условно, с испытательным сроком 6 месяцев, приговор от 26.12.2023 исполняется самостоятельно,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13.01.2025 приговором Заводского районного суда г.Кемерово по ч.1 ст. (4 эпизода), ст. 158.1 , ч.2 ст. 69 УК РФ к 10 месяцам лишения свободы, на основании ч.4 ст. УК РФ отменено условное осуждение по приговорам от 26.12.2023 и от 22.07.2024, по ст. 70 УК РФ к 1 году 8 месяцам лишения свободы с отбыванием в колонии-поселении,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24.01.2025 приговором МССУ № ### ... судебного района г.Кемерово по ч.1 ст. (7 эпизодов), ч.2 ст. 69 УК РФ к 9 месяцам лишения свободы, на основании ч.5 ст. 69 УК РФ с наказанием по приговору от 13.01.2025 к 1 году 9 месяцам лишения свободы с отбыванием в колонии-поселении,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04.02.2025 приговором Заводского районного суда г.Кемерово по ч.1 ст. (2 эпизода), ст. 158.1 , ч.2 ст. 69 УК РФ к 1 году лишения свободы, на основании ч.5 ст. 69 УК РФ с наказанием по приговору от 24.01.2025 к 1 году 10 месяцам лишения свободы с отбыванием в колонии-поселении, в срок наказания зачтено время содержания под стражей с 13.01.2025 до вступления приговора в законную силу,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11.02.2025 приговором МССУ № ### ... судебного района г.Кемерово по ч.1 ст. 158 УК РФ к 5 месяцам лишения свободы, на основании ч.5 ст. 69 УК РФ с наказанием по приговору от 04.02.2025 к 1 году 11 месяцам лишения свободы с отбыванием в колонии-поселении, в срок наказания зачтено время содержания под стражей с 13.01.2025 по 10.02.2025, с 11.02.2025 и до вступления приговора в законную силу,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17.02.2025 приговором МССУ № ### ... судебного района г.Кемерово по ч.1 ст. 158 УК РФ к 8 месяцам лишения свободы, на основании ч.5 ст. 69 УК РФ с наказанием по приговору от 11.02.2025 к 2 годам лишения свободы с отбыванием в колонии-поселении, в срок наказания зачтено время содержания под стражей с 13.01.2025 по 16.02.2025, с 17.02.2025 и до вступления приговора в законную силу,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25.02.2025 приговором МССУ № ### ... судебного района г.Кемерово по ч.1 ст. (3 эпизода), ч.2 ст. 69 УК РФ к 1 году 1 месяцу лишения свободы, на основании ч.5 ст. 69 УК РФ с наказанием по приговору от 17.02.2025 к 2 годам 1 месяцу лишения свободы с отбыванием в колонии-поселении, в срок наказания зачтено время содержания под стражей с 13.01.2025 по 24.02.2025, с 25.02.2025 и до вступления приговора в законную силу,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06.03.2025 приговором Заводского районного суда г.Кемерово по ч.1 ст. (2 эпизода), ст. 158.1 (2 эпизода), ч.2 ст. 69 УК РФ к 1 году 2 месяцам лишения свободы, на основании ч.5 ст. 69 УК РФ с наказанием по приговору от 25.02.2025 к 2 годам 2 месяцам лишения свободы с отбыванием в колонии-поселении, в срок наказания зачтено время содержания под стражей с 13.01.2025 по 05.03.2025, с 06.03.2025 и до вступления приговора в законную силу,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10.03.2025 приговором Заводского районного суда г.Кемерово по ч.1 ст. , ч.1 ст. , ст. 158.1 (3 эпизода), ч.2 ст. 69 УК РФ к 1 году 4 месяцам лишения свободы, на основании ч.5 ст. 69 УК РФ с наказанием по приговору от 06.03.2025 к 2 годам 4 месяцам лишения свободы с отбыванием в колонии-поселении, в срок наказания зачтено время содержания под стражей с 13.01.2025 по 09.03.2025, с 10.03.2025 и до вступления приговора в законную силу,</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13.03.2025 приговором МССУ № ### ... судебного района г.Кемерово по ч.1 ст. (2 эпизода), ч.2 ст. 69 УК РФ к 1 году лишения свободы, на основании ч.5 ст. 69 УК РФ с наказанием по приговору от 10.03.2025 к 2 годам 5 месяцам лишения свободы с отбыванием в колонии-поселении, в срок наказания зачтено время содержания под стражей с 13.01.2025 по 12.03.2025, с 13.03.2025 и до вступления приговора в законную силу;</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25.03.2025 приговором Центрального районного суда г. Кемерово по ч.1 ст. 158 УК РФ (2 преступления), ст. 158.1 УК РФ , ч.2 ст. 69 УК РФ к 1 году 4 месяцам лишения свободы, ч.5 ст. 69 УК РФ (приговор от 13.03.2025г.) к 2 годам 6 месяцам лишения свободы в колонии поселении;</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22.04.2025 приговором мирового судьи судебного участка №### ... судебного района г. Кемерово по ч.1 ст. 158 УК РФ к 8 месяцам лишения свободы, ч.5 ст. 69 УК РФ (приговор от 25.03.2025г.) к 2 годам 7 месяцам лишения свободы в колонии поселении;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22.04.2025 приговором мирового судьи судебного участка №### ... судебного района г. Кемерово по ч.1 ст. 158 УК РФ к 8 месяцам лишения свободы, ч.5 ст. 69 УК РФ (приговор от 22.04.2025г.) к 2 годам 8 месяцам лишения свободы в колонии поселении;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15.05.2025 приговором Центрального районного суда г. Кемерово по п. «в» ч.2 ст. 158 УК РФ к 1 году 6 месяцам лишения свободы, на основании ст. ч.5 ст. 69 УК РФ (приговор от 22.04.2025) 2 года 9 месяцев лишения свободы в колонии поселении;</w:t>
      </w:r>
    </w:p>
    <w:p>
      <w:pPr>
        <w:pStyle w:val="Heading3"/>
      </w:pPr>
      <w:r>
        <w:rPr>
          <w:rFonts w:ascii="Times New Roman" w:hAnsi="Times New Roman" w:eastAsia="Times New Roman" w:cs="Times New Roman"/>
          <w:b/>
          <w:i w:val="0"/>
          <w:sz w:val="22"/>
        </w:rPr>
        <w:t>Пункт 16. Выводы</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25.06.2025 приговором мирового судьи судебного участка №### ... судебного района г. Кемерово по ч.1ст. 158 УК РФ к 8 месяцам лишения свободы, ч.5 ст. 69 УК РФ (приговор от 15.05.2025г.) к 2 годам 10 месяцам лишения свободы в колониир поселении; под стражей по настоящему уголовному делу не содержащегося; копию обвинительного заключения получившего 26.11.2024 года; обвиняемого в совершении преступлений, предусмотренных ст. 158.1 , ст. 158.1 , ст. 158.1 , ст. 158.1 , ст. 158.1 , ст. 158.1 , ч. 1 ст. 158 УК РФ , У С Т А Н О В И Л : ФИО1 совершил преступления в г. Кемерово при следующих обстоятельствах. 23.09.2024 около 16:15 часов ФИО1, являясь лицом, подвергнутым административному наказанию за мелкое хищение, предусмотренное ч. 2 ст. 7.27 КРФ об АП, в виде административного штрафа в размере 3000 рублей, на основании постановления мирового судьи судебного участка № ### ... судебного района г. Кемерово ЛИЦО_21, и.о. мирового судьи судебного участка № ### ... судебного района г. Кемерово от 18.05.2024, вступившего в законную силу 29.05.2024, находясь в помещении торгового зала магазина «Монетка»,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места продажи водку «Белуга Нобл» объемом 0,5 литра, в количестве 2 шт., стоимостью 553 руб. 75 коп. за 1 шт., на общую сумму 1107 руб. 50 коп., принадлежащую ООО «...». После чего, ФИО1, прижав товар руками к телу, вышел из торгового зала магазина, минуя кассовую зону, не оплатив стоимость товара, с похищенным имуществом с места преступления скрылся, тем самым тайно похитил имущество, принадлежащее ООО «...», на сумму 1107 руб. 50 коп., распорядившись им впоследствии по своему усмотрению, чем причинил материальный ущерб ООО «...», на сумму 1107 руб. 50 коп. Кроме того, 02.10.2024 около 18:50 часов ФИО1, являясь лицом, подвергнутым административному наказанию за мелкое хищение, предусмотренное ч. 2 ст. 7.27 КРФ об АП, в виде административного штрафа в размере 3000 рублей, на основании постановления мирового судьи судебного участка № ### ... судебного района г. Кемерово ЛИЦО_21, и.о. мирового судьи судебного участка № ### ... судебного района г. Кемерово от 18.05.2024, вступившего в законную силу 29.05.2024, находясь в помещении торгового зала магазина «Монетка»,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места продажи кофе «ФИО2 Рика» массой 170г., в количестве 4 шт., стоимостью 293 руб. 66 коп. за 1 шт., на общую сумму 1174 руб. 64 коп., принадлежащий ООО «...». После чего, ФИО1, спрятав три банки кофе в карманы надетой на нем куртки и держа одну банку кофе, прижав руку к телу, вышел из торгового зала магазина, минуя кассовую зону, не оплатив стоимость товара, с похищенным имуществом с места преступления скрылся, тем самым тайно похитил имущество, принадлежащее ООО «...», на сумму 1174 руб. 64 коп., распорядившись им впоследствии по своему усмотрению, чем причинил материальный ущерб ООО «...», на сумму 1174 руб. 64 коп. Кроме того, 03.10.2024 около 18:10 часов ФИО1, являясь лицом, подвергнутым административному наказанию за мелкое хищение, предусмотренное ч. 2 ст. 7.27 КРФ об АП, в виде административного штрафа в размере 3000 рублей, на основании постановления мирового судьи судебного участка № ### ... судебного района г. Кемерово ЛИЦО_21, и.о. мирового судьи судебного участка № ### ... судебного района г. Кемерово от 18.05.2024, вступившего в законную силу 29.05.2024, находясь в помещении торгового зала магазина «Монетка»,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места продажи кофе растворимый «Якобс Монарх» массой 300г.+100г в подарок, в количестве 3 шт., стоимостью 591 руб. 32 коп. за 1 шт., на общую сумму 1773 руб. 96 коп., принадлежащий ООО «...». После чего, ЛИЦО_10, держа товар в руке и прижимая к телу, вышел из торгового зала магазина, минуя кассовую зону, не оплатив стоимость товара, с похищенным имуществом с места преступления скрылся, тем самым тайно похитил имущество, принадлежащее ООО «...», на сумму 1773 руб. 96 коп., распорядившись им впоследствии по своему усмотрению, чем причинил материальный ущерб ООО «...», на сумму 1773 руб. 96 коп. Кроме того, 04.10.2024 около 08:40 часов ФИО1, являясь лицом, подвергнутым административному наказанию за мелкое хищение, предусмотренное ч. 2 ст. 7.27 КРФ об АП, в виде административного штрафа в размере 3000 рублей, на основании постановления мирового судьи судебного участка № ### ... судебного района г. Кемерово ЛИЦО_21, и.о. мирового судьи судебного участка № ### ... судебного района г. Кемерово от 18.05.2024, вступившего в законную силу 29.05.2024, находясь в помещении торгового зала магазина «Ярче»,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 продаж следующий товар: - сыр «ФИО3 Чеддер» 45% массой 200г., в количестве 5шт., стоимостью 107 руб. 86 коп. за 1 шт. на общую сумму 539 руб. 30 коп.; - сыр «ФИО3 Швейцарский» 45% массой 180г., в количестве 5шт., стоимостью 110 руб. 75 коп. за 1 шт. на общую сумму 553 руб. 75 коп., а всего взял товар на общую сумму 1093 руб. 05 коп., принадлежащий ООО «...». После чего, ФИО1, держа товар в руках и прижимая к телу, вышел из торгового зала магазина, минуя кассовую зону, не оплатив стоимость товара, с похищенным имуществом с места преступления скрылся, тем самым тайно похитил имущество, принадлежащее ООО ..., на сумму 1093 руб. 05 коп., распорядившись им впоследствии по своему усмотрению, чем причинил материальный ущерб ООО «...», на сумму 1093 руб. 05 коп. Кроме того, 19.10.2024 около 16:15 часов ФИО1, являясь лицом, подвергнутым административному наказанию за мелкое хищение, предусмотренное ч. 2 ст. 7.27 КРФ об АП, в виде административного штрафа в размере 3000 рублей, на основании постановления мирового судьи судебного участка № ### ... судебного района г. Кемерово ЛИЦО_21, и.о. мирового судьи судебного участка № ### ... судебного района г. Кемерово от 18.05.2024, вступившего в законную силу 29.05.2024, находясь в помещении торгового зала магазина «Монетка»,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 продаж следующий товар: - кофе растворимый «Нескафе Голд Арома» 190+100г., в количестве 2шт., стоимостью 363 руб. 04 коп. за 1 шт. на общую сумму 726 руб. 08 коп.; - кофе растворимый «Нескафе Голд» 190г., в количестве 3шт., стоимостью 258 руб. 27 коп. за 1 шт. на общую сумму 774 руб. 81 коп. а всего взял товар на общую сумму 1500 руб. 89 коп., принадлежащий ООО «...». После чего, ФИО1, спрятав товар в имеющийся при нем пакет, вышел из торгового зала магазина, минуя кассовую зону, не оплатив стоимость товара, с похищенным имуществом с места преступления скрылся, тем самым тайно похитил имущество, принадлежащее ООО «...», на сумму 1500 руб. 89 коп., распорядившись им впоследствии по своему усмотрению, чем причинил материальный ущерб ООО «...», на сумму 1500 руб. 89 коп. Кроме того, 21.10.2024 около 16:45 часов ФИО1, являясь лицом, подвергнутым административному наказанию за мелкое хищение, предусмотренное ч. 2 ст. 7.27 КРФ об АП, в виде административного штрафа в размере 3000 рублей, на основании постановления мирового судьи судебного участка № ### ... судебного района г. Кемерово ЛИЦО_21, и.о. мирового судьи судебного участка № ### ... судебного района г. Кемерово от 18.05.2024, вступившего в законную силу 29.05.2024, находясь в помещении торгового зала магазина «Монетка»,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 продаж следующий товар: - конфеты «ФИО4 Ассорти» 165г., в количестве 6шт., стоимостью 165 руб. 30 коп. за 1 шт. на общую сумму 991 руб. 80 коп.; - шоколад молочный пористый «Милка» 72-80г., в количестве 15шт., стоимостью 68 руб. 35 коп. за 1 шт. на общую сумму 1025 руб. 25 коп. а всего взял товар на общую сумму 2017 руб. 05 коп., принадлежащий ООО «...». После чего, ФИО1, спрятав товар в имеющийся при нем пакет, вышел из торгового зала магазина, минуя кассовую зону, не оплатив стоимость товара, с похищенным имуществом с места преступления скрылся, тем самым тайно похитил имущество, принадлежащее ООО «...», на сумму 2017 руб. 05 коп., распорядившись им впоследствии по своему усмотрению, чем причинил материальный ущерб ООО «...», на сумму 2017 руб. 05 коп. Кроме того, 31.10.2024 около 10:40 часов ФИО1, находясь в помещении торгового зала магазина «Ярче», расположенного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 продаж следующий товар: - сыр «ФИО3 Швейцарский» 45% массой 180г., в количестве 4шт., стоимостью 115 руб. 49 коп. за 1 шт., на общую сумму 461 руб. 96 коп.; - сыр «ФИО3 Легкий» 25% массой 180г., в количестве 6шт., стоимостью 89 руб. 67 коп. за 1 шт., на общую сумму 538 руб. 02 коп.; - сыр «ФИО3 Пармезан» 40% массой 200г., в количестве 8шт., стоимостью 125 руб. 91 коп. за 1 шт., на общую сумму 1007 руб. 28 коп.; - сыр «ФИО3 Гауда» 45% массой 180г., в количестве 4шт., стоимостью 89 руб. 25 коп. за 1 шт., на общую сумму 357 руб.; - сыр «ФИО3 Маасдам» 45% массой 180г., в количестве 7шт., стоимостью 101 руб. 44 коп. за 1 шт., на общую сумму 710 руб. 08 коп., а всего взял товар на общую сумму 3074 руб. 34 коп., принадлежащий ООО «...». После чего, ФИО1, спрятав товар в имеющийся при нем пакет, вышел из торгового зала магазина, минуя кассовую зону, не оплатив стоимость товара, с похищенным имуществом с места преступления скрылся, тем самым тайно похитил имущество, принадлежащее ООО «... на сумму 3074 руб. 34 коп., распорядившись им впоследствии по своему усмотрению, чем причинил материальный ущерб ООО «...», на сумму 3074 руб. 34 коп. Гражданские иски заявлены ООО «...» на сумму 7574,05 руб., ООО «....» на сумму 4167,39 руб., ущерб не возмещен. В судебном заседании подсудимый ФИО1 признал себя виновным в совершенных преступлениях, в содеянном раскаялся, отказался от дачи показаний в соответствии со ст. 51 Конституции РФ. Согласно оглашенным по ходатайству государственного обвинителя в соответствии с п. 3 ч. 1 ст. 276 УПК РФ показаниям ФИО1, данными в период предварительного расследования в качестве подозреваемого (т.1 л.д. 133-139), подтверждается, что на основании постановления и.о. мирового судьи судебного участка № ### ... судебного района г. Кемерово от 18.05.2024, вступившего в законную силу 29.05.2024 он привлекался к административной ответственности по ч. 2 ст. 7.27 КоАП РФ, ему было назначено наказание в виде административного штрафа в размере 3000 рублей, на суде он присутствовал, решение не обжаловал, обжаловать не собирается, штраф не оплатил, так как оплачивать нечем. 23.09.2024 около 16:15 часов он находился в Центральном районе г. Кемерово, и, решил зайти в магазин «Монетка» по адресу: &lt;...&gt;, чтобы при возможности украсть какой-нибудь товар, чтобы впоследствии его продать и выручить денег на личные нужды. 23.09.2024 он был одет в куртку черного цвета с синей полосой внизу куртки, штаны серого цвета, светлую шапку, кроссовки черного цвета с белой подошвой. Денег у него при себе не было. Зайдя в магазин «Монетка», находясь в торговом зале магазина, и, осмотревшись по сторонам, он убедился, что сотрудники магазина заняты своей работой и не обращают на него никакого внимания, посетители магазина также не обращают на него внимания. Он подумал, что незаметно украсть товар из магазина будет достаточно просто. После чего, он подошел к витрине открытого типа, на полках которой были выставлены бутылки с алкоголем различных наименований. Рассмотрев товар, он решил похитить две бутылки водки, взял две бутылки водки «Белуга» объемом по 0,5 литра каждая и прижал бутылки к себе к куртке, чтобы было незаметно. Когда он брал с полки товар, то он считал, что делает это незаметно для окружающих, то есть тайно. Затем он прошел через торговый зал магазина, минуя кассовую зону, и, не рассчитавшись за товар, покинул магазин, при этом старался быть незамеченным и считал, что никто не обращает на него никакого внимания и не видит бутылки с водкой. Когда он выходил из магазина, то вслед ему никто ничего не кричал, остановить его не пытался, никто не препятствовал его выходу из магазина. Выйдя из магазина, он пошел по ... в сторону своего дома, и по дороге хотел продать похищенный товар, но никто не купил у него товар и он выпил водку сам на улице, бутылки выкинул на улице, где конкретно уже не помнит. На представленной ему дознавателем видеозаписи от 23.09.2024 в мужчине, совершившим хищение товара, он узнает самого себя. Вину свою признает полностью, в содеянном раскаивается. Совершил данное хищение товара в связи с трудным материальным положением, семейными проблемами. 02.10.2024 около 18:40 часов он находился в Центральном районе г. Кемерово, и, проходя мимо магазина «Монетка» по адресу: &lt;...&gt;, он вспомнил, что ранее совершал там хищение и решил вновь зайти туда, чтобы при возможности украсть какой-нибудь товар, чтобы впоследствии его продать и выручить денег на личные нужды. 02.10.2024 он был одет в куртку черного цвета удлиненную, по бокам которой имелись большие накладные карманы размеров примерно по 20см.х20см. каждый, штаны черного цвета, черную шапку, темную обувь, на голове был надет капюшон от кофты светлого цвета. Денег у него при себе не было. Зайдя в магазин «Монетка», находясь в торговом зале магазина, и, осмотревшись по сторонам, он убедился, что сотрудники магазина заняты своей работой и не обращают на него никакого внимания, посетители магазина также не обращают на него внимания. Он подумал, что незаметно украсть товар из магазина будет достаточно просто. После чего, он подошел к витрине открытого типа, на полках которой стояло четыре банки кофе, какое наименование уже не помнит, в стеклянных банках. Он поочередно взял четыре банки с кофе "Нескафе", две банки кофе положил в один карман куртки, еще одну банку положил в другой карман куртки, надетой на нем, четвертую банку держал в руке прижимая к себе, чтобы было не заметно. Когда он брал с полки товар, то он считал, что делает это незаметно для окружающих, то есть тайно. Затем он прошел через торговый зал магазина, минуя кассовую зону, и, не рассчитавшись за товар, покинул магазин, при этом старался быть незамеченным и считал, что никто не обращает на него никакого внимания и не видит кофе в карманах куртки и в руке. Когда он выходил из магазина, то вслед ему никто ничего не кричал, остановить его не пытался, никто не препятствовал его выходу из магазина. Выйдя из магазина, он пошел по ... в сторону своего дома, и по дороге продал похищенный товар случайному прохожему - мужчине, внешность которого он не запомнил, по 200 рублей за каждую банку с кофе, деньги потратил на собственные нужды, о том, что товар похищенный он не говорил. На представленной ему дознавателем видеозаписи от 02.10.2024 в мужчине, совершившим хищение товара, он узнает самого себя. Вину свою признает полностью, в содеянном раскаивается. Совершил данное хищение товара в связи с трудным материальным положением, семейными проблемами. 03.10.2024 около 18:00 часов он находился в Центральном районе г. Кемерово, и, проходя мимо магазина «Монетка» по адресу: &lt;...&gt;, был одет в куртку черного цвета удлиненную, штаны черного цвета, черную шапку, темную обувь, на голове был надет капюшон от кофты светлого цвета, за спиной был рюкзак черно-красного цвета. Денег у него при себе не было. Зайдя в магазин «Монетка», находясь в торговом зале магазина, и, осмотревшись по сторонам, он убедился, что сотрудники магазина заняты своей работой и не обращают на него никакого внимания, посетители магазина также не обращают на него внимания. Он подумал, что незаметно украсть товар из магазина будет достаточно просто. После чего, он подошел к витрине открытого типа, на полках которой находился кофе в ассортименте. Он взял три пакета кофе «Якобс Монарх» и держа их в руке, прижал к себе, чтобы было не заметно. Когда он брал с полки товар, то он считал, что делает это незаметно для окружающих, то есть тайно. Затем он прошел через торговый зал магазина, минуя кассовую зону, и, не рассчитавшись за товар, покинул магазин, при этом старался быть незамеченным и считал, что никто не обращает на него никакого внимания и не видит кофе в руке. Когда он выходил из магазина, то вслед ему никто ничего не кричал, остановить его не пытался, никто не препятствовал его выходу из магазина. Выйдя из магазина, он пошел по ... в сторону своего дома, и по дороге продал похищенный товар случайному прохожему - мужчине, внешность которого он не запомнил, по 300 рублей за каждый пакет с кофе, деньги потратил на собственные нужды, о том, что товар похищенный он не говорил. На представленной ему дознавателем видеозаписи от 03.10.2024 в мужчине, совершившим хищение товара, он узнает самого себя. Вину свою признает полностью, в содеянном раскаивается. Совершил данное хищение товара в связи с трудным материальным положением, семейными проблемами. 04.10.2024 около 08:40 часов он проходил мимо магазина «Ярче» по адресу: &lt;...&gt;, решил зайти туда, чтобы при возможности украсть какой-нибудь товар, чтобы впоследствии его продать и выручить денег на личные нужды. 04.10.2024 он был одет в куртку черного цвета удлиненную, штаны светлые, светлую шапку, с собой был рюкзак черного цвета. Денег у него при себе не было. Зайдя в магазин «Ярче», находясь в торговом зале магазина, и, осмотревшись по сторонам, он убедился, что сотрудники магазина заняты своей работой и не обращают на него никакого внимания, посетители магазина также не обращают на него внимания. Он подумал, что незаметно украсть товар из магазина будет достаточно просто. После чего, он подошел к витрине открытого типа, на полках которой находились сыры в ассортименте. Он взял десять упаковок сыра «ФИО3» по пять упаковок в каждую руку, и держа их в руках, прижал к себе, чтобы было не заметно. Когда он брал с полки товар, то он считал, что делает это незаметно для окружающих, то есть тайно. Затем он прошел через торговый зал магазина, минуя кассовую зону, и, не рассчитавшись за товар, покинул магазин, при этом старался быть незамеченным и считал, что никто не обращает на него никакого внимания и не видит сыр в руках, которые он прижал к карманам куртки, надетой на нем. Когда он выходил из магазина, то вслед ему никто ничего не кричал, остановить его не пытался, никто не препятствовал его выходу из магазина. Выйдя из магазина, он пошел в сторону своего дома, и по дороге продал похищенный товар случайному прохожему - мужчине, внешность которого я не запомнил, по 100 рублей за каждую упаковку сыра, деньги потратил на собственные нужды, о том, что товар похищенный он не говорил. На представленной ему дознавателем видеозаписи от 04.10.2024 в мужчине, совершившим хищение товара, он узнает самого себя. Вину свою признает полностью, в содеянном раскаивается. Совершил данное хищение товара в связи с трудным материальным положением, семейными проблемами. 19.10.2024 около 16:10 часов он находился в Центральном районе г. Кемерово, и, проходя мимо магазина «Монетка» по адресу: &lt;...&gt;, решил зайти туда, чтобы при возможности украсть какой-нибудь товар, чтобы впоследствии его продать и выручить денег на личные нужды. 19.10.2024 он был одет в куртку черного цвета, штаны черного цвета, шапку черного цвета, ботинки черного цвета, с собой у него был полиэтиленовый пакет белого цвета размером примерно 40см.х30см. Денег у него при себе не было. Зайдя в магазин «Монетка», находясь в торговом зале магазина, и, осмотревшись по сторонам, он убедился, что сотрудники магазина заняты своей работой и не обращают на него никакого внимания, посетители магазина также не обращают на него внимания. Он подумал, что незаметно украсть товар из магазина будет достаточно просто. После чего, он подошел к витрине открытого типа, на полках которой были выставлены банки и пакеты с кофе различных наименований. Рассмотрев товар, он решил похитить несколько пакетов с кофе, взял пять пакетов кофе «Нескафе» и спрятал их в свой пакет. Когда он брал с полки товар, то он считал, что делает это незаметно для окружающих, то есть тайно. Затем он прошел через торговый зал магазина, минуя кассовую зону, и, не рассчитавшись за товар, покинул магазин. Когда он выходил из магазина, то вслед ему никто ничего не кричал, остановить его не пытался, никто не препятствовал его выходу из магазина. Выйдя из магазина, он пошел по ... в сторону своего дома, и по дороге продал похищенный товар случайному прохожему - мужчине, внешность которого он не запомнил, по 200 рублей за пакет кофе, деньги потратил на собственные нужды, о том, что товар похищенный он не говорил. На представленной ему дознавателем видеозаписи от 19.10.2024 в мужчине, совершившим хищение товара, он узнает самого себя. Вину свою признает полностью, в содеянном раскаивается. Совершил данное хищение товара в связи с трудным материальным положением, семейными проблемами. 21.10.2024 около 16:40 часов он находился в Центральном районе г. Кемерово, и, проходя мимо магазина «Монетка» по адресу: &lt;...&gt;, вспомнил, что ранее совершал там хищение и решил вновь зайти туда, чтобы при возможности украсть какой-нибудь товар, чтобы впоследствии его продать и выручить денег на личные нужды. 21.10.2024 он был одет в куртку черного цвета удлиненную с опушкой, штаны черного цвета, шапку черного цвета, ботинки черного цвета, с собой у него был полиэтиленовый пакет белого цвета размером примерно 40см.х30см. Денег у него при себе не было. Зайдя в магазин «Монетка», находясь в торговом зале магазина, и, осмотревшись по сторонам, он убедился, что сотрудники магазина заняты своей работой и не обращают на него никакого внимания, посетители магазина также не обращают на него внимания. Он подумал, что незаметно украсть товар из магазина будет достаточно просто. После чего он подошел к витрине открытого типа, на полках которой были выставлены конфеты в коробках и шоколад различных наименований. Рассмотрев товар, он решил похитить конфеты в коробках и шоколад, взял шесть коробок конфет «ФИО4» и упаковку с 15 плитками шоколада «Милка» и спрятал их в свой пакет. Когда он брал с полки товар, то он считал, что делает это незаметно для окружающих, то есть тайно. Затем он прошел через торговый зал магазина, минуя кассовую зону, и, не рассчитавшись за товар, покинул магазин. Когда он выходил из магазина, то вслед ему никто ничего не кричал, остановить его не пытался, никто не препятствовал его выходу из магазина. Выйдя из магазина, он пошел по ... в сторону своего дома, и по дороге продал похищенный товар случайному прохожему - мужчине, внешность которого он не запомнил, деньги потратил на собственные нужды, о том, что товар похищенный он не говорил. На представленной ему дознавателем видеозаписи от 21.10.2024 в мужчине, совершившим хищение товара, он узнает самого себя. Вину свою признает полностью, в содеянном раскаивается. Совершил данное хищение товара в связи с трудным материальным положением, семейными проблемами. 31.10.2024 около 10:30 часов, может чуть позже, он проходил мимо магазина «Ярче» по адресу: &lt;...&gt;, и вспомнил, что ранее он там совершал хищение товара, решил зайти туда, чтобы при возможности украсть какой-нибудь товар, чтобы впоследствии его продать и выручить денег на личные нужды. 31.10.2024 он был одет в куртку черного цвета удлиненную с опушкой на капюшоне, штаны темные, черную шапку, с собой был пакет белого цвета размером примерно 30см.х40см. Денег у него при себе не было. Зайдя в магазин «Ярче», находясь в торговом зале магазина, и, осмотревшись по сторонам, он убедился, что сотрудники магазина заняты своей работой и не обращают на него никакого внимания, посетители магазина также не обращают на него внимания. Он подумал, что незаметно украсть товар из магазина будет достаточно просто. После чего он подошел к витрине открытого типа, на полках которой находились сыры в ассортименте. Он стал брать упаковки с сыром «ФИО3» и складывать их в свой пакет. Когда он брал с полки товар, то он считал, что делает это незаметно для окружающих, то есть тайно. Затем он прошел через торговый зал магазина, минуя кассовую зону, и, не рассчитавшись за товар, покинул магазин. Когда он выходил из магазина, то вслед ему никто ничего не кричал, остановить его не пытался, никто не препятствовал его выходу из магазина. Выйдя из магазина, он пошел ..., в пути следования он пересчитал количество упаковок с сырами их было 29 штук, по дороге он продал похищенный товар случайным прохожим - мужчинам, внешность которых он не запомнил, по 100 рублей за каждую упаковку сыра, деньги потратил на собственные нужды, о том, что товар похищенный он не говорил. На представленной ему дознавателем видеозаписи от 31.10.2024 в мужчине, совершившим хищение товара, он узнает самого себя. Вину свою признает полностью, в содеянном раскаивается. Совершал данные хищения товара в связи с трудным материальным положением, семейными проблемами. После оглашения указанных показаний подсудимый ФИО1 пояснил, что полностью согласен с показаниями, которые он давал на предварительном расследовании в качестве подозреваемого, полностью их подтверждает. Показания давал добровольно, в присутствии защитника. Иск ООО «...» на сумму 7574,05 руб., а также иск ООО «...» на сумму 4167,39 рублей признает в полном объеме, полагает, сможет его возмещать после трудоустройства в исправительном учреждении. Помимо полного признания вины подсудимым его вина по всем эпизодам нашла свое подтверждение в ходе судебного разбирательства на основе совокупности доказательств, представленных государственным обвинением и исследованных в судебном заседании в соответствии с требованиями уголовно-процессуального закона показаниями представителей потерпевших, свидетелей, протоколами следственных действий и иными письменными доказательствами. По эпизоду от 23.09.2024г. в отношении потерпевшего ООО «...»: - оглашенными по ходатайству государственного обвинителя и с согласия сторон в соответствии с ч. 1 ст. 281 УПК РФ показаниям представителя потерпевшего ЛИЦО_11 (т.1 л.д. 150-151), подтверждается, что с целью выявления фактов хищения товара покупателями он периодически просматривает архив видеозаписей с камер видеонаблюдения, установленных в торговом зале магазина «Монетка». В ходе просмотра архива видеозаписей с камер видеонаблюдения за 23.09.2024, установленных в торговом зале магазина, им был выявлен факт хищения товара из магазина «Монетка» мужчиной. Просмотрев данную видеозапись, он увидел, как 23.09.2024 около 16:15 часов мужчина на вид 30 лет, одетый в куртку черного цвета с синей полосой внизу куртки, штаны серого цвета, светлую шапку, кроссовки черного цвета с белой подошвой, зайдя в магазин, прошел к витрине открытого типа, на полках которой были выставлены бутылки с алкоголем различных наименований, откуда взял две бутылки с алкоголем, точное наименование которого не просматривалось, из-за удаленности камеры. После чего мужчина, держа бутылки в руках и прижав их к надетой на нем куртки в области груди, направился на выход, минуя кассовую зону и ничего не оплачивая, покинул магазин. Была проведена локальная инвентаризация товаров, в ходе которой была выявлена недостача следующего товара: Водка Белуга Нобл 40% в стеклянной бутылке объемом 0,5 литра в количестве 2шт., стоимостью 553 руб. 75 коп. за 1 шт., на общую сумму 1107 руб. 50 коп. ООО «...» был причинен материальный ущерб на сумму 1107 руб. 50 коп.; - оглашенными по ходатайству государственного обвинителя с согласия сторон в соответствии с ч. 1 ст. 281 УПК РФ показаниями свидетеля Свидетель №3 (т. 1 л.д. 204) следует, что он работает в отделе полиции «Центральный» Управления МВД России по г. Кемерово в должности старшего участкового уполномоченного полиции. 26.09.2024 ЛИЦО_11 подал заявление по факту мелкого хищения товара из магазина «Монетка», расположенного по адресу: &lt;...&gt;. По данному материалу им была просмотрена видеозапись с камер видеонаблюдения торгового зала магазина «Монетка» от 23.09.2024. В ходе просмотра данной видеозаписи в магазине «Монетка», было установлено, что мужчина, совершивший хищение товара, по внешним признакам схож с ранее судимым и привлекавшимся к административной ответственности по ч. 2 ст. 7.27 КРФ об АП ФИО1, **.**.**** г.р., так как видеозапись была хорошего качества, изображение четкое, черты лица ФИО1 были хорошо различимы. Были приняты меры по установлению местонахождения ФИО1, который был доставлен в отдел полиции «Центральный» Управления МВД России по г. Кемерово был им опрошен; - протоколом осмотра места происшествия от 24.10.2024, из которого следует, что в ходе осмотра магазина «Монетка» по адресу: &lt;...&gt; был изъят диск с видеозаписью от 23.09.2024 (т. 1 л.д. 57-58); - протоколом осмотра предметов, документов от 19.11.2024, из которого следует, что объектами осмотра являются: - акт инвентаризации, в котором содержится информация о недостаче следующего товара: 1. водка Белуга Нобл 40% с/б 0,5л в количестве 2шт.; - справка об ущербе, в которой содержится информация о стоимости товара: 1. водка Белуга Нобл 40% с/б 0,5л в количестве 2шт., стоимостью 553 руб. 75 коп. за 1 шт., на общую сумму 1107 руб. 50 коп.. Итого: 1107,50 руб.; - копия товарной накладной № ### от 01.03.2024, в строке № ### в графе «наименование, характеристика, сорт, артикул товара» указано «водка Белуга Нобл 40% с/б 0,5л.», в графе «цена, руб.коп.» указано: «553,75»; - бумажный конверт, в нем находится оптический диск, при просмотре которого на компьютере, обнаружен 1 файл видеозаписи, датированный 23.09.2024, при просмотре видеозаписи видно как в 16:14:19 часов в магазин заходит мужчина на вид 30 лет, одетый в куртку черного цвета с синей полосой внизу куртки, штаны серого цвета, светлую шапку, кроссовки черного цвета с белой подошвой, который проходит к витрине открытого типа, на полках которой выставлены бутылки с алкоголем различных наименований, откуда берет две бутылки с алкоголем, точное наименование которого не просматривается из-за удаленности камеры, после чего мужчина, держа бутылки в руках и прижав их к надетой на нем куртке в области груди, направляется на выход, минуя кассовую зону и ничего не оплачивая на кассе, в 16:14:39 часов покидает магазин(т. 1 л.д. 206-209). По эпизоду от 02.10.2024г. в отношении потерпевшего ООО «...»: - оглашенными по ходатайству государственного обвинителя и с согласия сторон в соответствии с ч. 1 ст. 281 УПК РФ показаниями представителя потерпевшего ЛИЦО_11 (т.1 л.д. 150-151), подтверждается, что в ходе просмотра архива видеозаписей с камер видеонаблюдения за 02.10.2024, установленных в торговом зале магазина, им был выявлен факт хищения товара из магазина «Монетка» мужчиной. Просмотрев данную видеозапись, он увидел, как 02.10.2024 около 18:50 часов мужчина на вид 30 лет, одетый в куртку черного цвета удлиненную, по бокам которой имелись большие накладные карманы, штаны черного цвета, черную шапку, темную обувь, с надетым на голову капюшоном от кофты светлого цвета, зайдя в магазин, прошел к стеллажу открытого типа, на котором среди товара в ассортименте стояло четыре банки кофе, наименование которого не просматривалось из-за удаленности камеры, откуда взял две банки кофе, спрятал их в боковые карманы надетой на нем куртки, а именно по одной банке в каждый карман, затем взял еще две банки кофе, и держа их в руках, направился на выход из магазина, в пути следования спрятал одну банку кофе в правый карман надетой на нем куртки, а вторую банку с кофе держал в левой руке, прижимая к телу сбоку, и, минуя кассовую зону и ничего не оплачивая, вышел из магазина. Была проведена локальная инвентаризация товаров, в ходе которой была выявлена недостача следующего товара, согласно предоставленной справке об ущербе было похищено: кофе ФИО2 Рика в стеклянной банке массой 170 грамм в количестве 4шт., стоимостью 293 руб. 66 коп. за 1 шт., на общую сумму 1174 руб. 64 коп. ООО «...» был причинен материальный ущерб на сумму 1174 руб. 64 коп; - оглашенными по ходатайству государственного обвинителя с согласия сторон в соответствии с ч. 1 ст. 281 УПК РФ показаниями свидетеля Свидетель №2 (т. 1 л.д. 202-203) подтверждается, что он работает в отделе полиции «Центральный» Управления МВД России по г. Кемерово в должности старшего участкового уполномоченного полиции. В ходе работы по материалу ### от 07.10.2024 по заявлению гр. ЛИЦО_11 по факту мелкого хищения товара из магазина «Монетка», расположенного по адресу: &lt;...&gt;, им была просмотрена видеозапись с камер видеонаблюдения торгового зала магазина «Монетка» от 02.10.2024. В ходе просмотра данной видеозаписи в магазине «Монетка», было установлено, что мужчина, совершивший хищение товара, по внешним признакам схож с ранее судимым и привлекавшимся к административной ответственности по ч. 2 ст. 7.27 КРФ об АП ФИО1, **.**.**** г.р., так как видеозапись была хорошего качества, изображение четкое, черты лица ФИО1 были хорошо различимы. Были приняты меры по установлению местонахождения ФИО1, который был доставлен в отдел полиции «Центральный» Управления МВД России по г. Кемерово и был им опрошен; - протоколом осмотра места происшествия от 24.10.2024, из которого следует, что в ходе осмотра магазина «Монетка» по адресу: &lt;...&gt; был изъят диск с видеозаписью от 02.10.2024 (т. 1 л.д. 74-79); - протоколом осмотра предметов, документов от 19.11.2024, из которого следует, что объектами осмотра являются:- акт инвентаризации, в котором содержится информация о недостаче следующего товара: 1. кофе ФИО2 Рика с/б 170г. в количестве 4шт.; - справка об ущербе, в которой содержится информация о закупочной стоимости следующего товара: 1. кофе ФИО2 Рика с/б 170г. в количестве 4шт., стоимостью 293 руб. 66 коп. за 1 шт., на общую сумму 1174 руб. 64 коп. Итого: 1174,64 руб.; - копия товарной накладной № ### от 25.09.2024, в строке № ### в графе «наименование, характеристика, сорт, артикул товара» указано «кофе ФИО2 Рика с/б 170г.», в графе «цена, руб.коп.» указано: «293,66»; - бумажный конверт, в нем находится оптический диск, при просмотре которого на компьютере, обнаружен 1 файл видеозаписи, при просмотре видеозаписи видно как в 18:48 часов в магазин заходит мужчина на вид 30 лет, одетый в куртку черного цвета удлиненную, по бокам которой имеются большие накладные карманы, штаны черного цвета, черную шапку, темную обувь, с надетым на голову капюшоном от кофты светлого цвета, который проходит к стеллажу открытого типа, на котором среди товара в ассортименте стоят четыре банки кофе, наименование которого не просматривается из-за удаленности камеры, откуда берет две банки кофе, прячет их в боковые карманы надетой на нем куртки, а именно по одной банке в каждый карман, затем берет еще две банки кофе, и держа их в руках, направляется на выход из магазина, в пути следования прячет одну банку кофе в правый карман надетой на нем куртки, а вторую банку с кофе держит в левой руке, прижимая к телу сбоку, и, минуя кассовую зону и ничего не оплачивая, в 18:49 часов выходит из магазина (т. 1 л.д. 206-209). По эпизоду от 03.10.2024г. в отношении потерпевшего ООО «...»: - оглашенными по ходатайству государственного обвинителя и с согласия сторон в соответствии с ч. 1 ст. 281 УПК РФ показаниям представителя потерпевшего ЛИЦО_11 (т.1 л.д. 150-151), подтверждается, что в ходе просмотра архива видеозаписей с камер видеонаблюдения за 03.10.2024, установленных в торговом зале магазина, им был выявлен факт хищения товара из магазина «Монетка» мужчиной. Просмотрев данную видеозапись, он увидел, как 03.10.2024 около 18:10 часов мужчина на вид 30 лет, одетый в куртку черного цвета удлиненную, штаны черного цвета, черную шапку, темную обувь, с надетым на голову капюшоном от кофты светлого цвета, с рюкзаком черно-красного цвета за спиной, зайдя в магазин, прошел к витрине открытого типа, на полках которой были выставлены банки и пакеты с кофе различных наименований, откуда взял три пакета с кофе, точное наименование которого не просматривалось, из-за удаленности камеры. После чего мужчина, держа пакеты с кофе в левой руке, и прижав их к надетой на нем куртке, пряча за спину, направился на выход, минуя кассовую зону и ничего не оплачивая, покинул магазин. Была проведена локальная инвентаризация товаров, в ходе которой была выявлена недостача следующего товара, согласно предоставленной справке об ущербе было похищено: кофе растворимый Якобс Монарх в фольгированном пакете массой 300 грамм+100 грамм в подарок в количестве 3шт., стоимостью 591 руб. 32 коп. за 1 шт., на общую сумму 1773 руб. 96 коп..; - оглашенными по ходатайству государственного обвинителя и с согласия сторон в соответствии с ч. 1 ст. 281 УПК РФ показаниями свидетеля Свидетель №2 (т. 1 л.д. 202-203) подтверждается, что в ходе работы по материалу ### от 07.10.2024 по заявлению гр. ЛИЦО_11 по факту мелкого хищения товара из магазина «Монетка», расположенного по адресу: &lt;...&gt;, им была просмотрена видеозапись с камер видеонаблюдения торгового зала магазина «Монетка» от 03.10.2024. В ходе просмотра данной видеозаписи в магазине «Монетка», было установлено, что мужчина, совершивший хищение товара, по внешним признакам схож с ранее судимым и привлекавшимся к административной ответственности по ч. 2 ст. 7.27 КРФ об АП ФИО1, **.**.**** г.р., так как видеозапись была хорошего качества, изображение четкое, черты лица ФИО1 были хорошо различимы. Были приняты меры по установлению местонахождения ФИО1, который был доставлен в отдел полиции «Центральный» Управления МВД России по г. Кемерово и был им опрошен; - протоколом осмотра места происшествия от 24.10.2024, из которого следует, что в ходе осмотра магазина «Монетка» по адресу: &lt;...&gt; был изъят диск с видеозаписью от 03.10.2024 (т. 1 л.д. 96-101); - протоколом осмотра предметов, документов от 19.11.2024, из которого следует, что объектами осмотра являются: - акт инвентаризации, в котором содержится информация о недостаче следующего товара: 1. кофе растворимый Якобс Монарх ф/п 300+100г. в подарок в количестве 3шт. ; - справка об ущербе, в которой содержится информация о закупочной стоимости следующего товара: 1. кофе растворимый Якобс Монарх ф/п 300+100г. в подарок в количестве 3шт., стоимостью 591 руб. 32 коп. за 1 шт., на общую сумму 1773 руб. 96 коп.; - копия товарной накладной № ### от 30.09.2024, в строке № ### в графе «наименование, характеристика, сорт, артикул товара» указано «кофе растворимый Якобс Монарх ф/п 300+100г. в подарок», в графе «цена, руб.коп.» указано: «591,32»; -бумажный конверт, при вскрытии конверта в нем находится оптический диск, при просмотре которого на компьютере, обнаружен 1 файл видеозаписи, при просмотре видеозаписи видно как в 18:08 часов в магазин заходит мужчина на вид 30 лет, одетый в куртку черного цвета удлиненную, штаны черного цвета, черную шапку, темную обувь, с надетым на голову капюшоном от кофты светлого цвета, с рюкзаком черно-красного цвета за спиной, который проходит к витрине открытого типа, на полках которой выставлены банки и пакеты с кофе различных наименований, откуда берет три пакета с кофе, точное наименование которого не просматривается из-за удаленности камеры, после чего мужчина, держа пакеты с кофе в левой руке, и прижав их к надетой на нем куртке, пряча за спину, направляется на выход, минуя кассовую зону и ничего не оплачивая, в 18:09 часов покидает магазин (т. 1 л.д. 206-209). По эпизоду от 04.10.2024г. в отношении потерпевшего ООО «...»: - оглашенными по ходатайству государственного обвинителя и согласия сторон в соответствии с ч. 1 ст. 281 УПК РФ показаниями представителя потерпевшей ЛИЦО_25 (т.1 л.д. 189-190), подтверждается, что она работает в магазине «Ярче» ООО «...». Периодически, с целью выявления хищения товаров посетителями магазина, она просматривает видеозаписи с камер видеонаблюдения. Так, в ходе просмотра видеозаписи с камер видеонаблюдения от 04.10.2024 она обнаружила, что 04.10.2024 около 08:40 часов в магазин зашел мужчина, на вид около 30 лет, одетый в куртку черного цвета удлиненную, штаны светлые, светлую шапку, с рюкзаком черного цвета за спиной, который прошел в отдел по продаже молочной продукции, подошел к стеллажу, где лежали сыры в ассортименте, откуда за один раз взял 10 упаковок сыра, а именно по 5 упаковок сыра в каждую руку (точное наименование сыра просмотреть не представилось возможным из-за удаленности камеры). Мужчина, держа сыры в руках, прижал их к надетой на нем куртке, держа руки по бокам и направился в торону выхода из магазина, затем прошел расчетно-кассовый узел, никем не замеченный покинул магазин, не рассчитавшись за товар. Была проведена инвентаризация товаров, в ходе которой была выявлена недостача товара, согласно предоставленной справке об ущербе было похищено: 1) Сыр ФИО3 Чеддер 45%, в количестве 5 шт., весом 200 г. каждый, закупочной стоимостью без учета НДС 107 руб. 86 коп. за 1 шт., на сумму 539 руб. 30 коп.; 2) Сыр ФИО3 Швейцарский 45%, в количестве 5 шт., весом 180 г. каждый, закупочной стоимостью без учета НДС 110 руб. 75 коп. за 1 шт., на сумму 553 руб. 75 коп. Таким образом, ООО «...» был причинен материальный ущерб на общую сумму 1093 руб. 05 коп.; - оглашенными по ходатайству государственного обвинителя с согласия сторон в соответствии с ч. 1 ст. 281 УПК РФ показаниями свидетеля Свидетель №2 (т. 1 л.д. 202-203) подтверждается, что в ходе работы по материалу ### от 10.10.2024 по заявлению гр. ЛИЦО_25 по факту мелкого хищения товара из магазина «Ярче», расположенного по адресу: &lt;...&gt;, им была просмотрена видеозапись с камер видеонаблюдения торгового зала магазина «Ярче» от 04.10.2024. В ходе просмотра данной видеозаписи в магазине «Ярче», было установлено, что мужчина, совершивший хищение товара, по внешним признакам схож с ранее судимым и привлекавшимся к административной ответственности по ч. 2 ст. 7.27 КРФ об АП ФИО1, **.**.**** г.р., так как видеозапись была хорошего качества, изображение четкое, черты лица ФИО1 были хорошо различимы. Были приняты меры по установлению местонахождения ФИО1, который был доставлен в отдел полиции «Центральный» Управления МВД России по г. Кемерово и был им опрошен; - протоколом осмотра места происшествия от 24.10.2024, из которого следует, что в ходе осмотра магазина «Ярче» по адресу: &lt;...&gt; был изъят диск с видеозаписью от 04.10.2024(т. 1 л.д. 119-123); - протоколом осмотра предметов, документов от 19.11.2024, из которого следует, что объектами осмотра являются: - акт инвентаризации № ### от 04.10.2024, в котором содержится информация о недостаче следующего товара: 1) Сыр ФИО3 Чеддер 45% 200г, в количестве 5 шт., 2) Сыр ФИО3 Швейцарский 45% 180г, в количестве 5 шт.; - справка об ущербе № ### от 04.10.2024, в которой содержится информация о стоимости товара: 1) Сыр ФИО3 Чеддер 45% 200г в количестве 5шт., стоимостью 107 руб. 86 коп. за 1 шт., 2) Сыр ФИО3 Швейцарский 45% 180г, в количестве 5 шт., стоимостью 110 руб. 75 коп. за 1 шт.; - копия счет-фактуры № ### от 12.09.2024, в графе «наименование товара (описание выполненных работ, оказанных услуг), имущественного права» указано «Сыр ФИО3 Швейцарский 45% 180г», в графе «цена (тариф) за единицу измерения» указано: «110,75», в строке № ### в графе «наименование товара (описание выполненных работ, оказанных услуг), имущественного права» указано «Сыр ФИО3 Чеддер 45% 200г», в графе «цена (тариф) за единицу измерения» указано: «107,86» ; - бумажный конверт, обнаружено 4 файла видеозаписи, при просмотре видеозаписи видно как в 08:39 часов в магазин заходит мужчина на вид 30 лет, одетый в одетый в куртку черного цвета удлиненную, штаны светлые, светлую шапку, с рюкзаком черного цвета за спиной, который подходит к стеллажу, где лежат сыры в ассортименте, откуда за один раз берет 10 упаковок сыра, а именно по 5 упаковок сыра в каждую руку, точное наименование сыра просмотреть не представилось возможным из-за удаленности камеры, затем мужчина, держа сыры в руках, прижимает их к надетой на нем куртке, держа руки по бокам и направляется в сторону выхода из магазина, затем проходит расчетно-кассовый узел, в 08:40 часов покидает магазин (т. 1 л.д. 206-209). По эпизоду от 19.10.2024г. в отношении потерпевшего ООО «...»: - оглашенными по ходатайству государственного обвинителя и с согласия сторон в соответствии с ч. 1 ст. 281 УПК РФ показаниям представителя потерпевшего ЛИЦО_11 (т.1 л.д. 150-151), подтверждается, что в ходе просмотра архива видеозаписей с камер видеонаблюдения за 19.10.2024, установленных в торговом зале магазина, им был выявлен факт хищения товара из магазина «Монетка» мужчиной. Просмотрев данную видеозапись, он увидел, как 19.10.2024 около 16:15 часов мужчина на вид 30 лет, одетый в куртку черного цвета, штаны черного цвета, шапку черного цвета, ботинки черного цвета, с полиэтиленовым пакетом белого цвета размером примерно 40см.х30см., зайдя в магазин, прошел к витрине открытого типа, на полках которой были выставлены банки и пакеты с кофе различных наименований, откуда взял пять пакетов с кофе, точное наименование которого не просматривалось, из-за удаленности камеры, которые спрятал в имеющийся у него пакет. После чего мужчина, направился на выход, минуя кассовую зону и ничего не оплачивая, покинул магазин. Была проведена локальная инвентаризация товаров, в ходе которой была выявлена недостача следующего товара, согласно предоставленной справке об ущербе было похищено: 1. кофе растворимый Нескафе Голд Арома в пакете массой 190 грамм+100 грамм в количестве 2шт., стоимостью 363 руб. 04 коп. за 1 шт., на общую сумму 726 руб. 08 коп.; 2. кофе растворимый Нескафе Голд в пакете массой 190 грамм в количестве 3шт., стоимостью 258 руб. 27 коп. за 1 шт., на общую сумму 774 руб. 81 коп. Всего товара на общую сумму 1500 руб. 89 коп. ООО «...» был причинен материальный ущерб; - оглашенными по ходатайству государственного обвинителя с согласия сторон в соответствии с ч. 1 ст. 281 УПК РФ показаниями свидетеля ЛИЦО_22 (т. 1 л.д. 205) подтверждается, что он работает в отделе полиции «Центральный» УМВД России по г. Кемерово в должности участкового УУП. 22.10.2024 ЛИЦО_11 подал заявление по факту мелкого хищения товара из магазина «Монетка», расположенного по адресу: &lt;...&gt;, которое было зарегистрировано в ### за номером ### от 22.10.2024. По данному материалу им была изъята и просмотрена видеозапись с камер видеонаблюдения торгового зала магазина «Монетка» от 19.10.2024. В ходе просмотра данной видеозаписи в магазине «Монетка», было установлено, что мужчина, совершивший хищение товара, по внешним признакам схож с ранее судимым и привлекавшимся к административной ответственности по ч. 2 ст. 7.27 КРФ об АП ФИО1, **.**.**** г.р., так как видеозапись была хорошего качества, изображение четкое, черты лица ФИО1 были хорошо различимы. Были приняты меры по установлению местонахождения ФИО1, который был доставлен в отдел полиции «Центральный» Управления МВД России по г. Кемерово и был им опрошен; - протоколом осмотра места происшествия от 22.10.2024, из которого следует, что в ходе осмотра магазина «Монетка» по адресу: &lt;...&gt; был изъят диск с видеозаписью от 19.10.2024 (т. 1 л.д. 9-15); - протоколом осмотра предметов, документов от 19.11.2024, из которого следует, что объектами осмотра являются: - акт инвентаризации, в котором содержится информация о недостаче следующего товара: 1. кофе растворимый Нескафе Голд Арома п/п 190+100 г. в количестве 2шт., 2. кофе растворимый Нескафе Голд п/п 190 г. в количестве 3шт.; - справка об ущербе, в которой содержится информация о закупочной стоимости следующего товара: 1. кофе растворимый Нескафе Голд Арома п/п 190+100г. в количестве 2шт., стоимостью 363 руб. 04 коп. за 1 шт., на общую сумму 726 руб. 08 коп. ; 2. кофе растворимый Нескафе Голд п/п 190 г. в количестве 3шт., стоимостью 258 руб. 27 коп. за 1 шт., на общую сумму 774 руб. 81 коп. Итого: 1500,89 руб.; - копия товарной накладной № ### от 28.07.2024, в строке № ### в графе «наименование, характеристика, сорт, артикул товара» указано «кофе растворимый Нескафе Голд Арома п/п 190+100 г.», в графе «цена, руб.коп.» указано: «363,04». В строке № ### в графе «наименование, характеристика, сорт, артикул товара» указано «кофе растворимый Нескафе Голд п/п 190 г», в графе «цена, руб.коп.» указано: «258,27».; - бумажный конверт, при вскрытии конверта в нем находится оптический диск, при просмотре которого на компьютере, обнаружен 1 файл видеозаписи, датированный 19.10.2024, при просмотре видеозаписи видно как в 16:11 часов в магазин заходит мужчина на вид 30 лет, одетый в куртку черного цвета, штаны черного цвета, шапку черного цвета, ботинки черного цвета, с полиэтиленовым пакетом белого цвета размером примерно 40см.х30см., который проходит к витрине открытого типа, на полках которой выставлены банки и пакеты с кофе различных наименований, откуда берет пять пакетов с кофе, точное наименование которого не просматривается из-за удаленности камеры, которые прячет в имеющийся у него пакет, после чего мужчина, направляется на выход, минуя кассовую зону и ничего не оплачивая, в 16:12 часов покидает магазин, скрываясь из вида, запись прерывается (т. 1 л.д. 206-209). По эпизоду от 21.10.2024г. в отношении потерпевшего ООО «...»: - оглашенными по ходатайству государственного обвинителя и с согласия сторон в соответствии с ч. 1 ст. 281 УПК РФ показаниям представителя потерпевшего ЛИЦО_11 (т.1 л.д. 150-151), подтверждается что в ходе просмотра архива видеозаписей с камер видеонаблюдения за 21.10.2024, установленных в торговом зале магазина, им был выявлен факт хищения товара из магазина «Монетка» мужчиной. Просмотрев данную видеозапись, он увидел, как 21.10.2024 около 16:45 часов мужчина на вид 30 лет, одетый в куртку черного цвета удлиненную с опушкой, штаны черного цвета, шапку черного цвета, ботинки черного цвета, с полиэтиленовым пакетом белого цвета размером примерно 40см.х30см., зайдя в магазин, прошел к витрине открытого типа, на полках которой были выставлены конфеты в ассортименте, откуда взял шесть коробок конфет, точное наименование которых не просматривалось, из-за удаленности камеры, которые спрятал в имеющийся у него пакет. Затем мужчина прошел к соседнему стеллажу, на полках которого находился шоколад в ассортименте, откуда взял упаковку с шоколадом, точное количество плиток шоколада не просматривалось из-за удаленности камеры, которую также спрятал в имеющийся при нем пакет. После чего мужчина, направился на выход, минуя кассовую зону и ничего не оплачивая, покинул магазин. Была проведена локальная инвентаризация товаров, в ходе которой была выявлена недостача следующего товара, согласно предоставленной справке об ущербе было похищено: 1. конфеты ФИО4 Ассорти в картонной упаковке массой 165 грамм в количестве 6шт., стоимостью 165 руб. 30 коп. за 1 шт., на общую сумму 991 руб. 80 коп.; 2. шоколад Милка молочный пористый 72-80 грамм в количестве 15 штук, стоимостью 68 руб. 35 коп. за 1 шт., на общую сумму 1025 руб. 25 коп. Всего товара на общую сумму 2017 руб. 05 коп. Кроме того, бывает так, что плитки шоколада Милка не всегда достаются из упаковки, а находятся на полках в упаковках, в каждой упаковке по 15 плиток шоколада. В итоге ООО «...» был причинен материальный ущерб на сумму 2017 руб. 05 коп; - оглашенными по ходатайству государственного обвинителя с согласия сторон в соответствии с ч. 1 ст. 281 УПК РФ показаниями свидетеля ЛИЦО_22 (т. 1 л.д. 205) подтверждается, что в административную зону его обслуживания входит магазин «Монетка», расположенный по адресу: &lt;...&gt;. **.**.**** гр. ФИО5 подал заявление по факту мелкого хищения товара из магазина «Монетка», расположенного по адресу: &lt;...&gt;, которое было зарегистрировано в ### за номером ### от 22.10.2024. По данному материалу им была изъята и просмотрена видеозапись с камер видеонаблюдения торгового зала магазина «Монетка» от 21.10.2024. В ходе просмотра данной видеозаписи в магазине «Монетка», было установлено, что мужчина, совершивший хищение товара, по внешним признакам схож с ранее судимым и привлекавшимся к административной ответственности по ч. 2 ст. 7.27 КРФ об АП ФИО1, **.**.**** г.р., так как видеозапись была хорошего качества, изображение четкое, черты лица ФИО1 были хорошо различимы. Были приняты меры по установлению местонахождения ФИО1, который был доставлен в отдел полиции «Центральный» Управления МВД России по г. Кемерово и был им опрошен; - протоколом осмотра места происшествия от 22.10.2024, из которого следует, что в ходе осмотра магазина «Монетка» по адресу: &lt;...&gt; был изъят диск с видеозаписью от 21.10.2024 (т. 1 л.д. 33-39); - протоколом осмотра предметов, документов от 19.11.2024, из которого следует, что объектами осмотра являются: - акт инвентаризации, в котором содержится информация о недостаче следующего товара: 1. конфеты ФИО4 Ассорти к/у 165 гр. в количестве 6 шт., 2. шоколад Милка молочный пористый 72-80г. в количестве 15 штук.; - справка об ущербе, в которой содержится информация о закупочной стоимости следующего товара: 1. конфеты ФИО4 Ассорти к/у 165 гр в количестве 6шт., стоимостью 165 руб. 30 коп. за 1 шт., на общую сумму 991 руб. 80 коп.; 2. шоколад Милка молочный пористый 72-80 г. в количестве 15 штук, стоимостью 68 руб. 35 коп. за 1 шт., на общую сумму 1025 руб. 25 коп.; - копия товарной накладной № ### от 15.09.2024, в строке № ### в графе «наименование, характеристика, сорт, артикул товара» указано «конфеты ФИО4 Ассорти к/у 165 гр», в графе «цена, руб.коп.» указано: «165,30». В строке № ### в графе «наименование, характеристика, сорт, артикул товара» указано «шоколад Милка молочный пористый 72-80 г.», в графе «цена, руб.коп.» указано: «68,35»; - бумажный конверт, при вскрытии конверта в нем находится оптический диск, при просмотре которого на компьютере, обнаружен 1 файл видеозаписи, датированный 21.10.2024, при просмотре видеозаписи видно как в 16:40 часов в магазин заходит мужчина на вид 30 лет, одетый в куртку черного цвета удлиненную с опушкой, штаны черного цвета, шапку черного цвета, ботинки черного цвета, с полиэтиленовым пакетом белого цвета размером примерно 40см.х30см., который проходит к витрине открытого типа, на полках которой выставлены конфеты в ассортименте, откуда берет шесть коробок конфет, точное наименование которых не просматривается из-за удаленности камеры, которые прячет в имеющийся у него пакет. Затем мужчина проходит к соседнему стеллажу, на полках которого находится шоколад в ассортименте, откуда берет упаковку с шоколадом, точное количество плиток шоколада не просматривается из-за удаленности камеры, которую прячет в имеющийся при нем пакет. После чего мужчина, направляется на выход, минуя кассовую зону и ничего не оплачивая, в 16:41 часов покидает магазин (т. 1 л.д. 206-209). По эпизоду от 31.10.2024г. в отношении потерпевшего ООО «...»: - оглашенными по ходатайству государственного обвинителя и с согласия сторон в соответствии с ч. 1 ст. 281 УПК РФ показаниям представителя потерпевшей ЛИЦО_25 (т.1 л.д. 189-190), подтверждается, что в ходе просмотра видеозаписи с камер видеонаблюдения от 31.10.2024 она обнаружила, что 31.10.2024 около 10:40 часов в магазин зашел мужчина, на вид около 30 лет, одетый в куртку черного цвета удлиненную с опушкой на капюшоне, штаны темные, черную шапку, с пакетом белого цвета размером примерно 30см.х40см., который прошел в отдел по продаже молочной продукции, подошел к стеллажу, где лежали сыры в ассортименте, откуда поочередно взял 6 раз упаковки сыра, было видно, что за один раз мужчина берет по несколько упаковок сыра, которые сложил в имеющийся при нем пакет (точное наименование и количество сыра просмотреть не представилось возможным из-за удаленности камеры). Затем мужчина направился в сторону выхода из магазина, прошел расчетно-кассовый узел, никем не замеченный покинул магазин, не рассчитавшись за товар. Была проведена инвентаризация товаров, в ходе которой была выявлена недостача товара, согласно предоставленной справке об ущербе было похищено: 1) Сыр ФИО3 Швейцарский 45%, в количестве 4 шт., весом 180 г. каждый, закупочной стоимостью 115 руб. 49 коп. за 1 шт., на сумму 461 руб. 96 коп.; 2) ФИО6 25%, в количестве 6 шт., весом 180 г. каждый, закупочной стоимостью 89 руб. 67 коп. за 1 шт., на сумму 538 руб. 02 коп.; 3) Сыр ФИО3 Пармезан 40%, в количестве 8 шт., весом 200 г. каждый, закупочной стоимостью 125 руб. 91 коп. за 1 шт., на сумму 1007 руб. 28 коп.; 4) Сыр ФИО3 Гауда 45%, в количестве 4 шт., весом 180 г. каждый, закупочной стоимостью 89 руб. 25 коп. за 1 шт., на сумму 357 руб.; 5) Сыр ФИО3 Маасдам 45%, в количестве 7 шт., весом 180 г. каждый, закупочной стоимостью 101руб. 44 коп. за 1 шт., на сумму 710 руб. 08 коп. Таким образом, ООО «...» был причинен материальный ущерб на общую сумму 3074 руб. 34 коп.. По данному факту хищения было сообщено в полицию; - оглашенными по ходатайству государственного обвинителя с согласия сторон в соответствии с ч. 1 ст. 281 УПК РФ показаниями свидетеля Свидетель №2 (т. 1 л.д. 202-203) подтверждается, что в ходе работы по материалу ### от 01.11.2024 по заявлению гр. ЛИЦО_25 по факту тайного хищения товара из магазина «Ярче», расположенного по адресу: &lt;...&gt;, им была изъята и просмотрена видеозапись с камер видеонаблюдения торгового зала магазина «Ярче» от 31.10.2024. В ходе просмотра данной видеозаписи было установлено, что мужчина, совершивший хищение товара, по внешним признакам схож с ранее судимым за преступления имущественного характера ФИО1, **.**.**** г.р., так как видеозапись была хорошего качества, изображение четкое, черты лица ФИО1 были хорошо различимы. Были приняты меры по установлению местонахождения ФИО1, который был доставлен в отдел полиции «Центральный» Управления МВД России по г. Кемерово и был им опрошен; - протоколом осмотра места происшествия от 01.11.2024, магазина «Ярче» по адресу: &lt;...&gt;, в ходе которого была изъята карта памяти с видеозаписью от 31.10.2024, (т. 1 л.д. 170-174); - протоколом осмотра предметов, документов от 19.11.2024, из которого следует, что объектами осмотра являются: - акт инвентаризации № ### от 31.10.2024, в котором содержится информация о недостаче следующего товара: 1) Сыр ФИО3 Швейцарский 45% 180г, в количестве 4 шт., 2) ФИО6 25%, 180г в количестве 6 шт., 3) Сыр ФИО3 Пармезан 40% 200г, в количестве 8 шт., 4) Сыр ФИО3 Гауда 45% 180г, в количестве 4 шт., 5) Сыр ФИО3 Маасдам 45% 180г, в количестве 7 шт.; - справка об ущербе № ### от 31.10.2024, в которой содержится информация о закупочной стоимости следующего товара: 1) Сыр ФИО3 Швейцарский 45% 180г, в количестве 4 шт., стоимостью 115 руб. 49 клоп. за 1шт. 2) ФИО6 25%, 180г в количестве 6 шт., стоимостью 89 руб. 67 коп. за 1 шт. 3) Сыр ФИО3 Пармезан 40% 200г, в количестве 8 шт., стоимостью 125 руб. 91 коп. за 1шт. 4) Сыр ФИО3 Гауда 45% 180г, в количестве 4 шт., стоимостью 89 руб. 25 коп. за 1 шт. 5) Сыр ФИО3 Маасдам 45% 180г, в количестве 7 шт., стоимостью 101 руб. 44 коп. за 1 шт.; - копия товарной накладной № ### от 24.10.2024, в строке № ### в графе «наименование, характеристика, сорт, артикул товара» указано «Гауда сыр 45% ж, 180г (флоупак), фасованный «ФИО3», в графе «цена, руб. коп.» указано: «89-25», в строке № ### в графе «наименование, характеристика, сорт, артикул товара» указано «Швейцарский сыр фасованный 45% ж, «ФИО3» 180г (флоупак)», в графе «цена, руб. коп.» указано: «115-49»; - копия товарной накладной № ### от 17.10.2024, в строке № ### в графе «наименование, характеристика, сорт, артикул товара» указано «Легкий сыр 25% ж, 180г фасованный «ФИО3» (флоупак)», в графе «цена, руб. коп.» указано: «89-67», в строке № ### в графе «наименование, характеристика, сорт, артикул товара» указано «Пармезан сыр фасованный 40% ж, «ФИО3» 200г (флоупак)», в графе «цена, руб. коп.» указано: «125-91»; - копия счет-фактуры № ### от 24.10.2024, на первом листе в строке № ### в графе «наименование товара (описание выполненных работ, оказанных услуг), имущественного права» указано «Сыр ФИО3 Маасдам 45% 180г», в графе «цена (тариф) за единицу измерения» указано: «101,44»; - бумажный конверт, при вскрытии конверта в нем находится карта памяти, при просмотре которой на компьютере, обнаружено 4 файла видеозаписи, датированных 31.10.2024, при просмотре видеозаписи видно как в 10:35 часов в магазин заходит мужчина на вид 30 лет, одетый в одетый в куртку черного цвета удлиненную с опушкой на капюшоне, штаны темные, черную шапку, с пакетом белого цвета размером примерно 30см.х40см., который подходит к стеллажу, где лежат сыры в ассортименте, откуда поочередно берет 6 раз упаковки сыра, за один раз мужчина берет по несколько упаковок сыра, которые складывает в имеющийся при нем пакет (точное наименование и количество сыра просмотреть не представляется возможным из-за удаленности камеры), затем мужчина направляется в торону выхода из магазина, прошел расчетно-кассовый узел, и в 10:36 часов покидает магазин (т. 1 л.д. 206-209). Кроме того, вина подсудимого по эпизодам от 23.09.2024г., 02.10.2024, 03.10.2024, 19.10.2024, 21.10.2024 в отношении ООО «...», от 04.10.2024 в отношении ООО «...», также подтверждается постановлением И.О. мирового судьи судебного участка №### ... судебного района г. Кемерово от 18.05.2024г., вступившим в законную силу 29.05.2024 ( т.1 л.д.60). Так же вина подсудимого по всем инкриминируемым эпизодам подтверждается осмотренными и приобщенными к материалам уголовного дела постановлением дознавателя от 19.11.2024 ( т.1 л.д. 209) вещественными доказательствами: актами инвентаризации, справками об ущербе, копиями товарных накладных, копиями счет-фактур, дисками с видеозаписями от 19.10.2024, от 21.10.2024, от 23.09.2024, от 02.10.2024, от 03.10.2024, от 04.10.2024, картой памяти с видеозаписью от 31.10.2024, хранящимися при материалах уголовного дела. Оценивая каждое из перечисленных выше доказательств с точки зрения относимости, допустимости, достоверности и достаточности в соответствии с требованиями УПК РФ, суд приходит к следующим выводам. Оценивая признание подсудимым ФИО1 своей вины в совершенных им преступлениях, суд исключает возможность самооговора подсудимым, поскольку его признание подтверждается выше исследованными доказательствами. Суд, оценивая показания подсудимого, данные им в ходе предварительного расследования в качестве подозреваемого, оглашенные в судебном заседании и которые ФИО1 подтвердил, отмечает, что они подробны, последовательны, согласуются с показаниями представителей потерпевших, свидетелей, письменными доказательствами, даны добровольно в присутствии защитника после разъяснения прав, предусмотренных ст. 47 УПК РФ , положения ст. 51 Конституции Российской Федерации, потому признает их относимыми, допустимыми, достоверными доказательствами. Оценивая приведенные выше показания представителей потерпевших и свидетелей, суд считает, что они последовательны, подробны, не противоречат показаниям подсудимого, иным доказательствам, получены с соблюдением требований закона, закреплены в установленной уголовно-процессуальным законом форме, и потому признает их допустимыми и достоверными доказательствами. Оценивая протоколы следственных и процессуальных действий, вещественные доказательства, приведенные выше в качестве доказательств, суд считает, что они соответствуют требованиям, предъявляемым уголовно-процессуальным законом, полностью согласуются с другими доказательствами по настоящему уголовному делу, сомнений у суда не вызывают, и потому признает их допустимыми и достоверными доказательствами. Оценивая показания представителей потерпевших, свидетелей, оглашенные в соответствии с ч.1 ст. 281 УПК РФ с согласия сторон, суд не находит в них противоречий, они последовательны, подробны, подтверждаются показаниями подсудимого, письменными доказательствами, вещественными доказательствами в виде видеозаписей, получены с соблюдением требований уголовно-процессуального закона, представителям потерпевших и свидетелям разъяснены права, предусмотренные ст.ст. , 56 УПК РФ соответственно, предупреждены об уголовной ответственности за дачу заведомо ложных показаний, а также за отказ от дачи показаний по ст.ст. , 308 УК РФ , потому суд признает их относимыми, допустимыми и достоверными доказательствами по делу. Оценивая протоколы осмотра мест происшествий, осмотра документов и предметов, суд отмечает, что они соответствуют требованиям уголовно-процессуального закона, предъявляемым к производству следственных действий и оформлению их результатов; указанные протоколы согласуются друг с другом и с другими доказательствами по делу: показаниями подсудимого, представителей потерпевших, свидетелей, сомнений у суда не вызывают, и потому суд признает их относимыми, допустимыми и достоверными доказательствами по делу. Оценивая приобщенные к материалам дела акты инвентаризации, справки об ущербе, копии товарных накладных, копии счет-фактур, диски с видеозаписями от 19.10.2024, от 21.10.2024, от 23.09.2024, от 02.10.2024, от 03.10.2024, от 04.10.2024, карту памяти с видеозаписью от 31.10.2024, суд признает указанные вещественные доказательства относимыми, допустимыми и достоверными доказательствами по делу, так как они получены в установленном уголовно-процессуальным законом порядке, осмотрены следователем, признаны доказательством по делу, о чем вынесены соответствующие постановления. Таким образом, оценив каждое из перечисленных выше доказательств с точки зрения относимости, допустимости и достоверности, а все эти доказательства в совокупности – с точки зрения достаточности для разрешения уголовного дела, суд считает, что они в совокупности позволяют сделать вывод о доказанности виновности подсудимого ФИО1 в инкриминируемых ему деяниях. Судом установлено, что ФИО1, будучи в соответствии с постановлением мирового судьи судебного участка № ### ... судебного района города Кемерово Кемеровской области от 18.05.2024 года, вступившим в законную силу 29.05.2024, лицом, подвергнутым административному наказанию за мелкое хищение, предусмотренное ч. 2 ст. 7.27 КРФобАП: - 23.09.2024 около 16:15 в помещении торгового зала магазина «Монетка»,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места продажи водку «Белуга Нобл» объемом 0,5 литра, в количестве 2 шт., стоимостью 553 руб. 75 коп. за 1 шт., на общую сумму 1107 руб. 50 коп., принадлежащую ООО «...», не оплатив стоимость товара, с похищенным имуществом с места преступления скрылся, - 02.10.2024 около 18:50 в помещении торгового зала магазина «Монетка»,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места продажи кофе «ФИО2 Рика» массой 170г., в количестве 4 шт., стоимостью 293 руб. 66 коп. за 1 шт., на общую сумму 1174 руб. 64 коп., принадлежащий ООО «...». не оплатив стоимость товара, с похищенным имуществом с места преступления скрылся, - 03.10.2024 около 18:10 находясь в помещении торгового зала магазина «Монетка»,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места продажи кофе растворимый «Якобс Монарх» массой 300г.+100г в подарок, в количестве 3 шт., стоимостью 591 руб. 32 коп. за 1 шт., на общую сумму 1773 руб. 96 коп., принадлежащий ООО «...», минуя кассовую зону, не оплатив стоимость товара, с похищенным имуществом с места преступления скрылся, - 04.10.2024 около 08:40 находясь в помещении торгового зала магазина «Ярче»,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 продаж следующий товар: - сыр «ФИО3 Чеддер» 45% массой 200г., в количестве 5шт., стоимостью 107 руб. 86 коп. за 1 шт. на общую сумму 539 руб. 30 коп.; - сыр «ФИО3 Швейцарский» 45% массой 180г., в количестве 5шт., стоимостью 110 руб. 75 коп. за 1 шт. на общую сумму 553 руб. 75 коп., а всего взял товар на общую сумму 1093 руб. 05 коп., принадлежащий ООО «...» вышел из торгового зала магазина, минуя кассовую зону, не оплатив стоимость товара, с похищенным имуществом с места преступления скрылся, - 19.10.2024 около 16:15 часов в помещении торгового зала магазина «Монетка»,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 продаж следующий товар: - кофе растворимый «Нескафе Голд Арома» 190+100г., в количестве 2шт., стоимостью 363 руб. 04 коп. за 1 шт. на общую сумму 726 руб. 08 коп.; - кофе растворимый «Нескафе Голд» 190г., в количестве 3шт., стоимостью 258 руб. 27 коп. за 1 шт. на общую сумму 774 руб. 81 коп. а всего взял товар на общую сумму 1500 руб. 89 коп., принадлежащий ООО «...», минуя кассовую зону, не оплатив стоимость товара, с похищенным имуществом с места преступления скрылся, - 21.10.2024 около 16:45 часов ФИО1, в помещении торгового зала магазина «Монетка»,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 продаж следующий товар: - конфеты «ФИО4 Ассорти» 165г., в количестве 6шт., стоимостью 165 руб. 30 коп. за 1 шт. на общую сумму 991 руб. 80 коп.; - шоколад молочный пористый «Милка» 72-80г., в количестве 15шт., стоимостью 68 руб. 35 коп. за 1 шт. на общую сумму 1025 руб. 25 коп. а всего взял товар на общую сумму 2017 руб. 05 коп., принадлежащий ООО «...», не оплатив стоимость товара, с похищенным имуществом с места преступления скрылся. Кроме того, 31.10.2024 около 10:40 часов находясь в помещении торгового зала магазина «Ярче», по адресу: &lt;...&gt;, действуя умышленно, из корыстных побуждений, путем свободного доступа, с целью тайного хищения чужого имущества, убедившись, что за его действиями никто не наблюдает, взял с мест продаж следующий товар: - сыр «ФИО3 Швейцарский» 45% массой 180г., в количестве 4шт., стоимостью 115 руб. 49 коп. за 1 шт., на общую сумму 461 руб. 96 коп.; - сыр «ФИО3 Легкий» 25% массой 180г., в количестве 6шт., стоимостью 89 руб. 67 коп. за 1 шт., на общую сумму 538 руб. 02 коп.; - сыр «ФИО3 Пармезан» 40% массой 200г., в количестве 8шт., стоимостью 125 руб. 91 коп. за 1 шт., на общую сумму 1007 руб. 28 коп.; - сыр «ФИО3 Гауда» 45% массой 180г., в количестве 4шт., стоимостью 89 руб. 25 коп. за 1 шт., на общую сумму 357 руб.; - сыр «ФИО3 Маасдам» 45% массой 180г., в количестве 7шт., стоимостью 101 руб. 44 коп. за 1 шт., на общую сумму 710 руб. 08 коп., а всего взял товар на общую сумму 3074 руб. 34 коп., принадлежащий ООО «...» вышел из торгового зала магазина, минуя кассовую зону, не оплатив стоимость товара, с похищенным имуществом с места преступления скрылся. Об умысле ФИО1 на совершение хищений чужого имущества по каждому эпизоду свидетельствуют активные действия ФИО1, которые выразились в том, что он, по каждому эпизоду убедившись, что за его действиями никто не наблюдает, взял с мест продаж товар, спрятав товар в имеющийся при нем пакет или прижав руками телу, либо поместив в карманы, вышел из торгового зала магазина, минуя кассовую зону, не оплатив стоимость товара, с похищенным имуществом с мест преступлений скрылся, распорядившись им таким образом по своему усмотрению. Кроме того, ФИО1 на момент совершения хищения чужого имущества по эпизодам от 23.09.2024г., 02.10.2024г., 03.10.2024г., 04.10.2024г., 19.10.2024г., 21.10.2024г., являлся лицом, подвергнутым административному наказанию за совершение административного правонарушения, предусмотренного ч. 2 ст. 7.27 КРФ об АП, на основании постановления мирового судьи судебного участка № ### ... судебного района г. Кемерово от 18.05.2024, вступившего в законную силу 29.05.2024г., в связи, с чем на основании ч. 1 ст. 4.6 КРФобАП, по состоянию на указанные даты совершения преступлений являлся лицом, подвергнутым административному наказанию за мелкое хищение, предусмотренное ч.2 ст. 7.27 КРФобАП. Постановление мирового судьи судебного участка № ### ... судебного района г. Кемерово от 18.05.2024 вынесено в соответствии с требованиями Кодекса Российской Федерации об административных правонарушениях на основании полного и всестороннего исследования доказательств и обстоятельств, послуживших основанием для привлечения ФИО1 к административной ответственности, вступило в законную силу 29.05.2024г. Учитывая обстоятельства совершенных преступлений, данные о личности подсудимого, его поведение в судебном заседании, его адекватный речевой контакт, суд считает необходимым признать ФИО1 вменяемым в отношении инкриминируемых ему деяний. Таким образом, суд квалифицирует действия подсудимого ФИО1: - по эпизоду от 23.09.2024 в отношении потерпевшего ООО «...» по ст. 158.1 УК РФ , как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по эпизоду от 02.10.2024 в отношении потерпевшего ООО «...» по ст. 158.1 УК РФ ,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по эпизоду 03.10.2024 в отношении потерпевшего ООО «...» по ст. 158.1 УК РФ ,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по эпизоду 04.10.2024 в отношении потерпевшего ООО «...» по ст. 158.1 УК РФ ,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по эпизоду 19.10.2024 в отношении потерпевшего ООО «...» по ст. 158.1 УК РФ ,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по эпизоду 21.10.2024 в отношении потерпевшего ООО «...» по ст. 158.1 УК РФ ,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-по эпизоду от 31.10.2024 в отношении потерпевшего ООО «... по ч. 1 ст. 158 УК РФ , как кражу, то есть тайное хищение чужого имущества. Назначая наказание по всем эпизодам, суд учитывает характер и степень общественной опасности совершённых преступлений, ... В качестве смягчающих наказание обстоятельств по всем эпизодам суд учитывает ... При этом по эпизодам от 23.09.2024г., 02.10.2024г., 03.10.2024.г, 04.10.2024г., первоначальные объяснения ФИО1 от 24.10.2024г. не могут быть учтены в качестве явки с повинной, так как личность ФИО1 установлена в ходе ОРМ, при осмотре видеокамер сотрудниками полиции, о чем они указали в справках, показали в своих показаниях, ФИО1 был доставлен в отдел полиции, после чего дал указанные объяснения, при этом уголовные дела были возбуждены по указанным эпизодам так же 24.10.2024г., вместе с тем, указанные объяснения и его показания в качестве подозреваемого по указанным эпизодам суд полагает возможным учесть в качестве активного способствования расследованию преступления по эпизодам от 23.09.2024г., 02.10.2024г., 03.10.2024.г, 04.10.2024г., поскольку ФИО1 дал правдивые, полные показания об обстоятельствах хищения и сбыта похищенного, опознал себя на видео представленных ему для обозрения, способствовавшие расследованию преступления в кратчайшие сроки; аналогичные объяснения от 24.10.2024г., 24.10.2024г. и 11.11.2024г., по эпизодам от 19.10.2024г., 21.10.2024г., 31.10.2024г. так же не могут быть учтены в качестве явки с повинной, так как личность ФИО1 установлена в ходе ОРМ 23.10.2024г., 23.10.2024г. и 08.11.2024г. при осмотре видеокамер сотрудниками полиции, о чем они указали в справках, показали в своих показаниях, ФИО1 был доставлен 24.10.2024г., 24.10.2024г., 11.11.2024г. в отдел полиции, после чего дал указанные объяснения, при этом уголовные дела были возбуждены по указанным эпизодам так же 24.10.2024г., 24.10.2024 и 11.11.2024г., вместе с тем, указанные объяснения и его показания в качестве подозреваемого по эпизодам от 19.10.2024г., 21.10.2024г., 31.10.2024г. суд полагает возможным учесть в качестве активного способствования расследованию преступлений, поскольку ФИО1 дал правдивые, полные показания об обстоятельствах хищения и сбыта похищенного, опознал себя на видео представленных ему для обозрения, способствовавшие расследованию преступления в кратчайшие сроки. Так же не усматривается по всем эпизодам смягчающего наказание обстоятельства – совершение преступления в силу стечения тяжелых жизненных обстоятельств, поскольку из его показаний следует, что ФИО1 работал бетонщиком, имел доход. При этом суд учитывает предметы преступного посягательства – водка, кофе, сыры, шоколадные изделия, что не являются продуктами первой необходимости. Отягчающих наказание обстоятельств в отношении подсудимого судом не установлено по всем эпизодам. Таким образом, принимая во внимание, в соответствии со статьями и 60 УК РФ , установленные в судебном заседании обстоятельства в совокупности, в том числе совершение семи умышленных преступлений небольшой тяжести корыстной направленности в период условного осуждения по приговору за совершение аналогичного преступления небольшой тяжести, корыстной направленности, суд считает, что достижение целей наказания, предусмотренных ч. 2 ст. 43 УК РФ , восстановления социальной справедливости, исправления осужденного и предупреждения новых преступлений, возможно только при назначении ФИО1 наказания в виде лишения свободы по всем эпизодам, не находя оснований для назначения наказания с учетом положений ст. УК Российской Федерации, поскольку менее строгие виды наказания, по мнению суда не смогут обеспечить достижение целей наказания виновного. Кроме того, ранее постановленными приговорами ФИО1 наказание в виде лишения свободы назначено реально, с отбыванием в колонии поселении. Учитывая, что в отношении подсудимого ФИО1 по всем эпизодам установлено наличие смягчающих наказание обстоятельств, предусмотренных п. «и» ч. 1 ст. 61 УК РФ , а именно активное способствование раскрытию и расследованию преступлений, и отсутствие отягчающих наказание обстоятельств, то наказание подсудимому должно быть назначено по правилам ч. 1 ст. 62 УК РФ по всем эпизодам. Суд не находит оснований для применения при назначении ФИО1 наказания ст. 64 УК РФ по всем эпизодам, поскольку каких-либо исключительных обстоятельств, связанных с целями и мотивами совершенных им преступлений, его поведением во время или после совершения преступлений, и других обстоятельств, существенно уменьшающих степень общественной опасности преступлений, установлено не было. ФИО1 осуждается за совершение семи преступлений небольшой тяжести, в связи с чем наказание ФИО1 следует назначить по совокупности преступлений, в соответствии с ч.2 ст. 69 УК РФ путем частичного сложения назначенных наказаний. Поскольку ФИО1 совершил преступление до вынесения в отношении него приговора мировым судьей судебного участка №### ... судебного района г. Кемерово от 25.06.2025г., окончательное наказание ФИО1 должно быть назначено по правилам, предусмотренным ч.5 ст. 69 УК РФ , при этом суд считает возможным применить принцип частичного сложения наказаний. В соответствии с разъяснениями, содержащимися в п. 22.2 Постановления Пленума Верховного Суда Российской Федерации от 22.12.2015 г. с изменениями от 18.12.2018 года "О практике назначения судами Российской Федерации уголовного наказания", в силу положений пункта 7.1 части 1 статьи 299 УПК РФ при постановлении обвинительного приговора суд обязан разрешить вопрос о том, имеются ли основания для замены наказания в виде лишения свободы принудительными работами в случаях и порядке, установленных статьей 53.1 УК РФ . В соответствии с ч.1 статьи 53.1 УК РФ принудительные работы применяются как альтернатива лишению свободы в случаях, предусмотренных соответствующими статьями Особенной части УК РФ за совершение преступления небольшой или средней тяжести либо за совершение тяжкого преступления впервые. Оснований для применения ст. 53.1 УК РФ не имеется, поскольку вид назначенного наказания - лишение свободы реально, а так же его размер, является справедливым, учитывающим фактические обстоятельства совершенных преступлений корыстной направленности, в короткий промежуток времени между собой, в период испытательного срока по приговору за совершение преступления небольшой тяжести корыстной направленности, отсутствие какого-либо возмещения причиненного ущерба потерпевшим, характер и степень общественной опасности инкриминируемых деяния ФИО1, который не сделал для себя необходимые выводы, которые бы доказывали возможность исправления его поведения без изоляции от общества. В связи с чем, оснований для применения положений статьи 53.1 УК РФ , не установлено. В соответствии с п. «а» ч. 1 ст. 58 УК РФ ФИО1 отбывание наказания в виде лишения свободы назначается в колонии-поселении. Исходя из положений ст. 97 УПК РФ , тяжести содеянного, сведений о личности подсудимого, суд считает необходимым в целях исполнения приговора, до вступления его в законную силу, меру пресечения в отношении ФИО1 в виде подписки о невыезде и надлежащем поведении изменить на заключение под стражу, взяв под стражу в зале суда. В соответствии со ст. 1064 ГК РФ гражданские иски потерпевших ООО «...» и ООО «...» подлежат удовлетворению в полном объеме, при этом суд учитывает что подсудимый с исками согласился, размер ущерба не оспаривал. В соответствии со ст. 81 УПК РФ , суд считает необходимым разрешить судьбу вещественных доказательств. Вопрос о взыскании процессуальных издержек за участие защитника-адвоката на стадии предварительного расследовании, а также на стадии судебного разбирательства разрешен отдельным постановлением. Исходя из вышеизложенного и руководствуясь ст. ст. – 309 УПК РФ , суд ПРИГОВОРИЛ: Признать ФИО1 виновным в совершении преступлений, предусмотренных ст. 158.1 , ст. 158.1 , ст. 158.1 , ст. 158.1 , ст. 158.1 , ст. 158.1 , ч. 1 ст. 158 УК РФ , и назначить ему наказание: по ст. 158.1 УК РФ (по эпизоду от 23.09.2024г.) в виде лишения свободы на срок 6 (шесть) месяцев; по ст. 158.1 УК РФ (по эпизоду от 02.10.2024г.) в виде лишения свободы на срок 6 (шесть) месяцев; по ст. 158.1 УК РФ (по эпизоду от 03.10.2024г.) в виде лишения свободы на срок 6 (шесть) месяцев; по ст. 158.1 УК РФ (по эпизоду от 04.10.2024г.) в виде лишения свободы на срок 6 (шесть) месяцев; по ст. 158.1 УК РФ (по эпизоду от 19.10.2024г.) в виде лишения свободы на срок 6 (шесть) месяцев; по ст. 158.1 УК РФ (по эпизоду от 21.10.2024г.) в виде лишения свободы на срок 6 (шесть) месяцев; по ч. 1 ст. 158 УК РФ (по эпизоду от 31.10.2024г.) в виде лишения свободы на срок 10 (десять) месяцев; На основании ч. 2 ст. 69 УК РФ по совокупности преступлений путем частичного сложения назначенных наказаний назначить ФИО1 наказание в виде лишения свободы на срок 1 (один) год 4 (четыре) месяца. В соответствии с ч. 5 ст. 69 УК РФ по совокупности преступлений путем частичного сложения назначенного наказания по правилам ч. 2 ст. 69 УК РФ с наказанием, назначенным в соответствии с приговором мирового судьи судебного участка №### ... судебного района г. Кемерово от 25.06.2025г., окончательно назначить ФИО1 наказание в виде лишения свободы на срок 2 (два) года 11 (одиннадцать) месяцев с отбыванием наказания в колонии - поселении. Срок наказания осужденному ФИО1 исчислять со дня вступления настоящего приговора в законную силу. Меру пресечения ФИО1 в виде подписки о невыезде и надлежащем поведении отменить, взять под стражу в зале суда, до вступления приговора в законную силу содержать осужденного ФИО1 в ФКУ СИЗО-1 ГУФСИН России по Кемеровской области – Кузбассу. В соответствии п. «в» ч.3.1 ст. 72 УК РФ , зачесть осужденному ФИО1 в срок лишения свободы время содержания под стражей из расчета один день содержания под стражей за два дня отбывания наказания в колонии-поселении: по приговору Заводского районного суда г.Кемерово от 04.02.2025 в период с 13.01.2025 по 10.02.2025, по приговору мирового судьи судебного участка № ### ... судебного района г.Кемерово от 11.02.2025 в период с 11.02.2025 по 16.02.2025; по приговору мирового судьи судебного участка № ### ... судебного района г.Кемерово от 17.02.2025 в период с 17.02.2025 по 24.02.2025; по приговору мирового судьи судебного участка № ### ... судебного района г.Кемерово от 25.02.2025 в период с 25.02.2025 по 05.03.2025; по приговору Заводского районного суда г.Кемерово от 06.03.2025 в период с 06.03.2025 по 09.03.2025; по приговору Заводского районного суда г.Кемерово от 10.03.2025 в период с 10.03.2025 по 12.03.2025; по приговору мирового судьи судебного участка № ### ... судебного района г.Кемерово от 13.03.2025 в период с 13.03.2025 по 24.03.2025; по приговору Центрального районного суда г. Кемерово от 25.03.2025 с 25.03.2025 до 22.04.2025г.; по приговору мирового судьи судебного участка №1 Ленинского судебного района г. Кемерово от 22.04.2025 и мирового судьи судебного участка №### ... судебного района г. Кемерово от 22.04.2025, с 22.04.2025 до 15.05.2024г., по приговору от 15.05.2025 с 15.05.2025 по 16.05.2025г., по приговору от 25.06.2025 с 25.06.2025 до 15.07.2025г., а так же зачесть в срок лишения свободы время отбытое по приговору от 15.05.2025 в период с 17.06.2025 по 24.06.2025., время отбытое по приговору от 25.06.2025 с 16.07.2025 до 07.08.2025. В соответствии с п. «в» ч. 3.1 ст. 72 УК РФ зачесть осужденному ФИО7 в срок лишения свободы время содержания под стражей из расчета один день содержания под стражей за два дня отбывания наказания в колонии – поселении по настоящему приговору с 07.08.2025 до дня вступления настоящего приговора в законную силу. В соответствии со ст. 1064 ГК РФ гражданские иски представителей потерпевших ООО «...» ЛИЦО_11, ООО «...» ЛИЦО_25 удовлетворить в полном объеме. Взыскать с осужденного ЛИЦО_10 в пользу потерпевшего ООО «... » 7574 (семь тысяч пятьсот семьдесят четыре) руб. 05 коп. Взыскать с осужденного ЛИЦО_10 в пользу потерпевшего ООО «... » 4167 (четыре тысячи сто шестьдесят семь) руб. 69 коп.. Вещественные доказательства: акты инвентаризации, справки об ущербе, копии товарных накладных, копии счет-фактур, диски с видеозаписями от 19.10.2024, от 21.10.2024, от 23.09.2024, от 02.10.2024, от 03.10.2024, от 04.10.2024, карта памяти с видеозаписью от 31.10.2024, хранящиеся при материалах уголовного дела, хранить в течении всего срока хранения последнего. Приговор может быть обжалован в апелляционном порядке в Кемеровский областной суд через Центральный районный суд г.Кемерово в течение 15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(подпись) М.А. Емельянова Суд: Центральный районный суд г. Кемерово (Кемеровская область) (подробнее) Иные лица: прокуратура Центрального района г. Кемерово (подробнее) Судьи дела: Емельянова Мария Александровна (судья) (подробнее) Последние документы по делу: Апелляционное постановление от 24 сентября 2025 г. по делу № 1-114/2025 Апелляционное постановление от 24 сентября 2025 г. по делу № 1-114/2025 Приговор от 6 августа 2025 г. по делу № 1-114/2025 Приговор от 21 июля 2025 г. по делу № 1-114/2025 Приговор от 25 июня 2025 г. по делу № 1-114/2025 Постановление от 10 июня 2025 г. по делу № 1-114/2025 Приговор от 5 июня 2025 г. по делу № 1-114/2025 Приговор от 20 апреля 2025 г. по делу № 1-114/2025 Приговор от 1 апреля 2025 г. по делу № 1-114/2025 Приговор от 4 марта 2025 г. по делу № 1-114/2025 Приговор от 10 февраля 2025 г. по делу № 1-114/2025 Приговор от 9 февраля 2025 г. по делу № 1-114/2025 Приговор от 5 февраля 2025 г. по делу № 1-114/2025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