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с 08.07.2024 по 21.08.2024 (более точное время в ходе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совершили в отношении ФИО13 №5, мошенничество, то есть хищение чужого имущества путем обмана и злоупотребления доверием, в крупном размере, при следующих обстоятельствах. Так, в период не позднее 30.06.2024 (более точные время и дата органами предварительного следствия не установлены) ФИО13 №5 в почтовом отделении, расположенном в с. Лейпциг Варненского района Челябинской области, увидел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ФИО13 №5, так как в летний период времени он хотел утеплить дом. Далее, 08.07.2024 ФИО13 №5, не осведомленный о преступных намерениях ФИО1 и неустановленных в ходе предварительного следствия лиц, позвонил неустановленному в ходе предварительного следствия лицу, на указанный в рекламной листовке абонентский номер телефона №, находившейся в пользовании ФИО33 А.Р. (не осведомленного о преступных намерениях ФИО1 и неустановленных лиц), где в ходе телефонного разговора ФИО13 №5 озвучил последнему, что ему необходима бригада рабочих для выполнения ремонтных работ, а также сообщил адрес, куда необходимо приехать, а именно: &lt;...&gt;, для оценки объема работ и оплаты оказанных услуг. Намерения ФИО13 №5 осуществить ремонтные работы по вышеуказанному адресу, ФИО33 А.Р. (не осведомленный о преступных намерениях ФИО1 и неустановленных лиц), передал ФИО1 08.07.2024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в крупном размере, принадлежащих ФИО82., в ходе которого соучастники распределили между собой роли. Согласно распределенным ролям, ФИО1 должен был договориться с ФИО13 №5 о непосредственной встрече на вышеуказанном объекте, с целью оценки необходимых ремонтных работ и оплаты услуг, под видом законности и правомерности своих преступных действий заключить с последним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и строительных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ФИО1 преступных намерений, придавая им, таким образом, правомерный и законный вид. Далее, около 16 часов 00 минут 08.07.2024, более точное время в ходе предварительного следствия не установлено, на неустановленном в ходе следствия автомобиле, на вышеуказанный адрес прибыли Свидетель №3 (не осведомленный о преступных намерениях ФИО1 и неустановленных лиц), так как прибыл в качестве рабочего, а также сам ФИО1, который, действуя совместно с неустановленными лицами,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из корыстных побуждений, согласно своей преступной роли, для незаконного улучшения своего материального благосостояния, с целью создания видимости намерения на выполнение своих обязательств перед ФИО13 №5, заключил с последним письменный договор на выполнение ремонтных работ по адресу: &lt;...&gt;, выполненный рукописным текстом по просьбе ФИО13 №5, его знакомой Свидетель №10, под диктовку ФИО1, согласно которого ФИО1 и иные неустановленные лица приняли на себя обязательства по выполнению ремонтных работ по вышеуказанному адресу, а именно утепления дома, то есть пропенить дом между бревен, а также покрыть его лаком. ФИО13 №5, в свою очередь, принял на себя обязательства обеспечить беспрепятственный доступ на вышеуказанный объект для производства строительных работ, принять их результат и уплатить общую сумму за выполнение всех ремонтных работ, с учетом предоставления необходимых строительных материалов, в размере 430 000 рублей, поэтапно, путем внесения первого взноса, в размере 100 000 рублей. Далее, около 16 часов 00 минут 08.07.2024, более точное время в ходе предварительного следствия не установлено,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№5 в заблуждение, сообщили последнему заведомо ложную информацию о том, что для совершения с их стороны в его пользу действий, связанных с ремонтными работами, а также покупкой необходимых строительных материалов, ФИО13 №5 необходимо будет выплатить аванс в размере 100 000 рублей. После чего, 08.07.2024, в неустановленное органами предварительного следствия время, ФИО13 №5, не имея в наличии наличных денежных средств,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Свидетель №3 (не осведомленным о преступных намерениях ФИО1 и неустановленных лиц),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аванса последнему за выполнение им ремонтных работ. На следующий день, то есть 09.07.2024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согласно отведенной ему преступной роли, с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двух неустановленных лиц, которые в качестве рабочих на протяжении не продолжительного периода времени, только лишь зачистили кору бревен дома, расположенного по вышеуказанному адресу, в связи с чем, тем самым ФИО1, действуя совместно и согласованно с иными неустановленными лицами ввели в заблуждение ФИО13 №5, относительно добросовестности своих намерений. При этом, 09.07.2024 в неустановленное органами предварительного следствия время,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оставшейся части аванса последнему за выполнение им ремонтных работ. На следующий день, то есть 10.07.2024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 неустановленными лицами, согласно отведенной ему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неустановленное лицо, которое в качестве рабочего, вновь используя инструменты, предоставленные ФИО13 №5, на протяжении не продолжительного периода времени, частично выполнил работы по утеплению дома, расположенного по вышеуказанному адресу, при этом качество данных работ не устроило ФИО13 №5, в связи с чем, тем самым ФИО1, действуя совместно и согласованно с иными неустановленными лицами продолжали вводить в заблуждение ФИО13 №5, относительно добросовестности своих намерений. Далее, 10.07.2024 в неустановленное органами предварительного следствия время,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№5 в заблуждение, сообщили последнему заведомо ложную информацию о том, что для совершения с их стороны в его пользу действий, связанных с ремонтными работами, а также снова покупкой необходимых строительных материалов, ФИО13 №5 необходимо будет выплатить денежную сумму в размере 50 000 рублей. После чего, 10.07.2024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последнему за выполнение им ремонтных работ. Далее, в период с 10.07.2024 по 09.08.2024, строительные работы не выполнялись, несмотря на неоднократные звонки со стороны ФИО13 №5 и ранее ему знакомой Свидетель №10 на абонентский номер ФИО1, который согласно преступного сговора с неустановленными лицами, а также преступного замысла соучастников, постоянно переносил сроки исполнения вышеуказанных работ, предоставляя ФИО13 №5 и Свидетель №10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последних в правоохранительные органы. 09.08.2024 в неустановленное органами предварительного следствия время, ФИО1, находясь в неустановленном месте на территории Челябинской области, продолжая осуществлять своей преступный умысел в группе лиц по предварительному сговору с неустановленными лицами, согласно отведенной ему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№5 договорных обязательств, дал указание неустановленным лицам приехать по адресу: &lt;...&gt;, где продолжить осуществить частичные ремонтные работы по утеплению дома ФИО13 №5 После чего, 09.08.2024 в неустановленное органами предварительного следствия время, по указанию ФИО1, неустановленные лица на неустановленном органами предварительного следствия автомобиле, вновь прибыли на адрес: &lt;...&gt;, где одно из этих лиц в качестве рабочего на протяжении не продолжительного периода времени, частично выполнил работы по утеплению дома, расположенного по вышеуказанному адресу, при этом качество данных работ вновь не устроило ФИО13 №5, в связи с чем, тем самым ФИО1, действуя совместно и согласованно с иными неустановленными лицами продолжал вводить в заблуждение ФИО13 №5, относительно добросовестности своих намерений. Далее, 09.08.2024 в неустановленное органами предварительного следствия время, по указанию ФИО1, данное неустановленное лицо сообщило ФИО13 №5, с целью введения последнего в заблуждение ФИО1, действовавшем в группе лиц по предварительному сговору, о необходимости передачи для ФИО1 денежной суммы в размере 50 000 рублей. После чего, 09.08.2024 в неустановленное органами предварительного следствия время, ФИО13 №5, находясь по адресу: &lt;...&gt;,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передал вышеуказанному неустановленному лицу денежные средства в размере 2000 рублей, предназначавшиеся для ФИО1 и неустановленных лиц, а также по просьбе вышеуказанного неустановленного лица, посредством системы быстрых платежей со своей банковской карты №, привязанной к абонентскому номеру телефона +№ с лицевого счета №, открытого на имя последнего в структурном подразделении ПАО «Сбербанк», расположенном по адресу: &lt;...&gt; осуществил мобильный перевод денежных средств в сумме &lt;***&gt; рублей в счет предоплаты за оказание строительных работ, посредствам системы быстрых платежей на банковскую карту 2202 2024 1785 5131, привязанную к абонентскому номеру телефона +№ на лицевой счет получателя № Я. Свидетель №1 (не осведомленной о преступных намерениях ФИО1 и неустановленных лиц), открытый в структурном подразделении ОСБ/Филиал №, расположенном по адресу: &lt;...&gt; «а», при этом доступ к вышеуказанной карте имели ФИО1 и неустановленные в ходе предварительного следствия лица. Кроме того, 09.08.2024 в неустановленное органами предварительного следствия время, ранее знакомая ФИО13 №5, Свидетель №10, также находясь по адресу: &lt;...&gt;, не имея в наличии наличных денежных средств, по просьбе ФИО13 №5, доверявшего ФИО1, действовавшему в группе лиц по предварительному сговору с неустановленными лицами, полагавшему, что последние выполнят взятые на себя обязательства, являются людьми, имеющими определенные специальные познания в области строительства, посредством системы быстрых платежей со своей банковской карты №, привязанной к абонентскому номеру телефона +№ с лицевого счета №, открытого на имя последнего в структурном подразделении ПАО «Сбербанк», расположенном по адресу: &lt;...&gt; осуществила мобильный перевод денежных средств в сумме 40 000 рублей, принадлежащих ФИО13 №5, в счет предоплаты за оказание строительных работ, посредствам системы быстрых платежей на банковскую карту №, привязанную к абонентскому номеру телефона +№ на лицевой счет получателя № Я. Свидетель №1 (не осведомленной о преступных намерениях ФИО1 и неустановленных лиц), открытый в структурном подразделении ОСБ/Филиал № 8597/295, расположенном по адресу: &lt;...&gt; «а», при этом доступ к вышеуказанной карте имели ФИО1 и неустановленные в ходе предварительного следствия лица. Далее, 11.08.2024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неустановленных лиц, которые в качестве рабочих на протяжении не продолжительного периода времени, выполнили незначительную часть работ, в связи с чем, тем самым ФИО1, действуя совместно и согласованно с иными неустановленными лицами ввели в заблуждение ФИО13 №5, относительно добросовестности своих намерений. При этом, 11.08.2024 в неустановленное органами предварительного следствия время,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последнему за выполнение им строительных работ. На следующий день, то есть 12.08.2024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неустановленных лиц, которые в качестве рабочих, на протяжении не продолжительного периода времени, выполнили незначительную часть работ, в связи с чем, тем самым ФИО1, действуя совместно и согласованно с иными неустановленными лицами ввели в заблуждение ФИО13 №5, относительно добросовестности своих намерений. При этом, 12.08.2024 в неустановленное органами предварительного следствия время,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последнему за выполнение им строительных работ. Далее, 17.08.2024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неустановленных лиц, которые в качестве рабочих, на протяжении не продолжительного периода времени, выполнили незначительную часть работ, в связи с чем, тем самым ФИО3, действуя совместно и согласованно с иными неустановленными лицами ввели в заблуждение ФИО13 №5, относительно добросовестности своих намерений. При этом, 17.08.2024 в неустановленное органами предварительного следствия время,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последнему за выполнение им ремонтных работ. Далее, 21.08.2024 в неустановленное органами предварительного следствия время,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№5,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№5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неустановленных лиц, которые в качестве рабочих, на протяжении не продолжительного периода времени, выполнили незначительную часть работ, в связи с чем, тем самым ФИО1, действуя совместно и согласованно с иными неустановленными лицами ввели в заблуждение ФИО13 №5, относительно добросовестности своих намерений. При этом, 21.08.2024 в неустановленное органами предварительного следствия время, ФИО13 №5,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вместе с ФИО1, с ранее знакомой Свидетель №10 на неустановленным в ходе предварительного следствия автомобиле, за управлением ФИО1, проследовали в структурное подразделение ОСБ/Филиал № 8597/0389, расположенное по адресу: &lt;...&gt;, где ФИО13 №5 снял со своего лицевого счета № денежные средства с лимитом за совершение одной операции в сутки, в размере 50 000 рублей, которые непосредственно, находясь по вышеуказанному адресу, передал лично ФИО1, в счет оплаты последнему за выполнение им ремонтных работ. Кроме того, 21.08.2024 в неустановленное органами предварительного следствия время, ФИО13 №5, находясь по адресу: &lt;...&gt;, не имея в наличии наличных денежных средств, снова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по указанию ФИО1, со своей банковской карты №, привязанной к абонентскому номеру телефона +№ с лицевого счета №, открытого на имя последнего в структурном подразделении ПАО «Сбербанк», расположенном по адресу: &lt;...&gt; осуществил мобильный перевод денежных средств в сумме 30 000 рублей в счет предоплаты за оказание строительных работ, посредствам системы быстрых платежей на банковскую карту №, привязанную к абонентскому номеру телефона +№ на лицевой счет получателя № Я. Свидетель №1 (не осведомленной о преступных намерениях ФИО1 и неустановленных лиц), открытый в структурном подразделении ОСБ/Филиал № 8597/308, расположенном по адресу: &lt;...&gt;, при этом доступ к вышеуказанной карте имели ФИО1 и неустановленные в ходе предварительного следствия лица. Далее, после 21.08.2024 ремонтные работы не выполнялись, несмотря на неоднократные звонки со стороны ФИО13 №5 и ранее ему знакомой Свидетель №10 на абонентский №, находившийся в пользовании ФИО1, который совместно с неустановленными лицами, согласно совместного преступного сговора, переносили сроки исполнения вышеуказанных работ, предоставляя последним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В результате обмана и злоупотребления доверием со стороны ФИО1 и неустановленных в ходе предварительного следствия лиц, ФИО13 №5, доверившись последним, передал в период с 08.07.2024 по 21.08.2024, более точные время и дата в ходе предварительного следствия не установлены, наличные денежные средства, а также осуществил мобильные переводы денежных средств, как самостоятельно, так и путем осуществления Свидетель №10, по его просьбе, мобильные переводы денежных средств, посредствам системы быстрых платежей на общую сумму 430 000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с 08.07.2024 по 21.08.2024, более точные время и дата в ходе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после получения денежных средств на общую сумму 430 000 рублей, осознавая общественную опасность своих действий, предвидя возможность наступления общественно-опасных последствий в виде причинения материального ущерба ФИО13 №5, с корыстной целью, обманывая и злоупотребляя доверием последнего, имея реальную возможность окончить вышеуказанные ремонтные работы по адресу: &lt;...&gt;, их не окончили, свои договорные обязательства не исполнили, денежные средства не возвратили, вышеуказанными денежными средствами распорядились по своему усмотрению, совершив тем самым, их хищение, в крупном размере, чем причинили ФИО13 №5 материальный ущерб на указанную сумму.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с 07.07.2024 по 31.08.2024 (более точные время и дата в ходе предварительного следствия не установлены) ФИО1 и неустановленные в ходе предварительного следствия лица, в отношении которых выделено уголовное дело в отдельное производство, группой лиц по предварительному сговору, совершили в отношении ФИО13 №4, мошенничество, то есть хищение чужого имущества путем обмана и злоупотребления доверием, в особо крупном размере, при следующих обстоятельствах. В апреле 2024 года, но не позднее 30.04.2024, более точные время и дата органами предварительного следствия не установлены, ФИО13 №4, находясь на территории с. Варна Варненского района Челябинской области, в одном из магазинов, точный адрес которого не установлен, увидела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ФИО13 №4, так как последняя, хотела осуществить ремонт дома и бани, расположенных по адресу: &lt;...&gt;. Далее, в 2024 году в период с 07.07.2024 по 08.07.2024, более точные время и дата органами предварительного следствия не установлены, ФИО13 №4, не осведомленная о преступных намерениях ФИО1 и неустановленных в ходе предварительного следствия лиц, позвонила неустановленному в ходе предварительного следствия лицу, на указанный в рекламной листовке абонентский номер телефона №, находившейся в пользовании ФИО33 А.Р. (не осведомленного о преступных намерениях ФИО1 и неустановленных лиц), где в ходе телефонного разговора ФИО13 №4 озвучила последнему, что ей необходима бригада рабочих для выполнения строительных работ в доме, по вышеуказанному адресу. Намерения ФИО13 №4 осуществить строительные работы по вышеуказанному адресу, ФИО33 А.Р. (не осведомленного о преступных намерениях ФИО1 и неустановленных лиц), передал последнему. В период времени с 07.07.2024 по 10.07.2024, более точные время и дата органами предварительного следствия не установлены,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в особо крупном размере, принадлежащих ФИО13 №4, в ходе которого соучастники распределили между собой роли. Согласно распределенным ролям, ФИО1 должен был договориться с ФИО13 №4 о непосредственной встрече на вышеуказанном объекте, с целью оценки необходимых ремонтных и строительных работ и оплаты услуг, под видом законности и правомерности своих преступных действий заключить с последней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и строительных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ФИО1 преступных намерений, придавая им, таким образом, правомерный и законный вид. Во исполнение своего преступного умысла, согласно ранее распределенным ролям, в период с 07.07.2024 по 10.07.2024, более точные время и дата органами предварительного следствия не установлены, ей с абонентского номера №, находившегося в пользовании ФИО1, поступил звонок от последнего, где в ходе телефонного разговора ФИО13 №4 озвучила ФИО1, что ей необходима бригада рабочих для выполнения вышеуказанных строительных работ. В ходе телефонного разговора, в период с 07.07.2024 по 10.07.2024, более точные время и дата органами предварительного следствия не установлены, ФИО1, действуя во исполнение совместного преступного умысла, совместно с неустановленными лицами, согласовал с ФИО13 №4 встречу в течении трех дней, после 10.07.2024, по адресу: &lt;...&gt; для оценки объема работ и оплаты оказанных услуг. Далее, в период с 10.07.2024 по конец июля 2024, но не позднее, 31.07.2024, более точные время и дата в ходе предварительного следствия не установлены, на вышеуказанный адрес на неустановленном в ходе следствия автомобиле прибыл ФИО1, который, действуя с неустановленными лицами, согласно отведенной ему в преступлении роли,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из корыстных побуждений, для незаконного улучшения своего материального благосостояния, с целью создания видимости намерения на выполнение своих обязательств перед ФИО13 №4, заключил с последней письменный договор на выполнение строительных и ремонтных работ по адресу: &lt;...&gt;, согласно которого ФИО1 и иные неустановленные лица приняли на себя обязательства по выполнению строительных и ремонтных работ по вышеуказанному адресу, а именно демонтажа старой пристроенной к дому веранды, установки туалета, канализации, душевой, утепление полов, проведения газового оборудования в новой пристроенной к дому веранде, ремонта бани. ФИО13 №4, в свою очередь, приняла на себя обязательства обеспечить беспрепятственный доступ на вышеуказанный объект для производства строительных и ремонтных работ, принять их результат и уплатить общую сумму за выполнение всех ремонтных и строительных работ, с учетом предоставления необходимых строительных материалов, в размере 1 650 000 рублей, поэтапно, путем внесения первого взноса, в размере 850 000 рублей. Далее, в период с 10.07.2024 по конец июля 2024, но не позднее, 31.07.2024, более точные время и дата в ходе предварительного следствия не установлены,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№4 в заблуждение, сообщили последней заведомо ложную информацию о том, что для совершения с их стороны в ее пользу действий, связанных с ремонтными и строительными работами и приобретением необходимых строительных материалов, ФИО13 №4 необходимо внести предоплату, то есть денежную сумму в размере 850 000 рублей. При этом, в период с 10.07.2024 по конец июля 2024, но не позднее, 31.07.2024, более точные время и дата в ходе предварительного следствия не установлены, на вышеуказанный адрес к ФИО13 №4 ФИО1 приехал на неустановленном органами предварительного следствия автомобиле совместно с неустановленным лицом, которое, действуя совместно и согласовано с последним, согласно отведенной преступной роли, вводило в заблуждение ФИО13 №4, относительно истинности своих преступных намерений, создавая о себе и соучастниках, положительное впечатление, войдя, таким образом, в доверие к последней. После чего, в период с 10.07.2024 по конец июля 2024, но не позднее, 31.07.2024, более точные время и дата в ходе предварительного следствия не установлены, ФИО13 №4, имея в наличии наличные денежные средства в размере 850 000 рублей,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на территории с. Варна Варненского района Челябинской области, передала лично ФИО1, в счет предоплаты за выполнение последними ремонтных и строительных работ наличными денежные средства в размере 850 000 рублей. Далее, в период с 10.07.2024 по конец июля 2024, но не позднее, 31.07.2024, более точные время и дата в ходе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согласно отведенной ему в преступлении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№4,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№4, договорных обязательств, на неустановленном органами предварительного следствия автомобиле, приехал к последней на адрес: &lt;...&gt;, куда привез Свидетель №3 (не осведомленный о преступных намерениях ФИО1 и неустановленных лиц), которые на протяжении не продолжительного периода времени, из некачественных материалов и в некачественном виде, частично выполнили строительные и ремонтные работы в доме, по вышеуказанному адресу, в связи с чем, тем самым ФИО1, действуя совместно и согласованно с иными неустановленными лицами ввели в заблуждение ФИО13 №4, относительно добросовестности своих намерений. При этом, в период с 10.07.2024 по конец июля 2024, но не позднее, 31.07.2024, более точные время и дата в ходе предварительного следствия не установлены,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№4 в заблуждение, сообщили последней заведомо ложную информацию о том, что для приобретения строительных материалов, а именно за цемент, ФИО13 №4 необходимо внести денежную сумму в размере 10 000 рублей, которую она передала в данный период времени неустановленному в ходе следствия лицу, не осведомленному о преступных действиях ФИО1 и соучастников, за привезенный вышеуказанный строительный материал. После чего, в период с 10.07.2024 по конец июля 2024, но не позднее, 31.07.2024, более точные время и дата в ходе предварительного следствия не установлены,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№4 в заблуждение, сообщили последней заведомо ложную информацию о том, что для совершения с их стороны в его пользу действий, связанных со строительными работами и приобретением необходимых строительных материалов, для ремонта бани, расположенной по вышеуказанному адресу, ФИО13 №4 необходимо внести предоплату, то есть денежную сумму в размере 400 000 рублей. Далее, в период с 10.07.2024 по конец июля 2024, но не позднее, 31.07.2024, более точные время и дата в ходе предварительного следствия не установлены, ФИО13 №4, имея в наличии наличные денежные средства в размере 400 000 рублей,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в неустановленном органами предварительного следствия месте, на территории с. Варна Варненского района Челябинской области, передала лично ФИО1, в счет предоплаты за выполнение последним вышеуказанных ремонтных и строительных работ наличными денежные средства в размере 400 000 рублей. В период с 10.07.2024 по конец августа 2024, но не позднее 31.08.2024, более точные дата и время в ходе предварительного следствия не установлены, ФИО1, находясь в неустановленном месте на территории Челябинской области, продолжая осуществлять своей преступный умысел в группе лиц по предварительному сговору, с неустановленными лицами, согласно отведенной ему в преступлении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№4,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№4 договорных обязательств, дал указание Свидетель №3 (не осведомленному о преступных намерениях ФИО1 и неустановленных лиц), приехать по адресу: &lt;...&gt;, где продолжить осуществить ремонтные и строительные работы, по вышеуказанному адресу, в рамках исполнения вышеуказанного договора. После чего, в период с 10.07.2024 по конец августа 2024, но не позднее 31.08.2024, более точные время и дата в ходе предварительного следствия не установлены, по указанию ФИО1, Свидетель №3 (не осведомленный о преступных намерениях ФИО1 и неустановленных лиц), совместно с иными неустановленными лицами в качестве рабочих, на неустановленном органами предварительного следствия автомобиле, вновь прибыли на адрес: &lt;...&gt;, в связи с чем, тем самым ФИО1, действуя совместно и согласованно с иными неустановленными лицами, продолжал вводить в заблуждение ФИО13 №4, относительно добросовестности своих намерений, где последние из некачественных материалов и в некачественном виде, частично выполнили строительные и ремонтные работы в доме, по вышеуказанному адресу, после чего ФИО13 №4, по просьбе Свидетель №3 (не осведомленного о преступных намерениях ФИО1 и неустановленных лиц) передала последнему на приобретение строительных материалов, денежную сумму в размере 200 000 рублей, предназначавшиеся для ФИО1 и иных неустановленных лиц, а также передала в данный период времени неустановленному в ходе следствия лицу, не осведомленному о преступных действиях ФИО1 и соучастников, за привезенный строительный материал денежную сумму в размере 10 000 рублей. Затем, на протяжении незначительного периода времени, в период с 10.07.2024 по конец августа 2024, но не позднее 31.08.2024, более точные дата и время в ходе предварительного следствия не установлены, ФИО1, продолжая осуществлять своей преступный умысел в группе лиц по предварительному сговору, выполняя отведенную ему преступную роль, с иными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№4, преследуя корыстную цель незаконного обогащения, не намереваясь исполнять взятые на себя обязательства по выполнению ремонтных и строительных работ, для создания видимости ранее достигнутых с ФИО13 №4, договорных обязательств, на неустановленном органами предварительного следствия автомобиле, снова приезжал к последней на адрес: &lt;...&gt;, куда привозил Свидетель №3 (не осведомленный о преступных намерениях ФИО1 и неустановленных лиц), которые в качестве рабочих, из некачественных материалов и в некачественном виде, частично выполняли строительные и ремонтные работы в доме, по вышеуказанному адресу, в связи с чем, тем самым ФИО1, действуя совместно и согласованно с иными неустановленными лицами ввели в заблуждение ФИО13 №4 относительно добросовестности своих намерений. Кроме того, в период с 10.07.2024 по конец августа 2024, но не позднее 31.08.2024, более точные дата и время в ходе предварительного следствия не установлены, ФИО1 и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№4 в заблуждение, сообщили последней заведомо ложную информацию о том, что для завершения с их стороны в ее пользу действий, связанных с ремонтными и строительными работами, необходимо снова внести денежную сумму в размере 1 300 000 рублей, хотя фактически данные строительные работы закончены не были. После чего, в период с 10.07.2024 по конец августа 2024, но не позднее 31.08.2024, более точные дата и время в ходе предварительного следствия не установлены, ФИО13 №4, имея в наличии наличные денежные средства в размере 1 300 000 рублей,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передала лично ФИО1, в счет оплаты наличными денежные средства в размере 1 300 000 рублей за выполнение оставшихся ремонтных и строительных работ и их окончание. Далее, в период с 10.07.2024 по конец августа 2024, но не позднее 31.08.2024, более точные дата и время в ходе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№4, преследуя корыстную цель незаконного обогащения, не намереваясь исполнять взятые на себя обязательства по выполнению ремонтных и строительных работ, для создания видимости ранее достигнутых с ней договорных обязательств, на неустановленном органами предварительного следствия автомобиле, снова приезжал к последней, на вышеуказанный адрес, куда привозил неустановленных лиц, которые в качестве рабочих, выполняли незначительную часть ремонтных и строительных работ, на протяжении незначительного периода времени в течении каждого дня, в связи с чем, тем самым ФИО1, действуя совместно и согласованно с иными неустановленными лицами продолжал вводить в заблуждение ФИО13 №4, относительно добросовестности своих намерений, которая в дальнейшем высказала ФИО1 свое недовольство по поводу качества выполненных работ и сроках их окончания, после чего последний, продолжая обманывать и злоупотреблять доверием ФИО13 №4, заверил ее, что исправит и закончит все строительные работы. Однако ремонтные и строительные работы, предусмотренные договором, заключенным с ФИО13 №4, ФИО1 и неустановленные лица, действуя в группе лиц по предварительному сговору, согласно отведенным им в преступлении ролям, в полном объеме не выполнили, а выполненные ремонтные и строительные работы выполнили из некачественных строительных материалов и в некачественном виде, несмотря на неоднократные звонки со стороны ФИО13 №4, на абонентский №, находившийся в пользовании ФИО1, который согласно преступного сговора с неустановленными лицами, а также преступного замысла соучастников, переносил сроки исполнения вышеуказанных работ, предоставляя ФИО13 №4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В результате обмана и злоупотребления доверием со стороны ФИО1 и неустановленных в ходе предварительного следствия лиц, не исполнивших и не выполнивших условия ранее заключенного договора, по условиям которого ремонтные и строительные работы окончены не были, ФИО13 №4, доверившись последним, передала в период с 10.07.2024 по конец августа 2024, но не позднее 31.08.2024, более точные дата и время в ходе предварительного следствия не установлены, наличные денежные на общую сумму 2 770 000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в период с 07.07.2024 по 10.07.2024, более точные время и дата органами предварительного следствия не установлены, по конец августа 2024 года, но не позднее 31.08.2024, более точные дата и время в ходе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после получения денежных средств на общую сумму 2 770 000 рублей, осознавая общественную опасность своих действий, предвидя возможность наступления общественно-опасных последствий в виде причинения материального ущерба ФИО13 №4, с корыстной целью, обманывая и злоупотребляя доверием последней, имея реальную возможность окончить вышеуказанные ремонтные и строительные работы по адресу: &lt;...&gt;, их не окончили, свои договорные обязательства не исполнили, денежные средства не вернули, вышеуказанными денежными средствами распорядились по своему усмотрению, совершив тем самым, их хищение, в особо крупном размере, чем причинили ФИО13 №4 материальный ущерб на указанную сумму.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с конца июля 2024 года по 31.08.2024 (более точное время в ходе предварительного следствия не установлено) ФИО1 и неустановленные в ходе предварительного следствия лица, группой лиц по предварительному сговору, совершили в отношении ФИО13 №6 мошенничество, то есть хищение чужого имущества путем обмана и злоупотребления доверием, в крупном размере, при следующих обстоятельствах. Так, в июне 2024 года, но не позднее 30.06.2024, более точные время и дата органами предварительного следствия не установлены, ФИО13 №6, находясь почтовом отделении № 3 «Почта России», расположенном по адресу: &lt;...&gt;, увидела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ФИО13 №6, так как последняя хотела осуществить ремонт дома, по адресу: &lt;...&gt;. Далее, в конце июля - начале августа 2024 года, но не позднее 31.08.2024 более точные время и дата органами предварительного следствия не установлены, ФИО13 №6, не осведомленная о преступных намерениях ФИО1 и неустановленных в ходе предварительного следствия лиц, позвонила неустановленному в ходе предварительного следствия лицу, на указанный в рекламной листовке абонентский номер телефона №, находившейся в пользовании ФИО33 А.Р. (не осведомленного о преступных намерениях ФИО1 и неустановленных лиц), где в ходе телефонного разговора ФИО13 №6 озвучила последнему, что ей необходима бригада рабочих для выполнения строительных и ремонтных работ в доме, расположенном по вышеуказанному адресу. Намерения ФИО13 №6 осуществить ремонтные и строительные работы по вышеуказанному адресу, ФИО33 А.Р. (не осведомленный о преступных намерениях ФИО1 и неустановленных лиц), передал последнему. В конце июля - начале августа 2024 года, но не позднее 31.08.2024, более точные время и дата органами предварительного следствия не установлены,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в крупном размере, принадлежащих ФИО13 №6 в ходе которого соучастники распределили между собой роли. Согласно распределенным ролям, ФИО1 должен был договориться с ФИО13 №6 о непосредственной встрече на вышеуказанном объекте, с целью оценки необходимых ремонтных и строительных работ и оплаты услуг, под видом законности и правомерности своих преступных действий заключить с последней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и строительных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ФИО1 преступных намерений, придавая им, таким образом, правомерный и законный вид. Далее, в начале августа 2024 года, но не позднее 31.08.2024, более точные время и дата в ходе предварительного следствия не установлены, согласно распределенным ролям, на вышеуказанный адрес на неустановленном в ходе следствия автомобиле прибыл ФИО1, который,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из корыстных побуждений, выполняя отведенную ему роль в преступлении, для незаконного улучшения своего материального благосостояния, с целью создания видимости намерения на выполнение своих обязательств перед ФИО13 №6 заключил с последней письменный договор на выполнение ремонтных и строительных и ремонтных работ по адресу: &lt;...&gt;, согласно которого ФИО1 и иные неустановленные лица приняли на себя обязательства по выполнению ремонтных и строительных работ по вышеуказанному адресу, а именно ремонта в кухне, в трех комнатах, двух прихожих, с обшивкой потолка, стен с утеплителем, сделать полы, вставить окна, заменить двери, заменить электрическую проводку. ФИО13 №6, в свою очередь, приняла на себя обязательства обеспечить беспрепятственный доступ на вышеуказанный объект для производства строительных и ремонтных работ, принять их результат и уплатить общую сумму за выполнение всех ремонтных и строительных работ, с учетом предоставления необходимых строительных материалов, в размере 500 000 рублей, путем внесения первого взноса, в размере 250 000 рублей. При этом, в начале августа 2024 года, но не позднее 31.08.2024, более точные время и дата в ходе предварительного следствия не установлены, неустановленные лица, согласно своего совместного преступного умысла в группе лиц по предварительному сговору с ФИО1, а также во исполнение отведенной им преступной роли, в ходе обсуждения ФИО1 и ФИО13 №6 дальнейшего выполнения необходимых ремонтных и строительных работ, выставляли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отвлекая внимание ФИО13 №6 от своих совместных, истинных преступных намерениях, создавая о себе и соучастниках, положительное впечатление, войдя, таким образом, в доверие к последней. После чего, в этот же день, то есть в начале августа 2024 года, но не позднее 31.08.2024, более точные время и дата, в ходе предварительного следствия не установлены, ФИО13 №6, имея только в наличии денежные средства в размере 7 000 рублей, доверяя ФИО1, действовавшему в группе лиц по предварительному сговору,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передала лично ФИО1, в счет предоплаты за закупку строительных материалов, наличными денежные средства в размере 7 000 рублей, сообщив последнему, что денежную сумму в размере 250 000 рублей передаст ему на следующий день. Далее, на следующий день, то есть после дня передачи ФИО13 №6 денежных средств в размере 7 000 рублей ФИО1 в счет предоплаты за закупку строительных материалов, в начале августа 2024 года, не позднее 31.08.2024 более точные время и дата, в ходе предварительного следствия не установлены, на неустановленном в ходе следствия автомобиле, на вышеуказанный адрес, а именно: &lt;...&gt;, снова прибыл ФИО1, которому ФИО13 №6, снова доверяя последнему, действовавшему в группе лиц по предварительному сговору с неустановленными лицами, полагая, что они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передала в счет предоплаты наличные денежные средства в размере 250 000 рублей На следующий день, то есть после дня передачи ФИО13 №6 денежных средств в размере 250 000 рублей ФИО1, в счет предоплаты за закупку строительных материалов в начале августа 2024 года, но не позднее 31.08.2024, более точные время и дата, в ходе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согласно отведенной ему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№6, преследуя корыстную цель незаконного обогащения, не намереваясь исполнять взятые на себя обязательства по выполнению ремонтных и строительных работ, для создания видимости ранее достигнутых с ФИО13 №6 договорных обязательств, на неустановленном органами предварительного следствия автомобиле, приехал к последней на адрес: &lt;...&gt; куда привез трех неустановленных лиц, которые в качестве рабочих на протяжении не продолжительного периода времени, из некачественных материалов и в некачественном виде, частично выполнили строительные и ремонтные работы по вышеуказанному адресу, в связи с чем, тем самым ФИО1, действуя совместно и согласованно с иными неустановленными лицами продолжал вводить в заблуждение ФИО13 №6, относительно добросовестности своих намерений. После чего, в период с начала августа 2024 года по начало сентября 2024 года, но не позднее 30.09.2024 более точные время и дата, в ходе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согласно отведенной ему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№6, преследуя корыстную цель незаконного обогащения, не намереваясь исполнять взятые на себя обязательства по выполнению ремонтных и строительных работ, для создания видимости ранее достигнутых с ФИО13 №6 договорных обязательств, на неустановленном органами предварительного следствия автомобиле, на протяжении определенного периода времени приезжал к последней на адрес: &lt;...&gt;, куда привозил Свидетель №3 (не осведомленного о преступных намерениях ФИО1 и неустановленных лиц), и различных неустановленных лиц, которые в качестве рабочих, на протяжении не продолжительного периода времени, из некачественных материалов и в некачественном виде, частично выполняли строительные и ремонтные работы по вышеуказанному адресу, в связи с чем, тем самым ФИО1, действуя совместно и согласованно с иными неустановленными лицами продолжал вводить в заблуждение ФИО13 №6, относительно добросовестности своих намерений. При этом,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№6, в заблуждение, в период с начала августа 2024 года по начало сентября 2024 года, но не позднее 30.09.2024, более точные время и дата, в ходе предварительного следствия не установлены, сообщали последней заведомо ложную информацию о том, что для совершения с их стороны в ее пользу действий, связанных с ремонтными и строительными работами, а также закупкой недостающих строительных материалов, ФИО13 №6 необходимо внести оплаты, то есть денежные суммы в размерах 55 000 рублей, 100 000 рублей и 40 000 рублей. После чего, в период с начала августа 2024 года по сентябрь 2024 года, но не позднее 30.09.2024, более точные время и дата, в ходе предварительного следствия не установлены, ФИО13 №6, имея в наличии вышеуказанные денежные средства, доверяя ФИО1, действовавшему в группе лиц по предварительному сговору с неустановленными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передала несколько раз, лично ФИО1 наличные денежные средства в размере 100 000 рублей, Свидетель №3 (не осведомленному о преступных намерениях ФИО1 и неустановленных лиц), наличные денежные средства в размерах 55 000 рублей и 40 000 рублей, всего на общую сумму 95 000 рублей, в счет оплаты за закупку строительных материалов, при этом переданные ФИО13 №6 наличные денежные средства в размере 95 000 рублей Свидетель №3 (не осведомленный о преступных намерениях ФИО1 и неустановленных лиц) отдавал ФИО1 Далее, после передачи ФИО13 №6 денежных средств, с начала августа 2024 года по сентябрь 2024 года, но не позднее 30.09.2024, более точные время и дата, в ходе предварительного следствия не установлены, ремонтные и строительные работы не выполнялись, несмотря на неоднократные звонки со стороны ФИО13 №6, на абонентский №, находившийся в пользовании ФИО1, который согласно преступного сговора с неустановленными лицами, а также преступного замысла соучастников, переносил сроки исполнения вышеуказанных работ, предоставляя ФИО13 №6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В результате обмана и злоупотребления доверием со стороны ФИО1 и неустановленных в ходе предварительного следствия лиц, не исполнивших и не выполнивших условия ранее заключенного договора, по условиям которого ремонтные и строительные работы окончены не были, ФИО13 №6, доверившись последним, передала в период с начала августа 2024 года по сентябрь 2024 года, но не позднее 30.09.2024 более точные время и дата, в ходе предварительного следствия не установлены, наличные денежные на общую сумму 452 000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в период с конца июля 2024 года по сентябрь 2024 года, но не позднее 30.09.2024 более точные время и дата органами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после получения денежных средств на общую сумму 452 000 рублей, осознавая общественную опасность своих действий, предвидя возможность наступления общественно-опасных последствий в виде причинения материального ущерба ФИО13 №6, с корыстной целью, обманывая и злоупотребляя доверием последней, имея реальную возможность окончить вышеуказанные ремонтные и строительные работы по адресу: &lt;...&gt;, их не окончили, свои договорные обязательства не исполнили, денежные средства не возвратили, вышеуказанными денежными средствами распорядились по своему усмотрению, совершив тем самым, их хищение, в крупном размере, чем причинили ФИО13 №6 материальный ущерб на указанную сумму.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не позднее 13.08.2024 по 26.09.2024 (более точное время в ходе предварительного следствия не установлено) ФИО1 и неустановленные в ходе предварительного следствия лица, группой лиц по предварительному сговору, совершили в отношении ФИО13 №2 мошенничество, то есть хищение чужого имущества путем обмана и злоупотребления доверием, в крупном размере, при следующих обстоятельствах. Так, в августе 2024 года, но не позднее 13.08.2024, более точные время и дата органами предварительного следствия не установлены, ФИО13 №2, находясь в почтовом отделении, расположенном по адресу: &lt;...&gt; «а» увидел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ФИО13 №2, так как последний хотел осуществить ремонт помещения второго этажа в доме, по месту своего проживания, по адресу: &lt;...&gt;. Далее, в августе 2024 года, но не позднее 13.08.2024, более точные время и дата органами предварительного следствия не установлено, ФИО13 №2, не осведомленный о преступных намерениях ФИО1 и неустановленных в ходе предварительного следствия лиц, позвонил неустановленному в ходе предварительного следствия лицу, на указанный в рекламной листовке абонентский номер телефона №, находившейся в пользовании ФИО33 А.Р. (не осведомленного о преступных намерениях ФИО1 и неустановленных лиц), где в ходе телефонного разговора ФИО13 №2 озвучил последнему, что ему необходима бригада рабочих для выполнения ремонтных работ. После чего, в августе 2024 года, но не позднее 13.08.2024, более точные время и дата органами предварительного следствия не установлены, ФИО33 А.Р. (не осведомленный о преступных намерениях ФИО1 и неустановленных лиц), сообщил ФИО13 №2, абонентский №, находившейся в пользовании ФИО1, а также сообщил ФИО1 намерения ФИО13 №2 осуществить ремонтные работы по вышеуказанному адресу. В августе 2024 года, но не позднее 13.08.2024, более точные время и дата органами предварительного следствия не установлены,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в крупном размере, принадлежащих ФИО13 №2, в ходе которого соучастники распределили между собой роли. Согласно распределенным ролям, ФИО1 должен был договориться с ФИО13 №2 о непосредственной встрече на вышеуказанном объекте, с целью оценки необходимых ремонтных работ и оплаты услуг, под видом законности и правомерности своих преступных действий заключить с последним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ФИО3 преступных намерений, придавая им, таким образом, правомерный и законный вид. В августе 2024 года, но не позднее 13.08.2024, более точные время и дата органами предварительного следствия не установлено, ФИО13 №2, не осведомленный о преступных намерениях ФИО1 и неустановленных в ходе предварительного следствия лиц, позвонил последнему на абонентский №, находившейся в его пользовании, где в ходе телефонного разговора, в результате совместной договоренности ФИО13 №2 и ФИО1 согласовали встречу на 13.08.2024 по адресу: &lt;...&gt;, для оценки объема работ и оплаты оказанных услуг. 13.08.2024, более точное время в ходе предварительного следствия не установлено, на вышеуказанный адрес на неустановленном в ходе следствия автомобиле прибыл ФИО1, который,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из корыстных побуждений, для незаконного улучшения своего материального благосостояния, с целью создания видимости намерения на выполнение своих обязательств, сообщил ФИО13 №2, что стоимость всех ремонтных работ, с учетом предоставления необходимых строительных материалов составит 380 000 рублей. Далее, 14.08.2024 более точное время в ходе предварительного следствия не установлено, на вышеуказанный адрес на неустановленном в ходе следствия автомобиле вновь прибыл ФИО1, который,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согласно своей преступной роли, из корыстных побуждений, для незаконного улучшения своего материального благосостояния, с целью создания видимости намерения на выполнение своих обязательств перед ФИО13 №2 заключил с последним письменный договор на выполнение ремонтных работ по адресу: &lt;...&gt;, согласно которого ФИО1 и иные неустановленные лица приняли на себя обязательства по выполнению ремонтных работ по вышеуказанному адресу, а именно ремонта помещения второго этажа дома, по вышеуказанному адресу, с обшивкой стены ОСБ, заливкой пола, проведением электрической проводки, установки натяжного потолка. ФИО13 №2, в свою очередь, принял на себя обязательства обеспечить беспрепятственный доступ на вышеуказанный объект для производства ремонтных и строительных работ, принять их результат и уплатить общую сумму за выполнение всех ремонтных и строительных работ, с учетом предоставления необходимых строительных материалов, в размере 380 000 рублей поэтапно, путем внесения первого взноса, в размере 200 000 рублей. Далее, 14.08.2024 около 18 часов 00 минут, более точное время в ходе предварительного следствия не установлено,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№2 в заблуждение, сообщили последнему заведомо ложную информацию о том, что для совершения с их стороны в его пользу действий, связанных с ремонтными работами, а также, в случае необходимости закупки дополнительных строительных материалов, ФИО13 №2 необходимо внести предоплату, то есть денежную сумму в размере 200 000 рублей. После чего, в этот же день, то есть 14.08.2024 около 18 часов 00 минут, более точное время в ходе предварительного следствия не установлено, ФИО13 №2, имея в наличии наличные денежные средства в размере 200 000 рублей, доверяя ФИО1, действовавшему в группе лиц по предварительному сговору,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 лично ФИО3, в счет предоплаты за выполнение последними ремонтных работ наличными денежные средства в размере 200 000 рублей. Далее, в период с 14.08.2024 по 01.09.2024, более точные время и дата органами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№2,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№2, договорных обязательств, на неустановленном органами предварительного следствия автомобиле, приехал к последнему на адрес: &lt;...&gt;, куда привез неустановленных лиц, которые в качестве рабочих, на протяжении не продолжительного периода времени, из некачественных материалов и в некачественном виде, частично выполнили ремонтные работы по вышеуказанному адресу, в связи с чем, тем самым ФИО1, действуя совместно и согласованно с иными неустановленными лицами ввели в заблуждение ФИО13 №2 относительно добросовестности своих намерений. Далее, в период с 01.09.2024 по 14.09.2024, более точные время и дата органами предварительного следствия не установлены, ФИО1, продолжая осуществлять своей преступный умысел в группе лиц по предварительному сговору, с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№2,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№2, договорных обязательств, на неустановленном органами предварительного следствия автомобиле, вновь приехал к последнему на адрес: &lt;...&gt;, куда привез неустановленных лиц, которые в качестве рабочих, на протяжении не продолжительного периода времени, из некачественных материалов и в некачественном виде, частично выполнили ремонтные работы по вышеуказанному адресу, в связи с чем, тем самым ФИО1, действуя совместно и согласованно с иными неустановленными лицами ввели в заблуждение ФИО13 №2 относительно добросовестности своих намерений. Кроме того, в период с 03.09.2024 по 14.09.2024, более точные время и дата органами предварительного следствия не установлены, ФИО1 и иные неустановленные лица, продолжая действовать во исполнение своего преступного умысла, действуя совместно и согласованно друг с другом, с целью введения ФИО13 №2 в заблуждение, сообщили последнему заведомо ложную информацию о том, что для завершения с их стороны в его пользу действий, связанных с ремонтными работами, необходимо снова внести оставшуюся денежную сумму в размере 180 000 рублей, хотя фактически ремонтные работы, которые ранее были оплачены ФИО13 №2, выполнены не были. После чего, в период с 03.09.2024 по 14.09.2024, более точные время и дата органами предварительного следствия не установлены, ФИО13 №2, имея в наличии наличные денежные средства в размере 180 000 рублей, доверяя ФИО1, действовавшему в группе лиц по предварительному сговору,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 лично ФИО1, в счет оплаты наличными денежные средства в размере 180 000 рублей за выполнение оставшихся ремонтных работ, а также их окончание. Далее, 14.09.2024 и 15.09.2024, более точное время органами предварительного следствия не установлено, ФИО1, продолжая осуществлять своей преступный умысел в группе лиц по предварительному сговору, с неустановленными лицами, согласно своей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№2,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№2, договорных обязательств, на неустановленном органами предварительного следствия автомобиле, снова приезжал к последнему на адрес: &lt;...&gt;, куда привозил неустановленных лиц, которые в качестве рабочих, на протяжении не продолжительного периода времени, из некачественных материалов и в некачественном виде, частично выполнили ремонтные работы по вышеуказанному адресу, в связи с чем, тем самым ФИО1, действуя совместно и согласованно с иными неустановленными лицами ввели в заблуждение ФИО13 №2 относительно добросовестности своих намерений. Далее, 18.09.2024, более точное время органами предварительного следствия не установлено, ФИО1, продолжая осуществлять своей преступный умысел в группе лиц по предварительному сговору, с неустановленными лицами, согласно отведенной ему преступной роли,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№2, преследуя корыстную цель незаконного обогащения, не намереваясь исполнять взятые на себя обязательства по выполнению ремонтных работ, для создания видимости ранее достигнутых с ФИО13 №2, договорных обязательств, на неустановленном органами предварительного следствия автомобиле, с неустановленными лицами, снова прибыл к последнему на адрес: &lt;...&gt;, где ФИО13 №2 высказал ФИО1 свое недовольство по поводу качества выполненных работ, после чего последний, в группе лиц по предварительному сговору, продолжая обманывать и злоупотреблять доверием ФИО13 №2, заверил его, что исправит и закончит все ремонтные работы в срок до 26.09.2024. При этом, 18.09.2024, более точное время органами предварительного следствия не установлено, неустановленные лица никаких ремонтных работ не выполнили, а, согласно своего совместного преступного умысла в группе лиц по предварительному сговору с ФИО1, а также во исполнение отведенной им преступной роли, приехав на вышеуказанном автомобиле, в ходе обсуждения ФИО1 и ФИО13 №2 дальнейшего выполнения необходимых таких работ, выставляли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отвлекая внимание ФИО13 №2 от своих совместных, истинных преступных намерениях, создавая о себе и соучастниках, положительное впечатление, войдя, таким образом, в доверие к последнему, а также с целью введения его в заблуждение, относительно истинности своих совместных с ФИО1 преступных намерений, придавая им, таким образом, правомерный и законный вид, с целью избежания обращения ФИО13 №2 в правоохранительные органы. Однако к 26.09.2024 и после 26.09.2024 ремонтные работы выполнены не были, несмотря на неоднократные звонки со стороны ФИО13 №2 на абонентский №, находившийся в пользовании ФИО1, который согласно преступного сговора с неустановленными лицами, а также преступного замысла соучастников, переносил сроки исполнения вышеуказанных работ, предоставляя ФИО13 №2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последнего в правоохранительные органы. В результате обмана и злоупотребления доверием со стороны ФИО1 и неустановленных в ходе предварительного следствия лиц, ФИО13 №2, доверившись последним, передал в период с 14.08.2024 по 14.09.2024, более точное время в ходе предварительного следствия не установлено, наличные денежные средства на общую сумму 380 000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в августе 2024, но не позднее 13.08.2024 по 26.09.2024, более точные время и дата в ходе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после получения денежных средств на общую сумму 380 000 рублей, осознавая общественную опасность своих действий, предвидя возможность наступления общественно-опасных последствий в виде причинения материального ущерба ФИО13 №2, с корыстной целью, обманывая и злоупотребляя доверием последнего, имея реальную возможность окончить вышеуказанные ремонтные работы по адресу: &lt;...&gt;, их не окончили, свои договорные обязательства не исполнили, денежные средства не возвратили, вышеуказанными денежными средствами распорядились по своему усмотрению, совершив тем самым, их хищение, в крупном размере, чем причинили ФИО13 №2, материальный ущерб на указанную сумму.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с 31.08.2024 по 25.09.2024 (более точные время и дата в ходе предварительного следствия не установлены) ФИО1 и неустановленные в ходе предварительного следствия лица, в отношении которых выделено уголовное дело в отдельное производство, группой лиц по предварительному сговору, совершили в отношении ФИО13 №3, мошенничество, то есть хищение чужого имущества путем обмана и злоупотребления доверием, с причинением значительного ущерба гражданину, при следующих обстоятельствах. Так, в конце августе 2024 года, но не позднее 31.08.2024, более точные время и дата органами предварительного следствия не установлены, ФИО14, находясь по месту своего проживания, по адресу: &lt;...&gt;, в почтовом ящике увидела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ФИО38, так как она хотела демонтировать старый сарай, построить новую пристройку к сараю, находящемуся по вышеуказанному адресу. Далее, в конце августа 2024 года, но не позднее 31.08.2024, более точные время и дата органами предварительного следствия не установлены, ФИО13 №3, не осведомленная о преступных намерениях ФИО1 и неустановленных в ходе предварительного следствия лиц, позвонила на указанный в рекламной листовке абонентский номер телефона +№, находившейся в пользовании ФИО1, где в ходе телефонного разговора ФИО13 №3 озвучила последнему, что ей необходима бригада рабочих для выполнения строительных работ в доме, по вышеуказанному адресу. В конце августа 2024 года, но не позднее 31.08.2024, более точные время и дата органами предварительного следствия не установлены,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с причинением значительного ущерба гражданину, принадлежащих ФИО13 №3, в ходе которого соучастники распределили между собой роли. Согласно распределенным ролям, ФИО1 должен был договориться с ФИО13 №3 о непосредственной встрече на вышеуказанном объекте, с целью оценки необходимых ремонтных и строительных работ и оплаты услуг, под видом законности и правомерности своих преступных действий заключить с последним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и строительных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ФИО1 преступных намерений, придавая им, таким образом, правомерный и законный вид. В конце августа 2024 года, но не позднее 31.08.2024, более точные время и дата органами предварительного следствия не установлены, в ходе телефонного разговора, в результате совместной договоренности ФИО13 №3 и ФИО1, действующий в группе лиц по предварительному сговору, согласно своей преступной роли, согласовали встречу на 02.09.2024 по адресу: &lt;...&gt;, при этом последний сообщил ФИО13 №3, что к ней 02.09.2024 приедет лично, для оценки объема работ и оплаты оказанных услуг. Далее, около 20 часов 00 минут 02.09.2024, более точное время в ходе предварительного следствия не установлено, на вышеуказанный адрес, на автомобиле «Лада Гранта», точная модель и государственный регистрационный знак автомобиля в ходе предварительного следствия не установлены, прибыли Свидетель №3 (не осведомленный о преступных намерениях ФИО1 и неустановленных лиц), так как прибыл в качестве рабочего, а также сам ФИО1, который, действуя группой лиц с неустановленными лицами, выполняя свою преступную роль, находясь по адресу: &lt;...&gt;, согласно ранее возникшего преступного умысла, направленного на совершение мошенничества, а именно путем обмана и злоупотребления доверием, в группе лиц по предварительному сговору с неустановленными лицами, из корыстных побуждений, для незаконного улучшения своего материального благосостояния, с целью создания видимости намерения на выполнение своих обязательств перед ФИО13 №3, заключили с последней письменный договор на выполнение строительных работ по адресу: &lt;...&gt;, согласно которого ФИО1 и иные неустановленные лица приняли на себя обязательства по выполнению строительных работ на земельном участке, расположенном по вышеуказанному адресу, а именно демонтажа навеса перед сараем и пристройки к сараю, постройки новой пристройки к сараю, заливка цементом пола, установки окон и дверей. ФИО13 №3, в свою очередь, приняла на себя обязательства обеспечить беспрепятственный доступ на вышеуказанный объект для производства строительных работ, принять их результат и уплатить общую сумму за выполнение всех строительных работ, с учетом предоставления необходимых строительных материалов, в размере 300 000 рублей, поэтапно, путем внесения первого взноса, в размере 150 000 рублей. Далее, около 20 часов 00 минут 02.09.2024, более точное время в ходе предварительного следствия не установлено, ФИО1 и иные неустановленные в ходе предварительного следствия лица, продолжая действовать во исполнение своего преступного умысла, действуя совместно и согласованно друг с другом, с целью введения ФИО13 №3 в заблуждение, сообщили последней заведомо ложную информацию о том, что для совершения с их стороны в ее пользу действий, связанных со строительными работами, а также покупкой необходимых строительных материалов, ФИО13 №3 необходимо внести предоплату, в размере 50 процентов от общей стоимости, то есть денежную сумму в размере 150 000 рублей. После чего, 02.09.2024 около 20 часов 00 минут, более точное время органами предварительного следствия не установлено, ФИО13 №3, имея в наличии наличные денежные средства в размере 150 000 рублей, доверяя ФИО1, действовавшему в группе лиц по предварительному сговору, полагая, что последние выполнят взятые на себя обязательства, являются людьми, имеющими определенные специальные познания в области строительства, находясь по адресу: &lt;...&gt;, передала лично ФИО1, действующему согласно отведенной роли, в группе лиц по предварительному сговору, в счет выполнение последним строительных работ наличными денежные средства в размере 150 000 рублей. Около 20 часов 00 минут 02.09.2024, более точное время в ходе предварительного следствия не установлено, ФИО1, продолжая осуществлять своей преступный умысел в группе лиц по предварительному сговору, совместно с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материального ущерба ФИО13 №3,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№3 договорных обязательств, получив от последней вышеуказанные денежные средства, подтвердив факт их получения в рукописном виде, в вышеуказанном договоре, придав, таким образом, своим преступным действиям, законный вид, уверив последнюю, что строительные работы будут выполнены, начнутся 07.09.2024, однако в вышеуказанную дату строительные работы не начались. Далее, в период с 07.09.2024 по 25.09.2024, строительные работы не выполнялись, несмотря на неоднократные звонки со стороны ФИО13 №3 на вышеуказанный абонентский номер ФИО1, который согласно преступного сговора с неустановленными лицами, а также преступного замысла соучастников, постоянно переносил сроки исполнения вышеуказанных работ, предоставляя ФИО13 №3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25.09.2024, более точное время органами предварительного следствия не установлено, ФИО1, находясь в неустановленном месте на территории Челябинской области, продолжая осуществлять своей преступный умысел в группе лиц по предварительному сговору, с неустановленными лицами, осознавая общественно-опасный характер своих действий, предвидя и желая наступления общественно-опасных последствий в виде причинения значительного материального ущерба ФИО13 №3, преследуя корыстную цель незаконного обогащения, не намереваясь исполнять взятые на себя обязательства по выполнению строительных работ, для создания видимости ранее достигнутых с ФИО13 №3 договорных обязательств, дал указание Свидетель №3 (не осведомленному преступных намерениях ФИО1 и неустановленных лиц) приехать по адресу: &lt;...&gt;, где осуществить частичные строительные работы по демонтажу сарая ФИО13 №3 После чего, 25.09.2024 в неустановленное органами предварительного следствия время, по указанию ФИО1, Свидетель №3 (не осведомленный о преступных намерениях ФИО1 и неустановленных лиц), совместно с неустановленными лицами, на неустановленном органами предварительного следствия автомобиле, вновь прибыли на адрес: &lt;...&gt;, для выполнения демонтажа старого сарая ФИО83Н., в связи с чем, тем самым ФИО1, действуя совместно и согласованно с иными неустановленными лицами, продолжал вводить в заблуждение ФИО38, относительно добросовестности своих намерений, однако строительные работы начаты не были и не выполнялись. Далее, после 25.09.2024 строительные работы не выполнялись, несмотря на неоднократные звонки со стороны ФИО13 №3 на вышеуказанный абонентский номер ФИО1, который согласно преступного сговора с неустановленными лицами, а также преступного замысла соучастников, давал указание Свидетель №3 (не осведомленному преступных намерениях ФИО1 и неустановленных лиц), постоянно переносить сроки исполнения вышеуказанных работ, предоставляя ФИО13 №3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В результате обмана и злоупотребления доверием со стороны ФИО1 и неустановленных в ходе предварительного следствия лиц, ФИО13 №3, доверившись последним, передала 02.09.2024 около 20 часов 00 минут, более точное время в ходе предварительного следствия не установлено, наличные денежные средства в размере 150 000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в период с конца августа 2024 года, но не позднее 31.08.2024 по 25.09.2024, более точные время и дата в ходе предварительного следствия не установлены, ФИО3 и неустановленные в ходе предварительного следствия лица, действуя группой лиц по предварительному сговору, после получения денежных средств в размере 150 000 рублей, осознавая общественную опасность своих действий, предвидя возможность наступления общественно-опасных последствий в виде причинения значительного ущерба ФИО13 №3, с корыстной целью, обманывая и злоупотребляя доверием последней, имея реальную возможность выполнить вышеуказанные строительные работы по адресу: &lt;...&gt;, к ним не приступили, их не окончили, свои договорные обязательства не исполнили, денежные средства не возвратили, вышеуказанными денежными средствами распорядились по своему усмотрению, совершив тем самым, их хищение, чем причинили ФИО13 №3, значительный ущерб на указанную сумму.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период с 01.10.2024 по 01.11.2024 (более точные время и дата в ходе предварительного следствия не установлены) ФИО1 и неустановленные в ходе предварительного следствия лица, в отношении которых выделено уголовное дело в отдельное производство, группой лиц по предварительному сговору, совершили в отношении ФИО13 №9, мошенничество, то есть хищение чужого имущества путем обмана и злоупотребления доверием, с причинением значительного ущерба гражданину, при следующих обстоятельствах. Так, в сентябре 2024 года, но не позднее 30.09.2024, более точные время и дата органами предварительного следствия не установлены, ФИО13 №9, находясь по месту проживания своего брата – Свидетель №8, по адресу: &lt;...&gt;, в почтовом ящике увидела рекламную листовку, в которой было размещено объявление о выполнении различных строительных работ, из качественного материала, без предоплаты, с большим опытом работы в данной сфере, со скидкой для пенсионеров и инвалидов. Данное предложение заинтересовало ФИО13 №9, так как она хотела отремонтировать крышу и потолок в пристрое над кухней и спальной комнаты, в доме, расположенном по вышеуказанному адресу. Далее, 01.10.2024, более точное время органами предварительного следствия не установлено, ФИО13 №9, находясь по месту своего проживания и регистрации, по адресу: &lt;...&gt;, не осведомленная о преступных намерениях ФИО1 и неустановленных в ходе предварительного следствия лиц, позвонила на указанный в рекламной листовке абонентский номер телефона №, находившийся в пользовании ФИО33 А.Р. (не осведомленного о преступных намерениях ФИО1 и неустановленных лиц), где в ходе телефонного разговора ФИО13 №9 озвучила последнему, что ей необходима бригада рабочих для выполнения вышеуказанных ремонтных работ. Намерения ФИО13 №9 осуществить ремонтные работы по вышеуказанному адресу, ФИО33 А.Р. (не осведомленный о преступных намерениях ФИО1 и неустановленных лиц), передал последнему. 01.10.2024, более точное время органами предварительного следствия не установлено, у ФИО1 и неустановленных лиц, действовавших в группе лиц по предварительному сговору, возник преступный умысел на хищение денежных средств, путем обмана и злоупотребления доверием, с причинением значительного ущерба гражданину, принадлежащих ФИО13 №9, в ходе которого соучастники распределили между собой роли. Согласно распределенным ролям, ФИО1 должен был договориться с ФИО13 №9 о непосредственной встрече на вышеуказанном объекте, с целью оценки необходимых ремонтных и строительных работ и оплаты услуг, под видом законности и правомерности своих преступных действий заключить с последней договор на строительство, получить по нему договорную оплату, подыскать рабочих для выполнения вышеуказанных работ, приобрести и доставить необходимые строительные материалы, тем самым, показывая себя непосредственным руководителем строительных бригад. Неустановленные лица, в свою очередь, в ходе частичного выполнения ремонтных и строительных работ, перед лицами, желающими воспользоваться услугами таких работ, должны были выставлять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а также перед началом выполнения таких работ сообщать гражданам личную информацию, создавая о себе положительное впечатление, как о лицах, имеющих прочные социальные связи, входя, таким образом, к ним в доверие и с целью введения граждан в заблуждение, относительно истинности своих совместных с ФИО1 преступных намерений, придавая им, таким образом, правомерный и законный вид. Во исполнение своего преступного умысла, согласно ранее распределенным ролям, 01.10.2024, более точное время органами предварительного следствия не установлено, ей с абонентского номера №, находившегося в пользовании ФИО1, поступил звонок от последнего, где в ходе телефонного разговора ФИО13 №9 озвучила ФИО1, что ей необходима бригада рабочих для выполнения вышеуказанных ремонтных работ. В результате совместной договоренности, ввиду того, что ФИО13 №9 в вышеуказанный период времени находилась по адресу: &lt;...&gt;, она согласовала встречу Свидетель №8 и ФИО1 на 01.10.2024 по адресу: &lt;...&gt;, при этом ФИО1, согласно отведенной ему в преступлении роли, в группе лиц по предварительному сговору, сообщил ФИО13 №9, что в вышеуказанный период времени приедет сам для оценки объема работ и оплаты оказанных услуг. Далее, около 11 часов 00 минут 01.10.2024 более точное время в ходе предварительного следствия не установлено, на вышеуказанный адрес на неустановленном в ходе предварительного следствия автомобиле, прибыл ФИО1, совместно с неустановленными лицами, которые согласно своего совместного преступного умысла в группе лиц по предварительному сговору с ФИО1, а также во исполнение отведенной им преступной роли, в ходе обсуждения ФИО1 и Свидетель №8 дальнейшего выполнения необходимых ремонтных работ, выставляли себя в качестве специалистов, имеющих определенные специальные познания в области строительства, работающих в данной сфере на протяжении продолжительного периода времени, имеющих многочисленных клиентов, создавая впечатление компетентных и профессиональных работников, отвлекая внимание Свидетель №8 от своих совместных, истинных преступных намерениях, создавая о себе и соучастниках, положительное впечатление, войдя, таким образом, в доверие к последнему и ФИО13 №9 При этом около 11 часов 00 минут 01.10.2024 более точное время в ходе предварительного следствия не установлено, ФИО1, действуя группой лиц по предварительному сговору с неустановленными лицами, находясь по адресу: &lt;...&gt;, согласно ранее возникшего преступного умысла, направленного на хищение путем обмана и злоупотребление доверием денежных средств, принадлежащих ФИО13 №9, с причинением значительного материального ущерба последней, устно договорились с ней о том, что стоимость ремонтных работ, а именно ремонт крыши и потолка в пристрое по вышеуказанному адресу, с учетом предоставленных ими строительных материалов, а также оплаты рабочим, составит 60 000 рублей. После чего с целью создания видимости намерения на выполнение своих обязательств перед ФИО13 №9, ФИО1, действуя группой лиц по предварительному сговору, с неустановленными лицами, привез на вышеуказанный адрес часть строительного материала, где на протяжении не продолжительного периода времени, из данного материала и в некачественном виде, частично выполнил ремонтные работы по вышеуказанному адресу, в связи с чем, тем самым ФИО1, действуя совместно и согласованно с иными неустановленными лицами ввели в заблуждение ФИО13 №9 относительно добросовестности своих намерений. Далее, 01.10.2024 в вечернее время, более точное время органами предварительного следствия не установлено, ФИО1 и иные неустановленные лица, продолжая действовать группой лиц по предварительному сговору, во исполнение своего преступного умысла, действуя совместно и согласованно друг с другом, с целью введения ФИО13 №9 в заблуждение, сообщили последней заведомо ложную информацию о том, что ремонтные работы выполнены в полном объеме, отправив ей в программе обмена мгновенными сообщениями «Ватсап» фотографию объекта, расположенного по адресу: &lt;...&gt;, с якобы выполненными в полном объеме ремонтными работами. После чего, 01.10.2024, более точное время органами предварительного следствия не установлено, ФИО13 №9, находясь по адресу: &lt;...&gt;, снова доверяя ФИО1, действовавшему в группе лиц по предварительному сговору совместно с иными лицами, полагая, что последние выполнят взятые на себя обязательства в полном объеме, являются людьми, имеющими определенные специальные познания в области строительства, по телефону попросила свою дочь – Свидетель №13 осуществить мобильный перевод денежных средств в сумме 60 000 рублей в счет оплаты за оказание ремонтных работ, на абонентский номер, указанный ФИО1 Далее, 01.10.2024, более точное время органами предварительного следствия не установлено, Свидетель №13, находясь по адресу: &lt;...&gt;, не осведомленная о преступных намерениях ФИО1 и иных соучастников, по просьбе ФИО13 №9, доверявшей ФИО1, действовавшему в группе лиц по предварительному сговору совместно с иными лицами, полагая, что последние выполнят взятые на себя обязательства, являются людьми, имеющими определенные специальные познания в области строительства, осуществила мобильный перевод денежных средств в сумме 60 000 рублей, принадлежащих ФИО13 №9, в счет оплаты за оказание строительных работ, посредством системы быстрых платежей со своей банковской карты 2202 2062 9930 5958, привязанной к абонентскому номеру телефона +№ с лицевого счета №, открытого на имя последней в структурном подразделении ПАО «Сбербанк», расположенном по адресу: &lt;...&gt; «а» на банковскую карту №, привязанную к абонентскому номеру телефона +№, указанному ФИО1, на лицевой счет получателя №, открытому на имя Свидетель №1 (не осведомленной о преступных намерениях ФИО1 и неустановленных лиц) в структурном подразделении ПАО «Сбербанк», расположенном по адресу: &lt;...&gt; «а», при этом доступ к вышеуказанной карте имели ФИО1 и неустановленные в ходе предварительного следствия лица. В октябре 2024 года, в период после 01.10.2024, более точные время и дата органами предварительного следствия не установлены, Свидетель №8 позвонил ФИО13 №9, где в ходе телефонного разговора сообщил последней, что ФИО1 и иные неустановленные лица вышеуказанные ремонтные работы в полном объеме не выполнили, при этом часть указанных выполненных работ качеству и условиям договоренности между ФИО1 и ФИО13 №9 не отвечали. О данном факте в вышеуказанный период времени ФИО13 №9 сообщила ФИО1, который признал факт некачественного выполнения таких работ, вводя ее в заблуждение, пообещал качественно выполнить весь их объем 01.11.2024. Далее, к указанному сроку, то есть 01.11.2024, ремонтные работы выполнены не были, несмотря на неоднократные звонки со стороны ФИО13 №9 на вышеуказанный абонентский номер ФИО1, который согласно преступного сговора с неустановленными лицами, а также преступного замысла соучастников, к вышеуказанному сроку, то есть 01.11.2024 вышеуказанные ремонтные работы не исполнил, предоставляя ФИО13 №9 ложные сведения о невозможности строительства в связи с личными семейными обстоятельствами, погодными условиями, выполнением аналогичных работ на иных объектах, а также во избежание обращения последней в правоохранительные органы. В результате обмана и злоупотребления доверием со стороны ФИО1 и неустановленных в ходе предварительного следствия лиц, ФИО13 №9 01.10.2024, более точное время в ходе предварительного следствия не установлено, доверившись последним, передала путем осуществления Свидетель №13 мобильного перевода денежных средств, посредством системы быстрых платежей, в размере 60 000 рублей, которыми ФИО1 и неустановленные в ходе предварительного следствия лица, действуя в группе лиц по предварительному сговору, получили реальную возможность распоряжаться и пользоваться, по своему усмотрению. Таким образом, в период с 01.10.2024 по 01.11.2024, более точные время и дата в ходе предварительного следствия не установлены, ФИО1 и неустановленные в ходе предварительного следствия лица, действуя группой лиц по предварительному сговору, после получения денежных средств в размере 60 000 рублей, осознавая общественную опасность своих действий, предвидя возможность наступления общественно-опасных последствий в виде причинения значительного материального ущерба ФИО13 №9, с корыстной целью, обманывая и злоупотребляя доверием последней, имея реальную возможность выполнить вышеуказанные ремонтные работы по адресу: &lt;...&gt;, их не окончили, свои договорные обязательства не исполнили, денежные средства не возвратили, вышеуказанными денежными средствами распорядились по своему усмотрению, совершив тем самым, их хищение, чем причинили ФИО13 №9 значительный ущерб на указанную сумму. Подсудимый ФИО1 в судебном заседании свою вину в совершении преступлений в отношении потерпевших ФИО13 №1, ФИО13 №8, ФИО13 №10, ФИО13 №5, ФИО13 №4, ФИО13 №6, ФИО13 №2, ФИО13 №3, ФИО13 №9 не признает, вину в совершении преступления в отношении потерпевшего ФИО13 №7 признает в полном объеме. От дачи показаний в судебном заседании отказался, воспользовавшись своим правом не свидетельствовать против себя, предусмотренным ст. 51 Конституции РФ. По ходатайству государственного обвинителя, с согласия участников процесса в соответствии со ст. 276 УПК РФ были оглашены показания подсудимого ФИО1 (т. 9 л.д. 109-114; т. 9 л.д. 126 -131; т. 9 л.д. 144-149; т. 9 л.д. 165-168; т. 9 л.д. 184-198; т. 9 л.д. 201- 209; т. 10 л.д. 156-160), данные им в ходе предварительного следствия, согласно которых специального образования в области строительства он не имеет, соответственно никаких соответствующих на это документов у него нет. В середине 2023 года в г. Челябинске, в Тракторозаводском районе, в садовом товариществе «Тракторосад-3, женщина, он познакомился с ФИО13 №1, которая хотела на своем участке поставить летний домик под зимний вариант. Он предложил ей услугу строительства и попросил 500 000 рублей за работу и материалы. Она сказала, что денег у нее нет, но есть автомобиль, которым она готова рассчитаться с ним. Он попросил у нее предоплату 50 000 рублей, она ему эти деньги передала, он завез на ее участок стройматериалы: 6 кубов доски-сороковки, около 50 штук листа USB, помогал их выгружать Свидетель №3. После этого он забрал автомобиль в счет оплаты работ. Указанный материал он приобретал на китайском рынке. Автомобиль был в нерабочем состоянии, и он его продал за 180 000 рублей. Он не приступил к работам на участке ФИО13 №1, так как ее участок затопило и воду долго не откачивали. К работам он так и не приступил по независящим от него обстоятельствам, после чего он договорился с ней, что, как только отойдет вода, он начнет работы, но он их так и не начал по объективным причинам. Летом 2024 года ему позвонила молодая женщина, и сказала, что ей нужны строительные работы на участке по адресу: &lt;...&gt;. Через 2 дня он приехал на участок, ему женщина показала участок – дом, баню. Ей необходимо было сделать: обшить дом сайдингом, демонтировать веранду и поставить новую утепленную веранду 4,5х3 м., дом размером 10х8 необходимо было утеплить в два слоя, обшить сайдингом, еще нужно было в бане забетонировать пол, сделать внутреннюю отделку, обшить снаружи баню металлическим оцинкованным листом и вокруг бани залить фундамент. За выполнение работ он озвучил сумму за работы и материалы 1 800 000 руб., доставка материалов входила в эту сумму. Через 1 день он приступил к работам на указанном объекте. С ним приехали таджики: ФИО84. С собой он привез: болгарку, шуруповерт, бензопилу, переноски 2 шт. по 20 м., масло, бензин, 4 пароизоляции (под железо). В этот же день нанятый им манипулятор, привез на участок: доска-сороковка – 6 м. (3,5 куб.м.) После этого он расписался в письменном договоре, который составила та женщина. Уточняет, что в доме было две женщины, пожилая женщина – хозяйка и молодая женщина – она распоряжалась денежными средствами, именно она передавала ему денежные средства. Сначала она дала ему 150 000 руб., затем таджики посмотрели объем работ и сказали, что начнут работы на следующий день, так как объем работ был большой. Через три дня с теми же таджиками они приехали работать, начали делать фундамент, он тоже с ними работал. В этот день они сделали опалубку, на другой день сделали армировку (толстая арматура) для фундамента. На другой день приехала нанятая им бетономешалка с 9 кубами 500-й цемента, он за данную услугу заплатил 210 000 руб. А 261 000 руб. (раствор, арматура, сетка) – это сумма общая. Затем за работу таджикам он заплатил 200 000 руб. за фундамент. Итого он работал по фундаменту 4 дня. За доски, которые он привез в первый день, он отдал свои личные деньги 70 000 руб., купил их в г. Копейске. Уточняет, что в первый день встречи он взял у молодой женщины 20 000 руб. в качестве предоплаты. После выполнения работ по фундаменту они начали выполнять демонтаж старой веранды с теми же таджиками. После демонтажа старой веранды он завез другие стройматериалы и начал строительство новой веранды. Так он на нанятой им Газели, привез: доски толщиной 25 мм. (5,5 куб.м.), утеплитель (29 пачек), брус 100х150 (длиной 2,5 м.), 3 евроокна, железная дверь 26 000 руб., железные листы на крышу 6 шт. по 3,5 м., слив оцинкованный, 12 шт. доски 40 мм. (длиной 6 м.), все это он перевез за 27 000 руб. За указанный материал он отдал: утеплитель – 90 000 руб., 1 окно – 13 500 руб., остальные цены не помнит. На веранду он потратил 400 000 руб., в том числе работа и материал (новая веранда, демонтаж старой). Через несколько дней с теми же таджиками он начал демонтаж внутренней отделки бани (убирали шпунтовку, старую проводку), в парилке был демонтаж старого пола. Для бани он завез на другой Газели: 7 пачек утеплителя, 3 мешка цемента по 50 кг. в каждом, 40 мешков дресвы (отсев), 27 штук фанеры USB (на обшивку) 120х220 мм. После этого с теми же таджиками он сделал внутреннюю отделку бани, он там с ними не работал, а занимался доставкой материала. С улицы баню обшили металлопрофилем, вокруг бани буквой «Г» по просьбе той женщины. Он отдал таджикам за работу 126 000 руб., по стройматериалам и их доставке он затратил 95 000 руб. Всего та женщина ему передала 1 020 000 руб., он не отказывается от данной суммы. В настоящее время он вспомнил, что ее фамилия ФИО73. В п. Бреды Челябинской области, ФИО13 №10 нужен был ремонт крыши дома. Он, осмотрев объект, сказал, что за работу и строительные материалы нужно будет заплатить 200 000 рублей, после чего в первый день он взял предоплату в размер 25 000 рублей. Там он работал с людьми таджикской национальности - ФИО85. Для этого он приобрел и завез на участок различные строительные материалы, при этом инструментов у них были по два, так как они работали с двух сторон на крыше. Так они полностью покрыли крышу под ключ: поменяли обрешетку и лаги. Перед этим демонтировали старую крышу, собрали старый шифер отдельно. Всего ФИО13 №10 передала ему денежную сумму в размере 180 000 рублей наличными. После того, как они закончили работы, она предъявила ему претензии, что он не сделал фронтоны, хотя в договоре, оставленном ей рукописно, этого указано не было, это не входило в стоимость 180 000 рублей. После этого он сказала ему больше к ней не приезжать. 08.07.2024 во второй половине дня ему позвонил ФИО33 А.Р., который сообщил, что в с. Лейпциг Варненского района Челябинской области нужно утеплить дом, после чего он взял данный заказ. В этот же день, он с Свидетель №3, приехали в с. Лейпциг, где их встретил мужчина по имени ФИО25 и еще женщина. ФИО25 указал ему на дом и пояснил, что хочет утеплить его, то есть запенить пеной, протыкать веревкой, обработать пропиткой и покрыть лаком. Он посчитал и сказал ФИО25, что стоимость всех работ с предоставленными им строительными материалами будет составлять 430 000 рублей. ФИО25 согласился, после знакомая ФИО25 под его (ФИО1) диктовку написала договор. После чего он попросил предоплату на приобретение строительного материала, на что ФИО25 согласился, пояснив, что за один раз может снять с банкомата 50 000 рублей, так как денежные средства находились у него на лицевом счете банковской карты ПАО «Сбербанк». Затем они вместе поехали в банкомат в с. Варна Челябинской области, где ФИО25 снял со своего счета 50 000 рублей и передал их ему. На что он потратил данные денежные средства, он не помнит. 09.07.2024 он вместе с Свидетель №3, парнем по имени ФИО29 и еще двумя рабочими таджикской национальности, снова приехали к ФИО25. Там рабочие приступили к работам, вытащили тряпки из щелей бревен дома, зачистили кору. Всего в этот день рабочие проработали несколько часов, он сам никакие работы не выполнял. Тогда он снова поспросил у ФИО25 50 000 рублей, чтобы рассчитаться с рабочими, так как он рассчитывался с ними по факту получения денег от заказчика. Затем они снова вместе поехали в банкомат в с. Варна Челябинской области, где ФИО25 снял со своего счета 50 000 рублей, которые сразу же передал ему. Часть из полученных денег он передал рабочим за работу. 10.07.2024 он снова приехал к ФИО25, вместе с цыганом по имени Борис, который стал выполнять работы, а именно он один металлической щеткой частично зашкурил кору, частично срезал предыдущую монтажную пену, частично обработал пропиткой. Он в тот день привез монтажную пену, две баночки пропитки, которой хватило на 1,5 стены дома и небольшое количество веревки. Данный материал он закупил на деньги ФИО25, которые он передал ему до этого. Сам он снова никакие работы не выполнял. Тогда он снова поспросил у ФИО25 50 000 рублей. На вопрос ФИО25, что он ранее уже заплатил ему 100 000 рублей, он объяснил, что заказал лак, рассчитался с рабочими и ему нужны деньги на бензин. После чего ФИО25 согласился. Затем они снова с ФИО25 и его знакомой вместе поехали в банкомат в с. Варна Челябинской области, где ФИО25 снял со своего лицевого счета 50 000 рублей, которые сразу же передал ему. Часть из полученных денег он потратил на строительный материал. Затем его рабочих депортировали, у него некому было работать. ФИО25 периодически звонил ему, на что он обещал, что приедет, но так и не приехал. А затем у него умер ребенок. Он снова пообещал ФИО25, что приедет, но не приехал, так как у него не было рабочих. 09.08.2024 он снова приехал к ФИО25 вместе с ФИО28, ФИО29 и Борисом, а сам уехал. Так как ему нужны были деньги, он попросил кого-то из них по окончании работ сказать ФИО25, чтобы он перевел на банковский счет его знакомой Свидетель №1 денежные средства в размере 50 000 рублей. Спустя некоторое время, он вместе с ФИО29, Борисом и двумя рабочими снова приехали к ФИО25. В этот день работы не выполнялись, потому что на улице была плохая погода. 11.08.2024, 12.08.2024, 17.08.2024 и 21.08.2024 он вместе с рабочими снова приезжали в с. Лейпциг к ФИО25, где работали на протяжении нескольких часов. Каждый раз он просил у ФИО25 по 50 000 рублей, которые ФИО25 ему отдавал. Он (ФИО1) говорил, что ему нужны снова деньги на строительный материал, и чтобы рассчитаться с рабочими. Хотя на самом деле строительный материал он не закупал, деньги тратил на свое усмотрение. 21.08.2024 ФИО25 полностью с ним рассчитался, 50 000 рублей снова снял в банкомате, 30 000 рублей, по его указанию, перевел на счет его знакомой Свидетель №1. Всего ФИО25 передал ему 430 000 рублей, за работу и строительный материал. Но работы до конца он не выполнил, строительный материал весь не закупил, так как обманул ФИО25. ФИО25 много раз звонил ему, в один из звонков он ответил, что его тоже обманывали, поэтому и он обманул. В содеянном раскаивается, готов вернуть все денежные средства ФИО25 в полном объеме. Он понимал и осознавал, что обманул ФИО25, когда обещал выполнить строительные работы, чего на самом деле не сделал. В начале июля 2024 года к нему поступил заказ от ФИО13 №4, проживающей в &lt;...&gt;. Она позвонила ему на мобильный телефон, который ей передал ФИО33 А.Р., и они договорились о встрече. Он приехал к ней 01.07.2024 (дом № 40 по ул. Советская) и она сказала, что нужно провести внутреннюю отделку бани, пристроить предбанник, отстроить полностью веранду, с установкой фундамента и внутренней отделкой, также сделать дорожки и забор с уличной стороны. Для выполнения данных работ он привлек ранее знакомых лиц таджикской национальности - ФИО86. Затем он договорился с ней, что стоимость всех работ, с учетом закупленных им строительных материалов, составит 2 500 000 рублей, после чего она рукописно составила договор о стройке, где были прописаны все условия. Срок выполнения всех работ один месяц, что ее устроило и она передала ему денежную сумму в размере 850 000 рублей. Это было 02.07.2024. По договору он должен был сделать: забор вокруг участка буквой «П», дорожку бетонную – цементную (от дома до бани, и до туалета от бани) размерами 70 см. – ширина, длина 12 м. и 15 м. соответственно. Для фундамента веранды глубина была 1,5 м. в землю, высота от земли 1,6 м., производилась армировка и из г. Челябинска приходила бетономешалка, которую он заказывал, заплатил 260 000 рублей (бетон и автомобиль – доставка бетона). На участок он завозил: 5 поддонов инсиблока, листы на крышу металлические 12 шт. по 5 м., на пол доска - сороковка 5 куб.м., 6 тонн дресвы. Всего он потратил: рабочим за работу он отдал 700 000 рублей, за строительный материал 900 000 рублей, бетономешалку 260 000 рублей. ФИО13 №4 всего передала ему 2 770 000 рублей, из них она передала 200 000 рублей его знакомому Свидетель №3, которые в дальнейшем передал данные денежные средства ему, с данной суммой он согласен. Денежные средства он вернуть ей не мог, так как часть денежных средств, он потратил на строительные материалы, часть денежных средств выплатил рабочим, часть потратил на свои личные нужды. Он признает, что не выполнил условия договора перед ФИО13 №4, строительные работы не закончил. Он собирается возместить ей ущерб, понимая и осознавая, что обманул ФИО13 №4, не выполнив строительные работы в оговоренный срок, готов понести заслуженное наказание. ФИО13 №6, проживающая в &lt;...&gt;, просила его отремонтировать полностью выгоревший изнутри частный дом. Он у нее тогда взял предоплату 7 000 рублей. Они начали работы по очистке дома от мусора, что входило в стоимость работ. Он сам принимал участие в этом и ему помогали работать его племянники Свидетель №14 Свидетель №3 и Свидетель №15. Затем через несколько дней после очистки дома от мусора, он завез туда строительные материалы на взятом в аренду автомобиле «Газель». До этого он взял на строительные материалы у ФИО13 №6 250 000 рублей. После чего, он привез: листы USB, доски, рейки 17 упаковок, половые балки. Далее он привез бригаду рабочих из лиц таджикской национальности. Еще с ними работал Свидетель №3 В доме, в котором 5 комнат, они сделали в 4-х комнатах: в самой большой комнате потолок из USB, пол из доски-сороковки, обшили стены из USB. Аналогичные работы были произведены во всех комнатах. В 5 комнате они не успели в полной мере приступить к работам, только закинули потолочные балки и сделали обрешетку, так как у ФИО13 №6 пришел сын со специальной военной операции, поэтому он и рабочие побоялись к ней ехать, потому что до этого уже не уложились в срок, а ее сын предъявлял ему претензии по телефону по качеству выполнения работ и срокам их выполнения. Также он приезжал в &lt;...&gt; к ФИО13 №2, который просил его на втором этаже дома забетонировать пол и стены обшить утеплителем USB. Всего он взял с него 300 000 рублей за работы и материал. При этом он предоставил свой строительный материал, а именно: щебенку, цемент, отсев. Он показал, что все строительные работы были выполнены: стены обшили и пол залили. На объекте с ним работало двое лиц таджикской национальности, которых он нанял на Каширинском рынке. У ФИО13 №2 к нему были претензии по некачественному выполнению работ, так последнему не понравился залитый бетоном пол. В Кизильском районе Челябинской области у ФИО13 №3 он должен был демонтировать старый сарай и построить новый сарай на участке. В качестве предоплаты он взял у нее на строительные материалы 150 000 рублей. Он тогда не приступил даже к демонтажу старого сарая, так как у него в тот период времени были объективные причины: был неисправен автомобиль, задерживали сотрудники полиции по другим строительным объектам, где в дальнейшем по ним он периодически давал объяснения. Денежные средства ей не успел вернуть, так как был арестован. В сентябре 2024 года он встретился с ФИО13 №7, так как последнему необходимо было построить дом в два этажа. По объему работ он приехал на участок к ФИО13 №7, посчитал объем работ на сумму 650 000 рублей с учетом материала. При первой встрече с ФИО13 №7, взял у него денежную сумму в размере 5 000 рублей, в качестве предоплаты за работы. Затем на участке ФИО72 он был 2-3 раза, ФИО2 в это время вел строительство на данном участке, ему не известно какие работы они там выполняли, и кто с ФИО2 был на участке он не помнит. Ему не известно предъявлялись ли какие-либо претензии ФИО13 №7 ФИО2, по поводу выполнения работ. Ему также не известно, платил ли ФИО13 №7 за работу на его объекте ФИО2 Один раз он приезжал вместе с ФИО36 Также он ездил в п. Бреды, к ФИО13 №9, которой нужен был ремонт крыши веранды. Приехав на объект, его встретил ее брат, который показал объект работы. Он сказал, что за материалы и работу возьмет 50 000 рублей. Он закупил строительный материал (профнастил 6 листов по 5 метров, саморезы 100 штук) и привез его на данный адрес. Он выполнил данные работы один, а именно закрыл крышу листами поверх шифера прикрутив на саморезы. После проверки его работы по фото и видео, ему ФИО13 №9 были переведены денежные средства в размере 50 000 рублей на номер телефона своей знакомой Свидетель №1, банковской картой которой он пользовался, так как у него нет своей банковской карты. Через какое-то время ему позвонила ФИО13 №9, которая предъявила претензии по качеству выполненных работ. Подсудимый ФИО2 в судебном заседании свою вину в совершении преступления, предусмотренного ч. 3 ст. Уголовного кодекса Российской Федерации признал полностью. От дачи показаний в судебном заседании отказался, воспользовавшись своим правом не свидетельствовать против себя, предусмотренным ст. 51 Конституции РФ. По ходатайству государственного обвинителя, с согласия участников процесса в соответствии со ст. 276 УПК РФ были оглашены показания подсудимого ФИО2 (т. 8 л.д. 213-218; т. 8 л.д. 230-233; т. 8 л.д. 236-241; т. 9 л.д. 9-14; т. 9 л.д. 32-36; т. 9 л.д. 54-58), данные им в ходе предварительного следствия, согласно которых весной 2024 года, на его абонентский № позвонил ФИО13 №7, и сказал, что хочет на своем участке построить дом и попросил приехать, чтобы оценить стоимость работ, а также проконсультироваться, как сделать проще и удобнее. ФИО13 №7 назвал адрес СНТ «Сигнал-2», участок 851, ул. Абрикосовая, г. Челябинск. На следующий день, он с ФИО3 поехали к ФИО13 №7, которому он представился как ФИО7. ФИО13 №7 показал участок, также указал на залитую плиту, на которой должен быть построен дом, и передал ему проект дома, в котором были указаны все характеристики дома, который ему предстояло построить. После просмотра проекта, они с ФИО13 №7 договорились о том, что он должен будет выставить цоколь, а именно выложить кладку кирпича по всему периметру залитой плиты, также возвести стены дома и перегородки из шлакоблока, уложить плиты перекрытия на стены первого этажа, которые должны быть потолком первого этажа, возвести стены и перекрытия второго этажа из шлакоблока, возвести крышу в виде пирамиды из профнастила. Он сообщил ФИО13 №7, что готов выполнить данные виды работ за 700 000 - 800 000 рублей. ФИО13 №7 данная сумма устроила. В этот же день ФИО13 №7 подготовил договор подряда на строительство жилого дома, зачитал ему его вслух, в договоре он поставил свою подпись, подписался как ФИО7. О том, что в договоре он будет указан как ФИО7, ФИО13 №7 знал и не был против. Копию договора ФИО13 №7 передал ему. На следующий день, он привез на участок ФИО13 №7 10 поддонов шлакоблока, 2 поддона кирпича «Кема 200», газоблоки 64 штуки, 20 мешков цемента, кладочные сетки 200 м., 70 мешков песка, уголки на перегородки 4 штуки, инструменты и смеси, на строительные материалы он потратил около 127 000 рублей, закупал строительные материалы он на личные денежные средства, привез их за свой счет на арендованных автопогрузчиках за 25 000 рублей. Строительные материалы он закупал в магазине «Челси», оплата производилась наличными денежными средствами, чеки не сохранились. При выгрузке строительных материалов присутствовали ФИО13 №7 и Свидетель №4 После выгрузки строительных материалов ФИО13 №7 передал ему 200 000 рублей наличными, а также перевел 2&lt;***&gt; рублей на счет банковской карты его сына ФИО8, открытой в ПАО «Сбербанк», в качестве предоплаты. Он поставил подпись в расписке о получении данной суммы денежных средств, которую подготовил ФИО13 №7 Спустя два дня он привез на участок каменщика, который в этот же день приступил к кладке кирпича, ему помогал его сын ФИО21. ФИО13 №7 приехал в этот день в вечернее время, посмотрел, что работа выполняется, поставил лазер, чтобы выставить диагональ для ровной выкладки стен. Выкладка кирпича была закончена около24 часов ночи, за работу каменьщику он передал 35 000 рублей наличными. Спустя неделю, на участок приехали 4 рабочих, которые приступили к возведению стен из шлакоблока. Данные рабочие в первый день возвели 3 ряда стен из шлакоблока и оставили, чтобы коробка просохла. Далее, в течении 1 недели указанными рабочими была возведена полностью коробка дома из шлакоблока. Данные работы ФИО13 №7 устроили, они договорились с ним, что за данные работы тот перечислит денежные средства в размере 70 000 рублей безналичным способом на карту рабочего, а также 10 000 рублей на счет его сына ФИО21. По просьбе ФИО13 №7 он расписался в расписке, о том, что получил 80 000 рублей в качестве предоплаты. Далее спустя несколько дней он сообщил ФИО13 №7, что ему необходимо закупать плиты перекрытия, сообщил, что на это необходимы денежные средства в размере 137 000 рублей, ФИО13 №7 сразу согласился и передал ему денежные средства наличными. Он также расписался в расписке о получении указанной суммы в качестве предоплаты. ФИО13 №7 в приложении «Ватс ап» скинул ему адрес базы, на которой он должен будет закупить данные плиты, он сразу выехал на базу, просмотрел, что на базе представлены плиты б/у в трещинах, которые не подходили для строительства дома, он купил 5 плит длиной 6м каждая, на данные плиты он потратил 69 000 рублей (13 800 рублей за 1 плиту), после чего он арендовал 2 «воровайки», за работу которых заплатил 40 000 рублей, данные плиты были доставлены на территорию базы, расположенной в Ленинском районе г. Челябинска. На данной базе у него была достигнута договоренность с рабочими, что плиты будут порезаны под нужны размер, а именно 4 м 90 см., спустя 2 недели, после того как плиты были привезены на базу, были разрезаны и приняты ним. За данную работу он заплатил рабочим 12 500 рублей (2 500 рублей за резку 1 плиты), но данные плиты он не забрал, так как ФИО13 №7 расторг с ним договор в устной форме, сказал, что за его работу он платит очень дорого и его это не устраивает, об этом он ему написал в сообщении в приложении «Ватсап», переписка имеется у него в телефоне, также в сообщении ФИО13 №7 указал, чтобы на его участок он больше не приезжал. Он на связь с ним выходить не пытался, он считает, что свои обязательства по договору он выполнил на ту сумму, которая ему была оплачена ФИО13 №7, если бы с ним договор расторгнут не был, свои обязательства по договору он бы исполнил в полном объеме. Помимо признательных показаний подсудимых, их виновность в совершении инкриминируемых деяний, полностью доказывается совокупностью исследованных в суде доказательств. Показаниями потерпевшей ФИО13 №1, данными ею в судебном заседании, согласно которых в 2023 года, точную дату она не помнит, находясь на территории своего садового участка, расположенного в ТСН «Тракторосад-3» в Тракторозаводском районе г. Челябинска, ФИО6 дал ей номер телефона ФИО1 В ноябре 2023 года она по телефону связалась с ФИО1, и они договорились о том, что в счет оплаты строительных работ, она передаст ему свой автомобиль, который она оценивает в 400 000 рублей. Через несколько дней они встретились с ФИО1 и договорились, что он построит ей домик до 05.12.2023, а она передаст ему свой автомобиль и 60 000 рублей. Составили договор и она, сняв 50 000 рублей, передала их ФИО1 На следующий день она перевела ФИО1 еще 10 000 рублей по номеру, указанному ФИО1 Затем она передала ФИО1 автомобиль. Ближе к 05.12.2023 она с ФИО1 приехали на её участок, где она увидела строительные материалы, но работы никакие выполнены не были. ФИО1 сказал ей, что у него нет возможности исполнить договор из-за погодных условий. До настоящего времени договорные обязательства ФИО1 не исполнены, ущерб не возмещен. Показаниями потерпевшей ФИО13 №8, данными ею в судебном заседании, согласно которых из брошюры, которую она получила вместе с почтой, она узнала о строительной бригаде, занимающейся ремонтом домов. Примерно 18 или 19 апреля 2024 года она позвонила по указанному в брошюре номеру телефона и договорилась о встрече с мужчиной по имени «ФИО28». В тот же день ФИО28 приехал к ней по адресу: ул. Октябрьская, д. 20, с. Бобровка, чтобы посмотреть участок. В результате обсуждений, они через некоторое время заключили договор, согласно которого за 1 500 000 рублей ей должны были отштукатурить дом, отделать дом сайдингом, сделать фундамент и заднюю стену, демонтировать веранду, построить новую теплую. По ремонту бани в договоре не было занесено: новая печь, стены новые и крышу поменять, сделать внутри бани полки и столы. Договор был написан под диктовку ФИО1 В последующем работники то приезжали, то уезжали. 20.04.2024 она по просьбе ФИО28 перевела 20 000 рублей на указанную им карту Джовани ФИО22. Затем она перевела 250 тысяч рублей на имя Свидетель №1 Т-вы (два перевода 100 000 и 150 000 рублей). В тот день приезжали работники и рыли траншею вокруг фундамента. В последующем она передала ФИО1 еще 752 000 рублей частями. К концу апреля демонтировали веранду и залили фундамент, не надежно, мы говорил по поводу траншеи, что маленькая, что крепления нет, он убеждал нас, что все делал так как надо. Привозились доски, ЮСБ, гвозди, алюминиевый лист на баню. Сделанная крыша после ветра отвалилась. Далее, 19.05.2024 она отказалась от услуг данной строительной бригады, так как ее не устраивала их работа. После этого ввиду того, что ремонт в доме, бане и веранде был начат и сделан не качественно, ей все оставшиеся работы доделал житель с. Бобровка Свидетель №12 Сумма причиненного ей материального ущерба составила 1 022 000 рублей. Показаниями потерпевшей ФИО13 №10, данными ею в судебном заседании, согласно которых для ремонта крыши дома по адресу: ул. 9мая, д. 1, с. Бреды, 30 июня 2024 года она позвонила по номеру телефона из местной газеты, ей сказали сейчас приедут ФИО20 и ФИО28, сделают мерки и будут делать. Вечером поздно приехали, посмотрели и составили договор с ФИО1 В договоре было указано, что за 200 000 рублей они в период с 01 по 04 июля 2024 года покроют крышу железом. В этот же день она передала ФИО1 20 000 рублей. 01.07.2024 привозили работников, но решили, что сначала нужно привезти железо из Челябинска. Через некоторое время приехала машина, но оказалось, что привезли не тот материал. Через месяц-полтора вновь привезли 12 листов железа по 6 метров шириной, оказалось на 1 лист меньше, и длину надо было не 6 метров. В этот день она передала еще 80 000 рублей. 03.07.2024 вечером приехали 3 человека и начали снимать шифер демонтировать. В этот день она отдала 60 000 рублей на доски для усиления крыши. 04.07.2024 она по просьбе ФИО1 отдала еще 30 000 рублей на фронтоны. Затем сказали, что приедут завтра, но так и не приехали. Всего в период времени 30.06.2024 по 04.07.2024 она отдала ФИО1 денежные средства в размере 190 000 рублей (20 000 рублей в качестве предоплаты, 80 000 рублей за строительный материал, 30 000 рублей за фронтоны и 60 000 рублей за замену обрешётки крыши). При этом строительные работы ФИО1 до конца были не выполнены, а строительный материал был некачественный. Показаниями потерпевшего ФИО13 №5, данными им в судебном заседании, согласно которых в июне 2024 года, он позвонил по объявлению из рекламной листовки, и пояснил ответившему ему мужчине, что ему нужно утеплить дом по адресу: &lt;...&gt;. Приехавший к нему ФИО1 сообщил, что стоимость всех необходимых строительных работ, составит 430 000 рублей. Поскольку у него плохое зрение, то договор между ним и ФИО1 составляла его знакомая Свидетель №10 В этот же день он, ФИО1 и Свидетель №10 ездили в с. Варна, где он снял со своего банковского счета по 50 000 рублей, которые передал ФИО1 В последующем денежные средства передавались им ФИО1 каждый раз, когда ФИО1 приезжал к нему. Для снятия денежных средств они каждый раз ездили в с. Варна. Также он по просьбе приехавшего от ФИО1 мужчины по имени Виктор, перевел на указанный Виктором абонентский номер телефона &lt;***&gt; рублей, получателем высветилась Свидетель №1, а 2 000 рублей он отдал Виктору наличными. Кроме того, Свидетель №10 также переводила со своего банковского счета 40 000 рублей, принадлежащие ему, на указанный Виктором абонентский номер телефона. И еще он передавал наличными ФИО1 30 000 рублей. Последние деньги он передал в августе 80 000 рублей. За весь период были сделаны следующие работы: из-под бревен вытащены старые тряпки, почищены, частично пробиты веревкой и частично пропенены бревна. Он надеялся на качественный ремонт, как указано в объявлении, но работы в полном объеме не выполнены. Показаниями потерпевшей ФИО13 №3, данными ею в судебном заседании, согласно которых в конце августа 2024 года она позвонила по номеру телефона из рекламы с объявлением о выполнении строительных работ, так как ей необходимо было построить сарай по адресу: &lt;...&gt;. 02.09.2024 к ней приехал ФИО1 и они договорились, что он за 300 000 рублей сделает данную работу. Все условия были указаны в договоре, которые они заключили. В этот же день она отдала ФИО1 150 000 рублей наличными, и он пообещал приехать через две недели. В обещанный период времени к ней никто не приехал, а ФИО1 по телефону говорил ей, что они закупают материал и приедут дня через два. В последующем каждый день строительство откладывалось. Работы никакие не производились, никакие материалы не завозились. Данный ущерб в размере 150 000 рублей является для нее значительным, так как она является пенсионеркой. Показаниями потерпевшей ФИО13 №4, данными ею в судебном заседании, согласно которых в июле 2024 года она позвонила по номеру телефона, указанному в рекламной брошюре, так как ей нужно было демонтировать старую пристроенную к дому веранду, и сделать новую по адресу: &lt;...&gt;. Ей ответил мужчина по имени Виктор и сказал, что через три дня с ней свяжутся. Через три дня ей позвонил ФИО20 и в этот день приехал к ней. Они обговорили условия и заключили договор, согласно которого работники должны были произвести демонтаж веранды и построить веранду под ключ за 1 550 000 рублей. При этом ФИО20 обещал все сделать в срок до 16 числа следующего месяца. На следующий день она передала ФИО1 850 000 рублей. Через некоторое время привезли 3 или 4 поддона инсиблока упакованного, потом двое ребят все разобрали, сделали демонтаж, выкопали канаву под фундамент, привезли доски, сделали опалубку, залили фундамент. В последующем в одном месте фундамент выдавило. Затем они с ФИО1 договорились о ремонте бани (обшить, полки поменять, печь поменять), который он оценил в 1 000 000 рублей, но договор переписывать не стали. За все время она отдала 2 770 000 рублей (850 000 до начала выполнения работ, 10 000 рублей водителю, 400 000 рублей за баню, 200 000 рублей ФИО28, 10 000 рублей ФИО28 и 1 300 000 рублей). Однако, работы ФИО1 в полном объеме выполнены не были, а выполненные работы не качественные. Показаниями потерпевшей ФИО13 №6 (т. 3 л.д. 191-196; т. 3 л.д. 197-203),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в конце июля - начале августа 2024 года она позвонила по номеру №, указанному на брошюрке с информацией о ремонте, которую она увидела в почтовом отделении. Трубку взял мужчина, которому она рассказала, что у нее случился пожар в доме, и озвучила объем необходимых работ. Мужчина спросил ее адрес, и сказал, что к ней приедет бригада рабочих и оценит ремонт. На следующий день, к ней приехала бригада из 4 мужчин. Один из них представился ФИО1, назвав себя «директором» или «начальником». Среди них еще был мужчина, который представился Борисом и еще два человека, похожие на цыган. Они вместе с ФИО1 прошлись по дому, она рассказала, что ей нужен был полный ремонт в кухне, в трех комнатах, двух прихожих, а именно обшить стены с утеплителем, обшить потолок, вынести мусор, мебель, пострадавшую после пожара, сделать полы, вставить окна, заменить двери, заменить электрическую проводку. ФИО1 озвучил ей стоимость в сумме 500 000 рублей. В эту стоимость входило выполнение всех работ, их строительные материалы, оплата его рабочим. При этом ФИО1 рассказал ей, что у него есть свои бригады рабочих. То есть создал впечатление разбирающегося в строительстве человека, говорил, что у него много строительных объектов, много клиентов, то есть, таким образом, рекламировал себя. При этом они обсудили с ним срок работы, ФИО1 сообщил, что выполнит все работы за один месяц. После чего он показал ей свое водительское удостоверение. Она сказала ему, что надо заключить договор. После чего она на листке бумаги, под его диктовку написала все необходимые работы. ФИО1 также сказал ей, что позже составит договор, второй экземпляр которого привезет ей обратно, чтобы она не переживала. Далее, ФИО1 сказал, что сразу необходимо заплатить ему 250 00 рублей на закупку строительного материала. Но данной суммы у неё не было и ФИО1 попросил в качестве задатка 7 000 рублей. Она согласилась и передала ему наличными данные денежные средства. На следующий день, ФИО1 приехал к ней, и она лично передала ФИО1 денежные средства в размере 250 000 рублей, купюрами по 5000 рублей, в количестве 50 штук. Затем ФИО1 уехал, сказав, что на следующий день приедет бригада рабочих и займется ремонтно-строительными работами. На следующий день ФИО1 приехал снова, привез бригаду из трех человек. Рабочие вынесли мусор из дома, больше ничего не сделали, проработав всего несколько часов. После этого они уехали. На следующий день никто приехал. На третий день снова приехал ФИО1 и привез эту же бригаду. Бригада выносила из дома мусор, обдирали стены от старых, обгоревших обоев. Через некоторое время ФИО1 привез 35 листов ОСБ, рейки для обшивания стен. В течении следующей недели шли работы. ФИО1 привозил бригады рабочих, рабочие менялись, привозил бригады ил лиц таджикской национальности, при этом ФИО1 привозил рабочих, а сам уезжал, потом возвращался и забирал их. За эту неделю бригада рабочих приезжала два раза, и работали по несколько часов, все время ФИО1 их привозил после обеда. При этом данная бригада обшили стены и потолок в двух спальнях. Один из рабочих представился, ей как Николай, тот делал работы, а именно обшивал стены в спальне. После этого, в августе 2024 года ФИО1 сказал ей, что строительные материалы заканчиваются, необходимы еще денежные средства в размере 55 000 рублей, после чего она передала Николаю денежные средства в размере 55 000 рублей, которые нужны были ФИО1 После этого ФИО1 привез ей листы ОСБ, доски для пола, некоторые из которых были гнилые. Далее, приехала другая бригада рабочих, которая стала заниматься ремонтом зала. Среди рабочих снова был Николай и уже другие рабочие, не славянской внешности, которые просто застелили пол досками, обшили стены ОСБ, при этом даже не прибили доски к полу. Через какое-то время, ФИО1 снова стал просить у нее денежные средства в размере 100 000 рублей, якобы расплатиться за вышеуказанный строительный материал. Она передала ФИО1 денежные средства в размере 100 000 рублей. Затем, в августе ФИО1 приехал и привез Николая и других рабочих, которые сделали какие-то работы, обшивали стены. Она передала Николаю наличными денежные средства в размере 40 000 рублей, на уголки для обшивки стен и плинтуса, которые он потом передал ФИО1 В начале сентября 2024 года ФИО1 с рабочими вовсе перестали приезжать. Она стала звонить ФИО1, у которого все время находились какие-то причины, а именно он говорил, что приедет завтра, что у него не хватает рабочих, что далеко ехать. Затем, спустя какое-то время она снова позвонила ФИО1, который сказал, что не хочет ехать, и рабочие тоже не хотят, так как ее сын Александр, который находится на СВО звонил ему, и высказывал свое недовольство по поводу ремонта. После этого она сказала, что будет обращаться в полицию, а ФИО1 сказал, что вернет деньги, но так и не вернул. Тогда она сразу окончательно поняла, что ФИО1 обманул ее, а также обманывал ее весь этот период времени. ФИО1 обманул ее, завладев ее денежными средствами, в размере 452 000 рублей. При этом им было выполнено совсем немного работ, причем качество работ было отвратительное. Расписки о получении всех денежных средств, ей никогда ФИО1 не писал. Она у него не просила, потому что доверяла ему. После этого, ФИО1 и никто от него больше к ней вообще не приезжали. По факту работы не были выполнены в полном объеме. Ущерб в сумме 452 000 рублей является для нее крупным ущербом, так как ее заработная плата составляет 9000 рублей, пенсия 15.700 рублей, пенсия по инвалидности сына 20 000 рублей, сын у нее на иждивении. Показаниями потерпевшего ФИО13 №2 (т. 3 л.д. 166-170; т. 3 л.д. 171-176),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помещение второго этажа его дома по адресу: &lt;...&gt; нуждалось в ремонте. В связи с чем, он купил необходимые для строительства материалы, а именно: стены ОСБ (для обшивки стен), направляющие металлические крепежы для каркаса, утеплитель, электрический провод. Примерно в августе 2024 года он позвонил по номеру №, указанному в рекламной листовке о строительной бригаде. Ему ответил мужчина, которому он сообщил, что планирует ремонт. После чего данный мужчина дал ему другой абонентский номер телефона, а именно №, по которому он позвонил, трубку взял мужчина, который представился Львом. Он сообщил Льву, что ему нужно сделать ремонт и они договорились о встрече. На следующий день, 13.08.2024 к нему приехал ФИО1 и сказал, что все работы выполнит очень быстро и качественно, в течении 10 дней. Он сказал ФИО1, что необходимо сделать, а именно: необходимо обшить стены ОСБ, залить пол, провести электрическую проводку, подготовить потолок к натяжному потолку. Также он сообщил ФИО1, что у него имеются все необходимые строительные материалы для этого, которые он ранее приобрел сам. После чего, ФИО1 сообщил ему, что вся работа будет стоить 380 000 рублей. На следующий день, то есть 14.08.2024 он в дневное время позвонил ФИО1 и договорился о встрече. Около 18 часов 00 минут 14.08.2024 ФИО1 приехал к нему, и он составил на листочке список работ, которые требовались для ремонта второго этажа дома. При этом они сошлись на сумму 380 000 рублей за весь объем работ. Лист со списком работ остался у него. После чего, ФИО1 сообщил ему, что нужен аванс в сумме 200 000 рублей. Он согласился, и передал ФИО1 наличными денежные средства в размере 200 000 рублей, купюрами по 5000 рублей. ФИО1 сообщил, что где-то в течении последующих трех дней вернется с бригадой рабочих. По истечении трех дней, приехала бригада рабочих, в количестве 4 человек, которых привез ФИО1 Данная бригада рабочих за один день освободила помещение от мусора и уехала. Больше в этот день они ничего не делали. На протяжении остальных 10 дней никто больше не приезжал. Он стал звонить ФИО1, который сообщил ему, что у него умер сын, поэтому не может приехать и попросил немного подождать. Затем, в первых числах сентября он снова позвонил ФИО1, который сообщил, что приедет позже. После чего, 02.09.2024 или 03.09.2024 ФИО1 снова приехал к нему, с бригадой из двух человек таджикской национальности, которые за один день поставили каркас для дальнейшей обшивки стен. Примерно, через пару дней, к нему приехал электрик и за день провел электрическую проводку. Примерно, через несколько дней снова приехал ФИО1, который привез бригаду из двух человек таджикской национальности, которые за пол дня обшили стены ОСБ и проложили утеплитель. ФИО1 только привозил рабочих и забирал их. В период с 03.09.2024 по 14.09.2024 ФИО1 поспросил у него оставшуюся часть денег, в размере 180 000 рублей, которые он передал ему наличными, хотя по факту тогда весь объем работ выполнен не был. Расписку ФИО1 снова не написал. Далее, 14.09.2024 ФИО1 снова приехал к нему и привез уже другую бригаду из четверых человек, похожих на лиц таджикской национальности, которые завезли цемент и отсев. При этом двое из них носили цемент на второй этаж, а двое замешивали цементный раствор на втором этаже. Пол в итоге был залит. При этом они занимались данными видам работ 14.09.2024 и 15.09.2204. Затем ему сообщили, что необходимо два дня, чтобы пол высох. 18.09.2024 к нему приехал снова ФИО1 вместе еще с двумя ранее ему незнакомыми людьми. Он предъявил претензии ФИО1 по поводу качества выполненных работ, так как до этого они договаривались, что пол нужно залить максимально ровно, так как в дальнейшем планировалось сделать теплый пол и накрыть ламинатом. ФИО1 согласился с этим, пояснив, что все исправит, зальет полы по-другому. В этот день, ФИО1 сказал ему, что, если все не исправит до 26.09.2024, то вернет ему всю сумму в размере 380 000 рублей, которую он до этого заплатил. При этом он был возмущен, так как с 14.08.2024 прошло уже на тот период времени больше месяца, а работы были не выполнены. ФИО1 постоянно находил какие-то причины, чтобы не заканчивать работы. После этого ФИО1 уехал, и он его больше не видел. До 26.09.2024 он не звонил ФИО1, так как надеялся, что последний сдержит свое слово, приедет, все выполнит и справит. После 26.09.2024, где-то в конце сентября он снова позвонил ФИО1, который сообщил ему, что вернет ему денежные средства, когда их заработает, но время не обозначил. После этого, в начале октябре 2024 года он снова позвонил ФИО1, который сказал ему, что у него в данный момент есть работа, большой объект, на котором последний заработает деньги и отдаст ему, но по факту этого не сделал. Тогда он понял, что ФИО1 ничего не вернет, так как обманул его, завладев денежными средствами, в размере 380 000 рублей. Он полностью доверял ФИО1, поэтому передавал последнему свои денежные средства. При этом бригада рабочих активно вела себя, создавали впечатление грамотных строителей, имеющих в данной области специальные познания. Позднее он понял и осознал, что, таким образом, ФИО1 вводил его в заблуждение, пытаясь придать своим преступным действиям законный вид, обманывая его, таким образом, хотя цели заканчивать работы по строительству и выполнить их полностью, у ФИО1 не было вообще. Ущерб в размере 380 000 рублей, является для него значительным, так как его заработная плата составляет 60 000 рублей, супруга на пенсии, у которой пенсия составляет 1&lt;***&gt; рублей, они также помогают своим детям. Показаниями потерпевшего ФИО13 №7 (т. 3 л.д. 228-231; т. 3 л.д. 232-236; т. 3 л.д. 237-242),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в апреле 2024 года, когда он находился на садовом участке № 851, расположенном по ул. Абрикосовая СНТ (садовое товарищество) «Сигнал-2» в Ленинском районе г. Челябинска, к нему подошел незнакомый ему ранее мужчина, и дал номер телефона строителей &lt;***&gt;). 25.09.2024, когда у него была залита монолитная плита под дом, желая построить дом на своем участке, он позвонил по вышеуказанному номеру телефона. Ему ответил мужчина, представившийся «Германом», которому он сказал, что желает на территории своего участка построить коробку двухэтажного дома пока без отделки размером 6х6м. Они договорились о встрече и вечером этого же дня к нему приехали ФИО1 и Свидетель №3 Они осмотрели его участок и залитую монолитную плиту, обговорили объем работы и стоимость в размере 730 000 рублей, в которую входит стоимость материалов, их доставка и их работа. Далее ФИО1 попросил у него предоплату за работу в сумме 15 000 рублей, но он согласился на 5 000 рублей, которые передал ФИО1 в руки 5 000 рублей. На следующий день 26.09.2024 около 16.00 часов, как они и договаривались накануне, к нему приехали двое мужчин, один из которых был ФИО6 Следом за ними приехал манипулятор, который привез строительные блоки (10 поддонов шлакоблоков по 60 шт. в одном поддоне). ФИО6 сказал, что именно он будет курировать его строительство. После разгрузки манипулятором строительных материалов на его участок, он заключил договор с ФИО6 В договоре ими совместно было указано, что денежные средства всего в сумме 730 000 рублей им должны выплачиваться частями, а именно: первый взнос - 22&lt;***&gt; рублей, второй взнос - 137 000 рублей, и по окончании работ на объекте 365 000 рублей, срок выполнения работ до 28.10.2024. Договор они составили в двух экземплярах. Кроме того, он предоставил ФИО6 поэтажный план его дома, в каком виде он его хотел бы видеть по окончании работ. В этот же день после подписания договора он заплатил ФИО6 денежные средства наличными в размере 22&lt;***&gt; рублей. О получении данной денежной суммы ФИО6 написал ему расписку, и они с ним договорились, что 28.09.2024 начнутся строительные работы. 28.09.2024 утром по их договоренности к нему на участок приехали 4 человека, в том числе ФИО6 Позже подъехали ФИО1 и Свидетель №3 Все эти лица прошли и посмотрели объект, в это время рабочий «Нурик» клал кирпич на фундамент с раствором, который мешал ФИО33 Д.Н. В этот же день к нему на участок привезли 1 поддон кирпича, примерно 10 мешков песка и примерно 5 мешков цемента по 35 кг. в каждом. В этот же день 28.09.2024 в ходе выполнения работ ФИО6 сказал ему, что ему необходимо заплатить 137 000 рублей, для дальнейшего выполнения работ. Он согласился и передал наличными указанную денежную сумму ФИО6 Об этом тот ему написал расписку. Через некоторое время примерно в начале октября 2024 ему на участок была завезена часть строительных материалов, а именно: цемент около 10 мешков, песок около 20 мешков, сетку кладочную 1 рулон 25 м. шириной 0,5 м. На протяжении следующей недели после 28.09.2024 работы не осуществлялись, то есть никто не приезжал к нему на участок, хотя они договаривались о том, что работы будут вестись непрерывно. Он поэтому звонил на телефон ФИО6, но телефон несколько дней никто не брал, а затем через несколько дней ему ответил ФИО6 и сказал, что у него много дел и они не успевают приехать. 13.10.2024 вновь приехал ФИО6 со строителями, их было трое, они замешали раствор и стали замазывать щели на стенах дома, по его мнению, просто создавали видимость работы, в это время ФИО6 просил у него денежные средства в сумме 80 000 рублей, сказал, что ему нужно заплатить данной бригаде строителей для продолжения работ 70 000 рублей и еще 10 000 рублей нужно для закупки шлакоблока, чтобы закончить наружные работы по стенам первого этажа. Его это возмутило, так как по факту была выполнена только часть работ по строительству его дома и на протяжении нескольких недель работы не велись, но в итоге он передал ФИО6 80 000 рублей, так как ему необходимо было завершить работы, и он надеялся на их завершение. О получении данной денежной суммы ему ФИО6 написал расписку. Сам ФИО6 физической работой у него на участке не занимался, ФИО1, Свидетель №3 и «Дмитрий» также не занимались, только присутствовали на участке. После этого он их не видел. Таким образом, в период с 25.09.2024 года по 13.10.2024 года ФИО1 и ФИО6, действуя группой лиц, совместно и согласованно с иными неустановленными лицами, мошенническим путем похитили принадлежащие ему денежные средства в общей сумме 445 000 рублей, что для него является значительным, он бы даже сказал крупным размером, так как общий доход их семьи составляет 160 000 рублей (заработная плата его и его жены). То есть, под видом строительства на его садовом участке дома, вышеуказанным лицам им была передана данная денежная сумма, однако те свои обязательства в полном объеме не выполнили, денежные средства ему не возвратили. Показаниями потерпевшего ФИО13 №9 (т. 4 л.д. 45-51; т. 4 л.д. 52-57),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примерно в середине сентября 2024 года, она решила отремонтировать дом, расположенный по адресу: &lt;...&gt;. 01.10.2024 она позвонила на абонентский номер, указанный в объявлении, а именно №. Ей ответил мужчина, которому она сообщила, что планирует небольшой ремонт в доме. Данный мужчина сказал ей, что даст ее абонентский номер мужчине по имени «ФИО20», который уже перезвонит непосредственно ей, и с которым ей нужно будет обсудить все детали. В этот же день, с абонентского номера &lt;***&gt; ей позвонил мужчина, который представился Львом и сказал, что стоимость ремонта 60 000 рублей. Она согласилась и договорилась со своим братом Свидетель №8, чтоб он проверил выполненные работы. В вечернее время, 01.10.2024 ФИО20 прислал ей на телефон фотографию о проделанной работе. Она подумала, что работы все выполнены и поверила Льву и попросила свою дочь Свидетель №13 отправить через «Сбербанк-онлайн» денежную сумму 60 000 рублей на абонентский номер, указанный ей Львом. Свидетель №13 сделала это и сообщила ей, что денежные средства поступили получателю Свидетель №1 на абонентский №. Примерно через несколько дней ей позвонил Свидетель №8, который рассказал, что съездил и проверил качество выполненных работ, которым остался крайне недовольным, так как старый шифер вообще не был снят, новые перекрытия не постелены, а на старый шифер просто прикрутили два новых трехметровых профлиста. Она в этот же день, сразу же перезвонила Льву, который сказал ей, что занят, при этом признал, что плохо были выполнены работы, поэтому он приедет 01.11.2024 и его рабочие все переделают. Она снова поверила ему. Но больше ей никто не звонил и не приезжал. В дальнейшем от сотрудников полиции ей стали известны анкетные данные Льва, а именно - ФИО1. Таким образом, в период с 01.10.2024 по ноябрь 2024 года ФИО1 ввел ее в заблуждение и путем обмана и злоупотребления ее доверием, так как представился благонадежным строителем, похитил у нее вышеуказанные денежные средства. Она полностью доверяла ему, поэтому передала ему свои денежные средства. Ущерб в размере 60 000 рублей, является для нее значительным, так как ее пенсия составляет 37 000 рублей, иных источников дохода нет, живет только на свой доход. Показаниями свидетеля Свидетель №5, данными ею в судебном заседании, согласно которых она участвовала в качестве понятой при опознании подозреваемого ФИО1 потерпевшей ФИО13 №4 В ее присутствии ФИО13 №4 указала на человека под номером 3, которым оказался ФИО1 Показаниями свидетеля Свидетель №18, данными им в судебном заседании, согласно которых он проходит службу в должности начальника 2 отделения отдела в г. Троицке УФСБ России по Челябинской области. В сентябре 2024 года им в ходе проведения оперативно-розыскных мероприятий по факту совершения мошеннических действий в отношении жителей Варненского района Челябинской области, была установлена причастность ФИО1 В последующем им в отношении ФИО1 проведены ОРМ «получение компьютерной информации», «прослушивание телефонных переговоров». Показаниями свидетеля Свидетель №21 (т. 8 л.д. 179-184),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в настоящее время он является собственником автомобиля «Тойота Виста Ардео» с государственным регистрационным знаком &lt;***&gt; регион, 1999 года выпуска, белого цвета, идентификационный номер (VIN) отсутствует. Данный автомобиль он приобрел у ФИО1 в конце ноября или в начале декабря 2023 года (точную дату не помнит). Согласно договора купли-продажи он (Свидетель №21) приобретал автомобиль у ФИО13 №1, но поскольку лично ФИО13 №1 в тот день не было, то он сфотографировал себе какой-то договор от ФИО13 №1 ФИО1, по которому она передала данный автомобиль ФИО1 в собственность. Также между ним и ФИО1 был заключен страховочный договор купли-продажи, поскольку он не очень доверял договору, где не присутствовал сам собственник, в соответствии с которым он передал ФИО1 лично в руки денежные средства в размере 500 000 рублей. В последующем он отремонтировал машину (поменял топливный насос высокого давления, заменил масло в автомате, поменял некоторые катушки зажигания со свечами). После чего он поставил машину на учет в ГИБДД, на данный момент он является его собственником. Также при постановке на учет, произошла смена гос. номеров, так как предыдущий задний номер был поврежден. Показаниями свидетеля Свидетель №3 (т. 8 л.д. 8-11; т. 8 л.д. 147-154),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иногда он вместе с ФИО1 и ФИО6 ездил на строительные объекты, расположенные в г. Челябинске и Челябинской области, где осуществлял работы. В частности, по адресу: Челябинская область, г. Челябинск, участок № 31 в СНТ «Тракторосад-3», в Тракторозаводском районе г. Челябинска он вместе с ФИО6 убрали мусор с земельного участка, после чего ФИО1 завез туда какие-то строительные материалы. Хозяйке данного участка, нужно было сделать летний домик. Более он ничего на данном объекте не сделал. За вывоз мусора ФИО1 заплатил ему 15 000 рублей. Также ему известно, что по факту на данном участке работы не были выполнены. Кроме того, по просьбе ФИО1, он помог довезти машину данной женщины до авторынка, какого именно не помнит, при этом ФИО1 ему вообще ничего не пояснил по поводу данной машины. Кроме того, весной 2024 года он вместе с ФИО1 и бригадой рабочих, которая состояла из 3-4 человек таджикской национальности, ездили в с. Бобровка Троицкого района. Там их встретила девушка, которая проживала со своей мамой. Разговор между девушкой и ФИО1 был на счет стройки сарая, новой веранды, ремонта фундамента к дому, отделать сайдингом дом с железными крепежами, внутренней и внешней отделки бани (баня уже стояла). О каких суммах шла речь он не знает. В этот день они оставили там бригаду для работы. На данный объект с ФИО1 он ездил 3-4 раза в промежутках 3-5 дней, видел, в данный период, что бригада рабочих сделала стены дома, которые были обшиты сайдингом, был сделан фундамент вокруг дома ширина фундамента составила 600 см, высота 1 метр; старая веранда была демонтирована, бригада поставила новую веранду, была сделана внутренняя и внешняя отделка бани; был сделан фундамент вокруг бани. С хозяйкой он общался несколько раз на общие темы, по поводу стройки он с ней не разговаривал, с ней ни о чем не договаривался, стоимость услуг ФИО1 и его договоренности с заказчиком он не знает. По просьбе ФИО1 он сообщил ему данные банковской карты ПАО «Сбербанк», оформленной на имя его сына - ФИО15, чтобы клиентка ФИО1 перевела туда деньги. Сумму он не знает. Потом его сын дал ФИО1 свою банковскую карту для снятия наличных денежных средств. ФИО1 всего пару раз пользовался картой его сына. По адресу: &lt;...&gt; «а» он вообще никакие строительные работы не осуществлял, с ФИО1 на данный адрес не ездил. В начале июля 2024 года он вместе с ФИО1 ездили в с. Лейпциг Варненского района. По приезду их встретил ФИО13 №5, который хотел утеплить дом, то есть пропенить дом между бревен, а также покрыть его лаком. После чего они вместе прошли вокруг дома, осмотрели его, и ФИО1 сообщил сумму, но он не слышал. Он в это время также ходил и осматривал дом, считая, сколько будет стоить его работа, которую он оценил в 85 000 рублей. За строительные материалы отвечал ФИО1, который сообщил, что необходимые строительные материалы закупит сам. После чего знакомая ФИО13 №5 по имени Свидетель №10 и ФИО1 составили договор на обычном листе бумаги. Она писала текст своей рукой, который ей диктовал ФИО1 Затем ФИО1, ФИО13 №5 и Свидетель №10 на автомобиле ФИО1 поехали в с. Варна, в банк. ФИО1 сказал, что поедет в банк, чтобы снять деньги в размере 50 000 рублей, которые ему передаст ФИО13 №5, в качестве предоплаты. Он в это время начал «шкурить» брусья стен дома, сделав при этом половину одной стены. Через какое-то время они вернулись, после чего он и ФИО1 поехали в г. Челябинск, при этом ФИО1 договорился с ФИО13 №5, что приедет на следующий день. По дороге в г. Челябинск, ФИО1 сказал ему, что ФИО13 №5 передал ему денежные средства в размере 50 000 рублей, в качестве предоплаты. Примерно, через несколько дней, он вместе с ФИО1 и Борисом, поехали к ФИО87. По приезду, он сказал ФИО1, что его работа будет стоить 85 000 рублей, что ФИО1 не устроило. Тогда он сказал ФИО1, что не будет работать у ФИО13 №5. После чего ФИО1 передал ему денежную сумму в размере 15 000 рублей за первый день выполненных им работ. В этот же день, он, ФИО1, ФИО13 №5 и Свидетель №10 поехали в с. Варна, в отделение ПАО «Сбербанк РФ», где ФИО13 №5 снял со своего лицевого счета 50 000 рублей, которые передал ФИО1 После чего они все уехали в г. Челябинск. Затем в один из дней, когда они приезжали к ФИО13 №5, ФИО1 вместе с ФИО13 №5, Свидетель №10 и знакомым ФИО1 снова ездили в с. Варну, в отделение ПАО «Сбербанк РФ». Сколько ФИО13 №5 в итоге передал денежных средств ФИО1, он не знает, ФИО1 ему об этом не говорил. По адресу: &lt;...&gt; он осуществлял строительные работы у женщины по имени ФИО24 в июле 2024 года. Он сначала вместе с ФИО1 и рабочими таджикской национальности привез к ней готовый бетон, около 10 мешков клея под инсиблок, четыре поддона инсиблока, цемент, отсев, необходимый для замешивания цемента. Затем на протяжении нескольких дней, он вместе с рабочими разобрали старую веранду, он лично сделал крыльцо для выхода из дома, выкопал траншею под фундамент, после чего вместе с рабочими залили фундамент. При этом он ездил на данный адрес около 4-5 раз, его всегда привозил ФИО1 При этом, в один из дней, ФИО24 передала ему 200 000 рублей наличными, которые он передал ФИО1 ФИО1 заплатил ему 170 000 или 180 000 рублей. В августе 2024 года, у женщины по имени ФИО13 №6 в &lt;...&gt; он осуществлял строительные работы, а именно: обшил стены в одной из комнат (спальной комнате), то есть сделал обрешетки на стенах, на стены закрепил ОСБ, осуществил демонтаж труб отопления, забил потолок ОСБ. Он ездил к ней примерно 5-6 раз, при этом он всегда приезжал с ФИО1 При этом ФИО16 заплатил ему за все 70 000 рублей. Также во время осуществления им работ, данная женщина передавала ему денежные средства, в размере около 90 000 или 95 000 рублей, сколько точно он сейчас не помнит, которые он в дальнейшем все отдавал ФИО1 В середине августа 2024 года они с ФИО1 ездили в &lt;...&gt;, где их встретил хозяин дома, по имени ФИО13 №2, который сообщил, что ему нужно сделать ремонт на втором этаже. Там он увидел строительные материалы, а именно: стены ОСБ (для обшивки стен), направляющие металлические крепежы для каркаса, утеплитель, электрический провод. Чьи это были строительные материалы, он не знает. ФИО13 №2 сообщил им, что необходимо сделать, а именно: необходимо обшить стены ОСБ, залить пол, провести электрическую проводку, подготовить потолок к натяжному потолку. ФИО1 договорился с ФИО13 №2 о стоимости выполнения работ, но сколько именно, он не знает. Он сразу же отказался выполнять данные работы, потому что эти работы показались для него слишком тяжелыми, так как на второй этаж нужно было поднять много мешков с цементом. Об этом он сообщил ФИО1 Затем, в августе и в начале сентября 2024 года он просто с ФИО1 за компанию ездил на адрес Георгия, но никаких работ не осуществлял, хотя видел, что рабочие таджикской национальности выполняли какие-то работы, но какие именно, он не знает. Единственное, по просьбе ФИО1, он нашел электрика, которого просто свел с ФИО1 После чего данный электрик по имени Андрей, как ему стало известно в дальнейшем, приезжал на адрес проживания Георгия, где провел электрическую проводку. За это ФИО16 дал ему 30 000 рублей, из которых 15 000 рублей он взял себе, а 15 000 рублей передал Андрею за работу. В начале сентября 2024 года, он с ФИО1 ездил в Кизильский район Челябинской области. По приезду, их встретила женщина по имени ФИО23, которая сообщила им, что хочет демонтировать навес перед сараем и пристройку к сараю, построить новую пристройку к сараю, залить цементом пол, установить два окна и две двери. ФИО1 сообщил ей, что будет закупать необходимые строительные материалы, работать с какими-то документами, привозить рабочих, а он непосредственно будет с рабочими осуществлять все работы. После чего, ФИО1 сказал, что все это будет стоить 300 000 рублей, то есть в эту сумму будет входить следующее: закупка им всех строительных материалов, оплата рабочим и выполнение всех работ. ФИО1 также сказал ей, что все это сделают за одну неделю. Он сам осмотрел необходимый объем работ, после чего сказал ФИО1, что это будет стоить 160 000 рублей, это только за работу. ФИО1 попросил его еще подумать, на что он согласился. После чего, в этот же день, ФИО23 передала ФИО1 лично в руки денежные средства, но сколько именно, он не знает. Также ФИО1 сообщил ей, что приедет вместе с ним и бригадой рабочих, примерно через пять дней, после чего сразу же начнутся строительные работы, а также то, что он привезет все необходимые строительные материалы. После чего, данная женщина под диктовку ФИО1 своей рукой, на листе тетрадной бумаги написала договор о стройке, где указала, что передала ФИО1 вышеуказанную денежную сумму. После чего они уехали. Через несколько дней ФИО1 попросил немного сбавить сумму его работ. Он сказал, что согласен на самый минимум, то есть 130 000 рублей, но ФИО1 снова попросил его уменьшить сумму. На что он не согласился. Далее, где-то в конце сентября 2025 года ему стало известно, что у ФИО1 умер ребенок, который родился сильно недоношенным. В этот же период времени, ему позвонил ФИО1, который вместе с рабочими таджикской национальности попросил его съездить к данной женщине, чтобы она не беспокоилась. Он вместе с рабочими хотели разобрать сарай, но данная женщина, по имени ФИО23 сказала, что пока не будет строительных материалов, никаких работ выполнять не нужно. При этом она сказала, что ничего в этот день делать не надо. Он попросил у нее 5000 рублей на бензин, но она ему отказала. После чего они уехали. Он никаких работ у данной женщины не выполнял, так как они не договорились с ФИО1 о сумме, которую последний должен был выплатить ему за выполнение им строительных работ на данном объекте. Ему данная женщина, по имени ФИО23 никакие денежные средства вообще не передавала. Какие-либо строительные работы по адресу: садовый участок № 851 расположенный по ул. Абрикосовая СНТ (садовое товарищество) «Сигнал-2» в Ленинском районе г. Челябинска у ФИО13 №7 лично не осуществлял. Ему известно, что на данном объекте работал ранее ему знакомый ФИО6, который иногда называл себя ФИО7, у него такое прозвище. Хотя он был на данном объекте два раза, где-то в конце сентября 2024 года. Также ФИО6 один раз взял его сына Свидетель №14 на данный объект, чтобы он помог ФИО6 и учился строительным работам, за это ФИО6 дал его сыну 5000 рублей. Никакие строительные работы по адресу: &lt;...&gt; он вообще не осуществлял, там не был и с ФИО1 на данный адрес не ездил. Показаниями свидетеля Свидетель №17 (т. 8 л.д. 155-159),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подсудимый ФИО1 является ею сожителем. До ареста ФИО3 занимался строительством, она не знает, что и кому он строил, но он содержал их полностью. У нее есть банковская дебетовая карта ПАО «Сбербанк», на которую ей поступают детские пособия, это ее единственный доход в настоящее время, иных поступлений на карту не бывает. Карту она никому не давала. У ФИО1 банковской карты нет. Лично ей никто претензии по результатам работы мужа не предъявлял и ФИО1 ей ничего об этом не рассказывал. Ранее у нее был телефон, с абонентским номером &lt;***&gt;. ФИО13 №1 ей не известна, и она не помнит поступления в сумме 10 000 рублей от этой женщины в ноябре 2023 года на ее банковскую карту. Возможно, ее картой пользовался ФИО1, просто она этого сейчас не помнит. Показаниями свидетеля ФИО33 А.Р. (т. 8 л.д. 23-27),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в начале лета 2023 года, точное время он не помнит, в типографии г. Челябинска, точный адрес вообще не помнит, он заказал около 30 000 листовок с информацией о предоставляемых им услугах по строительству. При этом, на листовке было указано имя «Виктор» и номер телефона №. После получения им данных листовок, он некоторые из них самостоятельно расклеивал в различных районах Челябинской области, а часть из них он принес почтовое отделение в г. Челябинске. При этом между ним и почтовым отделением был заключен договор, по которому данные листовки через почтовое отделение г. Челябинска перенаправлялись в иные почтовые отделения на территории Челябинской области, для дальнейшего распространения. С апреля или мая 2024 года, ему стали звонить клиенты и обращаться по поводу услуг по строительству, но он в тот период времени не мог сам занимать строительством и перенаправлял звонивших ФИО1, которому передавал номер клиента. Никаких денежных средств ему ФИО1 и ФИО6 не передавали. В июне 2024 года, точный период не помнит, он вместе с ФИО6 и ФИО1 ездил на его машине «Хундай Солярис» О 412 СЕ 196 по территории Челябинской области, но куда именно он не помнит. Он был просто в качестве водителя. Сам он с их клиентами вообще не общался, ни о чем с ними не разговаривал. Предъявленная ему следователем листовка, с именем «Виктор» и его абонентским номером, именно та листовка, которую он заказал в типографии. Показаниями свидетеля Свидетель №19 (т. 8 л.д. 164-174),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он проходит службу в Управлении уголовного розыска ГУ МВД России по Челябинской области в должности оперуполномоченного. В ходе исполнения служебных обязанностей, им и сотрудниками отдела УУР ГУ МВД России по Челябинской области проводились оперативно-розыскные мероприятия в отношении ФИО1 и ФИО6 Показаниями свидетеля Свидетель №9 (т. 8 л.д. 43-47),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в середине апреля 2024 в брошюре, которую принесла почтальон, она увидела информацию о том, что строительная бригада проводит строительные работы и делает скидки пенсионерам и инвалидам. После чего, она позвонила, по указанному в брошюре номеру телефона, на звонок ответил мужчина, который представился ФИО28. В ходе разговора с ФИО28, она пояснила ему, что ей необходимы строительные работы и они договорились о встрече. В этот же день около 22 часов 00 минут к ним приехал ФИО28, который представился директором компании по строительным работам. Она сообщила ему, какие нужно будет выполнить строительные работы, а именно: утеплить и укрепить две стены дома, укрепить фундамент дома, со всех сторон дома, сделать подкоп под фундамент, обшить дом сайдингом, демонтировать старую веранду, покрыть крушу бани, обшить стены внутри ДСП, заменить полы, демонтировать старую печь и поставить новую. ФИО28 пояснил, что стоимость указанных работ составит 1 500 000 рублей, в которую входило стоимость выполненных работ, а также покупка строительных материалов. После чего, он уехал и сказал, что приедет на следующий день. На следующий день, возможно это было 19.04.2024 около 12 часов 00 минут к ним приехал ФИО1 и Свидетель №3, которым её дочь ФИО13 №8 сообщила всю строительную работу, которую необходимо было выполнить, на что они сообщили, что стоимость работ будет составлять 1 600 000 рублей, на что они согласились. После чего, ФИО13 №8 составила между ней и ФИО1 простой письменный договор и договорились о том, что 23.04.2024 ФИО13 №8 выплатит им половину стоимости строительных работ, а именно 800 000 рублей. ФИО13 №8 перевела на абонентский номер, указанный ФИО1 денежные средства в сумме 20 000 рублей, для подстраховки. 20.04.2024 к ним приехал ФИО28, который приезжал один в первый раз, и трое мужчин, схожих по внешности с лицами таджикской национальности. ФИО28 попросил заплатить ему еще 300 000 рублей на строительные материалы и оплату рабочим. После чего ФИО13 №8 при помощи мобильного приложения снова перевела денежные средства в размере 250 000 рублей двумя операциями, на абонентский номер, указанный ФИО28. В этот же день трое приехавших рабочих выкопали траншею вокруг дома, и уехали. Далее 22.04.2024 и 23.04.2024 к ним приезжал ФИО1, которому ФИО13 №8 передала денежные средства в размере 530 000 рублей наличными. В этот период времени строительная бригада выполняла какие-то работы, но какие именно она не помнит. Какие-либо строительные материалы к ним никто не привозил, выполняли они работы их инструментами, потому что своих у них не было. Затем в период с начала мая 2024 по середину мая 2024 к ним периодически приезжал ФИО1 и различные рабочие, которые выполняли какие-то строительные работы, при этом делали их некачественно и работали по времени мало. В это период времени ФИО13 №8 передавала ФИО1 денежные средства в размере 200 000 рублей наличными, кроме того, делала переводы различными суммами денежных средств. По истечении времени они поняли, что ФИО1 обманул их, при этом ФИО13 №8 передала наличными денежными средствами, а также осуществляла мобильные переводы денежных средств, на общую сумму 1 022 0000 рублей, хотя по факту ФИО1, строительные работы не доделал, а все что он сделал, было сделано некачественно. Показаниями свидетеля Свидетель №12 (т. 8 л.д. 65-69),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ранее он занимался ремонтом домов и изготовлением мебели. Примерно в июле 2024 года к нему обратилась ФИО13 №8 с просьбой переделать ремонт дома по адресу: &lt;...&gt;, так как ранее ей некачественно отремонтировали дом и веранду. Веранда дома была каркасная, деревянная, с двух сторон доски, а внутри минеральная плита (утеплитель), которая просвечивалась по всему кругу, хотя она должна быть без просветов для тепла помещения, окна на веранде были установлены некачественно, а именно все окна были не запенены, с отверстиями между проемом и окном, и находились соответственно без отделки. Полностью веранду, прилегающую к стене дома, предыдущие работники не разбирали, а оставили крышу и основание в виде двух брусков и к данным брускам прикрутили бруски меньшего размера в виде каркаса, а между ними уложили минеральную плиту (утеплитель) и зашили с обеих сторон досками. В итоге он вместе со своими знакомыми - ФИО40 и ФИО17, снесли веранду и построили новую веранду из газоблока, которая устроила ФИО13 №8 При этом в работе он использовал, как новые, так и старые строительные материалы, которые были демонтированы, по приобретению материалов он предоставлял ФИО13 №8 чеки и квитанции для отчета перед ней. Кроме того, между навесом и баней им была обнаружена пачка сайдинга от предыдущих рабочих, в ней было примерно 12 листов (3 м. на 25 см.). Данный сайдинг он использовал в работе и дополнительно еще докупал, потому что сайдинга не хватало. При этом, сайдинг на доме установлен был некачественно, расстояние между брусками было по факту от 1 метра до 1,5 метра, а должно быть 50-60 см. Утеплитель был положен только по нижней части дома, а договаривались с рабочими полностью весь дом утеплить, со слов ФИО13 №8 Также им было обнаружено, что вместо профиля использовали брусок 40*40 или 50*50. Практически это расстояние было сделано неправильно, положено при правильной работе от 50 до 60 см, а на самом деле было от 1-1,5 метров. Откосы на окнах и отливы сделаны были из обрезков сайдинга, что было неправильным, выглядело не эстетично и при дождевых осадках дождь бы заливался под сайдинг на стены дома, что впоследствии бы привело к разрушению стены дома. Отливов на окнах не было установлено, все сделано было из обрезков. Они полностью демонтировали сайдинг с дома и вместо деревянных брусков сделали, как положено, металлические профиля. Также они докупили сайдинг, соединители на сайдинг, и сделали фронтоны сайдингом. Они также полностью сделали все отливы на фундаменте, которых не было. Что касается фундамента, то предыдущими рабочими был отремонтирован фундамент, а материала было потрачено в 2 раза больше по непонятным ему причинам. По факту фундамент был сделан почти по 70 - 80 см., хотя его достаточно 25 см. По объяснениям ФИО41, приезжали две машины бетоновоза и заливали фундамент, то есть, по его мнению, ею были потрачены лишние денежные средства. На веранде полы были сделаны предыдущими рабочими из доски-сороковки, но через доску было видно улицу, землю. Двери были установлены дешёвые, низкого качества, точно не утепленные, хотя со слов ФИО13 №8, была договоренность с предыдущими рабочими, на нормальную утепленную дверь. Окна были установлены однокамерные, то есть если на веранде будет тепло, то данные окна не подойдут, потому что будут пропускать тепло, таким образом, все сделано было с использованием самых дешёвых материалов. Показаниями свидетеля Свидетель №1 (т. 8 л.д. 48-51; т. 8 л.д. 52-55),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в конце апреля 2024 года, точную дату она не помнит, ФИО1 попросил у нее ее банковскую карту ПАО «Сбербанк», на лицевой счет которой ей ежемесячно поступают денежные средства от пособий на детей. ФИО1 сказал ей, что у него нет никаких карт, а ему кто-то должен перевести денежные средства за выполненную им работу. Ей было известно, что ФИО1 занимается строительством, и она дала ему свою карту, сообщив пин-код от карты. Вечером этого же дня ФИО1 вернул ей ее карту. Несколько раз, ФИО1 по телефону предупреждал её, что на её банковский счет поступят денежные средства от его клиентов за выполненную им работу, которые необходимо перевести на другой счет или абонентский номер. Показаниями несовершеннолетнего свидетеля ФИО33 Д.Н. (т. 8 л.д. 93-97),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летом 2024 года он ездил с ФИО1 два раза на объекты строительства. Они ездили с в г. Карталы и в с. Варна, адреса не помнит, с ними были рабочие таджикской национальности. Он был в качестве разнорабочего на объектах, подавал доски, инструменты. ФИО1 привозил инструменты: болгарку, молотки, бензопилу, шуруповерты. Он сам выгружал материалы: доски, пеноблоки, которые привозили на манипуляторе. Это было в Варне. Он не помнит, кто что делал из них на участке, но ФИО1 тоже работал. Хозяев на тех участках он не видел. По окончании работ ФИО1 ему платил 7 000 рублей в день, кроме того, кормил его на свои деньги. В один из дней лета 2024 года ФИО1 попросил дать попользоваться его банковскую дебетовую карту ПАО «Сбербанк», он ему ее дал. Показаниями свидетеля Свидетель №20 (т. 8 л.д. 175-177),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03.02.2025 около 11 часов 30 минут, он участвовал в качестве понятого при проведении следственного действия - предъявление для опознания по фотографии, данное следственное действие проходило в доме № 1 «а» по ул. 9 мая в п. Бреды Челябинской области. В проведении данного следственного действия, участвовали вторая понятая и опознающее лицо - ФИО13 №10 В проведения указанного следственно действия, ФИО13 №10 было предъявлено три фотографии, расположенные под номерами: 1,2,3. ФИО13 №10 указала на молодого человека, указанного на фото № 2 и пояснила, что на указанной фотографии расположен ФИО1, с которым она ранее лично была знакома, в период с 30.06.2024 по 04.07.2024, который неоднократно был у нее дома, так как занимался строительными работами. Показаниями свидетеля Свидетель №10 (т. 8 л.д. 56-60),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ее знакомый ФИО13 №5 является инвалидом по зрению, имеет первую группу инвалидности. В июне 2024 года, в почтовом отделении, расположенном в с. Лейпциг Варненского района Челябинской области ФИО13 №5 увидел рекламную листовку с объявлением о выполнении строительных работ, о чем позднее рассказал ей и показал данную листовку. В ней было указано о выполнении качественного, быстрого и недорогого ремонта, скидке пенсионерам и инвалидам, а также был указан абонентский №. После чего, ФИО13 №5, в ее присутствии позвонил по данному абонентскому номеру, указанному в листовке. Трубку взял мужчина, который спросил у ФИО13 №5 его адрес. После чего, 08.07.2024 около 16 часов 00 минут к нему приехали двое мужчин, которые представились, как ФИО20 и ФИО28, они вместе с ФИО13 №5 прошли вокруг дома, осмотрели дом. ФИО13 №5 озвучил объем необходимых работ. ФИО20 сообщил, что все строительные работы, плюс их работа, а также их строительные материалы, с учетом скидки, как инвалиду будет стоить 430 000 рублей. ФИО13 №5 согласился, после чего она написала текст, который ей диктовал ФИО20. Также ФИО20 передал ей свое водительское удостоверение, откуда она узнала его данные ФИО1. Лев сообщил, что ему нужна предоплата в размере 100 000 рублей, а именно на приобретение строительных материалов. ФИО13 №5 согласился. После чего, она совместно с ФИО13 №5, ФИО18 и ФИО28 на их автомобиле поехали в с. Варна Варненского района Челябинской области в отделение ПАО «Сбербанк», где ФИО13 №5 снял со своего банковского счета 50 000 рублей, и передал их ФИО1 Затем ее и ФИО13 №5 довезли до дома, и уехали. ФИО1 сказал, что они приступят к выполнению строительных работ на следующий день, то есть 09.07.2024. На следующий день, то есть 09.07.2024 около 19 часов 00 минут ей от ФИО13 №5 стало известно, что 09.07.2024 примерно около 16 часов 00 минут к нему приехал ФИО1, который привез с собой двух лиц таджикской национальности, то есть рабочих, которые вытащили тряпки из щелей бревен дома, зачистили кору. 10.07.2024 около 15-16 часов к ФИО13 №5 приехали ФИО1, ФИО28 и еще один мужчина, который представился именем Борис. После этого Борис стал выполнять работы, а именно он один металлической щеткой частично зашкурил кору, частично срезал предыдущую монтажную пену, частично обработал пропиткой. При этом с собой ФИО1 привез в тот день монтажную пену, две баночки пропитки, которой хватило на 1,5 стены дома и небольшое количество веревки. Пока Борис выполнял работы, ФИО1 и ФИО28 куда-то уезжали, потом вернулись. Затем, ФИО1 сказал ФИО13 №5, что нужно снова заплатить 50 000 рублей за покупку строительных материалов. Тогда, она, ФИО13 №5, ФИО1 и ФИО28 снова поехали в вышеуказанное отделение ПАО «Сбербанк РФ», где ФИО13 №5 снова снял со своего лицевого счета 50 000 рублей, которые передал ФИО1 Потом ФИО1 уехал, сказав, что они снова приедут на следующий день. В течении последующих нескольких дней, никто к ФИО13 №5 не приезжал, а по телефону ФИО1 говорил, что ему пока некогда, у него какие-то дела, что еще где-то работает. Затем она разговаривала с ФИО1 по телефону несколько раз звонила, при этом, ФИО1 ей говорил тоже самое, постоянно обещая, что приедет вместе с рабочими и выполнит все строительные работы. Примерно в середине июля 2024 после обеда, к ФИО13 №5, приехали снова ФИО1, ФИО28 и еще один мужчина, который представился ей Виктором. ФИО1 снова стал просить у ФИО13 №5 денежную сумму в размере 50 000 рублей на приобретение лака и оплату рабочим. ФИО13 №5 снова поверил ФИО1, после чего, они снова все вместе поехали в отделение ПАО «Сбербанк РФ», в с. Варна, где ФИО13 №5 снял со своего лицевого счета 50 000 рублей, передал их ФИО1, после чего он уехал. На протяжении июля 2024 года к ФИО13 №5 снова никто не приезжал. При этом ФИО13 №5 часто звонил ФИО1 на его абонентский номер, который иногда отвечал, а когда брал трубку, то все время обещал, что приедет. Она также звонила ФИО1., высказывая свое недовольство, при этом говорила, что в противном случае, они обратятся в полицию. Но ФИО1 отговаривал ее, просил этого не делать, говорил, что приедет и все доделает, но так и не приезжал. Затем, 09.08.2024 во второй половине дня к ФИО13 №5 приехали ФИО28, Виктор и Борис, которые привезли с собой несколько баллонов монтажной пены, баночки с пропиткой. После чего, они втроем на протяжении нескольких часов обработали около 1,5 стены пропиткой, небольшой участок запенили пеной. Больше ничего не делали. Далее, Виктор сказал при ней ФИО13 №5, что ФИО3 снова нужно 50 000 рублей, чтобы отремонтировать автомобиль. После чего, ФИО13 №5 со своего банковского счета перевел на указанный Виктором абонентский номер телефона &lt;***&gt; рублей, получателем высветилась Свидетель №1, а 2000 рублей отдал Виктору наличными. После чего, она также перевела со своего лицевого счета на указанный Виктором абонентский номер телефона, принадлежащие ФИО13 №5 денежные средства в сумме 40 000 рублей. Далее, 11.08.2024, 12.08.2024, 17.08.2024 и 21.08.2024 к ФИО13 №5 снова приезжал ФИО1 вместе с рабочими. При этом в эти дни они работали по 2-3 часа. За весь этот период времени рабочие пропитали бревна дома, немного запенили и обрезали пену, но лаком так и ничего и не покрыли. При этом ФИО1 все время говорил, что лак будет обязательно, но позже, по факту его так и не привез. Никакого строительного материала у них по факту не было, они осуществляли работы с использованием ранее привезенного строительного материала. Каждый раз ФИО1 снова просил у ФИО13 №5 денежные средства на строительный материал. После чего, ФИО13 №5 в эти дни с ней ездил с ней снова в банкомат, где снимал деньги, которые передавал ФИО1, каждый раз по 50 000 рублей. Также, в крайний раз 21.08.2024 ФИО13 №5 снял снова 50 000 рублей, которые передал ФИО1, а затем, с банкомата в этот же день, то есть 21.08.2024, снова по указанию ФИО1 перевел 30 000 рублей, на указанный последним абонентский номер телефона, то есть полностью рассчитался с ним. После этого, ФИО1 и никто от него больше к ФИО13 №5 вообще не приезжали. По факту строительные работы не были выполнены практически вообще, никакие строительные материалы ФИО1 по факту не привозил. ФИО13 №5 после этого постоянно звонил ФИО1, который вводил его в заблуждение, а один раз вообще сказал, что «всех обманывают, и я обманул» и работы доделывать не собирается. Она сама лично присутствовала при данном разговоре. Таким образом, за все это время, ФИО13 №5 передал ФИО1 денежную сумму, в размере 430 000 рублей, который обманул ФИО13 №5, а также обманывал весь вышеуказанный период времени. Показаниями свидетеля Свидетель №16 (т. 8 л.д. 124-127),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29.03.2024 у её подруги ФИО13 №6 в доме по адресу: &lt;...&gt;, случился пожар. В июне 2024 года ФИО13 №6 рассказала ей, что она договорилась о ремонте дома с бригадой строителей, которых нашла по объявлению в рекламной листовке из отделения почты, за 500 000 рублей. Также со слов, ФИО13 №6 ей известно, что она сразу передала главному из данной бригады ФИО1 денежную сумму в размере 250 000 рублей. Потом ФИО13 №6 рассказывала ей, что протяжении периода с июня 2024 года по сентябрь 2024 года она постоянно передавала ФИО1 денежные средства различными суммами, всегда наличными, хотя по факту в полном объеме ремонтно-строительные работы в доме выполнены не были. А те работы, которые были сделаны, были не качественные. Она лично видела, что бригада рабочих что-то выполняла, и что некоторые строительные материалы были не новые и некачественные, в частности некоторые доски для пола были гнилые, с плесенью. В начале сентября 2024 года ФИО1 с рабочими вовсе перестали приезжать. При ней, ФИО13 №6 звонила ФИО1, у которого все время находились какие-то непонятные причины, а затем и он сказал, что не хочет ехать, и рабочие тоже не хотят. Показаниями свидетеля Свидетель №7 (т. 8 л.д. 33-37), данными ею в ходе предварительного следствия и оглашенными в судебном заседании, с согласия участников процесса, в соответствии со ст. 281 УПК РФ , которые аналогичны показания потерпевшего ФИО13 №2 Показаниями свидетеля Свидетель №2 (т. 7 л.д. 238-241),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летом 2024 года её дочь ФИО13 №3 решила убрать старый сарай и построить новый на территории по вышеуказанному адресу. Для этих целей, ФИО13 №3 по объявлению нашла строителей, созвонилась с ними. После чего в сентябре 2024 года к ним приехали двое мужчин, с которыми общалась сама ФИО13 №3, которая договорилась о сносе старого сарая и постройке на его месте нового сарая. При этом, ФИО13 №3 в качестве аванса заплатила данным лицам денежную сумму в размере 150 000 рублей, затем после выполнения строительных работ должна была заплатить оставшуюся суму в размере 150 000 рублей. Но по итогу никто из рабочих не приехал, строительные материалы вообще не привезли, к выполнению строительных работ даже не приступили. Показаниями свидетеля Свидетель №11 (т. 8 л.д. 61-64),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со слов ФИО13 №3 ей известно, что последняя вместе с мужем решили убрать старый сарай и построить новый, по месту их проживания. ФИО13 №3 также рассказала ей, что в конце августа 2024 года в почтовом ящике увидела рекламную листовку с объявлением о выполнении строительных работ. В листовке было указано о выполнении качественного, быстрого и недорогого ремонта, скидке пенсионерам и инвалидам, а также был указан определенный абонентский номер телефона, по которому ФИО13 №3 позвонила и договорилась с кем-то о проведении ремонтных работ. Затем, ФИО13 №3 рассказывала ей, что по поводу проведении строительных работ, к последней приехал мужчина, с которым был заключен простой письменный договор, по которому данный мужчина должен был отремонтировать сарай, используя свои строительные материалы, при этом ФИО13 №3 сразу заплатила ему денежную сумму в размере 150 000 рублей. Также ей сало известно от ФИО13 №3, что после оплаты данной денежной суммы, этот мужчина больше вообще не приезжал, ни одного инструмента или строительного материала не привез, к работам вообще никто даже не приступил. Данные этого мужчины ФИО13 №3 ей не называла, он с ним лично также не общалась. После чего, ФИО13 №3 рассказала ей, что данный мужчина обманным образом завладел, таким образом, денежными средствами, в размере 150 000 рублей, принадлежащими ФИО13 №3, обманывая последнюю на протяжении продолжительного периода времени, хотя была договоренность, что он выполнит все работы в течении одной недели, при этом им ничего не выполнено, работы не начинались, не было привезено ни одного строительного материала. Показаниями свидетеля Свидетель №4 (т. 8 л.д. 1-7), данными ею в ходе предварительного следствия и оглашенными в судебном заседании, с согласия участников процесса, в соответствии со ст. 281 УПК РФ , которые аналогичны показаниями потерпевшего ФИО13 №7 Показаниями несовершеннолетнего свидетеля Свидетель №15 (т. 8 л.д. 116-120),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его отец ФИО6, который занимается строительством домов, брал его с собой на работу раза два. А также ФИО1 раза два брал его с собой. На работе с ними он замешивает цемент, что-то подает или ломает, то есть занимается демонтажом. Примерно летом 2024 года, точно не помнит, он ездил с ФИО16 два раза на объекты его строительства по г. Челябинску. На оба объекта, где он был с ФИО1, при нем привозили стройматериалы, и он помогал их разгружать (доски, фанеру, метталлические листы), привозили их на Газели. С отцом он также ездил на его объекты в г. Челябинске, туда также привозили стройматериалы, и он помогал их разгружать. Отец также на объектах занимался демонтажом и другим. На объекты отца привозили стойматериалы, которые он помогал разгружать. Отец привозил с собой инструменты. Он в данных работах был просто разнорабочим. У него есть дебетовая банковская карта ПАО «Сбербанк», которой иногда пользовался его отец. Показаниями свидетеля Свидетель №8 (т. 8 л.д. 38-42), данными им в ходе предварительного следствия и оглашенными в судебном заседании, с согласия участников процесса, в соответствии со ст. 281 УПК РФ , согласно которых в середине сентября 2024 года его сестра ФИО13 №9 решила отремонтировать дом, расположенный по адресу: &lt;...&gt;, а именно отремонтировать крышу и потолок в пристрое. Для этого ФИО13 №9 договорилась с бригадой рабочих, о которых она узнала из рекламной листовки. 01.10.2024 ему позвонила ФИО13 №9, и пояснила, что бригада рабочих приехала. Он подошел к указанному дому, где были трое ранее ему не знакомых мужчин. Один из которых по внешности был похож на армянина или грузина, два других по внешности были схожими с цыганами. После чего, с указанными мужчинами они прошли в дом, осмотрели изнутри, а затем снаружи, в области крыши. Он озвучил им какие необходимо выполнить строительные работы. При этом самым активным был ФИО3, с которым в основном он и общался. Затем ФИО3 позвонил ФИО13 №9 и сообщил, что стоимость строительных работ будет составлять 60 000 рублей, в указанную стоимость, со слов ФИО1 входила сама работа, оплата рабочим, а также приобретение необходимых строительных материалов. По истечении времени, он пришел в указанный дом и увидел работу, проведенную строителями, которой, остался крайне не доволен, старый шифер с крыши вообще снят не был, новые перекрытия постелены не были, а на старый шифер просто были прикручены два листа профнастила. Об этом он сразу же сообщил ФИО13 №9, а именно о том, что по факту строительные работы не были выполнены. В ходе разговора с ФИО13 №9, от последней ему стало известно, что за указанную некачественную работу она перевела ФИО1 денежные средства в размере 60 000 рублей. Показаниями свидетеля Свидетель №13 (т. 8 л.д. 78-81), данными ею в ходе предварительного следствия и оглашенными в судебном заседании, с согласия участников процесса, в соответствии со ст. 281 УПК РФ , согласно которых в середине сентября 2024 года ее мама - ФИО13 №9 решила отремонтировать дом, расположенный по адресу: &lt;...&gt;, а именно крышу и потолок в пристрое. Для этого ФИО13 №9 01.10.2024 договорилась с бригадой рабочих, о которых она узнала из рекламной листовки. После чего приехал мужчина, который представился Львом, вместе с двумя рабочими. При этом ее дядя Свидетель №8 обговорил с мужчиной по имени ФИО20 все условия выполнения ремонтных работ. В этот же день, то есть 01.10.2024 после 13 часов 00 минут, ей позвонила ФИО13 №9 и попросила отправить ей денежные средства в размере 60 000 рублей, на определенный абонентский номер. При этом, ФИО13 №9 сообщила ей, что работы уже все выполнены и данную денежную сумму необходимо отправить за данные работы. Также ФИО13 №9 сообщила ей, что получила фотографию выполненных работ, которая устроила её. Она по просьбе матери через «Сбербанк-онлайн» перевела со своего счета, на указанный ФИО13 №9 абонентский номер денежную сумму в размере 60 000 рублей, которые поступили получателю Свидетель №1 - №. Данные денежные средства принадлежали ФИО13 №9 Через какое-то время ей позвонила ФИО13 №9 и сказала, что по факту строительные работы практически не были выполнены, старый шифер вообще не был снят, новые перекрытия не постелены, а на старый шифер просто прикрутили два новых трехметровых профлиста. Ущерб в размере 60 000 рублей, для ФИО13 №9 является значительным, так как пенсия последней составляет 37 000 рублей, иных источников дохода нет, живет только на свой доход. В собственности у ФИО13 №9 имеется только дом в с. Демарино Пластовского района Челябинской области. Кроме того, виновность подсудимых ФИО1 и ФИО6 в отношении потерпевшего ФИО13 №7 также подтверждается: - протоколом принятия устного заявления от 31.10.2024, в котором ФИО13 №7 просит привлечь к уголовной ответственности неустановленных лиц, которые в период с сентября 2024 года до 31.10.2024, путем обмана и злоупотребления доверием, похитили денежные средства в размере 342 600 рублей, причинив ему крупный ущерб (т. 1 л.д. 221); - протоколом осмотра места происшествия от 20.12.2024, согласно которому с участием потерпевшего ФИО13 №7 и специалиста ФИО43 осмотрен земельный (садовый) участок № 851, расположенный по ул. Абрикосовая, в СНТ «Сигнал-2» в Ленинском районе г. Челябинска, принадлежащий потерпевшему ФИО13 №7 (т. 2 л.д. 171-175); - заключением специалиста от 27.12.2024, согласно которому, с участием специалиста ФИО43 2012.2024 по адресу: Челябинская область, г. Челябинск, Ленинский район, СНТ «Сигнал-2», ул. Абрикосовая, проведен осмотр работ на участке № 851. На момент осмотра установлено, что фактически со слов потерпевшего ФИО13 №7 было выполнено следующее: частичная кладка стен первого этажа, не более 8 рядов из шлакоблока и один ряд из красного кирпича 125х65х250 (полнотелый кирпич). Оставшиеся работы, установленные в ходе выполнения проведения данного осмотра выполнены силами потерпевшего ФИО13 №7 с привлечением иного подрядчика (т. 2 л.д. 176-181); - протоколом выемки с фототаблицей, согласно которому 26.11.2024 у ФИО6 в ГСУ ГУ МВД России по Челябинской области изъят мобильный телефон мобильный телефон &lt;данные изъяты&gt; IMEI № IMEI № SN № (т. 5 л.д. 58-62); - протоколом осмотра предметов с фототаблицей, согласно которому осмотрен мобильный телефон марки «&lt;данные изъяты&gt; IMEI № IMEI № SN № изъятый в ходе проведения выемки 26.11.2024 у ФИО6 в ГСУ ГУ МВД России по Челябинской области (т. 5 л.д. 63-66); - постановлением о признании и приобщении вещественного доказательства - мобильного телефона марки «REALME» RMX3834 IMEI № IMEI № SN ON14620124101124, изъятого в ходе проведения выемки 26.11.2024 у ФИО6 в ГСУ ГУ МВД России по Челябинской области (т. 5 л.д. 67-68); - протоколом выемки с фототаблицей, согласно которому 31.10.2024 в ОМВД РФ по Варненскому району Челябинской области у ФИО1 изъят мобильный телефон марки «&lt;данные изъяты&gt; A8» в корпусе синего цвета IMEI № IMEI №, с которого на диск CD-R записана детализация звонков абонента номера телефона № (т. 5 л.д. 70-75); - протоколом осмотра предметов с фототаблицей от 05.11.2024, согласно которому осмотрены мобильный телефон марки «&lt;данные изъяты&gt;» в корпусе синего цвета IMEI №, изъятый 31.10.2024 в ОМВД РФ по Варненскому району Челябинской области у ФИО1 и диск CD-R– оптический носитель информации, на котором записана детализация звонков абонента номера телефона &lt;***&gt; с мобильного телефона марки «&lt;данные изъяты&gt;+», принадлежащего ФИО1 (т. 5 л.д. 76-79); - протоколом осмотра предметов с фототаблицей от 28.12.2024, согласно которому осмотрены мобильный телефон марки «&lt;данные изъяты&gt;» в корпусе синего цвета IMEI №, изъятый 31.10.2024 в ОМВД РФ по Варненскому району Челябинской области у ФИО1 и диск CD-R– оптический носитель информации, на котором записана детализация звонков абонента номера телефона &lt;***&gt; с мобильного телефона марки «№ принадлежащего ФИО1 (т. 5 л.д. 80-91); - постановлением о признании и приобщении вещественных доказательств - мобильного телефона марки &lt;данные изъяты&gt;» в корпусе синего цвета IMEI №, изъятого 31.10.2024 в ОМВД РФ по Варненскому району Челябинской области у ФИО1 и диска CD-R– оптический носитель информации, на котором записана детализация звонков абонента номера телефона &lt;***&gt; с мобильного телефона марки «&lt;данные изъяты&gt;+», принадлежащего ФИО1 (т. 5 л.д. 92-93); - протоколом выемки, согласно которому 26.11.2024 у ФИО1 в ГСУ ГУ МВД России по Челябинской области изъят мобильный телефон марки «&lt;данные изъяты&gt;» в корпусе синего цвета IMEI1 №|01 IMEI2 № (т. 5 л.д. 110-114); - протоколом осмотра предметов с фототаблицей, согласно которому осмотрен мобильный телефон марки «&lt;данные изъяты&gt; в корпусе синего цвета IMEI1 №|01 IMEI2 №, изъятый в ходе проведения выемки 26.11.2024 у ФИО1 в ГСУ ГУ МВД России по Челябинской области. В ходе осмотра установлено, что при просмотре папки «Контакты» обнаружен телефонный номер потерпевшей ФИО13 №3 (тел.№). При просмотре папки «Галерея» обнаружены личные фото ФИО1, фото банковской карты Сбербанк ROMANPETROV 2202 2062 5194 9611 от 02.11.2024, фото личного паспорта ФИО1 и его водительского удостоверения № (т. 5 л.д. 115-118); - постановлением о признании и приобщении вещественного доказательства - мобильного телефона марки &lt;данные изъяты&gt;» в корпусе синего цвета IMEI1 №|01 IMEI2 №, изъятого в ходе проведения выемки 26.11.2024 у ФИО1 (т. 5 л.д. 119-120); - протоколом выемки с фототаблицей, согласно которой в помещении ГСУ ГУ МВД России по Челябинской области, у несовершеннолетнего свидетеля Свидетель №15 произведена выемка банковской карты ПАО «Сбербанк» №. В ходе выдачи банковской карты Свидетель №15 пояснил, что указанной картой пользовался его отец ФИО6 (т. 5 л.д. 188-192); - протоколом осмотра предметов с фототаблицей, согласно которому осмотрена банковская карта ПАО «Сбербанк» №, изъятая в ходе проведения выемки у несовершеннолетнего свидетеля Свидетель №15 (т. 5 л.д. 193-195); - постановлением о признании и приобщении вещественного доказательства - банковской карты ПАО «Сбербанк» №, изъятой в ходе проведения выемки у несовершеннолетнего свидетеля Свидетель №15 (т. 5 л.д. 196-197); - протоколом выемки с фототаблицей, согласно которому в помещении ГУ МВД России по Челябинской области, у потерпевшего ФИО13 №7 произведена выемка DVD-R – диска, с содержащейся на нем бумажными носителями, фото и видеоматериалами, подтверждающими совершение в отношении последнего мошеннических действий (т. 5 л.д. 200-204); - протоколом осмотра предметов с фототаблицей, согласно которому осмотрен DVD-R – диск с бумажными носителями, фото и видеоматериалами, подтверждающими совершение в отношении ФИО13 №7 мошеннических действий в период с сентября 2024 года по октябрь 2024 (т. 5 л.д. 205-230); - постановлением о признании и приобщении вещественного доказательства - DVD-R – диска с бумажными носителями, фото и видеоматериалами, подтверждающими совершение в отношении ФИО13 №7 мошеннических действий (т. 5 л.д. 231-232); - протоколом осмотра предметов с фототаблицей, согласно которому с участием потерпевшего ФИО13 №7 осмотрен DVD-R – диск с бумажными носителями, фото и видеоматериалами, подтверждающими совершение в отношении него мошеннических действий (т. 5 л.д. 233-237); - копией договора подряда на строительство жилого дома (коттеджа) от 26.01.2024, согласно которого ФИО19 (он же ФИО6), являющийся подрядчиком и ФИО13 №7, являющийся заказчиком, составили договор о строительстве на участке, расположенном по адресу: г. Челябинск, СНТ «Сигнал-2», участок № 851, двухэтажного дома, площадью 70 кв.м. В указанном договоре прописаны технические состояния на момент сдачи объекта строительства, срок передачи объекта – 28.10.2024, цена договора на момент его заключения составила 730 000 рублей (т. 5 л.д. 246-250); - копиями трех расписок о получении денежных средств за строительные материалы и работы по стройке двухэтажного жилого дома. Согласно расписки № 1 ФИО19 (он же ФИО6) получил от ФИО13 №7 денежные средства в размере 22&lt;***&gt; рублей; согласно расписки № 2 ФИО19 (он же ФИО6) получил от ФИО13 №7 денежные средства в размере 80 000 рублей; согласно расписки № 3 ФИО19 (он же ФИО6) получил от ФИО13 №7 денежные средства в размере 137 000 рублей (т. 5 л.д. 251); - протоколом осмотра предметов с фототаблицей, согласно которому осмотрены: копия договора подряда на строительство жилого дома (коттеджа) от 26.01.2024, и копии трех расписок о получении денежных средств за строительные материалы и работы по стройке двухэтажного жилого дома (т. 5 л.д. 252-254); - постановлением о признании и приобщении вещественных доказательств – копии договора подряда на строительство жилого дома (коттеджа) от 26.01.2024, заключенного между ФИО19 (он же ФИО6) и ФИО13 №7 и копий расписок о получении денежных средств ФИО6 за строительные материалы и работы по стройке двухэтажного жилого дома, всего в количестве 3-х штук (т. 5 л.д. 255); - протоколом осмотра предметов с фототаблицей, согласно которому с участием ФИО1 произведен осмотр DVD-R – диска с содержащейся на нем информацией, а именно бумажными носителями, фото и видеоматериалами, подтверждающей совершение в отношении ФИО13 №7 мошеннических действий (т. 7 л.д. 50-53); - протоколом выемки с фототаблицей, согласно которому в помещении УНК ГУ МВД России по Челябинской области, у потерпевшего ФИО13 №7 произведена выемка копии листа бумаги формата А – 4, с информацией о реквизитах счета, оформленных на имя Свидетель №4, копии листа бумаги формата А – 4, на котором имеется информация о банковской карте, оформленной на имя Свидетель №4, копии чеков по операциям, находящиеся на двух листах бумаги формата А – 4 (т. 7 л.д. 181-184); - протоколом осмотра предметов с фототаблицей, согласно которому осмотрены копия листа бумаги формата А – 4, с информацией о реквизитах счета, оформленных на имя Свидетель №4, копия листа бумаги формата А – 4, на котором имеется информация о банковской карте, оформленной на имя Свидетель №4, копия чеков по операциям, находящиеся на двух листах бумаги формата А – 4 (т. 7 л.д. 185-193); - постановлением о признании и приобщении вещественных доказательств - копии листа бумаги формата А – 4, с информацией о реквизитах счета, оформленных на имя Свидетель №4; копии листа бумаги формата А – 4, на котором имеется информация о банковской карте, оформленной на имя Свидетель №4; копии чеков по операциям, находящиеся на двух листах бумаги формата А – 4 (т. 7 л.д. 194-195). Также, виновность подсудимого ФИО3 подтверждается: в отношении потерпевшей ФИО13 №1: - протоколом принятия устного заявления от 13.01.2025, в котором ФИО13 №1 просит привлечь к уголовной ответственности неизвестных лиц, которые в период с 12.11.2023 по 26.11.2024, действуя группой лиц по предварительному сговору, под предлогом исполнения строительства жилого дома от 13.11.2023, находясь на территории г. Челябинска, похитили принадлежащий ей автомобиль «Тойота Виста», 1999 года выпуска, стоимостью 400 000 рублей и денежные средства в размере 60 000 рублей, чем причинили ей ущерб в крупном размере на общую сумму 460 000 рублей. Желает установить виновных лиц, возместить причиненный материальный ущерб, привлечь виновных лиц к уголовной ответственности (т. 2 л.д. 79-80); - протоколом осмотра места происшествия от 14.01.2025, согласно которому, с участием потерпевшей ФИО13 №1, начальника отделения ЭКЦ ГУ МВД России по Челябинской области ФИО44 и специалиста ФИО43 осмотрен участок № 31 дороги № 28 в ТСН «Тракторосад-3» в Тракторозаводском районе г. Челябинска (т. 2 л.д. 215-219); - заключением специалиста от 17.01.2025, согласно которому, с участием начальника отделения ЭКЦ ГУ МВД России по Челябинской области ФИО44 и специалиста ФИО43 14.01.2025 по адресу: Челябинская область, г. Челябинск, ТСН «Тракторосад-3», дорога № 28, участок № 31 проведен осмотр территории участка. В ходе осмотра установлено, что на участке произведен снос хозяйственной постройки, закуплен строительный материал, а именно: шестиметровые доски, двухметровые обрезки горбыля, ОСБ-плиты, габаритами 2,5х 1,5 метра. Строительство дома не производилось. Иные работы не заявлены (т. 2 л.д. 220-223); - протоколом выемки с фототаблицей, согласно которого у потерпевшей ФИО13 №1 произведена выемка СD-R – диска, с содержащейся на нем информацией, подтверждающей совершение в отношении нее мошеннических действий со стороны ФИО1 и иных неустановленных лиц (т. 6 л.д. 21-25); - протоколом осмотра предметов с фототаблицей, согласно которому осмотрен СD-R – диск, с содержащейся на нем информацией, а именно видеоматериалами, подтверждающими совершение в отношении потерпевшей ФИО13 №1 мошеннических действий со стороны ФИО1 и иных неустановленных лиц, в период с ноября 2023 года по сентябрь 2024 года (т. 6 л.д. 26-28); - постановлением о признании и приобщении вещественного доказательства -СD-R – диска с видеоматериалами, подтверждающими совершение в отношении потерпевшей ФИО13 №1 мошеннических действий (т. 6 л.д. 29-30); - протоколом осмотра предметов с фототаблицей, согласно которому с участием потерпевшей ФИО13 №1, осмотрен СD-R – диск, с видеоматериалами, подтверждающими совершение в отношении потерпевшей ФИО13 №1 мошеннических действий со стороны ФИО1 и иных неустановленных лиц, в период с ноября 2023 года по сентябрь 2024 года, с причинением последней, ущерба в крупном размере, на сумму 460 000 рублей (т. 6 л.д. 31-33); - протоколом осмотра предметов, согласно которому осмотрен оптический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свидетельствующей о противоправной деятельности ФИО1 и иных неустановленных лиц, заключающейся в причастности совершения мошеннических действий со стороны последних при оказании строительно-ремонтных работ в отношении жителей г. Челябинска и Челябинской области (т. 6 л.д. 44-88); - постановлением о признании и приобщении вещественного доказательства - оптического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89-90); - протоколом осмотра предметов с фототаблицей, согласно которому осмотрены компакт-диск CD-R в корневом каталоге которого находятся файлы, являющиеся скриншотами, произведенные потерпевшей ФИО13 №1 с находящегося в ее пользовании мобильного телефона и копия договора, составленного 13.11.2023 в простой письменной форме между ФИО13 №1 и ФИО1 о выполнении строительных работ ФИО1 и иными лицами по адресу: Челябинская область, г. Челябинск, ТСН «Тракторосад-3», дорога № 28, участок № 31 (т. 6 л.д. 143-176); - постановлением о признании и приобщении вещественных доказательств - компакт-диска CD-R со скриншотами, произведенными потерпевшей ФИО13 №1 с находящегося в ее пользовании мобильного телефона и копии договора, составленного 13.11.2023 в простой письменной форме между ФИО13 №1 и ФИО1 (т. 6 л.д. 177-178); - протоколом выемки с фототаблицей, согласно которого у потерпевшей ФИО13 №1 произведена выемка выписки по счету дебетовой карты, оформленной на имя ФИО13 №1, предоставленной ПАО «Сбербанк России», а также реквизитов по лицевому счету, оформленному на ФИО13 №1, предоставленных из ПАО «Сбербанк» (т. 7 л.д. 76-87); - протоколом осмотра предметов с фототаблицей, согласно которому осмотрены выписка по счету дебетовой карты, оформленной на имя ФИО13 №1, предоставленной ПАО «Сбербанк России», а также реквизиты по лицевому счету, оформленному на ФИО13 №1, предоставленные из ПАО «Сбербанк» (т. 7 л.д. 88-92); - постановлением о признании и приобщении вещественных доказательств - выписку по счету дебетовой карты, оформленную на имя ФИО13 №1, предоставленную ПАО «Сбербанк России», и реквизиты по лицевому счету, оформленному на ФИО13 №1, предоставленные из ПАО «Сбербанк» (т. 7 л.д. 93-94); - протоколом осмотра предметов с фототаблицей, согласно которому с участием ФИО1 произведен осмотр СD-R – диска, с содержащейся на нем информацией, а именно видеоматериалами, подтверждающими совершение в отношении потерпевшей ФИО13 №1 мошеннических действий (т. 10 л.д. 35-39); - постановлением о признании и приобщении вещественного доказательства - автомобиля «Тойота Виста Ардео» с государственным регистрационным знаком &lt;***&gt; регион (т. 11 л.д. 12-13);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№8: - протоколом принятия устного заявления ФИО13 №8 от 28.05.2024, в котором она просит провести разбирательство и принять меры к строительной бригаде, которые выполнили некачественный ремонт в доме, по месту ее проживания, по адресу: &lt;...&gt; (т. 2 л.д. 11); - протоколом осмотра места происшествия от 24.12.2024, согласно которому, с участием потерпевшей ФИО13 №8, свидетеля Свидетель №9 и специалистов ФИО43, ФИО45 осмотрен жилой дом, расположенный по адресу: &lt;...&gt; (т. 2 л.д. 200-205); - заключением специалиста от 27.12.2024, согласно которому, с участием специалистов ФИО43, ФИО45 24.12.2024 по адресу: &lt;...&gt; проведен осмотр дома и прилегающих к нему строений. На момент осмотра установлено, что все работы, за исключением фундамента дома и обшивки бани, частично или полностью переделывались иной организацией. По окончании проведения осмотра, потерпевшая ФИО13 №8 дополнительно сообщила следующее, что заливка фундамента осуществлялась без демонтажа старого фундамента, габариты старого фундамента установить не представилось возможным (т. 2 л.д. 206-214); - протоколом выемки с фототаблицей, согласно которому в помещении УНК ГУ МВД России по Челябинской области, по адресу: &lt;...&gt;, у потерпевшей ФИО13 №8 произведена выемка DVD-R – диска с фото, аудио и видеоматериалами, подтверждающими совершение в отношении последней мошеннических действий со стороны ФИО1 и иных неустановленных лиц (т. 6 л.д. 93-97); - протоколом осмотра предметов с фототаблицей, согласно которому осмотрен DVD-R – диск с фото, аудио и видеоматериалами, подтверждающими совершение в отношении ФИО13 №8 мошеннических действий со стороны ФИО1 и иных неустановленных лиц, в период с апреля 2024 года по май 2024 года, с причинением ущерба на сумму 1 022 000 рублей (т. 6 л.д. 98-124); - постановление о признании и приобщении вещественного доказательства - DVD-R – диска с бумажными носителями, фото, аудио и видеоматериалами, подтверждающими совершение в отношении ФИО13 №8 мошеннических действий (т. 6 л.д. 125-127); - протоколом осмотра предметов с фототаблицей, согласно которому с участием потерпевшей ФИО13 №8, осмотрен DVD-R – диск с фото, аудио и видеоматериалами, подтверждающими совершение в отношении нее мошеннических действий со стороны ФИО1 и иных неустановленных лиц, в период с апреля 2024 года по май 2024 года, с причинением ущерба на сумму 1 022 000 рублей (т. 6 л.д. 128-141); - протоколом выемки с фототаблицей, согласно которому в помещении УНК ГУ МВД России по Челябинской области, по адресу: &lt;...&gt;, у потерпевшей ФИО13 №8 произведена выемка копии листа бумаги формата А-4, с информацией о реквизитах банковского счета и копии листа бумаги формата А-4 с информацией о банковской карте, оформленных на ФИО13 №8 (т. 6 л.д. 223-226); - протоколом осмотра предметов с фототаблицей, согласно которому осмотрены копии листа бумаги формата А-4, с информацией о реквизитах банковского счета листа бумаги формата А-4 с информацией о банковской карте, оформленных на ФИО13 №8 (т. 6 л.д. 227-231); - постановлением о признании и приобщении вещественных доказательств - копии листа бумаги формата А-4, с информацией о реквизитах банковского счета и листа бумаги формата А-4 с информацией о банковской карте, оформленных на ФИО13 №8 (т. 6 л.д. 232-233); - протоколом осмотра предметов с фототаблицей, согласно которому с участием ФИО1 в следственном кабинете ФКУ СИЗО-1 ГУФСИН России по Челябинской области по адресу: &lt;...&gt;, произведен осмотр DVD-R – диска с содержащимися на нем фото, аудио и видеоматериалами, подтверждающими совершение в отношении ФИО13 №8 мошеннических действий (т. 7 л.д. 54-64);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№10: - протоколом принятия устного заявления от 15.01.2025, в котором ФИО13 №10 просит провести привлечь к уголовной ответственности неустановленных лиц, которые в период с 30.06.2024 до 01.08.2024, путем обмана, под предлогом выполнения договора на строительство (замену) перекрытия крыши дома № 1 «а» по ул. 9 Мая в п. Бреды Челябинской области, похитили принадлежащие ей денежные средства в размере 190 000 рублей, причинив своими действиями материальный ущерб на данную сумму (т. 2 л.д. 81); - протоколом осмотра места происшествия от 15.01.2025, согласно которому, с участием потерпевшей ФИО13 №10, специалистов ФИО43, ФИО45 осмотрен жилой дом, расположенный по адресу: &lt;...&gt; «а» (т. 2 л.д. 224-228); - заключением специалиста от 17.01.2025, согласно которому, с участием специалистов ФИО43, ФИО45 15.01.2025 по адресу: &lt;...&gt; «а» проведен осмотр дома. В ходе осмотра установлено: произведен монтаж усиления обрешетки и стропильной системы крыши произведена замена шифера на профилированный металлический лист. Выполнение работ производилось под основной частью дома, где расположены две спальни, кухня и зал. Общие габариты помещений составляют в длину 12 м., в ширину 7,2 м. Оставшиеся работы по устройству фронтонов, установки коньковой планки. Замена кровли под помещениями в зоне расположения входной группы производились иной организацией. Иные работы не заявлены (т. 2 л.д. 229-233); - протоколом осмотра предметов с фототаблицей, согласно которому осмотрен лист бумаги формата А-4, на котором расположена копия договора, выполненная рукописным шрифтом, заключенного между ФИО13 №10 и ФИО1 о выполнении строительных работ ФИО1 по месту проживания ФИО13 №10, по адресу: &lt;...&gt; «а» (т. 6 л.д. 248-249); - постановлением о признании и приобщении вещественного доказательства - листа бумаги формата А-4, на котором расположена копия договора, заключенного между ФИО13 №10 и ФИО1 о выполнении строительных работ ФИО1 по месту проживания ФИО13 №10, по адресу: &lt;...&gt; «а» (т. 7 л.д. 1-2);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 протоколом осмотра предметов, согласно которому осмотрен оптический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44-88); - постановлением о признании и приобщении вещественного доказательства - оптического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89-90), содержание которых приведено выше, в связи с чем повторно не излагается (п. 7 постановления Пленума Верховного Суда РФ от 29 ноября 2016 года № «О судебном приговоре»). в отношении потерпевшего ФИО13 №5: - протоколом принятия устного заявления от 09.10.2024, в котором ФИО13 №5 просит привлечь к уголовной ответственности неизвестных лиц, которые в конце августа 2024 года обманным путем, под предлогом выполнения строительных работ, завладели принадлежащими ему денежными средствами в размере 215 000 рублей (т. 1 л.д. 136); - протоколом осмотра места происшествия от 06.11.2024, согласно которому, с участием потерпевшего ФИО13 №5, подозреваемого ФИО1, защитника ФИО68 и специалистов ФИО43, ФИО45 осмотрен жилой дом, расположенный по адресу: &lt;...&gt; (т. 2 л.д. 127-131); - заключением специалиста от 13.11.2024, согласно которому, с участием специалистов ФИО43, ФИО45 06.11.2024 по адресу: &lt;...&gt; проведен осмотр по выполнению ремонта жилого дома. На момент осмотра установлено, что работы по заполнению монтажной пеной межвенцовых швов осуществлялись с трех сторон дома по всей высоте строения от стыкового соединения фундамента до карниза. Определить выполнение работ по заполнению веревкой межвенцовых соединений не представляется возможной, в связи с тем, что работа скрыта последующим видом работ (заполнение монтажной пеной). Зачистка и пропитка стен дома визуально не просматривается и определить наличие выполнения работ не представляется возможным (т. 2 л.д. 132-135); - протоколом выемки с фототаблицей, согласно которого в помещении УНК ГУ МВД России по Челябинской области, по адресу: &lt;...&gt;, свидетель Свидетель №10 добровольно выдала выписку по счету дебетовой карты, оформленной на ее имя, предоставленную ПАО «Сбербанк России» (т. 6 л.д. 187-192); - протоколом осмотра предметов с фототаблицей, согласно которому осмотрена выписка по счету дебетовой карты, оформленной на Свидетель №10, предоставленная ПАО «Сбербанк России». В ходе данного осмотра установлено, что согласно данной выписки имеется операция от 09.08.2024 о переводе денежных средств Я. Свидетель №1 на счет банковской карты №, в размере 40 000 рублей, которые как установлено в ходе предварительного расследования по данному уголовному делу предназначались ФИО1 и иным неустановленным лицам за проведение строительных работ, которые по факту выполнены не были (т. 6 л.д. 193-195); - постановлением о признании и приобщении вещественного доказательства - выписки по счету дебетовой карты, оформленной на Свидетель №10 (т. 6 л.д. 196); - протоколом выемки с фототаблицей, согласно которого потерпевший ФИО13 №5 добровольно выдал выписку по счету дебетовой карты, оформленной на его имя, предоставленную ПАО «Сбербанк России» (т. 6 л.д. 199-209); - протоколом осмотра предметов с фототаблицей, согласно которому осмотрена выписка по счету дебетовой карты, оформленной на ФИО13 №5, предоставленная ПАО «Сбербанк России». Участвующий в ходе осмотра потерпевший ФИО13 №5 пояснил, что в указанной выписке имеется информация об операциях о выдаче наличных денежных средств в размерах 50 000 рублей, которые были сняты им в с. Варна Челябинской области в отделении ПАО «Сбербанк России» и предназначались для дальнейшей передачи ФИО1 за проведение строительных работ, которые по факту не были проведены. Также, он пояснил, что в указанной выписке имеется операция от 21.08.2024 о переводе на платежный счет **6412, принадлежащий Я. Свидетель №1 денежных средств на сумму 30 000 рублей и операция от 09.08.2024 о переводе денежных средств Я. Свидетель №1 на вышеуказанный платежный счет в размере &lt;***&gt; рублей, пояснив, что указанный указанные переводы были выполнены им по указанию ФИО1, а также предназначались последнему за проведение строительных работ, которые по факту выполнены не были (т. 6 л.д. 210-215); - постановлением о признании и приобщении вещественного доказательства - выписку по счету дебетовой карты, оформленной на ФИО13 №5 (т. 6 л.д. 216-217); - протоколом осмотра предметов с фототаблицей, согласно которому осмотрена копия договора, заключенного между ФИО13 №5 и ФИО1 о выполнении строительных работ ФИО1 по месту проживания ФИО13 №5, по адресу: &lt;...&gt; (т. 6 л.д. 218-219); - постановлением о признании и приобщении вещественного доказательства - копии договора, заключенного между ФИО13 №5 и ФИО1 о выполнении строительных работ ФИО1 по месту проживания ФИО13 №5, по адресу: &lt;...&gt; (т. 6 л.д. 220);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 протоколом осмотра предметов, согласно которому осмотрен оптический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44-88); - постановлением о признании и приобщении вещественного доказательства - оптического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89-90),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№4: - протоколом принятия устного заявления от 23.09.2024, в котором ФИО13 №4 просит привлечь к уголовной ответственности ФИО1 и иных неустановленных лиц, которые не выполнили свои обязательства по договору о строительстве (т. 1 л.д. 118); - протоколом осмотра места происшествия с фототаблицей от 06.11.2024, согласно которому, с участием потерпевшей ФИО13 №4, подозреваемого ФИО1, защитника ФИО68 и специалистов ФИО43, ФИО45 осмотрен жилой дом, расположенный по адресу: &lt;...&gt; (т. 2 л.д. 114-120); - заключением специалиста от 13.11.2024, согласно которому, с участием специалистов ФИО43, ФИО45 06.11.2024 по адресу: &lt;...&gt; проведен осмотр веранды жилого дома. В ходе осмотра установлено, что при демонтаже веранды, веранда была увеличена, размер установить не представляется возможным. Во дворе отсутствуют какие-либо искусственные покрытия. В помещении бани, которая располагается в восточной части двора, строительные работы ФИО1 не производились (т. 2 л.д. 121-126); - протоколом выемки с фототаблицей, согласно которому в СО Отдела МВД России по Варненскому району Челябинской области по адресу: &lt;...&gt; у потерпевшей ФИО13 №4 произведена выемка СD-R – диска, с содержащейся на нем информацией, подтверждающей совершение в отношении последней мошеннических действий со стороны ФИО1 и иных неустановленных лиц (т. 5 л.д. 95-98); - протоколом осмотра предметов с фототаблицей, согласно которому осмотрен СD-R – диск, с содержащейся на нем информацией, а именно видеоматериалами, подтверждающими совершение в отношении потерпевшей ФИО13 №4 мошеннических действий со стороны ФИО1 и иных неустановленных лиц (т. 5 л.д. 99-101); - постановлением о признании и приобщении вещественного доказательства - СD-R – диска, с видеоматериалами, подтверждающими совершение в отношении потерпевшей ФИО13 №4 мошеннических действий (т. 5 л.д. 102-103); - протоколом осмотра предметов с фототаблицей, согласно которому с участием потерпевшей ФИО13 №4, осмотрен СD-R – диск, с с видеоматериалами, подтверждающими совершение в отношении неё мошеннических действий со стороны ФИО1 и иных неустановленных лиц, в период с июля 2024 года по сентябрь 2024 года, с причинением последней, ущерба в особо крупном размере, на сумму 2 770 000 рублей (т. 5 л.д. 104-107); - протоколом осмотра предметов с фототаблицей, согласно которому осмотрена копия буклета с рекламой о выполнении строительных работ, предоставленная на 1-м бумажном листе формата А-4, а также копия договора, заключенного между ФИО13 №4 и ФИО1 о выполнении строительных работ ФИО1 по месту проживания ФИО13 №4, по адресу: &lt;...&gt; (т. 6 л.д. 179-182); - постановлением о признании и приобщении вещественных доказательств - копии буклета с рекламой о выполнении строительных работ, и копии договора, заключенного между ФИО13 №4 и ФИО1 о выполнении строительных работ ФИО1 по месту проживания ФИО13 №4, по адресу: &lt;...&gt; (т. 6 л.д. 183-184); - протоколом осмотра предметов с фототаблицей, согласно которому с участием ФИО1 произведен осмотр СD-R – диска, с содержащейся на нем информацией, а именно видеоматериалами, подтверждающими совершение в отношении потерпевшей ФИО13 №4 мошеннических действий со стороны ФИО1 и иных неустановленных лиц, в период с июля 2024 года по сентябрь 2024 года, с причинением последней, ущерба в особо крупном размере, на сумму 2 770 000 рублей (т. 10 л.д. 42-46);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 протоколом осмотра предметов, согласно которому осмотрен оптический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44-88); - постановлением о признании и приобщении вещественного доказательства - оптического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(т. 6 л.д. 89-90),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№6: - протокол принятия устного заявления от 31.10.2024, в котором ФИО13 №6 просит привлечь к уголовной ответственности ФИО1, который в августе 2024 года получил от нее денежные средства в размере 445 000 рублей за ремонт ее дома, пострадавшего от пожара (т. 1 л.д. 157); - протоколом осмотра места происшествия с фототаблицей от 31.10.2024, согласно которому 31.10.2024 в период времени с 11 часов 15 минут до 11 часов 40 минут сотрудниками полиции произведен осмотр помещения ОПС № 3 «Почта России», расположенного по адресу: &lt;...&gt;, где были обнаружены и изъяты брошюры желтого цвета в количестве 1406 штук, содержащие информацию «строительная бригада, с указанием номера телефона №» (т. 1 л.д. 162-167); - протоколом осмотра места происшествия с фототаблицей от 31.10.2024, согласно которому, с участием ФИО13 №6 осмотрен дом, расположенный по адресу: &lt;...&gt; (т. 2 л.д. 136-144); - протоколом осмотра места происшествия от 06.11.2024, согласно которому, с участием потерпевшей ФИО13 №6 и специалистов ФИО43, ФИО45 осмотрен дом, расположенный по адресу: &lt;...&gt; (т. 2 л.д. 145-149); - заключением специалиста от 13.11.2024, согласно которому, с участием специалиста ФИО43 06.11.2024 по адресу: &lt;...&gt; проведен осмотр по выполнению ремонта жилого дома, в ходе которого установлено, что производился монтаж ОСБ панелей в четырех помещениях дома. На момент осмотра работа демонтирована. Иных работ по ремонту дома выполнено не было (т. 2 л.д. 150-154); - протоколом выемки с фототаблицей, согласно которому у потерпевшей ФИО13 №6 произведена выемка СD-диска с содержащейся на нем информацией, а именно видеоматериалами, подтверждающими совершение в отношении последней мошеннических действий со стороны ФИО1 и иных неустановленных лиц (т. 5 л.д. 170-173); - протоколом осмотра предметов с фототаблицей, согласно которому осмотрен СD-диск с содержащейся на нем информацией, а именно видеоматериалами, подтверждающими совершение в отношении потерпевшей ФИО13 №6 мошеннических действий со стороны ФИО1 и иных неустановленных лиц, в период с июля 2024 года по октябрь 2024 года, с причинением последней, ущерба в крупном размере на сумму 452 000 рублей (т. 5 л.д. 174-178); - постановлением о признании и приобщении вещественного доказательства - СD-диска с видеоматериалами, подтверждающими совершение в отношении потерпевшей ФИО13 №6 мошеннических действий (т. 5 л.д. 179-180); - протоколом осмотра предметов с фототаблицей, согласно которому с участием потерпевшей ФИО13 №6 осмотрен СD-диск с видеоматериалами, подтверждающими совершение в отношении потерпевшей ФИО13 №6 мошеннических действий со стороны ФИО1 и иных неустановленных лиц, в период с июля 2024 года по октябрь 2024 года, с причинением последней, ущерба в крупном размере на сумму 452 000 рублей (т. 5 л.д. 181-185); - протоколом осмотра предметов с фототаблицей, согласно которому осмотрен протокол осмотра места происшествия от 31.10.2024, в ходе которого 31.10.2024 в период времени с 11 часов 15 минут до 11 часов 40 минут сотрудниками полиции произведен осмотр помещения ОПС № 3 «Почта России», расположенного по адресу: &lt;...&gt;, где были обнаружены и изъяты брошюры желтого цвета в количестве 1406 штук, содержащие информацию «строительная бригада, с указанием номера телефона №» (т. 7 л.д. 11-16); - постановлением о признании и приобщении вещественных доказательств - брошюр желтого цвета в количестве 1406 штук, содержащих информацию «строительная бригада, с указанием номера телефона №» (т. 7 л.д. 17-18); - протоколом осмотра предметов с фототаблицей, согласно которому с участием ФИО1 произведен осмотр СD-диска с содержащейся на нем информацией, а именно видеоматериалами, подтверждающими совершение в отношении потерпевшей ФИО13 №6 мошеннических действий со стороны ФИО1 и иных неустановленных лиц, в период с июля 2024 года по октябрь 2024 года, с причинением последней, ущерба в крупном размере на сумму 452 000 рублей (т. 10 л.д. 49-53);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потерпевшего ФИО13 №2: - протоколом принятия устного заявления от 31.10.2024, в котором ФИО13 №2 просит провести проверку в отношении ФИО1, который не исполнил должным образом обязательства по ремонту его дома, расположенного по адресу: &lt;...&gt;, получив от последнего денежные средства в размере 380 000 рублей (т. 1 л.д. 174); - протоколом осмотра места происшествия с фототаблицей от 31.10.2024, согласно которому, с участием ФИО13 №2 осмотрено помещение второго этажа в доме, расположенном по адресу: &lt;...&gt; (т. 2 л.д. 155-161); - протоколом осмотра места происшествия от 06.11.2024, согласно которому, с участием потерпевшего ФИО13 №2 и специалистов ФИО43, ФИО45 осмотрено помещение второго этажа в доме, расположенном по адресу: &lt;...&gt; (т. 2 л.д. 162-166); - заключением специалиста от 13.11.2024, согласно которому, с участием специалиста ФИО43 06.11.2024 по адресу: &lt;...&gt; проведен осмотр по выполнению ремонтных работ мансардного этажа. На момент осмотра установлено, что исполнителем ФИО1 была произведена заливка пола цементным раствором, произведено устройство металлического каркаса на стены и утеплителя, с последующей обшивкой ОСБ панелями. Работы по устройству прокладки электрического кабеля 3х2,5 были зафиксированы со слов заказчика, иных работ со лов ФИО13 №2 не осуществлялось. Обрамление окон потерпевшим ФИО13 №2 выполнялось лично. Весь строительный материал был закуплен ФИО13 №2, а отсев и цемент закуплен ФИО1Д…» (т. 2 л.д. 167-170); - протоколом осмотра предметов с фототаблицей, согласно которому осмотрены буклет с рекламой о выполнении строительных работ и лист формата А-4, а именно договор, выполненный рукописным шрифтом, полученные в ходе производства предварительного следствия по уголовному делу. Согласно указанного договора от 14.08.2024, ФИО13 №2 для выполнения строительных работ на 2 этаже жилого дома, расположенного по адресу: &lt;...&gt; нанимает ФИО1. Кроме того, в договоре указаны перечень выполняемых работ, имеющийся в наличии строительный материал, указана информация о том, что, в случае нехватки строительного материала, он будет закуплен ФИО1, указана стоимость всех строительных работ в размере 380 000 рублей, а также то, что ДД.ММ.ГГГГ ФИО13 №2 передал ФИО1 200 000 рублей, остаток суммы будет внесен по окончанию всех строительных работ (т. 7 л.д. 3-8); - постановлением о признании и приобщении вещественных доказательств - буклета с рекламой о выполнении строительных работ и договора, выполненного рукописным шрифтом о выполнении строительных работ, заключенного ФИО13 №2 и ФИО1 (т. 7 л.д. 9-10);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№3: - протоколом принятия устного заявления от 15.10.2024, в котором ФИО88 просит привлечь к уголовной ответственности неустановленных лиц, которые в вечернее время в сентябре 2024 года, находясь в квартире № 1, дома № 21 по ул. Свободы в п. Кацбахский Кизильского района Челябинской области получили от нее в счет предоплаты денежную сумму в размере 150 000 рублей, обязуясь выполнить строительные работы по постройке сарая, однако данные работы не выполнили, денежные средства не возвратили (т. 1 л.д. 185); - протоколом осмотра места происшествия от 06.11.2024, согласно которому, с участием свидетеля Свидетель №2 осмотрен двор дома № 21 по ул. Свободы в п. Кацбахский Кизильского района Челябинской области. В ходе данного осмотра установлено, что строительный материал для производства работ на территорию вышеуказанного дома завезен не был, демонтаж старого сарая вообще не производился (т. 2 л.д. 192-196); - заключением специалиста от 13.11.2024, согласно которому, с участием специалиста ФИО43 06.11.2024 по адресу: &lt;...&gt; проведен осмотр объекта исследования, а именно выполнение работ по строительству хозяйственных построек. В ходе осмотра территории дома № 21 по ул. Свободы в п. Кацбахский Кизильского района Челябинской области, специалистом установлено, что работы, отраженные в протоколе осмотра места происшествия от 06.11.2024 на осматриваемом участке не производились, имеющиеся постройки не соответствуют заявленным (т. 2 л.д. 197-199); - протоколом выемки с фототаблицей, согласно которому по адресу: ул. Свободы, д. 21, кв. 1, пос. Кацбахский, Кизильский район, Челябинская область, у потерпевшей ФИО13 №3 произведена выемка СD-R – диска, с содержащейся на нем информацией, подтверждающей совершение в отношении последней мошеннических действий со стороны ФИО1 и иных неустановленных лиц (т. 5 л.д. 240-244); - протоколом осмотра предметов с фототаблицей, согласно которому по адресу: ул. Свободы, д. 21, кв. 1, пос. Кацбахский, Кизильский район, Челябинская область, осмотрен СD-R – диск, с содержащейся на нем информацией, а именно фото, аудио и видеоматериалами, подтверждающими совершение в отношении потерпевшей ФИО13 №3 мошеннических действий со стороны ФИО1 и иных неустановленных лиц, в период с сентября 2024 года по октябрь 2024 года, с причинением последней, значительного материального ущерба в размере 150 000 рублей (т. 6 л.д. 1-8); - протоколом осмотра предметов с фототаблицей, согласно которому с участием потерпевшей ФИО13 №3 осмотрен СD-R – диск, с содержащейся на нем информацией, а именно фото, аудио и видеоматериалами, подтверждающими совершение в отношении потерпевшей ФИО13 №3 мошеннических действий (т. 6 л.д. 9-16); - постановлением о признании и приобщении вещественного доказательства - СD-R – диска, с фото, аудио и видеоматериалами, подтверждающими совершение в отношении потерпевшей ФИО13 №3 мошеннических действий (т. 6 л.д. 17-18); - протоколом осмотра предметов, согласно которому осмотрены лист формата А-4, в верхней части которого расположена копия буклета с рекламой о выполнении строительных работ и копия договора, выполненная рукописным шрифтом. В верхней части договора имеется название - «Договор о стройке». Согласно указанной копии договора ФИО13 №3 для выполнения строительных работ наняла ФИО1, а именно постройки сарая, строительные работы заключались в следующем: заливка площадки под сарай, стойки должны быть забетонированы, само строение должно быть деревянным. Кроме того, указана сумма строительных работ, а именно 300 000 рублей. Также указанно, что ФИО13 №3 отдала ФИО1 денежные средства в размере 50% от всей суммы строительных работ. Оставшуюся сумму ФИО13 №3 должна была оплатить после окончания всех строительных работ. Ниже указана «подпись» (т. 6 л.д. 242-245); - постановлением о признании и приобщении вещественных доказательств - листа формата А-4, в верхней части которого расположена копия буклета с рекламой о выполнении строительных работ и копии договора о выполнении строительных работ, заключенного между ФИО13 №3 и ФИО1 (т. 6 л.д. 246-247); - протоколом осмотра предметов с фототаблицей, согласно которому с участием ФИО1 произведен осмотр СD-R – диска, с содержащейся на нем информацией, а именно фото, аудио и видеоматериалами, подтверждающими совершение в отношении потерпевшей ФИО13 №3 мошеннических действий со стороны ФИО1 и иных неустановленных лиц, в период с сентября 2024 года по октябрь 2024 года, с причинением последней, значительного материального ущерба в размере 150 000 рублей (т. 7 л.д. 67-73);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 отношении потерпевшей ФИО13 №9: - протоколом принятия устного заявления от 02.12.2024, в котором ФИО13 №9 просит провести разбирательства, по факту того, что 01.10.2024 она перечислила по номеру телефона Свидетель №1 денежные средства в сумме 60 000 рублей за ремонт в доме, расположенном в &lt;адрес&gt;, который не был выполнен в должном объеме (т. 2 л.д. 39); - протоколом осмотра места происшествия с фототаблицей от 02.12.2024, согласно которому в СО ОМВД России по Пластовскому району Челябинской области осмотрен сотовый телефон &lt;данные изъяты&gt; 10 Lite, имей-кода: 1) №; 2) №, принадлежащий потерпевшей ФИО13 №9 В ходе проведения осмотра вышеуказанного сотового телефона установлена информация, имеющая доказательственное значение по уголовному делу (т. 2 л.д. 51-59); - протоколом осмотра места происшествия от 23.12.2024, согласно которому, с участием потерпевшей ФИО13 №9, свидетеля Свидетель №8 и специалиста ФИО43 осмотрен дом, расположенный по адресу: &lt;...&gt; (т. 2 л.д. 182-186); - заключением специалиста от 27.12.2024, согласно которому, с участием специалиста ФИО43 23.12.2024 по адресу: &lt;...&gt; проведен осмотр пристроя нежилого дома. В ходе осмотра нежилого дома № 89 по ул. Правое Побережье, п. Бреды Брединского района Челябинской области, специалистом установлено, что демонтаж старого перекрытия не производился. Частично, поверх старого перекрытия на шифер установлены два металлических профилированных листа общим размером 3х24 м. Демонтаж и монтаж перекрытия осматриваемого дома не осуществлялся. Иные работы не выполнялись. Кроме того, со слов потерпевшей ФИО13 №9 установлено, что строительные материалы включались в стоимость работ, по факту строительные материалы представлены не были, работы не выполнены (т. 2 л.д. 187-191); - протоколом выемки с фототаблицей, согласно которого в помещении УНК ГУ МВД России по Челябинской области, по адресу: &lt;...&gt;, свидетель Свидетель №13 добровольно выдала копию листа бумаги формата А – 4, с информацией о реквизитах счета, оформленных на имя Свидетель №13, копию листа бумаги формата А – 4, на котором имеется информация о банковской карте, оформленной на имя Свидетель №13, копию выписки по платежному счету, оформленному на имя последней (т. 7 л.д. 152-155); - протоколом осмотра предметов с фототаблицей, согласно которому осмотрены: копия листа бумаги формата А-4, с информацией о реквизитах счета, оформленных на имя Свидетель №13, копия листа бумаги формата А-4, с информацией о банковской карте, оформленной на имя Свидетель №13, копия выписки по платежному счету, оформленной на имя последней. Участвующая в ходе осмотра Свидетель №13 указала на транзакцию, расположенную на втором листе выписки, согласно которой 01.10.2024 с лицевого счета, открытого на ее имя, был совершен перевод денежных средств в размере 60 000 рублей на карту &lt;данные изъяты&gt;, держателю Я. Свидетель №1, установленной в ходе предварительного следствия, как Свидетель №1, пояснив, что именно указанные денежные средства, в размере 60 000 рублей предназначались для ФИО3, в счет оплаты за строительные работы (т. 7 л.д. 156-165); - постановлением о признании и приобщении вещественных доказательств - копии листа бумаги формата А – 4 с информацией о реквизитах счета, оформленных на имя Свидетель №13; копии листа бумаги формата А – 4 с информацией о банковской карте, оформленной на имя Свидетель №13; копии выписки по платежному счету, оформленной на имя ФИО46 (т. 7 л.д. 166-167); - постановлением о признании и приобщении вещественного доказательства - сотового телефона Infinix Hot 10 Lite, принадлежащего ФИО13 №9 (т. 7 л.д. 168); - протоколом выемки с фототаблицей (т. 5 л.д. 70-75); - протоколом осмотра предметов с фототаблицей от 05.11.2024 (т. 5 л.д. 76-79); - протоколом осмотра предметов с фототаблицей от 28.12.2024 (т. 5 л.д. 80-91); - постановлением о признании и приобщении вещественных доказательств (т. 5 л.д. 92-93); - протоколом выемки (т. 5 л.д. 110-114); - протоколом осмотра предметов с фототаблицей (т. 5 л.д. 115-118); - постановлением о признании и приобщении вещественного доказательства (т. 5 л.д. 119-120), содержание которых приведено выше, в связи с чем повторно не излагается (п. 7 постановления Пленума Верховного Суда РФ от 29 ноября 2016 года № 55 «О судебном приговоре»). Все вышеперечисленные доказательства суд признает допустимыми, относимыми, достоверными и достаточными для установления виновности подсудимых в совершенных ими преступлениях и принимает их за основу обвинительного приговора, поскольку они являются последовательными и непротиворечивыми, согласуются между собой, а также с другими доказательствами по делу. Анализ показаний, допрошенных потерпевших и свидетелей, свидетельствуют, что в основной части они аналогичны и последовательны, содержат описание ключевых событий, свидетельствующих о содеянном подсудимыми, отражают объективные данные дела и свидетельствуют об умысле подсудимых на совершение преступлений. Суд не усматривает каких-либо оснований со стороны указанных лиц для оговора подсудимых. Данные показания у суда сомнений не вызывают. В связи с чем, суд находит их достоверными и допустимыми доказательствами, так как они последовательные, не противоречивые и согласуются между собой в деталях, получены с соблюдением норм уголовно-процессуального закона и оснований для признания их недопустимыми, в соответствии со ст. 75 УПК РФ , не имеется. Показания потерпевшие и свидетели давали, будучи предупрежденными об уголовной ответственности за дачу заведомо ложных показаний, в условиях, исключающих возможность оказания на них незаконного давления со стороны правоохранительных органов. Показания отобраны у лиц при разъяснении им конституционного права не свидетельствовать против самого себя и своих близких родственников, а также предупреждены об уголовной ответственности за отказ от дачи показаний и дачу заведомо ложных показаний, о чем в протоколе имеется роспись допрашиваемых. Учитывая, что требования Европейской конвенции о защите прав человека и основных свобод, Конституции РФ, ст. , , ч. 1 и ст. 144 УПК РФ не нарушены, оснований для признания указанных показаний недопустимыми доказательствами не имеется. Суд критически относится к показаниям подсудимого ФИО1 об отсутствии у него умысла на совершение мошенничеств, так как они опровергаются добытыми в ходе предварительного следствия и судебного заседания доказательствами. Показания ФИО1 в данной части, суд расценивает как вызванные стремлением подсудимого уйти от ответственности за содеянное. Показания ФИО1 в остальной части и показания ФИО6 суд признаёт достоверными, так как они объективно подтверждаются иными объективными доказательствами, получены с соблюдением норм уголовно-процессуального закона и оснований для признания их недопустимыми, в соответствии со ст. 75 УПК РФ , не имеется. Оценив и проанализировав совокупность исследованных в судебном заседании доказательств, суд находит их достаточными для юридической оценки содеянного подсудимыми. Вместе с тем, суд, исключает из вменяемого органами предварительного расследования периода совершения ФИО1 мошеннических действий в отношении потерпевшей ФИО13 №1 с 15.11.2023 по 04.12.2023, поскольку денежные средства и имущество в виде автомобиля ФИО1 получил от потерпевшей 15.11.2023. Согласно п. 5 Постановления Пленума Верховного Суда РФ от 30.11.2017 N 48 "О судебной практике по делам о мошенничестве, присвоении и растрате" мошенничество,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 Способ совершения хищения денежных средств путем обмана и злоупотребления доверием, нашел свое подтверждение в ходе судебного следствия. По смыслу ст. Уголовного кодекса Российской Федерации способы совершения данного преступления обман и злоупотребление доверием могут использоваться виновными как по отдельности, так и в сочетании друг с другом, что не освобождает правоприменителя от обязанности конкретизации их описания в процессуальных документах.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В судебном заседании установлено, что ФИО1 и ФИО6 при хищении денежных средств потерпевших предоставляли им недостоверную информацию, относительно качества и сроков исполнения строительных работ, и выполнения самих работ, то есть обманывали потерпевших. Сообщали потерпевшим о постоянных, временных трудностях в строительстве, о возникновении определенных обстоятельств, мешающих выполнению ремонтных и строительных работ, во избежание обращения потерпевших в правоохранительные органы. Убеждали их в непременном исполнении своих обязательств, но в более поздний срок. Однако, свои обязательства не выполняли. Судом достоверно установлено, что подсудимые, действуя в группе лиц по предварительному сговору, принимали на себя обязательства, которые не собирались исполнять, при этом каких-либо объективных причин не исполнять взятые на себя обязательства у подсудимых не имелось. Подсудимые использовали заключенные договора лишь для прикрытия, совершаемых преступлений. Заключая договоры подсудимые придавали законность гражданско-правовой сделки, принимали от потерпевших денежные средства либо наличными, либо переводом на банковские карты иных лиц, без намерения использовать полученные денежные средства в интересах потерпевших, что свидетельствует о том, что их действия являлись лишь способом обмана и злоупотребления доверием потерпевших в целях хищения их денежных средств. Злоупотребление доверием заключается в использовании с корыстной целью доверительных отношений с владельцем имущества или иным лицом, уполномоченным принимать решения о передаче этого имущества третьим лицам. Доверие может быть обусловлено различными обстоятельствами, например служебным положением лица либо его личными отношениями с потерпевшим. Злоупотребление доверием при мошенничестве имеет место в случаях принятия на себя лицом обязательств при заведомом отсутствии у него намерения их выполнить с целью безвозмездного обращения в свою пользу или в пользу третьих лиц чужого имущества или приобретения права на него (например, получение физическим лицом кредита, аванса за выполнение работ, услуг, предоплаты за поставку товара, если оно заведомо не намеревалось возвращать долг или иным образом исполнять свои обязательства). Судом установлено, что у потерпевших в ходе общения с подсудимыми возникли доверительные отношения, которыми подсудимые воспользовались с целью получения денежных средств. Частичное исполнение обязательств перед потерпевшими, суд расценивает как желание подсудимых скрыть свою преступную деятельности, придать видимость гражданско-правовых отношений, и исполнения принятых на себя обязательств, в том числе, для получения очередных платежей от потерпевших. Подсудимые не имели действительных намерений исполнять принятые на себя обязательства по договорам о выполнении строительных и ремонтных работ, хотя у них имелась реальная возможности по их исполнению. Ремонтные и строительные работы выполняли частично, осуществляя приобретение строительных материалов, сообщая гражданам заведомо ложную информацию о том, что данные виды работ на объектах будут завершены в срок, побуждая их периодически передавать им денежные средства в размерах аванса или полной оплаты, при этом, заведомо не имея намерений исполнять взятые на себя обязательства в полном объеме, денежные средства не возвращали, тем самым, похищая их, путем обмана и злоупотребления доверием, и, распоряжаясь похищенным по своему усмотрению. Кроме того, указанные преступные действия подсудимыми предпринимались длительное время, что позволяло скрывать факт хищения последними денежных средств. Подсудимые вводили потерпевших в заблуждение относительно сроков окончания вышеуказанных работ, сдвигая сроки их окончания, сообщая последним ложные сведения о том, что вышеуказанные надуманные основания не позволяют осуществлять выполнение таких работ, что позволяло ФИО1, ФИО6 и иным лицам постоянно владеть, пользоваться и распоряжаться денежными средствами потерпевших. Обман как способ совершения хищения денежных средств по данному делу состоял в том, что подсудимые сообщали потерпевшим ложные сведения относительно истинных намерений, вводили потерпевших в заблуждение, создавая видимость высококвалифицированных специалистов в области строительства, заключая договоры на проведение работ, умышленно скрывали наличие неисполненных обязательств перед другими потерпевшими. Злоупотребление доверием со стороны подсудимых при мошенничестве выразилось в использовании с корыстной целью доверительных и личных отношений с потерпевшими, которые возникли у них в ходе общения. Таким образом, ФИО1 и ФИО6 мошенничество в отношении потерпевших совершили и по признаку обмана, и по признаку злоупотребления доверием. Факт выполнения некачественных работ подтверждается показаниями потерпевших, свидетелей, а также заключениями специалистов. Квалифицирующий «группой лиц по предварительному сговору» при совершении мошенничеств нашел свое подтверждение в судебном заседании, поскольку, подсудимые действовали совместно с иными неустановленными лицами, согласованно, выполняя каждый свою роль, действовали четко, слаженно - что свидетельствует об их предварительной договоренности о совместном совершении преступлений. Совместные действия подсудимых с иными неустановленными лицами не только взаимно дополняют друг друга, но и отличаются такой степенью последовательности, согласованности и слаженности, которых невозможно достичь без предварительной договоренности и прямо указывают на наличие предварительного сговора на совершение преступлений. Квалифицирующий признак «с причинением значительного ущерба» при совершении мошенничеств в отношении потерпевших ФИО13 №10, ФИО13 №3 и ФИО13 №9, нашел свое подтверждение в судебном заседании, поскольку, в соответствии с примечанием 2 к ст. Уголовного кодекса Российской Федерации значительный ущерб гражданину определяется с учетом его имущественного положения, но не может составлять менее пяти тысяч рублей. Ущерб, причиненный потерпевшим ФИО13 №10, ФИО13 №3 и ФИО13 №9, составляет более 5 000 рублей, и они его оценивают как значительный. Квалифицирующий признак «в крупном размере» при совершении мошенничеств в отношении потерпевших ФИО13 №1, ФИО13 №6, ФИО13 №5, ФИО13 №2 и ФИО13 №7, нашел свое подтверждение в судебном заседании, поскольку, в соответствии с примечанием 4 к ст. Уголовного кодекса Российской Федерации крупным размером признается стоимость имущества, превышающая двести пятьдесят тысяч рублей. Квалифицирующий признак «в особо крупном размере» при совершении мошенничеств в отношении потерпевших ФИО13 №4 и ФИО13 №8, нашел свое подтверждение в судебном заседании, поскольку, в соответствии с примечанием 4 к ст. Уголовного кодекса Российской Федерации особо крупным размером признается стоимость имущества, превышающая один миллион рублей. Имущественный ущерб, причиненный собственникам ФИО13 №10, ФИО13 №3, ФИО13 №9, ФИО13 №1, ФИО13 №6, ФИО13 №5, ФИО13 №2, ФИО13 №7, ФИО13 №4 и ФИО13 №8 находится в причинной связи с противоправными действиями подсудимых. Совершая вышеуказанные преступления, подсудимые осознавали общественную опасность своих действий, предвидели неизбежность наступления общественно опасных последствий и желали их наступления, заведомо зная о незаконности своих действий, неправомерно, не имея на то никакого права, завладели чужими денежными средствами, то есть действовали с прямым умыслом. Мотивом совершения хищения стало желание подсудимых удовлетворить свои материальные потребности путем изъятия чужих денежных средств, на которые они не имеют никакого права, и использования данных денежных средств в последующем. Корыстная цель в данном случае связана с изъятием денежных средств и использованием по своему усмотрению. Само выполнение ФИО1 и ФИО6 активных действий, направленных на незаконное завладение чужими денежными средствами, т.е. выполнение подсудимыми всех действий, необходимых для совершения объективной стороны указанного преступления, свидетельствует о формировании у них умысла на его совершение. Психическое состояние подсудимых ФИО1 и ФИО6 у суда сомнений не вызывает, так как на «Д» учете у врача психиатра они не состоят и не состояли, за медицинской помощью не обращались, а в судебном заседании адекватно оценивали и воспринимали происходящее, во время судебного разбирательства по существу отвечали на вопросы. Таким образом, виновность подсудимых, установлена и доказана. На основании исследованных в судебном заседании доказательств, и исходя из установленных вышеприведенными доказательствами обстоятельств дела, суд считает вину подсудимых доказанной и квалифицирует: действия ФИО1 и ФИО6: - по ч. 3 ст. Уголовного кодекса Российской Федерации (в отношении потерпевшего ФИО13 №7) –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а также действия ФИО1: - по ч. 3 ст. Уголовного кодекса Российской Федерации (в отношении потерпевшей ФИО13 №1) –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 по ч. 4 ст. Уголовного кодекса Российской Федерации (в отношении потерпевшей ФИО13 №8) – мошенничество, то есть хищение чужого имущества путем обмана и злоупотребления доверием, совершенное группой лиц по предварительному сговору, в особо крупном размере; - по ч. 2 ст. Уголовного кодекса Российской Федерации (в отношении потерпевшей ФИО13 №10) – мошенничество, то есть хищение чужого имущества путем обмана и злоупотребления доверием, совершенное группой лиц по предварительному сговору, с причинением значительного ущерба гражданину; - по ч. 3 ст. Уголовного кодекса Российской Федерации (в отношении потерпевшего ФИО13 №5) –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 по ч. 4 ст. Уголовного кодекса Российской Федерации (в отношении потерпевшей ФИО13 №4) – мошенничество, то есть хищение чужого имущества путем обмана и злоупотребления доверием, совершенное группой лиц по предварительному сговору, в особо крупном размере; - по ч. 3 ст. Уголовного кодекса Российской Федерации (в отношении потерпевшей ФИО13 №6) –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 по ч. 3 ст. Уголовного кодекса Российской Федерации (в отношении потерпевшего ФИО13 №2) –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 по ч. 2 ст. Уголовного кодекса Российской Федерации (в отношении потерпевшей ФИО13 №3) – мошенничество, то есть хищение чужого имущества путем обмана и злоупотребления доверием, совершенное группой лиц по предварительному сговору, с причинением значительного ущерба гражданину; - ч. 2 ст. Уголовного кодекса Российской Федерации (в отношении потерпевшей ФИО13 №9) - мошенничество, то есть хищение чужого имущества путем обмана и злоупотребления доверием, совершенное группой лиц по предварительному сговору, с причинением значительного ущерба гражданину, При назначении вида и размера наказания подсудимым, суд, в соответствии со ст. , , Уголовного кодекса Российской Федерации учитывает характер и степень общественной опасности содеянного, личности виновных, наличие смягчающих и отсутствие отягчающих наказание обстоятельств, влияние назначенного наказания на исправление осужденных и на условия жизни их семей. Так, в качестве обстоятельств, смягчающих наказание ФИО1, суд, признает: - &lt;данные изъяты&gt;) (п. «г» ч. 1 ст. Уголовного кодекса Российской Федерации); - активное способствование расследованию преступлений, так как он не отрицал свою причастность к совершенным деяниям на протяжении всего судопроизводства, не оказывал препятствий деятельности правоохранительных органов и сотрудничал с ними, путем дачи показаний, с подробным разъяснением обстоятельств, связанных с обвинением. Изложенные действия подсудимого, по мнению суда, в определенной мере оказали предварительному следствию помощь, в установлении всех необходимых обстоятельств содеянного. При таких обстоятельствах дела, непризнание вины, является законным способом защиты подсудимого и не влечет за собой непризнание вышеуказанного обстоятельства смягчающим наказание (п. «и» ч. 1 ст. Уголовного кодекса Российской Федерации); - иные действия, направленные на заглаживание вреда, причиненного преступлением, выразившиеся принесение извинений потерпевшим, высказанное в судебном заседании. Принесение извинений суд расценивает как иные меры, направленные на восстановление нарушенных в результате преступления прав и законных интересов потерпевших (п. «к» ч. 1 ст. Уголовного кодекса Российской Федерации); - &lt;данные изъяты&gt; (ч. 2 ст. Уголовного кодекса Российской Федерации); - признание вины и раскаяние в содеянном по ч. 3 ст. Уголовного кодекса Российской Федерации (в отношении потерпевшего ФИО13 №7) (ч. 2 ст. Уголовного кодекса Российской Федерации). Так, в качестве обстоятельств, смягчающих наказание ФИО10, суд, признает: - &lt;данные изъяты&gt;) (п. «г» ч. 1 ст. Уголовного кодекса Российской Федерации); - активное способствование расследованию преступления, так как он не отрицал свою причастность к совершенному деянию на протяжении всего судопроизводства, не оказывал препятствий деятельности правоохранительных органов и сотрудничал с ними, путем дачи показаний, с подробным разъяснением обстоятельств, связанных с обвинением. Изложенные действия подсудимого, по мнению суда, в определенной мере оказали предварительному следствию помощь, в установлении всех необходимых обстоятельств содеянного. (п. «и» ч. 1 ст. Уголовного кодекса Российской Федерации); - иные действия, направленные на заглаживание вреда, причиненного преступлением, выразившиеся принесение извинений потерпевшему, высказанное в судебном заседании. Принесение извинений суд расценивает как иные меры, направленные на восстановление нарушенных в результате преступления прав и законных интересов потерпевшего (п. «к» ч. 1 ст. Уголовного кодекса Российской Федерации); - &lt;данные изъяты&gt;) (ч. 2 ст. Уголовного кодекса Российской Федерации); - частичное возмещение ущерба, причиненного преступлением (ч. 2 ст. Уголовного кодекса Российской Федерации); - признание вины и раскаяние в содеянном (ч. 2 ст. Уголовного кодекса Российской Федерации). Оснований для применения к подсудимому положений ч. 6 ст. Уголовного кодекса Российской Федерации, в части изменения категории преступлений на менее тяжкие, суд не усматривает. Суд полагает, что целям наказания, определенным ч. 2 ст. Уголовного кодекса Российской Федерации, в данном случае, будет соответствовать только наказание в виде лишения свободы, которое будет соразмерно содеянному, а также будет соответствовать принципам справедливости и гуманизма, в соответствии со ст. ст. , Уголовного кодекса Российской Федерации, обеспечит достижение задач, предусмотренных ст. Уголовного кодекса Российской Федерации. Также суд учитывает степень общественной опасности и тяжесть содеянного, и в целях эффективности наказания, исправления подсудимых, предотвращения совершения ими преступлений в дальнейшем, восстановления социальной справедливости, а также с учетом того, что наказание должно быть соразмерным содеянному, учитывая, что цели и мотивы ФИО1 и ФИО6 на незаконное завладение чужими денежными средствами были корыстными, в связи с чем, суд не находит оснований для применения к каждому из них нему положений ст. Уголовного кодекса Российской Федерации о назначении более мягкого наказания, чем предусмотрено за данные преступления, а также оснований для применения положений ст. Уголовного кодекса Российской Федерации об условном осуждении, так как исключительные обстоятельства, связанные с целями и мотивами преступлений, ролью виновных, их поведением во время или после совершения преступлений, а также другие обстоятельства, существенно уменьшающие степень общественной опасности преступления, отсутствуют. С учетом изложенного, наказание ФИО1 и ФИО6, следует назначить в соответствии с ч. 1 ст. Уголовного кодекса Российской Федерации. Окончательное наказание ФИО1 следует назначить в соответствии с ч. 3 ст. Уголовного кодекса Российской Федерации, по совокупности преступлений, путем частичного сложения назначенных наказаний. Оснований для применения положений ч. 2 ст. 53.1 Уголовного кодекса Российской Федерации в отношении ФИО1 и ФИО6, замены наказания в виде лишения свободы принудительными работами, суд не усматривает. В качестве данных, характеризующих личности подсудимых ФИО1 и ФИО6, суд учитывает, что они не судимы, &lt;данные изъяты&gt;, имеют постоянное место жительства, по месту жительства характеризуются удовлетворительно. При назначении наказания, суд, также учитывает возраст подсудимых, состояние их здоровья и их поведение во время и после совершения преступлений. Учитывая материальное положение подсудимых ФИО1 и ФИО6 (имеют лиц, находящихся на иждивении), суд, считает возможным назначить каждому из них наказание без штрафа и без ограничения свободы. В силу п. «б» ч. 1 ст. Уголовного кодекса Российской Федерации, отбывание лишения свободы ФИО1 и ФИО6 следует назначить в исправительной колонии общего режима. В целях обеспечения исполнения приговора, на основании ч. 2 ст. 97 Уголовно-процессуального кодекса Российской Федерации меру пресечения ФИО1 и ФИО6 в виде заключения под стражей до вступления приговора в законную силу – оставить без изменения. Время содержания ФИО1 и ФИО6 под стражей с 26 ноября 2024 года до дня вступления приговора в законную силу, в соответствии с п. «б» ч. 3.1 ст. Уголовного кодекса Российской Федерации, подлежит зачету в срок лишения свободы из расчета один день содержания под стражей до вступления приговора в законную силу за полтора дня отбывания наказания в исправительной колонии общего режима. Рассматривая гражданские иски прокурора Варненского района к ФИО1 в интересах потерпевшей ФИО13 №4 о возмещении материального ущерба в сумме 2 770 000 (два миллиона семьсот семьдесят тысяч) рублей 00 копеек и в интересах потерпевшего ФИО13 №5 о возмещении материального ущерба в сумме 430 000 (четыреста тридцать тысяч) рублей 00 копеек, суд приходит к следующему. В соответствии со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Таким образом, исковые требования прокурора Варненского района в интересах ФИО13 №4 и в интересах ФИО13 №5 к ФИО1 подлежат удовлетворению в полном объеме. Подсудимый с исковыми заявлениями не согласился, требования к нему о возмещении материального ущерба не признал в полном объеме. В ходе производства по уголовному делу в силу ст. 115 УПК РФ для обеспечения исполнения приговора в части гражданского иска, взыскания штрафа или возможной конфискации имущества наложен арест: * на денежные средства в сумме 200 000 рублей (двести тысяч) рублей, принадлежащие ФИО1 (на основании постановления Центрального районного суда г. Челябинск от 16.12.2024); * на земельный участок, расположенный по адресу: &lt;адрес&gt;., принадлежащий на праве собственности ФИО1 (на основании постановления Центрального районного суда г. Челябинск от 16.12.2024); * на автомобиль «&lt;данные изъяты&gt;» с государственным регистрационным знаком № 1999 года выпуска, принадлежащий Свидетель №21 (на основании постановления Центрального районного суда г. Челябинск от 06.02.2025); * на земельный участок, расположенный по адресу: Курганская область, г. Курган, садоводческое товарищество «Путеец», участок №26, общей площадью 600 кв.м., с находящимся на нем зданием общей площадью 45 кв.м., принадлежащий на праве собственности ФИО47 (на основании постановления Центрального районного суда г. Челябинск от 17.01.2025). Принимая во внимание, что судом удовлетворяются заявленные прокурором исковые требования, следовательно, основания для отмены ареста имущества ФИО1, в настоящее время отсутствуют. Судьбу вещественных доказательств определить в соответствии с требованиями ст. 81 Уголовно-процессуального кодекса Российской Федерации. На основании изложенного, руководствуясь ст. ст. 304, 307-309 Уголовно-процессуального кодекса Российской Федерации, суд, ПРИГОВОРИЛ: ФИО1 признать виновным в совершении двух преступлений, предусмотренных ч. 4 ст. Уголовного кодекса Российской Федерации; пяти преступлений, предусмотренных ч. 3 ст. Уголовного кодекса Российской Федерации и трех преступлений, предусмотренных ч. 2 ст. Уголовного кодекса Российской Федерации, и назначить ему наказание: * по ч. 3 ст. Уголовного кодекса Российской Федерации (в отношении потерпевшего ФИО13 №7) в виде 1 (одного) года 3 (трех) месяцев лишения свободы; * по ч. 3 ст. Уголовного кодекса Российской Федерации (в отношении потерпевшей ФИО13 №1) в виде 1 (одного) года 2 (двух) месяцев лишения свободы; * по ч. 4 ст. Уголовного кодекса Российской Федерации (в отношении потерпевшей ФИО13 №8) в виде 1 (одного) года 6 (шести) месяцев лишения свободы; * по ч. 2 ст. Уголовного кодекса Российской Федерации (в отношении потерпевшей ФИО13 №10) в виде 1 (одного) года лишения свободы; * по ч. 3 ст. Уголовного кодекса Российской Федерации (в отношении потерпевшего ФИО13 №5) в виде 1 (одного) года 4 (четырех) месяцев лишения свободы; * по ч. 4 ст. Уголовного кодекса Российской Федерации (в отношении потерпевшей ФИО13 №4) в виде 2 (двух) лет лишения свободы; * по ч. 3 ст. Уголовного кодекса Российской Федерации (в отношении потерпевшей ФИО13 №6) в виде 1 (одного) года 2 (двух) месяцев лишения свободы; * по ч. 3 ст. Уголовного кодекса Российской Федерации (в отношении потерпевшего ФИО13 №2) в виде 1 (одного) года 2 (двух) месяцев лишения свободы; * по ч. 2 ст. Уголовного кодекса Российской Федерации (в отношении потерпевшей ФИО13 №3) в виде 1 (одного) года лишения свободы; * ч. 2 ст. Уголовного кодекса Российской Федерации (в отношении потерпевшей ФИО13 №9) в виде 1 (одного) года лишения свободы. Окончательное наказание ФИО1 назначить в соответствии с ч. 3 ст. Уголовного кодекса Российской Федерации, по совокупности преступлений, путем частичного сложения назначенных наказаний, в виде 3 (трех) лет лишения свободы с отбыванием наказания в исправительной колонии общего режима. ФИО6 признать виновным в совершении преступления, предусмотренного ч. 3 ст. Уголовного кодекса Российской Федерации и назначить ему наказание в виде 1 (одного) года 2 (двух) месяцев лишения свободы с отбыванием наказания в исправительной колонии общего режима. Меру пресечения ФИО1 и ФИО6 – заключение под стражей, до вступления приговора в законную силу – оставить без изменения. Срок отбывания наказания ФИО1 и ФИО6 исчислять со дня вступления приговора в законную силу, засчитав в него срок нахождения каждого из них под стражей по данному делу – с 26 ноября 2024 года до дня вступления приговора в законную силу, в соответствии с п. «б» ч. 3.1 ст. Уголовного кодекса Российской Федерации, из расчета один день содержания под стражей до вступления приговора в законную силу за полтора дня отбывания наказания в исправительной колонии общего режима. Исковые требования прокурора Варненского района в интересах потерпевшей ФИО13 №4 к ФИО1 о возмещении материального ущерба в сумме 2 770 000 (два миллиона семьсот семьдесят тысяч) рублей 00 копеек, удовлетворить в полном объеме. Взыскать с ФИО1 в пользу ФИО13 №4 в счет возмещения материального ущерба 2 770 000 (два миллиона семьсот семьдесят тысяч) рублей 00 копеек. Исковые требования прокурора Варненского района в интересах потерпевшего ФИО13 №5 к ФИО1 о возмещении материального ущерба в сумме 430 000 (четыреста тридцать тысяч) рублей 00 копеек, удовлетворить в полном объеме. Взыскать с ФИО1 в пользу ФИО13 №5 в счет возмещения материального ущерба 430 000 (четыреста тридцать тысяч) рублей 00 копеек. После вступления приговора в законную силу, вещественные доказательства: - мобильный телефон марки «&lt;данные изъяты&gt;» в корпусе синего цвета и мобильный телефон марки «&lt;данные изъяты&gt; в корпусе синего цвета, находящиеся при уголовном деле – вернуть законному владельцу ФИО1, при отказе в получении уничтожить; - мобильный телефон марки «&lt;данные изъяты&gt;», находящийся при уголовном деле – вернуть законному владельцу ФИО6, при отказе в получении уничтожить; - сотовый телефон &lt;данные изъяты&gt;, находящийся на хранении у ФИО13 №9 – оставить по принадлежности законному владельцу ФИО13 №9, освободив её от обязанности по хранению; - автомобиль «&lt;данные изъяты&gt;» с государственным регистрационным знаком С №, находящийся на хранении у Свидетель №21 – оставить по принадлежности свидетелю Свидетель №21, освободив его от обязанности по хранению; - банковскую карту ПАО «Сбербанк» №, находящуюся при уголовном деле – вернуть законному владельцу Свидетель №15, при отказе в получении уничтожить; - диск CD-R с детализацией звонков с мобильного телефона ФИО1; DVD-R – диск с бумажными носителями, фото и видеоматериалами, подтверждающими совершение в отношении ФИО13 №7 мошеннических действий; CD-диск с информацией, полученной при проведении оперативно-розыскных мероприятий «Получение компьютерной информации», «Прослушивание телефонных переговоров»; CD-R -диск со скриншотами, произведенными потерпевшей ФИО13 №1; СD-R – диск с видеоматериалами, подтверждающими совершение в отношении потерпевшей ФИО13 №1 мошеннических действий; СD-R – диск с видеоматериалами, подтверждающими совершение в отношении потерпевшей ФИО13 №4 мошеннических действий; СD-диск с видеоматериалами, подтверждающими совершение в отношении потерпевшей ФИО13 №6 мошеннических действий; СD-R-диск с фото, аудио и видеоматериалами, подтверждающими совершение в отношении потерпевшей ФИО13 №3 мошеннических действий; DVD-R – диск с бумажными носителями, фото, аудио и видеоматериалами, подтверждающими совершение в отношении ФИО13 №8 мошеннических действий; DVD- RW диск с информацией о движении денежных средств: ФИО6, Свидетель №15, ФИО47, ФИО33 В.Р.; DVD - RW диск с информацией о движении денежных средств на счетах на имя Свидетель №1; CD-R диск с информацией о движении денежных средств: Свидетель №1, Свидетель №17, Свидетель №15, ФИО33 Д.Н., ФИО1; CD-R диск с информацией о движении денежных средств: ФИО4, ФИО5, находящиеся при уголовном деле – хранить при уголовном деле; - лист бумаги формата А-4, на котором расположена копия договора между ФИО13 №10 и ФИО1; копию договора между ФИО13 №5 и ФИО1; выписку по счету дебетовой карты на имя ФИО13 №5; выписку по счету дебетовой карты на имя Свидетель №10; копию буклета с рекламой о выполнении строительных работ; копию договора между ФИО13 №4 и ФИО3 о выполнении строительных работ; буклет с рекламой о выполнении строительных работ; договор о выполнении строительных работ, заключенный ФИО13 №2 и ФИО1; лист формата А-4 с копией буклета рекламы о выполнении строительных работ; копию договора между ФИО13 №3 и ФИО1 о выполнении строительных работ; копию договора подряда на строительство между ФИО7 (он же ФИО2) и ФИО13 №7; копии 3-х расписок о получении денежных средств ФИО6 за строительные материалы и работы; копию листа бумаги формата А – 4 с информацией о реквизитах счета на имя Свидетель №4; копию листа бумаги формата А – 4 с информацией о банковской карте на имя Свидетель №4; два листа бумаги формата А – 4 с копиями чеков по операциям; копию листа бумаги формата А-4 с информацией о реквизитах банковского счета на имя ФИО13 №8; копию листа бумаги формата А-4 с информацией о банковской карте на имя ФИО13 №8; копию листа бумаги формата А – 4 с информацией о реквизитах счета на имя Свидетель №13; копию листа бумаги формата А – 4 с информацией о банковской карте на имя Свидетель №13; копию выписки по платежному счету на имя Свидетель №13; копию договора от 13.11.2023 между ФИО13 №1 и ФИО1; выписку по счету дебетовой карты на имя ФИО13 №1; реквизиты по лицевому счету на имя ФИО13 №1, ответы на запрос из ПАО «Сбербанк» в количестве 3 штук, находящиеся в материалах уголовного дела – хранить в материалах уголовного дела; - 1406 штук брошюр желтого цвета, содержащих информацию «строительная бригада, с указанием номера телефона №», находящиеся на хранении в камере хранения вещественных доказательств МО МВД «Карталинский» - уничтожить. Обеспечительные меры в виде ареста на денежные средства в сумме 200 000 рублей (двести тысяч) рублей и на земельный участок, расположенный по адресу: &lt;адрес&gt; общей площадью 400 кв.м., принадлежащие ФИО1 – сохранить до исполнения приговора в части гражданских исков. Обеспечительные меры в виде ареста на автомобиль «&lt;данные изъяты&gt;» с государственным регистрационным знаком №, 1999 года выпуска, принадлежащий Свидетель №21 и на земельный участок, расположенный по адресу: Курганская область, г. Курган, садоводческое товарищество «Путеец», участок №26, общей площадью 600 кв.м., с находящимся на нем зданием общей площадью 45 кв.м., принадлежащий на праве собственности ФИО47 – отменить. Приговор может быть обжалован в апелляционном порядке в Челябинский областной суд, через Варненский районный суд, в течение 15 суток со дня его провозглашения, а осужденным, находящимся под стражей с момента вручения копии приговора. В случае подачи апелляционной жалобы, осужденный вправе в тот же срок ходатайствовать о своем участии в рассмотрении уголовного дела судом апелляционной инстанции. Также осужденный вправе ходатайствовать о своем участии в рассмотрении уголовного дела судом апелляционной инстанции при апелляционном обжаловании приговора другими лицами, участвующими в деле. Стороны вправе подать ходатайство об ознакомлении с протоколом и аудиозаписью судебного заседания в течение 3 суток со дня окончания судебного заседания. Председательствующий: подпись А.С. Зотова Апелляционным определением от 29 октября 2025года Челябинский областной суд приговор Варненского районного суда Челябинской области от 08 августа 2025 года в отношении ФИО1 и ФИО6 изменить: - указать на разрешение судом исковых требований заместителя прокурора Челябинской области; - исключить указание на признание в качестве обстоятельства, смягчающего наказание ФИО1 и ФИО6, иных действий, направленных на заглаживание вреда, причиненного потерпевшим, выразившихся в принесении извинений; исключить признание в качестве смягчающего наказание обстоятельства ФИО1 активное способствование расследованию преступлений и применение положений ч. 1 ст. 62 УК РФ ; - усилить ФИО1 наказание: по ч. 3 ст. 159 УК РФ (в отношении потерпевшего ФИО13 №7) до одного года пяти месяцев лишения свободы; по ч. 3 ст. 159 УК РФ (в отношении потерпевшей ФИО13 №1) до одного года четырех месяцев лишения свободы; по ч. 4 ст. 159 УК РФ (в отношении потерпевшей ФИО13 №8) до одного года восьми месяцев лишения свободы; по ч. 2 ст. 159 УК РФ (в отношении потерпевшей ФИО13 №10) до одного года двух месяцев лишения свободы; по ч. 3 ст. 159 УК РФ (в отношении потерпевшего ФИО13 №5) до одного года шести месяцев лишения свободы; по ч. 4 ст. 159 УК РФ (в отношении потерпевшей ФИО13 №4) до двух лет двух месяцев лишения свободы; по ч. 3 ст. 159 УК РФ (в отношении потерпевшей ФИО13 №6) до одного года четырех месяцев лишения свободы; по ч. 3 ст. 159 УК РФ (в отношении потерпевшего ФИО13 №2) до одного года четырех месяцев лишения свободы; по ч. 2 ст. 159 УК РФ (в отношении потерпевшей ФИО13 №3) до одного года двух месяцев лишения свободы; по ч. 2 ст. 159 УК РФ (в отношении потерпевшей ФИО13 №9) до одного года двух месяцев лишения свободы. - на основании ч. 3 ст. 69 УК РФ по совокупности преступлений путем частичного сложения назначенных наказаний назначить ФИО1 наказание в виде лишения свободы на срок три года шесть месяцев. В остальной части этот же приговор в отношении ФИО1 и ФИО6 оставить без изменения, апелляционное представление государственного обвинителя - без удовлетворения. Суд: Варненский районный суд (Челябинская область) (подробнее) Судьи дела: Зотова Анастасия Сергеевна (судья) (подробнее) Последние документы по делу: Приговор от 13 августа 2025 г. по делу № 1-50/2025 Приговор от 7 августа 2025 г. по делу № 1-50/2025 Постановление от 3 июня 2025 г. по делу № 1-50/2025 Приговор от 27 марта 2025 г. по делу № 1-50/2025 Постановление от 16 февраля 2025 г. по делу № 1-50/2025 Приговор от 20 января 2025 г. по делу № 1-50/2025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