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20 часов 50 минут, в магазине MAGAZIN TATIYANA код торговой точки: MCC 5411, на сумму: 849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20 часов 51 минуту, в магазине MAGAZIN TATIYANA код торговой точки: MCC 5411, на сумму: 591 рубль 28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20 часов 55 минут, в магазине MAGAZIN TATIYANA код торговой точки: MCC 5411, на сумму: 230 рублей. Таким образом, ему причинен ущерб на общую сумму 9 741 рубль 24 копейки. Данный ущерб для него значительным не является, возмещен в полном объеме. Добавил, что 01.06.2025 он свою банковскую карту АО «Альфа-Банк» № ФИО1 не давал, брать указанную карту и пользоваться указанной банковской картой он ФИО1 не разрешал. Согласно показаниям свидетеля Г.В.К., данных на предварительном следствии, оглашенных на основании ч.1 ст. 281 УПК РФ , он состоит в должности старшего оперуполномоченного ОП № 3 МУ МВД России «Орское». 09.06.2025 в дежурную часть ОП №3 МУ МВД России «Орское» поступило сообщение от К.В.Р. о том, что 01.06.2025 у него похитили принадлежащую ему банковскую карту АО «Альфа-Банк» №, с которой 01.06.2025 в период с 17 часов 50 минут до 20 часов 55 минут путем бесконтактной оплаты покупок в различных магазинах на территории г.Новотроицка Оренбургской области списали денежные средства на общую сумму 9 741 рубль 24 копейки. Была установлена причастность к хищению ФИО1, которая 10.06.2025 в ходе осмотра места происшествия добровольно выдала банковскую карту АО «Альфа-Банк» №. В ходе оказания содействия при производстве предварительного следствия по данному уголовному делу, им совместно со следователем, обвиняемой ФИО1 и защитником Газиевым А.Я. были проведены осмотры места происшествия по следующим адресам: Оренбургская область, г.Новотроицк, ул.Зеленая, д. №69, где в магазине «Красное&amp;Белое» и «ПивноFF» им были пересняты на мобильный телефон видеозаписи с камер наблюдения, установленных в указанных магазинах; Оренбургская область, г. Новотроицк, пр.Металлургов, д. №32, где в магазине «Магнит» им на мобильный телефон была переснята видеозапись с камеры наблюдения, установленной в данном магазине; а также по адресу: Оренбургская область, г.Новотроицк, пр. Комсомольский, д. №42, где в магазине «Домашкино» («Татьяна») им на мобильный телефон была переснята видеозапись с камеры наблюдения, установленной в данном магазине. По возвращению в ОП №3 МУ МВД России «Орское» вышеуказанные видеозаписи в количестве 4 шт. при помощи служебного компьютера были перенесены им на CD-диск (т.1 л.д. 99-102). Из показаний свидетеля П.И.Н., данных на предварительном следствии, оглашенных на основании ч.1 ст. 281 УПК РФ , следует, что она работает в магазине «ПивноFF», расположенном по адресу: &lt;...&gt;. 16.06.2025 в магазин приехали сотрудники полиции для проведения осмотра места происшествия в связи с тем, что покупатель 01.06.2025 расплатился чужой картой. В ходе осмотра места происшествия сотрудниками полиции была переснята на мобильный телефон видеозапись с камер видеонаблюдения, установленная в указанном магазине, за 01.06.2025 17 часов 50 минут длительностью 34 секунды. Время на видеозаписи отображается местное (т.1 л.д.112-113). Согласно показаниям свидетеля Ж.И.Ю. данных на предварительном следствии, оглашенных на основании ч.1 ст. 281 УПК РФ , она работает в магазине «Татьяна Плюс», расположенном по адресу: &lt;...&gt;. Над в входом в магазин располагается вывеска «Домашкино», которая является рекламой их контрагента, но магазин называется «Татьяна Плюс», чеки, выдаваемые терминалом бесконтактной оплаты ПАО «Сбербанк», установленном в указанном магазине, также содержат название магазина «Татьяна Плюс» (т.1 л.д.106-107). Из показаний свидетеля Е.С.А., данных на предварительном следствии, оглашенных на основании ч.1 ст. 281 УПК РФ , следует, что она работает в магазине «Табакерка», расположенном по адресу: &lt;...&gt;. Однако, чеки, выдаваемые терминалом бесконтактной оплаты ПАО «Сбербанк» №3506867, установленном в указанном магазине, содержат название магазина «Универсальный магазин» как категория магазина, данное название также указывается в чеках, выдаваемых данным терминалом и в банковской документации (т.1 л.д.109-110). Вышеизложенные показания подсудимой, потерпевшего и свидетелей объективно согласуются между собой и находятся в логической взаимосвязи с письменными доказательствами по делу. Так, при осмотре 26.06.2025 места происшествия – квартиры по адресу &lt;адрес&gt; установлено место хищения ФИО1 01.06.2025 банковской карты «Альфа-Банк» №, принадлежащей К.В.Р. – участвующая в осмотре обвиняемая ФИО1, в присутствии защитника, указала на расположенную в коридоре слева от входа вешалку для одежды и пояснила, что на указанной вешалке висела сумка К.В.Р., из которой она 01.06.2025 около 17 часов похитила банковскую карту (т.1 л.д. 179-182). При осмотре 10.06.2025 места происшествия в кабинете №316, расположенном по адресу: Оренбургская область, г.Новотроицк, ул. ФИО2, д. 35 у ФИО1 изъята банковская карта АО «Альфа-Банк» №, похищенная ею у К.В.Р. (т.1 л.д.14-18). 16.06.2025 с участием обвиняемой ФИО1 и защитника Газиева А.Я. проведены осмотры мест происшествия: - помещения магазина «Главтабак», расположенного по адресу: Оренбургская область, г.Новотроицк, остановка общественного транспорта «улица 3-я Уральская», а именно на расстоянии 25 метров от левого торца дома №29 по ул.Уральской, в г.Новотроицке Оренбургской области и на расстоянии 40 метров от левого торца дома №31 по ул.Уральская в г.Новотроицке Оренбургской области. ФИО1 указала на располагающийся в прикассовой зоне терминал бесконтактной оплаты ПАО «Сбербанк» №22119124 и пояснила, что 01.06.2025г. в 19 часов 10 минут она, находясь в помещении осматриваемого магазина, оплатила похищенной банковской картой АО «Альфа-Банк» № товар на сумму 310 рублей (т.1 л.д. 140-143); - помещения магазина «Славянский Базар», расположенного по адресу: &lt;...&gt;. ФИО1 пояснила, что при помощи установленного в кассовой зоне терминала ПАО «Сбербанк» №33253037 она 01.06.2025 в 18 часов 02 минуты оплатила похищенной банковской картой АО «Альфа-Банк» № покупки на сумму 502 рубля и 8 рублей (т.1 л.д. 144-147); - помещения магазина «Продукты», расположенного по адресу: &lt;...&gt;. ФИО1 пояснила, что она 01.06.2025, находясь в помещении осматриваемого магазина, при помощи установленного в кассовой зоне терминала ПАО «Сбербанк» №31751706 оплатила похищенной банковской картой АО «Альфа-Банк» № следующие покупки: в 18 часов 20 минут на сумму 849 рублей; в 18 часов 21 минуту на сумму 1090 рублей и в 18 часов 26 минут на сумму 1300 рублей. Для установления номера терминала с кассовой зоны был изъят чек №2383 от 16.06.2025, который осмотрен 19.06.2025, установлен номер терминала бесконтактной оплаты - 31751706 (т.1 л.д. 148-151, 175-177); - помещения магазина «Добрый», расположенного по адресу: &lt;...&gt;. ФИО1 указала на расположенный в кассовой зоне терминал ПАО «Сбербанк» № 29854395 и пояснила, что она 01.06.2025 в 18 часов 07 минут, находясь в помещении осматриваемого магазина, при помощи указанного терминала, оплатила похищенной банковской картой АО «Альфа-Банк» № покупку на сумму 200 рублей (т.1 л.д. 152-155); - помещения магазина «Красное&amp;Белое», расположенного по адресу: &lt;...&gt;. ФИО1 указала на терминал ПАО «Сбербанк» №00632327, расположенный на второй по счету слева от входа в осматриваемое помещение кассовой зоне, и пояснила, что при помощи данного терминала она 01.06.2025 в 17 часов 52 минуты, находясь в помещении осматриваемого магазина, оплатила похищенной банковской картой АО «Альфа-Банк» № покупку на сумму 310 рублей. В ходе осмотра был изъят товарный чек №0689160579 от 01.06.2025, оперуполномоченным Г.В.К. на мобильный телефон переснята видеозапись с камеры видеонаблюдения, установленной в кассовой зоне осматриваемого магазина (т.1 л.д. 156-159); - помещения магазина «ПивноФФ», расположенного по адресу: &lt;...&gt;. ФИО1 указала на расположенный в кассовой зоне терминал АО «Альфа-Банк» № 92144333 и пояснила, что она 01.06.2025 в 17 часов 50 минут, находясь в помещении осматриваемого магазина, при помощи указанного терминала, оплатила похищенной банковской картой АО «Альфа-Банк» № покупку на сумму 1118 рублей. В ходе осмотра оперуполномоченным Г.В.К. на мобильный телефон была переснята видеозапись с камеры видеонаблюдения, расположенной в помещении осматриваемого магазина (т.1 л.д.160-163); - помещения магазина «Магнит», расположенного по адресу: &lt;...&gt;. ФИО1 указала на терминал бесконтактной оплаты ПАО «Сбербанк» № 11387354, расположенный на второй по счету кассовой зоне, и пояснила, что она 01.06.2025 в 19 часов 32 минут при помощи указанного терминала оплатила покупку на сумму 179 рублей 99 копеек, а так же в 20 часов 15 минут на сумму 359 рублей 97 копеек. Обе покупки она оплатила похищенной банковской картой АО «Альфа-Банк» №. В ходе осмотра изъяты: товарный чек №42515-256156 от 01.06.2025, товарный чек №42556-256156 от 01.06.2025, оперуполномоченным Г.В.К. на мобильный телефон переснята видеозапись с камеры видеонаблюдения, установленной в кассовой зоне осматриваемого магазина (т.1 л.д. 164-167); - помещения магазина «Табакерка» («Универсальный»), расположенного по адресу: &lt;...&gt;. ФИО1 указала на расположенный в кассовой зоне терминал ПАО «Сбербанк» № 35068678 и пояснила, что она 01.06.2025 в 18 часов 32 минуты, находясь в помещении осматриваемого магазина, при помощи указанного терминала, оплатила похищенной банковской картой АО «Альфа-Банк» № покупку на сумму 495 рублей (т.1 л.д. 168-171); - помещения магазина «Татьяна Плюс», расположенного по адресу: &lt;...&gt;. ФИО1 указала на расположенный в кассовой зоне терминал ПАО «Сбербанк» № 26585833 и пояснила, что она 01.06.2025, находясь в помещении осматриваемого магазина, при помощи указанного терминала, оплатила похищенной банковской картой АО «Альфа-Банк» № следующие покупки: в 19 часов 22 минуты на сумму 1260 рублей, в 20 часов 50 минут на сумму 938 рублей, в 20 часов 51 минуту на сумму 591 рубль 28 копеек и в 20 часов 55 минут на сумму 230 рублей. В ходе осмотра оперуполномоченным Г.В.К. на мобильный телефон была переснята видеозапись с камеры видеонаблюдения, установленной в кассовой зоне осматриваемого магазина (т.1 л.д. 172-175а). Изъятый в ходе следствия диск с видеозаписями из магазинов от 01.06.2025 просмотрен 26.06.2025 с участием обвиняемой ФИО1 и ее защитника Газиева А.Я. ФИО1 подтвердила, что на видеозаписях запечатлена она, когда 01.06.2025 в магазинах «Красное&amp;Белое», расположенном по адресу: &lt;...&gt;; «ПивноФФ», расположенном по адресу: &lt;...&gt;; «Магнит», расположенном по адресу: &lt;...&gt;; «Домашкино» («Татьяна»), расположенном по адресу: &lt;...&gt; оплачивала похищенной у К.В.Г. банковской картой АО «Альфа-Банк» № покупки. Также 26.06.2025 осмотрены: - товарный чек №0689160579 от 01.06.25, отделение №689 (ул. Зеленая, д. 69, г. Новотроицк). Установлено, что 01.06.2025 был реализован товар на сумму 310 рублей, а именно: пачка сигарет «Parker&amp;Simpson red 100» («ПАРКЕР И СИМПСОН ред 100») стоимостью 155 рублей в количестве 2 шт. Участвующая в осмотре ФИО1 пояснила, что данную покупку совершила она в магазине «Красное&amp;Белое», расположенном по адресу: &lt;...&gt;, похищенной банковской картой АО «Альфа-Банк» № 01.06.2025 в 17 часов 52 минуты; - товарный чек №42556-256156 от 01.06.2025, согласно которому в магазине «Магнит» по чеку ККМ №0241 01.06.2025 в 20 часов 15 минут по терминалу №11387354 была оплачена покупка на сумму 359 рублей 97 копеек, а именно: паста краб в соусе «Балтийский Берег» стоимостью 89 рублей 99 копеек в количестве 2 шт., упаковка чипсов марки «LAYS» («ЛЭЙС») стоимостью 179 рублей 99 копеек. Участвующая в осмотре обвиняемая ФИО1 пояснила, что данную покупку совершила она в магазине «Магнит», расположенном по адресу: Оренбургская область, г. Новотроицк, пр-кт. Металлургов, д. 32, похищенной банковской картой АО «Альфа-Банк» №; - товарный чек №42515-256156 от 01.06.2025, согласно которому в магазине «Магнит» по чеку ККМ №0220 01.06.2025 в 19 часов 32 минуты по терминалу №11387354 была оплачена покупка на сумму 179 рублей 99 копеек, а именно: упаковка чипсов марки «LAYS» («ЛЭЙС») стоимостью 179 рублей 99 копеек. Участвующая в осмотре обвиняемая ФИО1 пояснила, что данную покупку совершила она в магазине «Магнит», расположенном по адресу: Оренбургская область, г. Новотроицк, пр-кт. Металлургов, д. 32, похищенной банковской картой АО «Альфа-Банк» № (т.1 л.д. 103-104, 183-190). Согласно протоколам выемки предметов и документов, осмотра от 10.06.2025 у потерпевшего К.В.Р. обнаружен, изъят и осмотрен: мобильный телефон марки «KENSHI» модели «Armor H1s», имей: №, имей: №. В указанном мобильном телефоне имеется информация об истории операций по карте списания 5559 49********1816 за 01.06.2025 (время указано местно): 17 часов 50 минут, в магазине ИП «Путрин», код торговой точки: MCC 5812, на сумму 1118 рублей; 17 часов 52 минут, в магазине KRASNOE BELOE, код торговой точки: MCC 5921, на сумму 310 рублей; 18 часов 01 минут, в магазине SLAVYANSKIJ BAZAR, код торговой точки: MCC 5411, на сумму 502 рубля; 18 часов 02 минут, в магазине SLAVYANSKIJ BAZAR код торговой точки: MCC 5411, на сумму 8 рублей; 18 часов 07 минут, в магазине DOBRYJ код торговой точки: MCC 5411, на сумму 200 рублей; 18 часов 20 минут, в магазине PRODUKTY код торговой точки: MCC 5499, на сумму 849 рублей; 18 часов 21 минут, в магазине PRODUKTY код торговой точки: MCC 5499, на сумму 1090 рублей4 18 часов 26 минут, в магазине PRODUKTY код торговой точки: MCC 5499, на сумму 1300 рублей; 18 часов 32 минут, в магазине UNIVERSALNYJ M N код торговой точки: MCC 5499, на сумму 495 рублей; 19 часов 10 минут, в магазине GLAVTABAK код торговой точки: MCC 5993, на сумму 310 рублей; 19 часов 22 минут, в магазине MAGAZIN TATIYANA код торговой точки: MCC 5411, на сумму 1260 рублей; 19 часов 32 минут, в магазине MAGNIT MM OBLIK код торговой точки: MCC 5411, на сумму 179 рублей 99 копеек; 20 часов 15минут, в магазине MAGNIT MM OBLIK код торговой точки: MCC 5411, на сумму 359 рублей 97 копеек. В ходе осмотра потерпевший К.В.Р. пояснил, что указанные выше операции он не совершал. Так как в момент совершения операций он находился дома по адресу: &lt;адрес&gt; Кому-либо свою банковскую карту ПАО «Сбербанк» он не передавал, пользоваться и распоряжаться денежными средствами имеющимися на счету не разрешал. В последующем карта, с которой были списаны денежные средства, была перевыпушена, но счет остался прежним (т.1 л.д.32-34, 35-50). Согласно протоколам выемки и осмотра предметов и документов от 15.06.2025 у потерпевшего К.В.Р. обнаружены, изъяты и осмотрены: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АО «Альфа-Банк» по счету № за период с 01.06.20205 по 02.06.2025, из приложения АО «Альфа-Банк», установленного на мобильном телефоне К.В.Р. Установлено, что счет № открыт 11.03.2021 на имя К.В.Р. зарегистрированного по адресу: &lt;адрес&gt;. ДД.ММ.ГГГГ по указанному счету были проведены следующие списания по карте №: - операция на сумму 1 118 рублей, место совершения операции: 92144333\RU\NOVOTROITSK\IP PUTRIN A N MCC5812; - операция 4BY0NH 632327 RU KRASNOE&amp;BELOE Novotroiczk 01.06.2025 310 RUR, на сумму 310 рублей; - операция 5TX1VH 33253037 RU SLAVYANSKIJ_BAZAR Novot01.06.2025 502 RUR, на сумму 502 рубля; - операция 5TX1VH 332530376A25VH 33253037 RU SLAVYANSKIJ_BAZAR Novot01.06.2025 8 RUR на сумму 8 рублей; - операция 1VF7YH 29854395 RU DOBRYJ Novotroitczk 01.06.2025 200.00 RUR на сумму 200 рублей; - операция 4FR06K 32102720 RU PRODUKTY Novotroiczk 01.06.2025 849.00 RUR на сумму 849 рублей; - операция 7XF96K 32102720 RU PRODUKTY Novotroiczk, 01.06.2025 1090.00 RUR, на сумму 1 090рублей; - операция 8E679K 32102720 RU PRODUKTY Novotroiczk, 01.06.2025 1300.00 RUR, на сумму 1 300 рублей; - операция 1ZC9CK 35068678 RU UNIVERSALNYJ M-N Novotr01.06.2025 495.00RUR, на сумму 495 рублей; - операция 85676M 22119124 RU GLAVTABAK Novotroiczk 01.06.2025 310.00 RUR на сумму 310 рублей; - операция 18U6EM 26585833 RU MAGAZIN TATYANA PLYS N01.06.2025 1260.00 RUR на сумму 1260 рублей; - операция 1K37RM 11387354 RU MAGNIT MM OBLIK Novotro01.06.2025 179.99 RUR, на сумму 179 рублей 99 копеек; - операция: 3FY3HN 11387354 RU MAGNIT MM OBLIK Novotro01.06.2025 359.97 RUR, на сумму 359 рублей 97 копеек; - операция: 3HK85R 26585833 RU MAGAZIN TATYANA PLYS N01.06.2025 938.00 RUR на сумму 938 рублей; - операция: 8BW26R 26585833 RU MAGAZIN TATYANA PLYS N01.06.2025 591.28 RUR на сумму 591 рублей 28 копеек; - операция: 18V58R 26585833 RU MAGAZIN TATYANA PLYS N01.06.2025 230.00 RUR на сумму 230 рублей. Участвующий в осмотре потерпевший К.В.Р. пояснил, что все вышеперечисленные операции совершены 01.06.2025 в период с 17 часов 50 минут до 20 часов 55 минут по его счету № его банковской карты АО «Альфа-Банк» №, однако он все вышеперечисленные операции не совершал.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Банковская карта АО «Альфа Банк»№, выполненная из пластика красного цвета, максимальными размерами 85*55 мм, в левом верхнем углу на лицевой стороне располагается логотип банка: подчеркнутая снизу заглавная буква «А» черного цвета, в правом нижнем углу располагается микрочип. На оборотной стороне снизу по всей ширине располагается магнитная полоса. В верхней части с левой стороне располагается номер осматриваемой карты: №, затем срок действия: 03/26, а также CVC-код: №. Затем ниже располагаются сведения о владельце осматриваемой банковской карты: В.К.. Участвующий в осмотре потерпевший К.В.Р. пояснил, что узнает осматриваемую банковскую карту как похищенную у него 01.06.2025 банковскую карту АО «Альфа-Банк» по цвету, банку-держателю, номеру, сроку действия и CVC-коду.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Квитанция об оплате АО «Альфа-Банк от 01.06.2025, счет списания №, 13 часов 44 минуты (время МСК) на сумму 380 рублей. Участвующий в осмотре потерпевший К.В.Р. пояснил, что данную операцию осуществил он, данная операция последняя проведенная им по данному счету 01.06.2025. 4-19. Квитанции об оплате АО «Альфа-Банк от 01.06.2025, в которых указано: счет списания №, карта списания № отправитель: К.В.Р., статус: выполнен. Наименование операций совпадает с наименованием операций в осмотренной выписке АО «Альфа-Банк», указано время местное: - 17 часов 50 минут на сумму 1 118 рублей, получатель IP PUTRIN A.N., - 17 часов 52 минут на сумму 310 рублей, получатель «Красное&amp;Белое», - 18 часов 01 минута на сумму 502 рублей, получатель «Славянский Базар», - 18 часов 02 минуты на сумму 8 рублей, получатель «Славянский Базар», - 18 часов 07 минут на сумму 200 рублей, получатель «Добрый», - 18 часов 20 минут на сумму 849 рублей, получатель «Продукты», - 18 часов 21 минута на сумму 1090 рублей, получатель «Продукты», - 18 часов 26 минут на сумму 1300 рублей, получатель «Продукты», - 18 часов 32 минуты на сумму 495 рублей, получатель «Универсальный», - 19 часов 10 минута на сумму 1090 рублей, получатель «ГлавТабак», - 19 часов 22 минуты на сумму 1260 рублей, получатель «Татьяна Плюс»,. - 19 часов 32 минуты на сумму 179 рублей 99 копеек, получатель «Магнит», - 20 часов 15 минут на сумму 359 рублей 97 копеек, получатель «Магнит», - 20 часов 50 минут на сумму 938 рублей, получатель «Татьяна Плюс», - 20 часов 51 минута на сумму 591 рубль 28 копеек, получатель «Татьяна Плюс», - 20 часов 55 минут на сумму 230 рублей, получатель «Татьяна Плюс». Участвующий в осмотре потерпевший К.В.Р. пояснил, что данные операции он не осуществлял (л.д. 55-56, 57-74). Анализируя совокупность исследованных судом доказательств, суд считает, что предъявленное подсудимой обвинение за указанное преступление подтверждено доказательствами, полученными с соблюдением требований уголовно-процессуального закона, которые являются допустимыми и достоверными, а в своей совокупности достаточными для признания вины подсудимой. Подсудимая ФИО1 в судебном заседании не оспаривала свою причастность к хищению денежных средств К.В.Р. с его банковского счета. Признательные показания подсудимой ФИО1 суд принимает за доказательство ее виновности, поскольку они подтверждены совокупностью иных доказательств по делу. Факт принадлежности потерпевшему банковской карты АО «Альфа-Банк» и открытия счета на его имя подтвержден показаниями самого потерпевшего, а также выпиской по счету банковской карты. Признательные показания подсудимой согласуются с показаниями потерпевшего К.В.Р., который пояснил, что ДД.ММ.ГГГГ, после распития спиртных напитков с ФИО1 он уснул, проснувшись, обнаружал, что ФИО1 в квартире уже не было, также пропала банковская карта и денежные средства с нее. Всего в этот день было похищено с его банковской карты 9741 руб. 24 коп.; с выпиской по счету банковской карты, с показаниями свидетелей, в том числе Г.В.К., установившего причастность ФИО1 к хищению денежных средств с банковской карты К.В.Р. и в ходе осмотра места происшествия изъявшего у ФИО1 банковскую карту, принадлежащую К.В.Р., в ходе осмотров мест происшествия изъявшего из магазинов «Красное и Белое», «Пивнофф» и «Домашкино» видеозаписи, из которых видно, что ФИО1 совершает покупки, свидетелей П.И.Н., Ж.И.Ю., Е.С.А., работающих в магазинах, где ФИО1 совершала покупки, расплачиваясь похищенной банковской картой, с протоколами выемок, осмотров предметов и документов, а также с другими материалами дела. Показания потерпевшего и свидетелей суд принимает за основу и считает их достоверными, поскольку они стабильны, логичны, последовательны, согласуются между собой и соответствуют установленным обстоятельствам уголовного дела. Оснований сомневаться в их достоверности у суда не имеется, поскольку какой-либо заинтересованности с их стороны в исходе уголовного дела не установлено. Исходя из фактических обстоятельств, установленных в судебном заседании, суд считает, что квалифицирующий признак кражи «совершенной с банковского счета» нашел свое подтверждение в судебном заседании, поскольку подсудимая, воспользовавшись банковской картой потерпевшего, осуществила хищение денежных средств последнего, находящихся на банковском счете в банке. Подсудимая действовала умышленно, она осознавала общественную опасность своих действий и желала наступления преступного результата своих действий. Размер причиненного ущерба подтвержден материалами уголовного дела и не оспаривается сторонами. Поскольку подсудимая реально распорядилась похищенным имуществом, суд приходит к выводу о корыстном умысле и законченности состава преступления. Суд квалифицирует действия подсудимой ФИО1 по п. «г» ч. 3 ст. 158 УК РФ как кражу, то есть тайное хищение чужого имущества, совершенную с банковского счета. Решая вопрос о наказании, суд руководствуется правилами ст. , 60 УК РФ , учитывает характер и степень общественной опасности совершенного преступления, личность виновной, а также влияние назначенного наказания на исправление подсудимой и условия жизни ее семьи. В соответствии с п.п. «и, к» ч.1 и ч.2 ст. 61 УК РФ в качестве смягчающих наказание ФИО1 обстоятельств суд учитывает: активное способствование раскрытию и расследованию преступления, выразившиеся в добровольном сообщении обстоятельств совершенного преступления, в том числе при осмотрах мест происшествия, добровольное возмещение имущественного ущерба, причиненного в результате преступления, признание вины, раскаяние в содеянном, наличие несовершеннолетнего ребенка. Отягчающих наказание ФИО1 обстоятельств, предусмотренных ст. 63 УК РФ , судом не установлено. Суд не признает в качестве обстоятельства, отягчающего наказание, совершение преступления в состоянии опьянения, вызванного употреблением алкоголя, поскольку судом достоверно не установлено, что оно повлияло на совершение подсудимой преступления. Изучением личности подсудимой ФИО1 установлено, что она не судима, имеет постоянное место жительства и регистрации, общественно полезным трудом не занята, по месту жительства участковым уполномоченным полиции характеризуется удовлетворительно, соседями отрицательно, на профилактических учетах не состоит. Суд также учитывает семейное положение подсудимой – она не состоит в зарегистрированном браке, но находится в фактических семейных отношениях, а также состояние здоровья, которое не препятствует отбыванию наказания. С учетом данных о личности подсудимой ФИО1, наличия смягчающих наказание обстоятельств и отсутствия отягчающих, суд приходит к выводу о том, что исправление ФИО1 возможно без лишения ее свободы, путем назначения наказания в виде штрафа. При этом суд учитывает, что подсудимая трудоспособна. Решая вопрос о размере наказания, суд признает исключительными обстоятельствами, существенно уменьшающими степень общественной опасности преступления, отношение ФИО1 к содеянному и ее поведение после совершения преступления, свидетельствующее о ее искреннем раскаянии, наличие совокупности смягчающих наказание обстоятельств, в том числе, предусмотренных п.п. «и, к» ч.1 ст. 61 УК РФ и считает возможным назначить наказание с применением положений ст. 64 УК РФ , т.е. ниже низшего предела наказания в виде штрафа, предусмотренного санкцией ч. 3 ст. 158 УК РФ . Суд, с учетом материального положения подсудимой, совокупного дохода ее семьи, не усматривает оснований для назначения штрафа с рассрочкой выплаты определенными частями. ФИО1 совершено умышленное преступление, относящееся в соответствии с ч. 4 ст. 15 УК РФ к категории тяжких. Принимая во внимание фактические обстоятельства совершенного ФИО1 преступления и степень его общественной опасности, оснований для изменения его категории на менее тяжкую, в соответствии с ч. 6 ст. 15 УК РФ , не имеется. Судьба вещественных доказательств подлежит разрешению в соответствии со ст. 81 УПК РФ . Гражданский иск по делу не заявлен. Руководствуясь ст.ст. - 309 УПК РФ , суд ПРИГОВОРИЛ: признать ФИО1 виновной в совершении преступления, предусмотренного п. «г» ч. 3 ст. 158 УК РФ , и назначить ей наказание в виде штрафа, с применением ст. 64 УК РФ , в размере 15000 рублей. Оплату штрафа произвести по следующим реквизитам: получатель - Межмуниципальное управление Министерства внутренних дел России «Орское» УФК по Оренбургской области (МУ МВД России «Орское», л/сч &lt;***&gt;) ИНН: &lt;***&gt;, КПП: 561401001, ОКТМО: 53723000, Р/сч: &lt;***&gt;, Счет 40102810545370000045 ОТДЕЛЕНИЕ ОРЕНБУРГ / / УФК ПО ОРЕНБУРГСКОЙ ОБЛАСТИ, Г.ОРЕНБУРГ, БИК: 015354008, КБК 11603121019000140, УИН 18855625010100003183. Меру пресечения ФИО1 до вступления приговора в законную силу оставить без изменения в виде подписки о невыезде и надлежащем поведении. Вещественные доказательства: - мобильный телефон марки «KENSHI», банковскую карту АО «Альфа-Банк» - оставить по принадлежности у потерпевшего К.В.Р., - квитанции об оплате АО «Альфа-Банк» от 01.06.2025 в количестве 17 шт.; чек ККМ №2383 от 01.06.2025; выписку по счету АО «Альфа-Банк»; CD-диск с видеозаписями от 01.06.2025, 3 товарных чека, - хранить в материалах уголовного дела. Приговор может быть обжалован в апелляционном порядке в Оренбургский областной суд через Новотроицкий городской суд Оренбургской области в течение 15 суток со дня его провозглашения. Осужденная вправе участвовать в рассмотрении уголовного дела судом апелляционной инстанции. Судья Новотроицкого городского суда О.Н.Белоусова Суд: Новотроицкий городской суд (Оренбургская область) (подробнее) Иные лица: Прокурор г. Новотроицка (подробнее) Судьи дела: Белоусова Ольга Николаевна (судья) (подробнее) Последние документы по делу: Приговор от 17 ноября 2025 г. по делу № 1-217/2025 Приговор от 18 августа 2025 г. по делу № 1-217/2025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