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19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период времени с 04:57 часов до 05:07 часов ФИО1, находясь в квартире ранее знакомого ФИО21 М.О., расположенной по адресу: &lt;адрес&gt;, реализуя возникший преступный умысел, направленный на кражу, то есть тайное хищение чужого имущества, а именно: денежных средств, принадлежащих ФИО21 Н.В., с &lt;данные изъяты&gt;, открытых в ПАО «Сбербанк», ООО «ОЗОН Банк» и АО «Газпромбанк» на имя умершего сына ФИО21 Н.В. — ФИО21 М.О., заведомо зная о том, что ФИО21 М.О. скончался ДД.ММ.ГГГГ около 00:25 часов, в связи с чем прекратились договорные обязательства по его банковским счетам, а денежные средства, находящиеся на &lt;данные изъяты&gt; ФИО21 М.О. перешли в собственность ФИО21 Н.В. по праву наследования, действуя единым преступным умыслом, осознавая противоправный характер своих действий и убедившись, что за ее преступными действиями никто не наблюдает, используя находящийся в квартире мобильный телефон марки «TECNO BG6», принадлежащий умершему ФИО21 М.О., с установленной в нем сим-картой с абонентским номером №, с целью получения материальной выгоды, из корыстных побуждений, умышленно, тайно похитила с &lt;данные изъяты&gt; ПАО «Сбербанк», ООО «ОЗОН Банк» и АО «Газпромбанк» денежные средства в общей сумме 35223,00 рубля, принадлежащие ФИО21 Н.В., а именно: - ДД.ММ.ГГГГ около 04:57 часов ФИО1 установила на мобильном телефоне марки «TECNO BG6», принадлежащем ФИО21 М.О., мобильное приложение «Сбербанк-он-лайн», тем самым получила доступ к личному кабинету ФИО21 М.О., после чего ДД.ММ.ГГГГ в 04:58 часов вошла в личный кабинет ФИО21 М.О. и осуществила перевод денежных средств в сумме 872,00 рубля с &lt;данные изъяты&gt; №, принадлежащего ФИО21 М.О., на счет своей &lt;данные изъяты&gt; ПАО «Сбербанк» №, тем самым с целью получения материальной выгоды, из корыстных побуждений, умышленно, тайно похитила с &lt;данные изъяты&gt; ПАО «Сбербанк» №, открытого в филиале № отделения ПАО «Сбербанк» №, расположенном по адресу: &lt;адрес&gt;, на имя ФИО21 М.О., денежные средства в сумме 872,00 рубля, принадлежащие ФИО21 Н.В. - ДД.ММ.ГГГГ в 05:00 часов ФИО1 используя мобильный телефон марки «TECNO BG6», принадлежащий ФИО21 М.О., с установленным в нем мобильным приложением ООО «ОЗОН Банк», имея доступ к личному кабинету ФИО21 М.О., вошла в личный кабинет ФИО21 М.О. и осуществила перевод денежных средств в сумме 16703,00 рубля с &lt;данные изъяты&gt; №, принадлежащего ФИО21 М.О., на счет своей &lt;данные изъяты&gt; ПАО «Сбербанк» №, тем самым с целью получения материальной выгоды, из корыстных побуждений, умышленно, тайно похитила с &lt;данные изъяты&gt; ООО «ОЗОН Банк» № &lt;данные изъяты&gt; №, оформленной в режиме «он-лайн» в ООО «ОЗОН Банк», расположенном по адресу: &lt;адрес&gt;, на имя ФИО21 М.О., денежные средства в сумме 16703,00 рубля, принадлежащие ФИО21 Н.В. - ДД.ММ.ГГГГ в 05:07 часов ФИО1 используя мобильный телефон марки «TECNO BG6», принадлежащий ФИО21 М.О., с установленным в нем мобильным приложением АО «Газпромбанк», имея доступ к личному кабинету ФИО21 М.О., вошла в личный кабинет ФИО21 М.О. и осуществила перевод денежных средств в сумме 17648,00 рублей с &lt;данные изъяты&gt; №, принадлежащего ФИО21 М.О., на счет своей &lt;данные изъяты&gt; ПАО «Сбербанк» №, тем самым с целью получения материальной выгоды, из корыстных побуждений, умышленно, тайно похитила с &lt;данные изъяты&gt; № &lt;данные изъяты&gt; АО «Газпромбанк» №, оформленной в дополнительном офисе № АО «Газпромбанк», расположенном по адресу: &lt;адрес&gt;, на имя ФИО21 М.О., денежные средства в сумме 17648,00 рублей, принадлежащие ФИО21 Н.В. Таким образом, ФИО2 ДД.ММ.ГГГГ в период времени с 04:57 часов до 05:07 часов, действуя единым преступным умыслом, направленным на кражу, то есть тайное хищение чужого имущества, с целью получения материальной выгоды, из корыстных побуждений, умышленно, тайно похитила с &lt;данные изъяты&gt; ПАО «Сбербанк» №, открытого на имя ФИО21 М.О., денежные средства в сумме 872,00 рубля, принадлежащие ФИО21 Н.В., с &lt;данные изъяты&gt; № &lt;данные изъяты&gt; ООО «ОЗОН Банк» №, оформленной на имя ФИО21 М.О., денежные средства в сумме 16703,00 рубля, принадлежащие ФИО21 Н.В., с &lt;данные изъяты&gt; № &lt;данные изъяты&gt; АО «Газпромбанк» №, оформленной на имя ФИО21 М.О., денежные средства в сумме 17648,00 рублей, принадлежащие ФИО21 Н.В., причинив тем самым ФИО21 Н.В. значительный материальный ущерб на общую сумму 35223,00 рубля. Похищенными денежными средствами ФИО1 распорядилась по своему усмотрению, обратив в свою пользу. 2.Она же, ДД.ММ.ГГГГ около 05:13 часов, находясь в квартире ранее знакомого ФИО21 М.О., расположенной по адресу: &lt;адрес&gt;, реализуя возникший преступный умысел, направленный на мошенничество, то есть хищение чужого имущества путем обмана, а именно: денежных средств, принадлежащих ПАО «Сбербанк», находящихся на &lt;данные изъяты&gt; умершего ФИО21 М.О., заведомо зная о том, что ФИО21 М.О. скончался ДД.ММ.ГГГГ около 00:25 часов, в связи с чем прекратились договорные обязательства с ПАО «Сбербанк» по его &lt;данные изъяты&gt;, осознавая противоправный характер своих действий, используя находящийся в квартире мобильный телефон марки «TECNO BG6», принадлежащий умершему ФИО21 М.О., с установленной в нем сим-картой с абонентским номером №, в котором ранее установила мобильное приложение «Сбербанк-он-лайн», получив доступ к личному кабинету ФИО21 М.О., вошла в личный кабинет ФИО21 М.О. и в режиме «он-лайн» подала заявку от имени ФИО21 М.О. на оформление &lt;данные изъяты&gt; ПАО «Сбербанк» с кредитным лимитом 220000,00 рублей, тем самым предоставив в ПАО «Сбербанк» заведомо ложные сведения о заемщике, не уведомляя банк о смерти ФИО21 М.О. ПАО «Сбербанк», будучи не осведомленным о смерти ФИО21 М.О., считая, что заявка на оформление &lt;данные изъяты&gt; оформлена самим ФИО21 М.О., одобрил заявку на получение &lt;данные изъяты&gt; на его имя, открыл на имя ФИО21 М.О. &lt;данные изъяты&gt; № и активировал &lt;данные изъяты&gt; № с кредитным лимитом 220000,00 рублей, после чего денежные средства в сумме 220000,00 рублей поступили на &lt;данные изъяты&gt;. После этого ФИО1, обнаружив в личном кабинете ФИО21 М.О. на &lt;данные изъяты&gt; денежные средства в сумме 220000,00 рублей, ДД.ММ.ГГГГ в 05:17 часов осуществила перевод денежных средств в сумме 210000,00 рублей с комиссией в сумме 8580,00 рублей с &lt;данные изъяты&gt; №, принадлежащего ФИО21 М.О., на &lt;данные изъяты&gt; ПАО «Сбербанк» №, тем самым с целью получения материальной выгоды, из корыстных побуждений, умышленно, путем обмана похитила с &lt;данные изъяты&gt; № &lt;данные изъяты&gt; ПАО «Сбербанк» №, оформленной в режиме «он-лайн» в ПАО «Сбербанк» по адресу: &lt;адрес&gt; на имя ФИО21 М.О., денежные средства в сумме 218580,00 рублей, принадлежащие ПАО «Сбербанк», причинив ПАО «Сбербанк» материальный ущерб. Похищенными денежными средствами ФИО1 распорядилась по своему усмотрению, обратив в свою пользу. Подсудимая ФИО1 в судебном заседании виновной себя признала полностью, воспользовалась правом, предусмотренным ст. 51 Конституции РФ, от дачи показаний отказалась, при этом подтвердила оглашенные показания с предварительного расследования от ДД.ММ.ГГГГ, о том, что с ДД.ММ.ГГГГ года проживала с сожителем ФИО3, ДД.ММ.ГГГГ рождения, который в ночь с ДД.ММ.ГГГГ по ДД.ММ.ГГГГ год попал в дорожно-транспортное происшествие, вследствие чего скончался, это было на трассе &lt;адрес&gt;. Встречаться с ФИО3 они стали примерно с октября ДД.ММ.ГГГГ года, а проживать совместно стали с ДД.ММ.ГГГГ года, проживали совместно, на два дома, иногда находились у нее дома, иногда у него в квартире по &lt;адрес&gt;, чья это квартира ей неизвестно. Во время их совместного проживания ФИО3 с ДД.ММ.ГГГГ года нигде не работал, устроился на работу только в ДД.ММ.ГГГГ или ДД.ММ.ГГГГ года на «Разрез Бачатский», водителем. Пока ФИО3 нигде не работал, проживали на ее денежные средства, то есть алименты и пособия, также она давала ФИО3 денежные средства на ремонт и обслуживание его автомобиля «Митсубиши Галант». У нее на момент совместного проживания с ФИО3 уже имелись кредитные обязательства в кредитных учреждениях, был кредит в «Сбербанк» и два микрозайма, которыми она пользовалась и также давала ФИО3 денежные средства. Когда ФИО3 устроился на работу, он стал ей помогать платить ежемесячные платежи по ее кредитам. ФИО3 в последнее время стал очень часто выпивать спиртное, на этой почве у них происходили конфликты. ДД.ММ.ГГГГ в вечернее время они с ФИО3 находились в его квартире в &lt;адрес&gt;. Ближе к ночи, точное время не помнит, но примерно около 20:30 часов у нее с ФИО3 произошел очередной конфликт, на почве очередного распития им спиртного. В ходе конфликта ФИО3 уехал из дома в неизвестном направлении, она увидела, что он уехал, когда вышла от ребенка, которого укладывала спать в комнате, это было около 23:00 часов, ФИО3 дома уже не было. Через некоторое время она звонила ФИО3, он ей сначала ответил, потом сбросил и внес ее в черный список, больше она дозвониться до него не могла. После чего стала ФИО3 искать через знакомых и написала в социальной сети «Вконтакте» его бывшей девушке по имени ФИО23. Когда написала ФИО23 и спросила был ли у ФИО23 ФИО3, ФИО23 заблокировала ее. После чего она не могла уснуть, так как переживала, около 02:00 часов в дверь постучались сотрудники полиции, которые ей рассказали, что ФИО3, попал в аварию и скончался, спросили ее есть ли у него родственники, она ответила, что мать ФИО3 проживает далеко, тогда ей пояснили, что необходимо проехать с ними на опознание, она сразу собралась и поехала с сотрудниками полиции. По прибытию на место аварии, она опознала труп ФИО3, после чего прошлась около места ДТП, и хотела найти какие-то личные вещи ФИО3, но ничего не нашла. Только сотрудник похоронной службы передал ей ключи от квартиры и портмоне с документами от автомобиля, помогли ей достать с автомобиля детское кресло сына, которое осталось целым. Пока оформляли документы о ДТП, она решила еще раз написать бывшей девушке ФИО23, сообщить о ДТП и спросить номер телефона матери ФИО3, так как его сотовый телефон она не нашла, а у нее номера телефона ФИО23 не было, она даже нашла страничку его матери ФИО20 и написала, но никто сразу не ответил. На месте происшествия они искали мобильный телефон ФИО3, полиция говорили, что не могут найти его телефон, они осматривали участок, но телефон ФИО3 так и не нашли. Какой марки у ФИО3 был мобильный телефон, не помнит, но они вместе ему покупали этот телефон в декабре ДД.ММ.ГГГГ года за сумму около 7000 рублей, точно не помнит, телефон ему покупала она, на свои денежные средства. После чего она поехала домой к ФИО3, где ранее и была. В квартире ФИО3 стала размышлять о произошедшем, думать о том, что потратила на ФИО3 и его автомобиль много денежных средств, а у нее на иждивении сын с инвалидностью, также имеются кредитные обязательства, поэтому решила забрать все оставшиеся на счетах ФИО3 денежные средства. На тот момент у ФИО3 было два мобильных телефона, один старый марки «TECNO», противоударный, в нем стояла сим-карта, с каким номером не помнит, второй телефон новый который покупала она, ФИО3 забирал с собой, когда уехал, в новом телефоне также была сим-карта, с каким номером не помнит, у него раньше было две сим-карты, но они стояли обе в старом телефоне, когда они в последнее время с ФИО3 ругались, то он переставлял сим-карты из одного телефона в другой, говорил ей «забери свой телефон, раз ты его мне покупала», в связи с этим в ту ночь ФИО3 оставил свой старый телефон с сим-картой дома. На мобильном телефоне ФИО3 были приложения ФИО13 «Газпромбанк» и «Озон Банк», от которых она знала пароли, так как ФИО3 ей их сам говорил, она иногда осуществляла какие-либо операции по его &lt;данные изъяты&gt; у них был общий бюджет, ФИО3 также мог пользоваться ее приложениями банков. Приложения «Сбербанк онлайн» у ФИО3 не было, но карта Сбербанк у него была, поэтому она решила создать личный кабинет «Сбербанк онлайн», скачала приложение, с помощью сим-карты, установленной в телефоне, ввела коды подтверждения, после чего смогла зайти в личный кабинет ФИО3 с его &lt;данные изъяты&gt; и &lt;данные изъяты&gt;. Когда зашла в личный кабинет «Сбербанк», то на счету ФИО3 было около 900 рублей, после чего она перевела себе 872 рубля на счет своей &lt;данные изъяты&gt; «Сбербанк» №. После чего вышла из приложения «Сбербанк онлайн», сразу зашла в приложение «Озон Банк» на имя ФИО3, через его телефон, пароль знала, сейчас не помнит, так как раннее они осуществляли совместные покупки на «Озон» и через его личный кабинет в приложении «Озон Банк» она перевела 16 703 рублей также на свою &lt;данные изъяты&gt; №. После чего зашла в приложение «Газпромбанк», которое также было установлено у ФИО3 на телефоне с картой ФИО3, так как знала пароль, через данное приложение перевела с &lt;данные изъяты&gt; ФИО3 себе денежные средства в сумме 17 648 рублей на свою &lt;данные изъяты&gt; №, затеи решила оформить кредит на ФИО3, а именно в «Сбербанк онлайн» была возможность получения виртуальной кредитной карты, она увидела лимит был 220000 рублей, в этот момент решила оформить &lt;данные изъяты&gt; и перешла к оформлению, на телефон ФИО3 приходили смс-сообщения с кодами подтверждения, которые она ввела, тем самым подтвердив оформление кредитной карты, через некоторое время &lt;данные изъяты&gt; была активирована с лимитом 220000 рублей. После чего перевела себе денежные средства на свою &lt;данные изъяты&gt; № «Сбербанк» в сумме 210 000 рублей, так как за перевод была комиссия, в какой сумме не помнит. Через некоторое время приехала бывшая девушка ФИО3 - ФИО23, во сколько именно не помнит, в 6 или 7 часов, они с ФИО23 стали разговаривать о произошедшем с ФИО3, о том, что она перевела все имеющиеся денежные средства на счетах и картах ФИО3 она ФИО23 говорить не стала, они немного пообщались и ФИО23 уехала домой. После она потратила денежные средства, которые перевела с карт ФИО3 на погашение своих кредитов. Все переводы осуществила в период примерно с 04:50 часов до 05:20 часов, точное время не помнит. При себе у нее имеется распечатанная выписка по счету ее карты «Сбербанк» на двух листах, которую желает выдать добровольно, для приобщения к материалам уголовного дела. Мать ФИО3 ей позвонила, сказала, что написала заявление в полицию, но не сказала по какому поводу, она у нее тоже ничего не спрашивала, больше они не общались, когда она приезжала на похороны она передала ей личные вещи ФИО3, документы, которые у нее были, в том числе и его банковские карты». В организации похорон не принимала участие, материально никак не помогала. Денежные средства, которые она перевела со счетов ФИО3, потратила на личные нужды. На момент совершения преступления не думала, что это является преступлением, сейчас свою вину признает, в содеянном раскаивается. Денежные средства, которые перевела с кредитной карты, она потратила на личные нужды, а также выплатила часть своих кредитов. Когда перевела 240000 рублей на свою карту ТБанк, после чего 235000 рублей перевела на другой свой счет в ТБанк, для погашения кредита, 5000 рублей израсходовала. После перевода с ее карты Сбербанк 240000 рублей у нее на карте «Сбербанк» оставалась сумма около 3500 рублей, которые потратила на личные нужды, бытовые расходы. На момент совершения преступлений не думала, что это является преступлением, сейчас свою вину признает, в содеянном раскаивается. Будет стараться по возможности возмещать ущерб. Более ей дополнить нечего. (т.1 л.д.44-50, т.2 л.д. 86-88) Виновность ФИО1 в совершении инкриминируемых ей деяний подтверждается следующими исследованными в судебном заседании доказательствами по делу. Показаниями потерпевшей ФИО21 Н.В. от ДД.ММ.ГГГГ, с предварительного расследования о том, что проживает по адресу: &lt;адрес&gt;, одна. Трудоустроена официально, график работы сутки трое, размер заработной платы в среднем около 48000-50000 рублей, иных доходов не имеет. Ее сын ФИО3, ДД.ММ.ГГГГ года рождения, скончался от полученных травм, в результате ДТП ДД.ММ.ГГГГ около 00:25 часов на автомобильной трассе «&lt;адрес&gt;. Сын проживал по адресу: &lt;адрес&gt; Жены и детей у сына не было, но ей известно, что сын сожительствовал с девушкой — ФИО1, с ними проживал ребенок ФИО1 от первого брака, ребенок инвалид. Сын работал на каком-то угольном предприятии, каком именно, она не знает. В г. &lt;адрес&gt; последний раз приезжала на похороны сына, которые она сама организовывала, все оплачивала. До этого приезжала в &lt;адрес&gt; ДД.ММ.ГГГГ на похороны своего отца, тогда познакомилась с девушкой сына ФИО1, ей стало известно, что они совместно проживали около года, жили в доме ФИО18 по адресу &lt;адрес&gt;, 1. ДД.ММ.ГГГГ она улетела домой в &lt;адрес&gt;, по телефону с сыном общались не каждый день, близкого контакта у них с сыном не было. ДД.ММ.ГГГГ в ночное время, примерно около 03:00 часов, ей поступил звонок от ФИО1, которая сообщила, что сын погиб в результате ДТП. ФИО18 рассказала, что сын был в машине один, не справился с управлением автомобилем, вылетел на полосу встречного движения, несколько раз перевернулся, в результате полученных травм скончался на месте. Когда она стала ФИО18 расспрашивать, ФИО18 ей рассказала, что ДД.ММ.ГГГГ сын выпивал спиртное, они находились в квартире сына по &lt;адрес&gt; сын отмечал праздники, у него были выходные, ФИО18 с ним не выпивала. Сын один распил половину бутылки водки объемом 0,5 литра, пока ФИО18 укладывала своего сына спать, ФИО3 куда-то ушел, в последующем ФИО18 обнаружила, что ключей сына от его автомобиля марки «MITSUBISHI GALANT», &lt;данные изъяты&gt; №», нет на месте, ФИО18 поняла, что сын, выпивший куда-то уехал на своем автомобиле. ФИО18 стала звонить ФИО3, но тот не отвечал на звонки. Позднее к ФИО18 пришли сотрудники полиции и сообщили о ДТП, в результате которого сын скончался. Со слов ФИО18, ФИО18 ездила на место аварии, ФИО18 отдали документы на имя сына, также искали мобильный телефон сына, но не нашли, сейчас ей стало известно, что у сына было два мобильных телефона, один старый марки «TECNO», который остался в квартире, и новый телефон, какой марки, не знает, который должен был быть у сына, и не был найден на месте ДТП, новый телефон сыну покупала ФИО1, в связи с чем, для нее этот телефон интереса не представляет и никакой материальной ценности не несет, ни новый, ни старый телефоны. Когда она узнала о смерти сына, то приезжала в &lt;адрес&gt; для организации похорон, также была у нотариуса по &lt;адрес&gt;, где написала заявление о вступлении в наследство, кроме нее у сына никого нет, наследником будет она по истечении установленного срока вступления в наследство 6 месяцев. Из наследства ей перейдет квартира по &lt;адрес&gt; и гараж по &lt;адрес&gt;, точный адрес не помнит. Так как она вступает в наследство, она понимала, что долговые обязательства сына все равно перейдут к ней, поэтому решила сразу выплатить кредиты сына. Когда она была в &lt;адрес&gt;, в квартире сына нашла &lt;данные изъяты&gt; «ТБанк», «Газпромбанк», «Сбербанк», в данные банки она в последующем обращалась, чтобы выяснить наличие кредитов у сына, она узнала, что в «Газпромбанке» был кредит на сумму около 400000 рублей, который она выплачивает до сих пор, в «ТБанк» около 100000 рублей, который она уже погасила. Также узнала, что у сына была &lt;данные изъяты&gt; ПАО «Сбербанк» с лимитом 220000 рублей, который был израсходован, в связи с чем она решила выплатить этот долг сразу, так как думала, что он потом ей все равно перейдет. Она обратилась в ПАО «Сбербанк», оплатила кредит, но когда ей выдали справку о погашении задолженности, она выяснила, что кредит был взят в день смерти сына, а именно ДД.ММ.ГГГГ, тогда она поняла, что сын сделать этого не мог, так как погиб уже ДД.ММ.ГГГГ около 00:25 часов, она сразу подумала, что кредит могла оформить сожительница сына ФИО1, стала обращаться по данному поводу в полицию. Также она узнала, что ФИО1 через несколько часов после смерти ФИО3, перевела все оставшиеся на его счетах денежные средства, а именно: с &lt;данные изъяты&gt; «Сбербанк» в сумме 872 рубля, с &lt;данные изъяты&gt; «Газпромбанк» 17648 рублей, с &lt;данные изъяты&gt; «Озон Банк» 16703 рубля, то есть в общей сумме 35223 рубля. Данные денежные средства по истечению 6 месяцев, когда она вступила бы в наследство перешли бы ей, так как она будет являться наследником, и все денежные средства, находящиеся на счетах человека на момент смерти после поступления в банк информации о смерти клиента «замораживаются» и если кто-то из родственников вступает в наследство, то получает все денежные средства, которые были на &lt;данные изъяты&gt; умершего, данные денежные средства должна была получить она, но они были похищены ФИО1 после смерти ее сына. Действиями ФИО1 ей был причинен ущерб на сумму 35223 рублей, данный ущерб является для нее значительным, так как размер заработной платы составляет около 48000-50000 рублей, из данных средств она выплачивает кредит за сына в «Газпромбанк», ежемесячный платеж в сумме 15000 рублей, оплачивает коммунальные услуги, приобретает продукты питания, и иное необходимое, других доходов, кроме заработной платы у нее нет. Задолженность перед банком ПАО «Сбербанк» по &lt;данные изъяты&gt; в сумме 220000 рублей погасила она полностью, как оказалось — не за своего сына, а по кредитной карте, оформленной ФИО1 после смерти сына, то есть она вместо ФИО1 возместила ущерб, сама не зная об этом. После того, как ей стало известно, что кредит брал не ее сын, а его сожительница, через некоторое время она обратилась в независимую финансовую организацию, где написала претензию к банку ПАО «Сбербанк». В настоящее время ПАО «Сбербанк» возместил ей ущерб в полном объеме, на ту сумму, которую она выплатила банку за &lt;данные изъяты&gt; вместе с процентами, то есть ей полностью денежные средства банком были возвращены в сумме 226881 рублей. Ей причинен материальный ущерб только на сумму 35223 рублей, по факту хищения ФИО1 денежных средств, оставшихся на счетах ее сына ФИО3, на данную сумму она желает подать исковое заявление, хоть ей и известно, что ФИО1 выплачивать долг нечем, так как ФИО1 не работает, ребенок инвалид, и она живет на пособие, как ФИО1 будет отдавать ей долг, она не знает. При себе у нее имеется справка «Сбербанк» о возмещении ущерба, чек по операции «Сбербанк» от ДД.ММ.ГГГГ, справка о задолженности по &lt;данные изъяты&gt; на ДД.ММ.ГГГГ, которые она распечатала и желает выдать добровольно, для приобщения к материалам уголовного дела. Просит привлечь к уголовной ответственности ФИО1, совершившую хищение денежных средств со &lt;данные изъяты&gt; ее сына в сумме 35223 рублей. Следователем ей разъяснена ст. 25 УПК РФ , согласно которой, она имеет право обратиться с заявлением о прекращении уголовного дела в отношении ФИО1 за примирением сторон, воспользоваться данным правом она не желает, так как ФИО1 не возместила причиненный материальный ущерб, желает, чтобы уголовное дело было направлено в суд. Просит рассмотреть уголовное дело в ее отсутствие и назначить ФИО1 наказание на усмотрение суда. (т.2 л.д.28-31) Показаниями представителя потерпевшего ФИО32 от ДД.ММ.ГГГГ, с предварительного расследования о том, что работает в ПАО «Сбербанк» по адресу: &lt;адрес&gt; в ПАО «Сбербанк» с ДД.ММ.ГГГГ, в должности специалист сектора проверочно-розыскных мероприятий отдела экономической безопасности управления безопасности Кемеровского отделения &lt;адрес&gt; ПАО «Сбербанк». Как ему стало известно, ДД.ММ.ГГГГ скончался ФИО3, который являлся клиентом ПАО «Сбербанк», после смерти ФИО21 М.О. на его имя была оформлена кредитная карта, а именно согласно базе данных ПАО «Сбербанк» была выпущена кредитная карта с лимитом 220000 рублей, в последующем денежные средства с &lt;данные изъяты&gt; в сумме 210000 рублей были переведены на имя ФИО1, как ему сейчас известно, это бывшая сожительница ФИО21 М.О., также при переводе денежных средств была комиссия в сумме 8580 рублей, на счету остались денежные средства в сумме 1420 рублей. Может пояснить, что банк не обращался по данному поводу с заявлением в полицию, так как мать умершего клиента ФИО21 Н.В. погасила в полном объеме задолженность по кредиту, ДД.ММ.ГГГГ денежные средства были зачислены на счет умершего клиента, то есть какой-либо просрочки по кредиту не было, в связи с чем, это не было проблемной задолженностью и на тот момент в банке не было информации о том, что кредитная карта была оформлена не самим клиентом, а также не было данных о смерти клиента. В ходе работы с базой данных ПАО «Сбербанк» было выявлено, что ДД.ММ.ГГГГ был создан личный кабинет «Сбербанк онлайн» на имя ФИО21 М.О. 04:57 часов по местному времени, и после чего была подтверждена выдача кредитной карты, карта виртуальная, ее получение в офисе банка не требовалось, поэтому заявка была одобрена и денежные средства поступили на счет оформленной &lt;данные изъяты&gt; № ФИО21 М.О. Позднее после поступления в банк информации о смерти клиента ФИО21 М.О. все его счета и &lt;данные изъяты&gt; были заблокированы. Оставшиеся на счета умершего клиента денежные средства банк использовать не может, они блокируются, до момента вступления в наследство, данные денежные средства могут перейти только законному наследнику, в данном случае если мать ФИО21 Н.В. вступает в наследство, то все денежные средства, которые бы находились на счетах и картах умершего ФИО21 М.О. перешли бы ей. Также желает пояснить, что номер мобильного телефона клиента ФИО21 М.О. №, этот номер мог подключить только он при личном обращении в банк, где клиент идентифицируется, и где он подтверждает, что подключает именно этот номер телефона, обычно для подтверждения необходимо прикладывать к устройству свою &lt;данные изъяты&gt;, находясь в офисе банка и после того, как телефон внесен в базу, тогда подключаются смс оповещения от банка. Личный кабинет «Сбербанк онлайн» может быть установлен на любое устройство с доступом к интернету, войти в «Сбербанк онлайн» можно зная логин и пароль от личного кабинета. В данном случае согласно смс-оповещениям из базы данных у клиента ФИО21 М.О. ранее вообще не было личного кабинета «Сбербанк онлайн», ДД.ММ.ГГГГ он был создан впервые. Если бы ранее у ФИО21 М.О. был личный кабинет «Сбербанк онлайн», то в него необходимо было бы просто войти, если же были бы неизвестны логин и пароль для входа, то их можно было бы просто восстановить, имея при себе номер телефона, который был у клиента ФИО21 М.О., а именно №, так как этот номер был подтвержден в банке и являлся номером клиента. В данном случае ФИО1 необходимо было иметь при себе сим-карту с номером телефона ФИО21 М.О. №, на которую приходили смс-сообщения от банка с кодами подтверждения входа в «Сбербанк онлайн», без доступа к этому номеру, ФИО1 не смогла бы зайти в приложение, а в данном случае создать личный кабинет, так как у ФИО21 М.О. личного кабинета «Сбербанк онлайн» не было. ФИО1 оформила не потребительский кредит, а &lt;данные изъяты&gt;, при чем уже одобренной заявки на данную карту у ФИО21 М.О. быть не могло. Если у клиента не было «Сбербанк онлайн», банк рассылает уведомления об одобрении кредита, это является рекламой, что клиент может воспользоваться предложением, но на самом деле одобренной заявки быть в приложении не могло, так как есть много нюансов при оформлении кредита или кредитной карты, если клиент обращался за кредитной картой в банк, то там бы сразу с ним все операции провели, и выдали кредит или &lt;данные изъяты&gt;. В связи с чем, может пояснить, что ФИО2 сама оформляла кредитную карту от имени ФИО21 М.О., а не воспользовалась одобренной заявкой, которой не могло быть в приложении, с учетом того, что у клиента и «Сбербанк онлайн» не было. Как следует из выписки по сообщениям приходящим на номер телефона ФИО21 М.О. №, сначала ФИО1 зарегистрировалась в «Сбербанк онлайн» в 04:57 часов по местному времени, после чего сделала перевод со &lt;данные изъяты&gt; №****№ клиента на сумму 872 рублей в 05:15 часов по местному времени, после чего сделала заявку на виртуальную &lt;данные изъяты&gt;, заявка была одобрена, у кредитной карты имелся свой &lt;данные изъяты&gt; №, на который поступили денежные средства в сумме 220000 рублей 05:16 часов, после чего ФИО1 перевела на свою карту «Сбербанк» 210000 рублей. Таким образом, ПАО «Сбербанк» был причинен материальный ущерб на общую сумму 210000 рублей. В связи с тем, что ФИО1 оформила кредит на имя умершего ФИО21 М.О. практически сразу, то есть через несколько часов после его смерти, то банк не располагал сведениями о смерти клиента, в связи с чем, и была одобрена выдача кредитной карты. Если бы прошло больше времени и в банке бы имелась информация о смерти клиента, то в таком случае у клиента в программе стояла бы отметка о том, что клиент скончался, были бы заблокированы учетная запись «Сбербанк онлайн», «Мобильный банк» и &lt;данные изъяты&gt;, остановлены начисления процентов по &lt;данные изъяты&gt;, этим бы уже никто не смог воспользоваться. Но в ПАО «Сбербанк» о смерти заемщика информации не было. При себе у него имеются заявление анкета на получение кредитной карты, индивидуальные условия выпуска и обслуживания кредитной карты «Сбербанк», распечатка смс-сообщений на №, решение службы финансового уполномоченного, которые он желает выдать для приобщения к материалам уголовного дела. В связи с тем, что кредитная карта на имя ФИО21 М.О. была оформлена не им, а после его смерти потерпевшим является ПАО «Сбербанк», ущерб банку был причинен на сумму 210000 рублей, ФИО1 перевела себе 210000 рублей, остальные денежные средства в сумме 8580 рублей была комиссия за перевод ФИО13 и на &lt;данные изъяты&gt; осталось 1420 рублей. Мать умершего клиента ФИО21 М.О. - ФИО21 Н.В. возмещала ущерб банку, то есть выплачивала всю задолженность по кредиту, так как не знала, что &lt;данные изъяты&gt; была оформлена не ее сыном, но в последующем ФИО21 Н.В. обращалась в службу финансового уполномоченного и сделка была признана недействительной, в связи с чем ПАО «Сбербанк» были выплачены все денежные средства ФИО21 Н.В. вместе с процентами, в сумме 226881 рублей. То есть ущерб причинен банку ПАО «Сбербанк» и остается до настоящего времени невозмещенным, в связи с чем ПАО «Сбербанк» желает подать исковое заявление к ФИО1 на сумму похищенных ею денежных средств 210000 рублей, так как остальные средства были комиссией и процентами банку, в связи с этим в качестве ущерба они не учитываются. Просит привлечь к уголовной ответственности ФИО1, совершившую хищение денежных средств, принадлежащих ПАО «Сбербанк» в сумме 210000 рублей. Следователем ему разъяснена ст. 25 УПК РФ , согласно которой возможно примирение сторон, воспользоваться данным правом не желает, желает, чтобы уголовное дело было направлено в суд. (т.1 л.д.234-238) Показаниями свидетеля Свидетель №3, в судебном заседании о том, что у нее есть внучка ФИО1. Ребенок у ФИО18 &lt;данные изъяты&gt;. По обстоятельствам дела ей известно от сотрудников полиции, что ФИО18 воспользовалась &lt;данные изъяты&gt; сожителя и перевела деньги на свою &lt;данные изъяты&gt;. ФИО18 нигде не работает из-за того, что ребенку постоянно требуется присмотр и уход. ФИО18 может охарактеризовать положительно, не выпивающая, наркотические средства не употребляет. Показаниями свидетеля Свидетель №2, в судебном заседании о том, что он подрабатывает в такси «Наш город», работает на своем личном автомобиле. ФИО1 ему не знакома, он забрал ее из &lt;адрес&gt;, девушка оплачивала переводом. Показаниями свидетеля Свидетель №1, в судебном заседании о том, что его бывшая супруга ФИО1, у них имеется совместный ребенок, который проживает с ней, они поддерживают общение по поводу ребенка. О том, что ФИО18 ранее проживала с ФИО3, он знал. В отделе полиции ему стало известно, что ФИО18 сняла какие-то денежные средства с кредитной карты. Показаниями свидетеля ФИО4 от ДД.ММ.ГГГГ, с предварительного расследования о том, что ФИО1 ей не знакома, кто это она не знает. В настоящее время ей для обозрения была предъявлена выписка «Сбербанк» по &lt;данные изъяты&gt; на имя ФИО1, из которой следует, что ДД.ММ.ГГГГ в 14:57 часов по местному времени ей были переведены денежные средства в сумме 900 рублей на ее &lt;данные изъяты&gt; «Сбербанк» с &lt;данные изъяты&gt; №. По данному поводу может пояснить, что она просмотрела журнал своих записей в салоне красоты, девушка с этими данными ФИО1 у нее не записана в журнале, потом она посмотрела свой личный кабинет «Сбербанк онлайн» и действительно у нее была такая операция, что девушка переводила ей деньги, то есть ФИО1 была в салоне в тот день. Какую именно процедуру ФИО1 делала она не может сказать, у нее не записано, но судя по сумме это могло быть оформление бровей, так как сумма небольшая, если бы была бы косметическая процедура, то она бы записала себе в журнал, но такую процедуру как оформление бровей она не записывает, только что-то серьезное. Она совершенно не помнит, как выглядела эта девушка, может сказать, что это не их клиентка, в их салон девушка не ходит, у нее в журнале даже не записано время, в которое девушка была у нее, из чего может сделать вывод, что эта девушка просто шла мимо и зашла в салон, в то время оказалось свободное место, в связи с этим она смогла принять девушку, то есть девушка, видимо не планировала свой визит к ним, а просто попала в свободное время. Более к ним в салон эта девушка не приходила. У них в салоне терминала бесконтактной оплаты нет, все рассчитываются наличными, но иногда когда клиент не может рассчитаться наличными, то можно оплатить процедуры переводом на карту либо мастеру, либо владельцу, как и произошло в данном случае, что за услугу перевели ей деньги, а она уже потом внесла их в кассу салона. О том, что ФИО1 похитила денежные средства с &lt;данные изъяты&gt; на имя ФИО21 М.О. она не знала, узнала только сейчас от следователя, никто из этих людей ей не знаком. В суд просит ее не вызывать по состоянию здоровья, у нее больное сердце, она уже все пояснила в своем допросе, более ей пояснить нечего. (т.1 л.д.167-169) Показаниями свидетеля Свидетель №4 от ДД.ММ.ГГГГ, с предварительного расследования о том, что проживает с родителями. Ранее проживала с бывшим парнем ФИО3, ДД.ММ.ГГГГ года рождения, по месту его регистрации в &lt;адрес&gt; в период с ДД.ММ.ГГГГ года по март &lt;адрес&gt;, после чего они расстались и она переехала проживать в родительский дом, где прописана и по настоящее время проживает. ДД.ММ.ГГГГ в вечернее время, примерно около 00:00 часов, точное время не знает, ей в социальной сети «Вконтакте» написала новая девушка ФИО3, по имени ФИО18, которую она никогда раннее не видела и с ней не общалась. ФИО18 написала с вопросом, не знает ли она где ФИО3, она ответила ФИО18 «Не позорься» и заблокировала профиль ФИО18, чтобы ФИО18 больше ей не писала, так как она с ФИО18 никогда не общалась и ФИО18 встречается с ее бывшим парнем. ДД.ММ.ГГГГ в утреннее время она в социальной сети «Вконтакте» увидела сообщение от ФИО3 @pohyuleto (Maks Noch), которое было написано в 05:38 часов. Она прочитала, в сообщении было написано, что «ФИО3 разбился, его больше нет, перезвони» и был написан номер телефона. Она перезвонила по номеру, ответила ФИО18 и рассказала, что ФИО3 попал в ДТП, и когда ФИО18 приехала, ФИО3 был уже накрыт. Они договорились что она приедет к ФИО18, чтобы узнать обо всем, что случилось, как ей известно, на месте аварии была только сама ФИО18. После чего она поехала к ФИО18 около 06:00 часов по адресу &lt;адрес&gt;. По прибытию она с ФИО18 стала разговаривать о произошедшем. ФИО18 говорила, что на месте ДТП ей кто-то сказал поискать вещи ФИО3 около автомобиля, ФИО18 пояснила, что искала телефон ФИО3, но не смогла найти. После чего, она спросила ФИО18, как ФИО18 тогда написала ей в социальной сети «Вконтакте», на что ФИО18 сказала, что помнит все пороли ФИО3. Пока они сидели и общались ФИО18 писала всем в телефоне о смерти ФИО3, с какого ФИО18 телефона писала информацию ей не известно, но один телефон у ФИО18 был в руках, а еще один телефон она видела на зарядке. Какими телефонами, каких марок пользовались ФИО3 и ФИО18 она не знает, сколько у них было телефонов не знает. ФИО18 расстроенной не выглядела, не плакала. Так она пробыла примерно с ФИО18 до 10:00 часов. Она не знает, были ли у ФИО3 в телефоне приложения мобильных ФИО13, знает что был «ТБанк», «Открытие», «ОзонБанк», на счет других не знает. В дальнейшем она созванивалась с ФИО18, обсуждали вопрос по проведению похорон, где и когда они будут. ДД.ММ.ГГГГ в г. ФИО15 приехала мама ФИО3, Потерпевший №1, ФИО20 занималась организацией похорон, ДД.ММ.ГГГГ были похороны. После похорон она ФИО18 больше не видела, которая даже в дальнейшем не была на 9 день и 40 дней на поминках. Они после этого с ФИО18 не общались и больше не виделись. Ей ФИО18 не рассказывала о том, что похитила денежные средства со &lt;данные изъяты&gt; ФИО3, что оформила от его имени кредит, она узнала об этом только от сотрудников полиции, когда ее вызывали в отдел для дачи объяснения, как она поняла ФИО18 сделала это еще до ее приезда к ФИО3 в квартиру в ночь происшествия. Также когда встал вопрос о покупке обуви для ФИО3, в чем его хоронить, ФИО18 была безучастной, как все думали что у ФИО18 не было денег, как она понимает ФИО18 делала вид, что денег у нее нет. Более ей пояснить нечего, в суд просит ее не вызывать, она уже все пояснила в своем допросе. (т.1 л.д.172-174) Виновность ФИО1 подтверждается также письменными доказательствами по делу. Сообщением ФИО21 Н.В., зарегистрированным в КУСП Отдела МВД России «Беловский» ДД.ММ.ГГГГ, №, согласно которому, ФИО21 Н.В. просит принять меры к неизвестному ей лицу, которое ДД.ММ.ГГГГ от имени ее погибшего в аварии сына ФИО3, ДД.ММ.ГГГГ года рождения оформило кредит. Оформленный неизвестным лицом, она выплатила кредит полностью, Сбербанк выдал справку об отсутствии задолженности в банке. После чего она обнаружила, что кредит был взят ДД.ММ.ГГГГ когда ее сын был уже мертв, подозревает девушку сына, которая проживала с ним ФИО1. (т.1 л.д.4) Протоколом осмотра предметов (документов) от ДД.ММ.ГГГГ, согласно которому, осмотрен отчет о движении денежных средств по &lt;данные изъяты&gt; №, открытой на имя ФИО1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в отношении &lt;данные изъяты&gt; № mir.ADVANCED, ОСБ 044004628615. Карта на имя ФИО1, ДД.ММ.ГГГГ г.р. Паспорт № выдан ГУ МВД РОССИИ ПО КЕМЕРОВСКОЙ ОБЛАСТИ от ДД.ММ.ГГГГ. Выписка представлена в виде таблицы, время указано (МСК): - ДД.ММ.ГГГГ в 00:58:09 часов Перевод на карту (с карты) через Мобильный банк (с взиманием комиссии с отправителя) на сумму 872,00 рублей ФИО3 Документ, удостоверяющий личность: № Выдан: ОТДЕЛОМ УФМС РОССИИ ПО КЕМЕРОВСКОЙ ОБЛ В ФИО5 выдачи: ДД.ММ.ГГГГ Дата рождения: ДД.ММ.ГГГГ, &lt;данные изъяты&gt; № телефон №; - ДД.ММ.ГГГГ в 01:00:05 часов Иное на сумму 16703,00 рублей MERCHANT_NAME=Озон Банк (Ozon); - ДД.ММ.ГГГГ в 01:07:46 часов Иное на сумму 17648,00 рублей MERCHANT_NAME=Газпромбанк; - ДД.ММ.ГГГГ в 01:17:41 часов Перевод на карту (с карты) через Мобильный банк (с взиманием комиссии с отправителя) на сумму 210000,00 рублей ФИО3 Документ, удостоверяющий личность: № Выдан: ОТДЕЛОМ УФМС РОССИИ ПО КЕМЕРОВСКОЙ ОБЛ В ФИО5 выдачи: ДД.ММ.ГГГГ Дата рождения: ДД.ММ.ГГГГ, &lt;данные изъяты&gt; №, &lt;данные изъяты&gt; №, телефон №; Общая сумма полученных ФИО1 денежных средств от ФИО21 М.О. составляет 245223 рублей. - ДД.ММ.ГГГГ в 11:43:27 часов Бесконтактная покупка POS ТУ СБЕРБАНКА на сумму -750,00 рублей MERCHANT_NAME=PYATEROCHKA 22883; MCC=5411; MERCHANT_ADDRESS=Gurevsk 652780 SHEVCHENKO STR 6B/1; - ДД.ММ.ГГГГ в 10:57:30 часов Списание с карты на карту по операции перевода с &lt;данные изъяты&gt; через Мобильный банк (с комиссией) на сумму -900,00 ФИО4 Документ, удостоверяющий личность: № Выдан: ОУФМС РОССИИ ПО КЕМЕРОВСКОЙ ОБЛ В Г ГУРЬЕВСК Дата выдачи: ДД.ММ.ГГГГ Дата рождения: ДД.ММ.ГГГГ, &lt;данные изъяты&gt; №, телефон №; - ДД.ММ.ГГГГ в 13:55:17 часов Иное на сумму -240000,00 рублей MERCHANT_NAME=Т-Банк; На данный момент остаток денежных средств полученных от ФИО21 М.О. 3573 рублей. - ДД.ММ.ГГГГ в 06:15:50 часов Списание с карты на карту по операции перевода с карты на карту через Мобильный банк (с комиссией) на сумму -500,00 рублей Свидетель №1 Документ, удостоверяющий личность: № Выдан: ТЕРРИТОРИАЛЬНЫЙ ПУНКТ № ОТДЕЛА УФМС РОССИИ ПО КЕМЕРОВСКОЙ ОБЛАСТИ &lt;адрес&gt; Дата выдачи: ДД.ММ.ГГГГ Дата рождения: ДД.ММ.ГГГГ &lt;данные изъяты&gt; № телефон +№; - ДД.ММ.ГГГГ в 06:50:37 часов Списание с карты на карту по операции перевода с карты на карту через Мобильный банк (с комиссией) на сумму -900,00 рублей Свидетель №2 Документ, удостоверяющий личность: № Выдан: ОТДЕЛЕНИЕМ УФМС РОССИИ ПО КЕМЕРОВСКОЙ ОБЛ. В &lt;адрес&gt; Дата выдачи: ДД.ММ.ГГГГ Дата рождения: ДД.ММ.ГГГГ &lt;данные изъяты&gt; № &lt;данные изъяты&gt; № телефон +№; - ДД.ММ.ГГГГ в 12:04:51 часов Покупка. POS ТУ Россия на сумму -800,00 рублей MERCHANT_NAME=taximaxim.ru; MCC=4121; - ДД.ММ.ГГГГ в 23:30:08 часов Бесконтактная покупка POS ТУ СБЕРБАНКА на сумму -129,98 рублей MERCHANT_NAME=PYATEROCHKA 19199; MCC=5411; MERCHANT_ADDRESS=Belovo 652616 DOVATORA STR 1; - ДД.ММ.ГГГГ в 23:37:49 часов Бесконтактная покупка POS ТУ СБЕРБАНКА на сумму -150,00 рублей MERCHANT_NAME=MAGAZIN_UGOLEK; MCC=5499; MERCHANT_ADDRESS=Belovo 652616 KALININA STR 19A; На момент совершения вышеперечисленных операций на &lt;данные изъяты&gt; ФИО1 остаток денежных средств в сумме 1093,02 рублей. - ДД.ММ.ГГГГ в 05:33:49 часов Перевод на карту (с карты) через Мобильный банк (с взиманием комиссии с отправителя) в сумме 1000,00 рублей Свидетель №3 Документ, удостоверяющий личность: № Выдан: ГУ МВД РОССИИ ПО КЕМЕРОВСКОЙ ОБЛАСТИ Дата выдачи: ДД.ММ.ГГГГ Дата рождения: ДД.ММ.ГГГГ; - ДД.ММ.ГГГГ в 07:21:10 часов Иное поступление в сумме 5000,00 рублей MERCHANT_NAME=Т-Банк; - ДД.ММ.ГГГГ в 11:43:00 часов Бесконтактная покупка POS ТУ СБЕРБАНКА на сумму -1730,00 рублей MERCHANT_NAME=CVETOCHNYJ RAJ; MCC=5992; MERCHANT_ADDRESS=Belovo 652600 LENINA STR DOM 23 A/1. После совершения операции на сумму 1730,00 рублей денежные средства полученные от ФИО21 М.О. были израсходованы. К протоколу осмотра предметов (документов) приобщена таблица иллюстраций. Отчет о движении денежных средств по &lt;данные изъяты&gt; №, открытой на имя ФИО2, признан и приобщен к уголовному делу в качестве вещественного доказательства, хранится в материалах уголовного дела. (т.1 л.д.29-37) Протоколом выемки от ДД.ММ.ГГГГ, согласно которого у подозреваемой ФИО1 изъята выписка по &lt;данные изъяты&gt; «Сбербанк» №****№. К протоколу выемки приобщена таблица иллюстраций. (т.1 л.д.54-56) Протоколом осмотра предметов (документов) от ДД.ММ.ГГГГ, согласно которому осмотрена выписка по &lt;данные изъяты&gt; «Сбербанк» №****№. &lt;данные изъяты&gt; № ФИО1. Итого по операциям остаток на ДД.ММ.ГГГГ 1266,06 рублей, всего пополнений 245223 рублей, всего списаний 241650 рублей, остаток 4839,06 рублей. - ДД.ММ.ГГГГ в 00:58 часов перевод на карту с платежного счета ****№ Е. ФИО3 на сумму 872 рублей, остаток средств в валюте счета 2138,06 рублей; - ДД.ММ.ГГГГ в 01:00 часов прочие операции Озон Банк пополнение на сумму 16703 рублей, остаток средств в валюте счета 18841,06 рублей; - ДД.ММ.ГГГГ в 01:07 часов прочие операции Газпромбанк пополнение на сумму 17648 рублей, остаток средств в валюте счета 36489,06 рублей; - ДД.ММ.ГГГГ в 01:17 часов перевод на &lt;данные изъяты&gt; № пополнение на сумму 210000 рублей, остаток средств в валюте счета 246489,06 рублей; - ДД.ММ.ГГГГ в 11:43 часов супермаркеты Пятерочка № Гурьевск на сумму 750 рублей, остаток средств в валюте счета 245739,06 рублей; - ДД.ММ.ГГГГ в 10:57 часов перевод с карты на &lt;данные изъяты&gt; № Ш. ФИО17 в сумме 900 рублей, остаток средств в валюте счета 244839,06 рублей; - ДД.ММ.ГГГГ в 13:55 часов прочие операции ТБанк на сумму 240000 рублей, остаток средств в валюте счета 4839,06 рублей. К протоколу осмотра предметов (документов) приобщена таблица иллюстраций. Выписка по счету карты «Сбербанк» №****4423 признана и приобщена к уголовному делу в качестве вещественных доказательств, хранится в материалах уголовного дела. (т.1 л.д.57-62) Протоколом осмотра предметов (документов) от ДД.ММ.ГГГГ, согласно которому, осмотрен отчет об IP-адресах входов в дистанционные сервисы ФИО13 М.О.,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тип запроса IP-адреса входов указанного лица в дистанционные сервисы банка, ФИО физ.лица ФИО3, ДД.ММ.ГГГГ г.р., паспорт &lt;...&gt;. - ДД.ММ.ГГГГ в 01:16:48 часов IP адрес 85.140.161.140;RU;4G устройство входа a1e5c038758c541e;TECNO BG6 канал MOBILE;Клиент осуществляет вход в систему координаты №; - ДД.ММ.ГГГГ в 01:12:50 часов IP адрес 85.140.161.140;RU;4G устройство входа a1e5c038758c541e;TECNO BG6 канал MOBILE;Клиент осуществляет вход в систему координаты №; - ДД.ММ.ГГГГ в 01:11:59 часов IP адрес 85.140.161.140;RU;4G устройство входа a1e5c038758c541e;TECNO BG6 канал MOBILE;Клиент осуществляет вход в систему координаты №; - ДД.ММ.ГГГГ в 00:57:28 часов IP адрес 85.140.161.140;RU;4G устройство входа a1e5c038758c541e;TECNO BG6 канал MOBILE; Клиент осуществляет вход в систему координаты №; - ДД.ММ.ГГГГ в 00:55:21 часов IP адрес 85.140.161.140;RU;4G устройство входа a1e5c038758c541e;TECNO BG6 канал MOBILE; Клиент осуществляет вход в систему координаты №; - ДД.ММ.ГГГГ в 16:49:50 часов IP адрес 176.197.38.12;RU;WIFI устройство входа a1e5c038758c541e;TECNO BG6 канал MOBILE;Клиент осуществляет вход в систему координаты №; - ДД.ММ.ГГГГ в 13:07:59 часов IP адрес 176.197.38.12;RU;WIFI устройство входа a1e5c038758c541e;TECNO BG6 канал MOBILE;Клиент осуществляет вход в систему координаты №; - ДД.ММ.ГГГГ в 13:02:27 часов IP адрес 176.197.38.12;RU;WIFI устройство входа a1e5c038758c541e;TECNO BG6 канал MOBILE;Клиент осуществляет вход в систему координаты №; - ДД.ММ.ГГГГ в 00:58:50 часов IP адрес 176.197.38.12;RU;WIFI устройство входа a1e5c038758c541e;TECNO BG6 канал MOBILE;Клиент осуществляет вход в систему координаты №; - ДД.ММ.ГГГГ в 00:57:24 часов IP адрес 176.197.38.12;RU;WIFI устройство входа a1e5c038758c541e;TECNO BG6 канал MOBILE;Клиент осуществляет вход в систему координаты №. К протоколу осмотра предметов (документов) приобщена таблица иллюстраций. Отчет об IP-адресах входов в дистанционные сервисы ФИО13 М.О. признан и приобщен к уголовному делу в качестве вещественного доказательства, хранится в материалах уголовного дела. (т.1 л.д.64-70) Протоколом осмотра предметов (документов) от ДД.ММ.ГГГГ, согласно которому осмотрен ответ на запрос, предоставленный органом ЗАГС &lt;адрес&gt; от ДД.ММ.ГГГГ №-№. Согласно ответа запись акта о смерти № от ДД.ММ.ГГГГ, данные об умершем ФИО3, ДД.ММ.ГГГГ года рождения, место рождения &lt;адрес&gt;, причина смерти: 1. а) &lt;данные изъяты&gt;; б) &lt;данные изъяты&gt;&lt;данные изъяты&gt;; в) &lt;данные изъяты&gt;; г) Водитель автомобиля, пострадавший в результате дорожного несчастного случая с опрокидыванием; д)-. 2. &lt;данные изъяты&gt;. Место смерти: &lt;адрес&gt;. Дата смерти: ДД.ММ.ГГГГ в -ч.-мин. Медицинское &lt;данные изъяты&gt; о смерти серия № № от ДД.ММ.ГГГГ Государственное бюджетное учреждение здравоохранения особого типа «Кузбасское клиническое бюро судебно-медицинской экспертизы». К протоколу осмотра предметов (документов) приобщена таблица иллюстраций. Ответ Органа ЗАГС &lt;адрес&gt; от ДД.ММ.ГГГГ, признан и приобщен к уголовному делу в качестве вещественного доказательства, хранится в материалах уголовного дела. (т.1 л.д.73-77) Протоколом осмотра предметов (документов) от ДД.ММ.ГГГГ, согласно которому, осмотрен отчет о движении денежных средств по &lt;данные изъяты&gt; №, открытой на имя ФИО21 М.О., предоставленный структурным подразделением ПАО «Сбербанк». Лист 1. Сопроводительное письмо на 1 листе бумаги формата А4,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на 1 листе бумаги формата А4, по уголовному делу №, предоставляет запрашиваемую информацию в отношении &lt;данные изъяты&gt; № MIR.ULTRA, ОСБ №. Карта на имя ФИО3, ДД.ММ.ГГГГ г.р. Паспорт № выдан ОТДЕЛОМ УФМС РОССИИ ПО КЕМЕРОВСКОЙ ОБЛ В ГОР &lt;адрес&gt; от ДД.ММ.ГГГГ. Выписка представлена в виде таблицы, время (МСК), интерес для следствия представляют следующие операции: - ДД.ММ.ГГГГ в 01:17:40часов Списание с карты на карту по операции &lt;перевода с карты на карту&gt; через Мобильный банк (с комиссией) в сумме -210000,00 рублей ФИО1 Документ, удостоверяющий личность: № Выдан: ГУ МВД РОССИИ ПО КЕМЕРОВСКОЙ ОБЛАСТИ Дата выдачи: ДД.ММ.ГГГГ Дата рождения: ДД.ММ.ГГГГ &lt;данные изъяты&gt; № &lt;данные изъяты&gt; № № MERCHANT_NAME=SBOL; MCC=4829; - ДД.ММ.ГГГГ в 13:43:39 часов Перевод на карту (с карты) через Мобильный банк (с взиманием комиссии с отправителя) поступление в сумме 226881,24 рублей Потерпевший №1 Документ, удостоверяющий личность: № Выдан: ОТДЕЛОМ УФМС РОССИИ ПО КЕМЕРОВСКОЙ ОБЛ. В ГОР. &lt;адрес&gt; Дата выдачи: ДД.ММ.ГГГГ Дата рождения: ДД.ММ.ГГГГ &lt;данные изъяты&gt; № № MERCHANT_NAME=944000; MCC=6010; К протоколу осмотра предметов (документов) приобщена таблица иллюстраций. Отчет о движении денежных средств по &lt;данные изъяты&gt; №, открытой на имя ФИО21 М.О. признан и приобщен к уголовному делу в качестве вещественного доказательства, хранится в материалах уголовного дела. (т.1 л.д.79-86) Протоколом осмотра предметов (документов) от ДД.ММ.ГГГГ, согласно которому осмотрен ответ, предоставленный ООО «Озон Банк» на имя ФИО21 М.О. по &lt;данные изъяты&gt; №. Лист 1. Сопроводительное письмо, согласно которого ООО «Озон Банк» в ответ на запрос направляет информацию согласно запросу, место открытия счета г&lt;адрес&gt;. В банке ДД.ММ.ГГГГ открыт (online) внутренний счет по учету электронных денежных средств № физического лица, прошедшего процедуру идентификации через мобильного оператора, с указанными данными: ФИО3, ДД.ММ.ГГГГ года рождения, паспорт №, ИНН №, номер телефона №, адрес электронной почты ermakov.m@inbox.ru. Баланс на ДД.ММ.ГГГГ составляет 0,63 рублей. Виртуальная карта ПС МИР №, открыта ДД.ММ.ГГГГ. Специализированный офис для приема клиентов в банке отсутствует. Лист 2. Ответ на запрос предоставленный структурным подразделением ООО «Озон Банк». - ДД.ММ.ГГГГ перечисление денежных средств по договору займа в сумме 2500 рублей ООО Озон Банк ФИО3, счет получателя №; - ДД.ММ.ГГГГ перевод СБП получатель ФИО3 Е. в сумме 2500 рублей ПАО Сбербанк, счет получателя №. - ДД.ММ.ГГГГ перечисление денежных средств по договору займа с ООО Озон кредит получатель ФИО3 счет №; - ДД.ММ.ГГГГ перевод получатель ФИО16 Ш в сумме 16703 рублей ПАО «Сбербанк» &lt;данные изъяты&gt; №. К протоколу осмотра предметов (документов) приобщена таблица иллюстраций. Ответ ООО «Озон Банк» на имя ФИО21 М.О. по &lt;данные изъяты&gt; №, признан и приобщен к уголовному делу в качестве вещественного доказательства, хранится в материалах уголовного дела. (т.1 л.д.122-128) Протоколом осмотра места происшествия от ДД.ММ.ГГГГ, согласно которому, осмотрен магазин «Пятерочка 22883», расположенный по адресу: &lt;адрес&gt;. Вход осуществляется через пластиковую дверь. Прямо кассовые зоны, на которых имеются терминалы для приема платежей с помощью &lt;данные изъяты&gt;. Далее торговый зал с витринами с различным товаром. К протоколу осмотра места происшествия прилагается таблица иллюстраций. (т.1 л.д.129-134) Протоколом осмотра места происшествия от ДД.ММ.ГГГГ, согласно которому, осмотрен павильон «Цветочный рай», расположенный по адресу: &lt;адрес&gt; Вход осуществляется через пластиковую дверь. Прямо прилавок, на котором имеется терминал для приема платежей с помощью &lt;данные изъяты&gt; За прилавком витрины с мягкими игрушками, также в продаже живые цвета. К протоколу осмотра места происшествия прилагается таблица иллюстраций. (т.1 л.д.141-146) Протоколом осмотра места происшествия от ДД.ММ.ГГГГ, согласно которому, осмотрен магазин «Пятерочка 19199», расположенный по адресу: &lt;адрес&gt;. Вход в магазин осуществляется через пластиковую дверь. Вход в магазин осуществляется через пластиковую дверь. В магазине слева и прямо от входа кассовые зоны, с терминалами для приема платежей с помощью &lt;данные изъяты&gt;. Далее торговый зал с витринами с различным товаром. К протоколу осмотра места происшествия прилагается таблица иллюстраций. (т.1 л.д.147-152) Протоколом осмотра места происшествия от ДД.ММ.ГГГГ, согласно которому, осмотрен магазин «Уголек», расположенный по адресу: &lt;адрес&gt; осуществляется через пластиковую дверь, при входе застекленная витрина с прилавком, отпуск продукции осуществляется через окно, на прилавке имеется терминал для приема платежей с помощью &lt;данные изъяты&gt;. Магазин продуктовый, в левой части осуществляется продажа алкогольной продукции. К протоколу осмотра места происшествия прилагается таблица иллюстраций. (т.1 л.д.153-158) Протоколом осмотра предметов (документов) от ДД.ММ.ГГГГ, согласно которому осмотрен ответ, предоставленный АО «Т-Банк» на имя ФИО1 по &lt;данные изъяты&gt; №. Лист 1. Сопроводительное письмо на 1 листе бумаги формата А4, согласно которого АО «ТБанк» в ответ на запрос направляет информацию согласно запросу, место открытия &lt;данные изъяты&gt; г. &lt;адрес&gt; Лист 2. Ответ на запрос предоставленный структурным подразделением АО «ТБанк» на 1 листе бумаги формата А4, по уголовному делу №, предоставляет запрашиваемую информацию в отношении &lt;данные изъяты&gt; № за период с ДД.ММ.ГГГГ по ДД.ММ.ГГГГ. Карта на имя ФИО1, ДД.ММ.ГГГГ г.&lt;адрес&gt;&lt;адрес&gt;, Паспорт № выдан ГУ МВД РОССИИ ПО КЕМЕРОВСКОЙ ОБЛАСТИ от ДД.ММ.ГГГГ. - ДД.ММ.ГГГГ в 10:55:24 часов поступление на сумму 240000,00 рублей счет контрагента № SBP.№ - ДД.ММ.ГГГГ в 10:56:21 часов перевод на сумму -5000,00 рублей MONEY POT; - ДД.ММ.ГГГГ в 10:56:49 часов перевод на сумму -235000,00 рублей ФИО1 Паспорт гражданина Российской Федерации: № Выдан: ГУ МВД РОССИИ ПО КЕМЕРОВСКОЙ ОБЛАСТИ, № Дата выдачи: ДД.ММ.ГГГГ Адрес регистрации: Страна "РОССИЯ", регион &lt;адрес&gt; Дата рождения: ДД.ММ.ГГГГ &lt;данные изъяты&gt; №, &lt;данные изъяты&gt; №; - ДД.ММ.ГГГГ в 08:00:13 часов поступление на сумму 37,00 рублей ФИО9 Паспорт гражданина Российской Федерации: № Выдан: ГУ МВД РОССИИ ПО КЕМЕРОВСКОЙ ОБЛАСТИ, № Дата выдачи: ДД.ММ.ГГГГ Адрес регистрации: Страна "РОССИЯ", регион &lt;адрес&gt; Место рождения: &lt;адрес&gt; Дата рождения: ДД.ММ.ГГГГ карта контрагента № телефон №. К протоколу осмотра предметов (документов) приобщена таблица иллюстраций. Ответ АО «Т-Банк» на имя ФИО1 по &lt;данные изъяты&gt; № признан и приобщен к уголовному делу в качестве вещественного доказательства, хранится в материалах уголовного дела. (т.1 л.д.183-189) Протоколом осмотра предметов (документов) от ДД.ММ.ГГГГ, согласно которому осмотрен ответ, предоставленный АО «Т-Банк» на имя ФИО1 по &lt;данные изъяты&gt; №. Лист 1. Сопроводительное письмо на 1 листе бумаги формата А4, согласно которого АО «ТБанк» в ответ на запрос направляет информацию согласно запросу, место открытия &lt;данные изъяты&gt;&lt;адрес&gt; Лист 2. Ответ на запрос предоставленный структурным подразделением АО «ТБанк» на 1 листе бумаги формата А4, по уголовному делу №, предоставляет запрашиваемую информацию в отношении &lt;данные изъяты&gt; № за период с ДД.ММ.ГГГГ по ДД.ММ.ГГГГ. Счет на имя ФИО1, ДД.ММ.ГГГГ г.р. Страна "РОССИЯ", регион &lt;адрес&gt;, Паспорт № выдан ГУ МВД РОССИИ ПО КЕМЕРОВСКОЙ ОБЛАСТИ от ДД.ММ.ГГГГ. - ДД.ММ.ГГГГ в 10:56 часов Внутренний перевод на сумму 235000,00 рублей Внутренний перевод с Tinkoff Bank 0 сведения о контрагенте ФИО1 Паспорт гражданина Российской Федерации: № Выдан: ГУ МВД РОССИИ ПО КЕМЕРОВСКОЙ ОБЛАСТИ, № Дата выдачи: ДД.ММ.ГГГГ Адрес регистрации: Страна "РОССИЯ", регион &lt;адрес&gt; Место рождения: Г. ГУРЬЕВСК КЕМЕРОВСКАЯ ОБЛАСТЬ Дата рождения: ДД.ММ.ГГГГ, ИНН контрагента №, карта контрагента № Tinkoff Bank; - ДД.ММ.ГГГГ в 04:21 часов Внешний перевод по номеру телефона в сумме -5000,00 рублей Внешний перевод по номеру телефона mBank.perevod 0 банк контрагента Сбербанк телефон контрагента № mBank.perevod; - ДД.ММ.ГГГГ в 19:44 часов Проценты на остаток по счету на сумму 211,09 рублей Проценты на остаток по счету 0; - ДД.ММ.ГГГГ в 07:57 часов Внешний перевод по номеру телефона -30000,00 рублей Внешний перевод по номеру телефона mBank.perevod 0 банк контрагента Сбербанк, телефон контрагента №; - ДД.ММ.ГГГГ в 09:27 часов Внешний перевод по номеру телефона -100000,00 рублей mBank.perevod 0 банк контрагента Сбербанк, телефон контрагента №; - ДД.ММ.ГГГГ в 08:02 часов Внешний перевод по номеру телефона -50000,00 рублей mBank.perevod 0 банк контрагента Сбербанк, телефон контрагента №. К протоколу осмотра предметов (документов) приобщена таблица иллюстраций. Ответ АО «Т-Банк» на имя ФИО1 по &lt;данные изъяты&gt; № признан и приобщен к уголовному делу в качестве вещественного доказательства, хранится в материалах уголовного дела. (т.1 л.д.199-205) Протоколом осмотра предметов (документов) от ДД.ММ.ГГГГ, согласно которому осмотрен отчет о движении денежных средств по &lt;данные изъяты&gt; №, открытому на имя ФИО21 М.О.,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в отношении &lt;данные изъяты&gt; № ФИО3, ДД.ММ.ГГГГ г.р. индекс "№" код страны "№" код региона "№ город "&lt;адрес&gt; место рождения &lt;адрес&gt; КЕМЕРОВСКОЙ ОБЛ Паспорт №. Выписка представлена в виде таблицы, время не указано: - ДД.ММ.ГГГГ 00:00:00 часов сумма 2500,00 рублей Безналичная операция. Перевод на карту (с карты) через Мобильный банк (с взиманием ком. с отправителя) Кемеровское отделение № ; - ДД.ММ.ГГГГ 00:00:00 часов сумма 711,00 рублей Безналичная операция. Бесконтактная покупка POS ТУ СБ РФ Кемеровское отделение №; - ДД.ММ.ГГГГ 00:00:00 часов сумма 1330,85 рублей Безналичная операция. Бесконтактная покупка POS ТУ СБ РФ Кемеровское отделение №; - ДД.ММ.ГГГГ 00:00:00 часов сумма 872,00 рублей Безналичная операция. Списание с карты на карту по оп. &lt;пер-да с карты на карту&gt; через Моб.банк(с ком) Кемеровское отделение № счет контрагента № карта контрагента №; К протоколу осмотра предметов (документов) приобщена таблица иллюстраций. Отчет о движении денежных средств по &lt;данные изъяты&gt; №, открытому на имя ФИО21 М.О., признан и приобщен к уголовному делу в качестве вещественного доказательства, хранится в материалах уголовного дела. (т.1 л.д.191-197) Протоколом выемки от ДД.ММ.ГГГГ, согласно которому у представителя потерпевшего ФИО32 (2 эпизод по ч.1 ст. 159 УК РФ ) изъята распечатка смс-сообщений на №. К протоколу выемки приобщена таблица иллюстраций. (т.1 л.д.242-254) Протоколом осмотра предметов (документов) от ДД.ММ.ГГГГ, согласно которому осмотрено: Распечатка смс-сообщений на №. Распечатка смс-сообщений за период с ДД.ММ.ГГГГ по ДД.ММ.ГГГГ, интересующая следствие информация за ДД.ММ.ГГГГ, время указано МСК. - ДД.ММ.ГГГГ в 00:57 часов регистрация в приложении для Android. Никому не сообщайте код:29848. - ДД.ММ.ГГГГ в 00:57 часов вы зарегистрированы в Сбербанк онлайн. - ДД.ММ.ГГГГ в 00:58 часов счет 8548 перевод 872 р. Баланс 0,42р. - ДД.ММ.ГГГГ в 01:13 часов принято решение по вашей заявке. Ознакомьтесь с ним с Сбербанк онлайн. - ДД.ММ.ГГГГ в 01:14 часов согласие с условиями по кредитной карте: лимит 220000 рублей, ставка 47,8% годовых. Код 91357. Никому его не сообщайте. - ДД.ММ.ГГГГ 01:15 часов кредитная карта активирована и готова к использованию. Номер карты, код безопасности, срок действия и иные реквизиты можно уточнить в Сбербанк Онлайн. Если вы не совершали операцию, позвоните на 900. - ДД.ММ.ГГГГ в 01:16 часов уведомления об операциях подключены к МИР-1581. Для кредитной карты они бесплатны. - ДД.ММ.ГГГГ в 01:17 часов МИР1581 в 01:17 перевод 210000 р Комиссия 8580р. Баланс 1420р. К протоколу осмотра предметов (документов) приобщена таблица иллюстраций. Распечатка смс-сообщений на № признана и приобщена к уголовному делу в качестве вещественного доказательства, хранится в материалах уголовного дела. (т.1 л.д. 245-254, 259-263) Протоколом осмотра предметов (документов) от ДД.ММ.ГГГГ, согласно которому, с участием представителя потерпевшего ФИО32, осмотрен отчет о движении денежных средств по &lt;данные изъяты&gt; №, открытой на имя ФИО21 М.О.,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в отношении &lt;данные изъяты&gt; № MIR.ULTRA, ОСБ №. Карта на имя ФИО3, ДД.ММ.ГГГГ г.р. Паспорт № выдан ОТДЕЛОМ УФМС РОССИИ ПО КЕМЕРОВСКОЙ ОБЛ В ГОР &lt;адрес&gt; от ДД.ММ.ГГГГ. Выписка представлена в виде таблицы, время (МСК), интерес для следствия представляют следующие операции: - ДД.ММ.ГГГГ в 01:17:40часов Списание с карты на карту по операции &lt;перевода с карты на карту&gt; через Мобильный банк (с комиссией) в сумме -210000,00 рублей ФИО1 Документ, удостоверяющий личность: № Выдан: ГУ МВД РОССИИ ПО КЕМЕРОВСКОЙ ОБЛАСТИ Дата выдачи: ДД.ММ.ГГГГ Дата рождения: ДД.ММ.ГГГГ &lt;данные изъяты&gt; № &lt;данные изъяты&gt; № +№ MERCHANT_NAME=SBOL; MCC=4829; - ДД.ММ.ГГГГ в 13:43:39 часов Перевод на карту (с карты) через Мобильный банк (с взиманием комиссии с отправителя) поступление в сумме 226881,24 рублей Потерпевший №1 Документ, удостоверяющий личность: № Выдан: ОТДЕЛОМ УФМС РОССИИ ПО КЕМЕРОВСКОЙ ОБЛ. &lt;адрес&gt; Дата выдачи: ДД.ММ.ГГГГ Дата рождения: ДД.ММ.ГГГГ &lt;данные изъяты&gt; № +№ MERCHANT_NAME=944000; MCC=6010; Присутствующий при осмотре представитель потерпевшего ФИО32 пояснил, что данная карта является кредитной картой, в своем допросе он уже пояснял, что лимит карты был 220000 рублей, в выписке видно, что денежные средства в сумме 210000 рублей были переведены на имя ФИО1, также имеется операция поступления на данную карту в сумме 226881,24 рублей, это были денежные средства в счет погашения задолженности по кредиту, который выплатила ФИО21 Н.В. Также делает пояснить, что в выписке не может быть указано поступление кредитных средств, так как это кредитная карта и соответственно денежные средства уже находились на ней с самого начала, установленные лимитом, комиссия которая была снята при переводе денежных средств ФИО1 также в выписке не отображается, так как перевод был внутрибанковский и она может не отражаться в выписке. К протоколу осмотра предметов (документов) приобщена таблица иллюстраций. (т.1 л.д.255-258) Протоколом осмотра предметов (документов) от ДД.ММ.ГГГГ, согласно которому, с участием подозреваемой ФИО1 осмотрен отчет об IP-адресах входов в дистанционные сервисы ФИО13 М.О.,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тип запроса IP-адреса входов указанного лица в дистанционные сервисы банка, ФИО физ.лица ФИО3, ДД.ММ.ГГГГ г.р., паспорт &lt;...&gt;. - ДД.ММ.ГГГГ в 01:16:48 часов IP адрес 85.140.161.140;RU;4G устройство входа a1e5c038758c541e;TECNO BG6 канал MOBILE;Клиент осуществляет вход в систему координаты № - ДД.ММ.ГГГГ в 01:12:50 часов IP адрес 85.140.161.140;RU;4G устройство входа a1e5c038758c541e;TECNO BG6 канал MOBILE;Клиент осуществляет вход в систему координаты №; - ДД.ММ.ГГГГ в 01:11:59 часов IP адрес 85.140.161.140;RU;4G устройство входа a1e5c038758c541e;TECNO BG6 канал MOBILE;Клиент осуществляет вход в систему координаты №; - ДД.ММ.ГГГГ в 00:57:28 часов IP адрес 85.140.161.140;RU;4G устройство входа a1e5c038758c541e;TECNO BG6 канал MOBILE;Клиент осуществляет вход в систему координаты №; - ДД.ММ.ГГГГ в 00:55:21 часов IP адрес 85.140.161.140;RU;4G устройство входа a1e5c038758c541e;TECNO BG6 канал MOBILE;Клиент осуществляет вход в систему координаты №; - ДД.ММ.ГГГГ в 16:49:50 часов IP адрес 176.197.38.12;RU;WIFI устройство входа a1e5c038758c541e;TECNO BG6 канал MOBILE;Клиент осуществляет вход в систему координаты №; - ДД.ММ.ГГГГ в 13:07:59 часов IP адрес 176.197.38.12;RU;WIFI устройство входа a1e5c038758c541e;TECNO BG6 канал MOBILE;Клиент осуществляет вход в систему координаты №; - ДД.ММ.ГГГГ в 13:02:27 часов IP адрес 176.197.38.12;RU;WIFI устройство входа a1e5c038758c541e;TECNO BG6 канал MOBILE;Клиент осуществляет вход в систему координаты №; - ДД.ММ.ГГГГ в 00:58:50 часов IP адрес 176.197.38.12;RU;WIFI устройство входа a1e5c038758c541e;TECNO BG6 канал MOBILE;Клиент осуществляет вход в систему координаты №; - ДД.ММ.ГГГГ в 00:57:24 часов IP адрес 176.197.38.12;RU;WIFI устройство входа a1e5c038758c541e;TECNO BG6 канал MOBILE;Клиент осуществляет вход в систему координаты №. Присутствующая при осмотре подозреваемая ФИО1 пояснила, что это она входила в личный кабинет «Сбербанк онлайн» на имя ФИО21 М.О. с его старого мобильного телефона марки TECNO, с установленной в нем сим-картой ФИО21 М.О. К протоколу осмотра предметов (документов) приобщена таблица иллюстраций. (т.2 л.д.1-4) Протоколом осмотра предметов (документов) от ДД.ММ.ГГГГ, согласно которому, с участием подозреваемой ФИО1 осмотрен отчет о движении денежных средств по &lt;данные изъяты&gt; №, открытой на имя ФИО21 М.О., предоставленный структурным подразделением ПАО «Сбербанк». Лист 1. Сопроводительное письмо, согласно которого ПАО «Сбербанк» в ответ на запрос направляет информацию согласно запросу. Лист 2. Ответ на запрос предоставленный структурным подразделением ПАО «Сбербанк» по уголовному делу №, предоставляет запрашиваемую информацию в отношении &lt;данные изъяты&gt; № MIR.ULTRA, ОСБ № Карта на имя ФИО3, ДД.ММ.ГГГГ г.р. Паспорт № выдан ОТДЕЛОМ УФМС РОССИИ ПО КЕМЕРОВСКОЙ ОБЛ В ГОР &lt;адрес&gt; от ДД.ММ.ГГГГ. Выписка представлена в виде таблицы, время (МСК), интерес для следствия представляют следующие операции: - ДД.ММ.ГГГГ в 01:17:40 часов Списание с карты на карту по операции &lt;перевода с карты на карту&gt; через Мобильный банк (с комиссией) в сумме -210000,00 рублей ФИО1 Документ, удостоверяющий личность: № Выдан: ГУ МВД РОССИИ ПО КЕМЕРОВСКОЙ ОБЛАСТИ Дата выдачи: ДД.ММ.ГГГГ Дата рождения: ДД.ММ.ГГГГ &lt;данные изъяты&gt; № &lt;данные изъяты&gt; № +№ MERCHANT_NAME=SBOL; MCC=4829; - ДД.ММ.ГГГГ в 13:43:39 часов Перевод на карту (с карты) через Мобильный банк (с взиманием комиссии с отправителя) поступление в сумме 226881,24 рублей Потерпевший №1 Документ, удостоверяющий личность: 3213383461 Выдан: ОТДЕЛОМ УФМС РОССИИ ПО КЕМЕРОВСКОЙ ОБЛ. В ГОР. &lt;адрес&gt; Дата выдачи: ДД.ММ.ГГГГ Дата рождения: ДД.ММ.ГГГГ счет контрагента № № MERCHANT_NAME=944000; MCC=6010; Присутствующая при осмотре подозреваемая ФИО1 пояснила, что это она оформила данную &lt;данные изъяты&gt; с изначальным лимитом 220000 рублей, из которых как здесь видно перевела себе на &lt;данные изъяты&gt; Сбербанк 210000 рублей. К протоколу осмотра предметов (документов) приобщена таблица иллюстраций. (т.2 л.д.9-12) Протоколом осмотра предметов (документов) от ДД.ММ.ГГГГ, согласно которому, с участием подозреваемой ФИО1 осмотрен ответ, предоставленный АО «Т-Банк» на имя ФИО1 по &lt;данные изъяты&gt; №. Лист 1. Сопроводительное письмо, согласно которого АО «ТБанк» в ответ на запрос направляет информацию согласно запросу, место открытия &lt;данные изъяты&gt;&lt;адрес&gt; Лист 2. Ответ на запрос предоставленный структурным подразделением АО «ТБанк» по уголовному делу №, предоставляет запрашиваемую информацию в отношении &lt;данные изъяты&gt; № за период с ДД.ММ.ГГГГ по ДД.ММ.ГГГГ. Карта на имя ФИО1, ДД.ММ.ГГГГ г.&lt;адрес&gt;&lt;адрес&gt;", Паспорт № выдан ГУ МВД РОССИИ ПО КЕМЕРОВСКОЙ ОБЛАСТИ от ДД.ММ.ГГГГ. - ДД.ММ.ГГГГ в 10:55:24 часов поступление на сумму 240000,00 рублей счет контрагента № SBP.№ - ДД.ММ.ГГГГ в 10:56:21 часов перевод на сумму -5000,00 рублей MONEY POT; - ДД.ММ.ГГГГ в 10:56:49 часов перевод на сумму -235000,00 рублей ФИО1 Паспорт гражданина Российской Федерации: № Выдан: ГУ МВД РОССИИ ПО КЕМЕРОВСКОЙ ОБЛАСТИ, № Дата выдачи: ДД.ММ.ГГГГ Адрес регистрации: Страна "РОССИЯ", регион &lt;адрес&gt; Место рождения: &lt;адрес&gt; Дата рождения: ДД.ММ.ГГГГ счет контрагента №, карта 51890120******40; - ДД.ММ.ГГГГ в 08:00:13 часов поступление на сумму 37,00 рублей ФИО9 Паспорт гражданина Российской Федерации: &lt;...&gt; Выдан: ГУ МВД РОССИИ ПО КЕМЕРОВСКОЙ ОБЛАСТИ, № Дата выдачи: ДД.ММ.ГГГГ Адрес регистрации: Страна "РОССИЯ", регион &lt;адрес&gt; Место рождения: Г &lt;адрес&gt; Дата рождения: ДД.ММ.ГГГГ карта контрагента 22007017******46 телефон №. Присутствующая при осмотре подозреваемая ФИО2 пояснила, что 240000 рублей перевела со своей карты «Сбербанк», эти денежные средства со счетов ФИО21 М.О. были на ее карте, после чего перевела 235000 рублей на свою карту ТБанк, для погашения кредита. К протоколу осмотра предметов (документов) приобщена таблица иллюстраций. (т.2 л.д.13-16) Протоколом осмотра предметов (документов) от ДД.ММ.ГГГГ, согласно которому, с участием подозреваемой ФИО1 осмотрен ответ, предоставленный АО «Т-Банк» на имя ФИО1 по &lt;данные изъяты&gt; №. Лист 1. Сопроводительное письмо на 1 листе бумаги формата А4, согласно которого АО «ТБанк» в ответ на запрос направляет информацию согласно запросу, место открытия &lt;данные изъяты&gt;&lt;адрес&gt; Лист 2. Ответ на запрос предоставленный структурным подразделением АО «ТБанк» на 1 листе бумаги формата А4, по уголовному делу №, предоставляет запрашиваемую информацию в отношении &lt;данные изъяты&gt; № за период с ДД.ММ.ГГГГ по ДД.ММ.ГГГГ. Счет на имя ФИО1, ДД.ММ.ГГГГ г.р. Страна "РОССИЯ", регион &lt;адрес&gt;, Паспорт № выдан ГУ МВД РОССИИ ПО КЕМЕРОВСКОЙ ОБЛАСТИ от ДД.ММ.ГГГГ. - ДД.ММ.ГГГГ в 10:56 часов Внутренний перевод на сумму 235000,00 рублей Внутренний перевод с Tinkoff Bank 0 сведения о контрагенте ФИО1 Паспорт гражданина Российской Федерации: № Выдан: ГУ МВД РОССИИ ПО КЕМЕРОВСКОЙ ОБЛАСТИ, № Дата выдачи: ДД.ММ.ГГГГ Адрес регистрации: Страна "РОССИЯ", регион &lt;адрес&gt; Место рождения: Г. ГУРЬЕВСК КЕМЕРОВСКАЯ ОБЛАСТЬ Дата рождения: ДД.ММ.ГГГГ, ИНН контрагента №, карта контрагента № Tinkoff Bank; - ДД.ММ.ГГГГ в 04:21 часов Внешний перевод по номеру телефона в сумме -5000,00 рублей Внешний перевод по номеру телефона mBank.perevod 0 банк контрагента Сбербанк телефон контрагента № mBank.perevod; - ДД.ММ.ГГГГ в 19:44 часов Проценты на остаток по счету на сумму 211,09 рублей Проценты на остаток по счету 0; - ДД.ММ.ГГГГ в 07:57 часов Внешний перевод по номеру телефона -30000,00 рублей Внешний перевод по номеру телефона mBank.perevod 0 банк контрагента Сбербанк, телефон контрагента №; - ДД.ММ.ГГГГ в 09:27 часов Внешний перевод по номеру телефона -100000,00 рублей mBank.perevod 0 банк контрагента Сбербанк, телефон контрагента №; - ДД.ММ.ГГГГ в 08:02 часов Внешний перевод по номеру телефона -50000,00 рублей mBank.perevod 0 банк контрагента Сбербанк, телефон контрагента +№. Присутствующая при осмотре подозреваемая ФИО1 пояснила, что 235000 рублей она перевела себе со своей &lt;данные изъяты&gt; «ТБанк», которые ранее похитила со счетов ФИО21 М.О. К протоколу осмотра предметов (документов) приобщена таблица иллюстраций. (т.2 л.д.17-20) Протоколом выемки от ДД.ММ.ГГГГ, согласно которого у потерпевшей ФИО21 Н.В. (1 эпизод по п. «г» ч.3 ст. 158 УК РФ ) изъяты справка «Сбербанк» о возмещении ущерба, чек по операции «Сбербанк» от ДД.ММ.ГГГГ, справка о задолженности по &lt;данные изъяты&gt; на ДД.ММ.ГГГГ. К протоколу выемки приобщена таблица иллюстраций. (т.2 л.д.35-42) Протоколом осмотра предметов (документов) от ДД.ММ.ГГГГ, согласно которому осмотрено: Справка «Сбербанк» о возмещении ущерба от ДД.ММ.ГГГГ, сверху указано деньги зачислены, сумма 226 881 рублей, баланс 227860,71 рублей, &lt;данные изъяты&gt; № Чек по операции «Сбербанк» от ДД.ММ.ГГГГ. Сверху указано № &lt;адрес&gt; Перевод клиенту Сбербанка № ФИО3 Е. ПАО «Сбербанк» &lt;адрес&gt;, null 40№ ПАО «Сбербанк» ФИО10 Е. 226 881,24 рублей, погашение кредитных обязательств за умершего сына. Документ подтвержден банком и клиентом. Справка о задолженности по кредитной карте на ДД.ММ.ГГГГ. Реквизиты договора заемщик ФИО3, &lt;данные изъяты&gt; № МИР, сумма кредитного лимита 0,00 руб., дата открытия счета карты ДД.ММ.ГГГГ, &lt;данные изъяты&gt; №. Сумма погашения на дату расчета в валюте договора 0,00 руб. Задолженность по карте 0,00 руб. К протоколу осмотра предметов (документов) приобщена таблица иллюстраций. Справка «Сбербанк» о возмещении ущерба, чек по операции «Сбербанк» от ДД.ММ.ГГГГ, справка о задолженности по кредитной карте на ДД.ММ.ГГГГ признаны и приобщены к уголовному делу в качестве вещественных доказательств, хранятся в материалах уголовного дела. (т.2 л.д.40-47) Протоколом осмотра предметов (документов) от ДД.ММ.ГГГГ, согласно которому осмотрен ответ, предоставленный АО «Газпромбанк» на имя ФИО21 М.О. Лист 1. Сопроводительное письмо, согласно которого АО «Газпромбанк» в ответ на запрос направляет информацию согласно запросу о счетах, открытых на имя ФИО3, ДД.ММ.ГГГГ года рождения, информирование пушом подключено к абонентскому номеру №, дата и время (МСК) совершения операций отражены в списке авторизационных запросов и могут отличаться от данных, указанных в выписке. С обратной стороны указана информация о счетах ФИО21 М.О. Всего два счета, №, карта &lt;данные изъяты&gt; № дата открытия ДД.ММ.ГГГГ, за период с ДД.ММ.ГГГГ по ДД.ММ.ГГГГ операции по счету не производились, место открытия доп.офис № &lt;адрес&gt;. Второй &lt;данные изъяты&gt; №, карта &lt;данные изъяты&gt; №, дата открытия ДД.ММ.ГГГГ, остаток на ДД.ММ.ГГГГ 17648,07 рублей, выписка о движении денежных средств по указанному счету и список авторизационных запросов прилагаются, место открытия счета доп.офис № &lt;адрес&gt;. Лист 2. Выписка из &lt;данные изъяты&gt; № за период с ДД.ММ.ГГГГ по ДД.ММ.ГГГГ, дата открытия ДД.ММ.ГГГГ, клиент ФИО3, выписка представлена в виде таблицы. Как и было указано в сопроводительном письме дата и время (МСК) совершения операций отражены в списке авторизационных запросов и отличаются от данных, указанных в выписке, даты указаны позднее на несколько дней от действительной даты совершения операции ДД.ММ.ГГГГ. ДД.ММ.ГГГГ счет корреспондента № дебет 17648 рублей, наименование счета корреспондента: расчеты по операциям эмиссии ПК с ГО RUR №, примечание операция: перевод с &lt;данные изъяты&gt; (списание) (филиал ГПБ), устройство SBP C2C SPISANIE, сумма операции 17648 рублей. ДД.ММ.ГГГГ №, дебет 0,07 рублей, наименование счета корреспондента: начисление % по кредитам физ/лиц-резидентов, сводный №, примечание погашение процентов по кредитному договору № от ДД.ММ.ГГГГ с ФИО21 М.О. Лист 3. Список авторизационных запросов по &lt;данные изъяты&gt;. &lt;данные изъяты&gt; №, владелец счета ФИО3. - ДД.ММ.ГГГГ карта к счету №, баланс до операции 17648,07 рублей, завершено 17648 рублей, баланс после операции 07 рублей, списание на Сбербанк №. - ДД.ММ.ГГГГ карта к счету № баланс до операции 35296,07 рублей, запрошено 17648,07 рублей, баланс после операции 17648,07 рублей. К протоколу осмотра предметов (документов) приобщена таблица иллюстраций. Ответ АО «Газпромбанк» на имя ФИО21 М.О., признан и приобщен к уголовному делу в качестве вещественного доказательства, хранится в материалах уголовного дела. (т.2 л.д.54-62) Оценивая вышеизложенные доказательства, с точки зрения их относимости, достоверности, допустимости и достаточности, суд приходит к выводу о том, что виновность ФИО1 в совершении инкриминируемых ей преступлений является доказанной совокупностью исследованных в судебном заседании доказательств. Суд доверяет показаниям потерпевшей, представителя потерпевшего, свидетелей, поскольку они являются последовательными, логичными, по сути непротиворечивыми, кроме того, данные показания подтверждаются и согласуются как между собой, так и с другими письменными доказательствами по делу. Оснований для оговора подсудимой со стороны потерпевшей, представителя потерпевшего, свидетелей судом не установлено. Так, вышеприведенные показания свидетелей согласуются между собой по фактическим обстоятельствам, времени совершения преступлений, и по иным вопросам, входящим в предмет доказывания по уголовному делу, совпадают в значимых деталях, взаимно дополняют друг друга, объективно подтверждаются протоколами следственных действий, документами, вещественными и иными доказательствами, в связи с чем, не вызывают сомнений в своей достоверности. Обстоятельства совершения преступления, изложенные в описательно-мотивировочной части приговора, а именно, время, место, способ, размер похищенных денежных средств, не оспорены и самой подсудимой в судебном заседании. Каких-либо существенных процессуальных нарушений, допущенных органами предварительного расследования при производстве по данному уголовному делу, которые бы повлекли признание доказательств недопустимыми, судом не установлено. Таким образом, с учетом исследованной в судебном заседании совокупности доказательств по делу, суд находит виновность подсудимой ФИО1 в совершении вышеописанных преступлений полностью установленной и доказанной. Суд квалифицирует действия подсудимой по эпизоду от 05.01.2025г. (с 04:57 часов до 05:07 часов) по п. «г» ч. 3 ст. 158 УК РФ как кража, то есть тайное хищение чужого имущества, совершенное с причинением значительного ущерба гражданину, с &lt;данные изъяты&gt;, поскольку в судебном заседании установлено, что подсудимая совершила хищение денежных средств с &lt;данные изъяты&gt; своего умершего сожителя умышленно, тайно, действуя единым преступным умыслом, бесконтактным способом, путем перевода денежных средств через мобильные приложения перевела денежные средства со &lt;данные изъяты&gt; ПАО «Сбербанк», ООО «ОЗОН Банк», АО «Газпромбанк» на счет своей &lt;данные изъяты&gt;, похищенным распорядилась по своему усмотрению, обратив в свою пользу, причинив значительный ущерб потерпевшей, исходя из совокупного дохода семьи, возможности получения заработной платы последней, по эпизоду от ДД.ММ.ГГГГ (с 05:13 часов до 05:17 часов) по ч.1 ст. 159 УК РФ , как мошенничество, то есть хищение чужого имущества путем обмана, поскольку в судебном заседании установлено, что ФИО1, заведомо зная о смерти своего сожителя ФИО21 М.О., установила на его телефоне мобильное приложение «Сбербанк-онлайн», вошла в его личный кабинет и подала от его имени заявку на оформление кредитной &lt;данные изъяты&gt;, тем самым предоставив в ПАО «Сбербанк» заведомо ложные сведения о заемщике, не уведомляя банк о его смерти, воспользовалась предложенным кредитным лимитом, после чего ДД.ММ.ГГГГ в 05:17 часов перевела на свой &lt;данные изъяты&gt; денежные средства в размере 210 000 рублей, похищенным распорядилась по своему усмотрению, обратив в свою пользу. Решая вопрос о виде и размере наказания подсудимой, суд учитывает характер и степень общественной опасности содеянного, личность подсудимой, характеризующейся удовлетворительно, в том числе обстоятельства, смягчающие наказание, отсутствие отягчающих наказание обстоятельств, а также влияние назначенного наказания на исправление осужденного и на условия жизни его семьи. В качестве обстоятельств, смягчающих наказание подсудимой, суд учитывает признание вины и раскаяние в содеянном, активное способствование раскрытию и расследованию преступлений, выразившееся в даче полных и правдивых показаний, участии в следственных действиях, совершение преступления впервые, наличие &lt;данные изъяты&gt; и осуществление ухода за ним ввиду &lt;данные изъяты&gt;, состояние здоровья подсудимой и ее близких родственников. Обстоятельств, отягчающих наказание подсудимой, судом не установлено. С учетом фактических обстоятельств преступлений и степени их общественной опасности, судом не установлено оснований для изменения категории преступлений, совершенных подсудимой на менее тяжкую, в соответствии с ч.6 ст. 15 УК РФ . Каких-либо исключительных обстоятельств, связанных с целями и мотивами преступлений, ролью виновной, ее поведением во время или после совершения преступлений, и других обстоятельств, существенно уменьшающих степень общественной опасности преступлений, позволяющих применить положения ст. 64 УК РФ , в судебном заседании не установлено. Оснований для освобождения подсудимой от уголовной ответственности в соответствии со ст.ст. , , 76.2 , 78 УК РФ , назначении судебного штрафа, судом не установлено. Учитывая все обстоятельства по делу, суд пришел к выводу о возможности достичь целей наказания – восстановление социальной справедливости, предупреждение совершения новых преступлений и исправления подсудимой без изоляции её от общества путем назначения ей наказания по совокупности преступлений в виде лишения свободы условно, с применением ст. 73 УК РФ , не усматривая оснований для назначения более мягких видов альтернативных наказаний, предусмотренных санкцией ч.3 ст. 158 УК РФ , включая дополнительные виды наказаний, в том числе штраф. Суд назначает подсудимой наказание по правилам ч.1 ст. , ч.3 ст. , ч.1 ст. , ч.2 ст. 72 УК РФ . На основании ст. 1064 ГК РФ суд находит гражданский иск потерпевшей ФИО21 Н.В. обоснованным, подтверждающимся материалами дела и подлежащим удовлетворению и взысканию с подсудимой. Поскольку представитель потерпевшего ФИО32 в судебное заседание не явился, исковые требования в размере 210000 рублей не поддержал, а из материалов дела следует, что указанная сумма была выплачена кредитной организации, то суд считает необходимым оставить гражданский иск без рассмотрения. На основании изложенного и руководствуясь ст.ст. - 309 УПК РФ , суд ПРИГОВОРИЛ: ФИО1 признать виновной в совершении преступлений, предусмотренных п. «г» ч.3 ст. , ч.1 ст. 159 УК РФ и назначить наказание по: п. «г» ч.3 ст. 158 УК РФ в виде 1 года лишения свободы; ч.1 ст. 159 УК РФ в виде 240 часов обязательных работ. В соответствии с ч.3 ст. , ч.1 ст. , ч.2 ст. 72 УК РФ путем полного сложения назначенных наказаний, по совокупности преступлений, назначить наказание ФИО1 в виде 1 года 1 месяца лишения свободы. В соответствии со ст. 73 УК РФ назначенное ФИО1 наказание считать условным, с испытательным сроком 1 год 6 месяцев, обязав осужденную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До вступления приговора в законную силу, меру пресечения в отношении осужденной ФИО1 оставить без изменения в виде подписки о невыезде и надлежащем поведении. Вещественные доказательства по уголовному делу, по вступлению приговора в законную силу, хранить по месту их нахождения. На основании ст. 1064 ГК РФ гражданский иск удовлетворить, взыскать с осужденной ФИО1 в пользу Потерпевший №1 в счет возмещения материального ущерба, причиненного преступлением - 35223 (тридцать пять тысяч двести двадцать три) рублей. Гражданский иск представителя потерпевшего ФИО32 в размере 210000 рублей, оставить без рассмотрения. Приговор может быть обжалован в апелляционном порядке в Кемеровский областной суд в течение 15 суток со дня провозглашения, а осужденным, содержащимся под стражей, - в тот же срок со дня вручения ему копии приговора. Осужденный вправе ходатайствовать о своем участии в рассмотрении уголовного дела судом апелляционной инстанции и назначении ему защитника,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(представление) другими участниками процесса в течение 15 дней со дня вручения их копий. Судья Г.А. Прощенко Суд: Беловский городской суд (Кемеровская область) (подробнее) Судьи дела: Прощенко Г.А. (судья) (подробнее) Последние документы по делу: Приговор от 27 октября 2025 г. по делу № 1-438/2025 Приговор от 14 октября 2025 г. по делу № 1-438/2025 Приговор от 18 августа 2025 г. по делу № 1-438/2025 Приговор от 14 июля 2025 г. по делу № 1-438/2025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