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0,306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00 часов 9 минут ДД.ММ.ГГГГ С.Ш.Ш. произвела закладку вышеуказанного наркотического средства метадон (фенадон, долофин), массой не менее 0,306 грамма, в земле, под листвой, у основания опорного столба металлического забора, на участке местности, расположенном примерно в 75м от &lt;адрес&gt;-а по &lt;адрес&gt;, соответствующем географическим координатам 55.91699 37.71499. Место произведенной закладки с наркотическим средством С.Ш.Ш. до 00 часов 12 минут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0,306 грамма, было обнаружено и изъято в месте его закладки в ходе осмотра, проведенного сотрудниками полиции ДД.ММ.ГГГГ в период с 17 часов 32 минут до 17 часов 50 минут. 2.Реализуя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0,274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00 часов 12 минут ДД.ММ.ГГГГ С.Ш.Ш. произвела закладку вышеуказанного наркотического средства метадон (фенадон, долофин), массой не менее 0,274 грамма, в земле, под листвой, у основания деревянной лавки, на участке местности, расположенном примерно в 85м от &lt;адрес&gt;-а по &lt;адрес&gt;, соответствующем географическим координатам 55.91669 37.71529. Место произведенной закладки с наркотическим средством С.Ш.Ш. до 13 часов 44 минут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0,274 грамма, было обнаружено и изъято в месте его закладки в ходе осмотра, проведенного сотрудниками полиции ДД.ММ.ГГГГ в период с 17 часов 10 минут до 17 часов 30 минут. 3.Реализуя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0,316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13 часов 44 минут ДД.ММ.ГГГГ С.Ш.Ш. произвела закладку вышеуказанного наркотического средства метадон (фенадон, долофин), массой не менее 0,316 грамма, в грунте, у основания бетонного забора, на участке местности, расположенном возле &lt;адрес&gt;, соответствующем географическим координатам 55.42702 37.77046. Место произведенной закладки с наркотическим средством С.Ш.Ш. до 13 часов 48 минут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0,316 грамма, было обнаружено и изъято в месте его закладки в ходе осмотра, проведенного сотрудниками полиции ДД.ММ.ГГГГ в период с 10 часов 5 минут до 10 часов 25 минут. 4.Реализуя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0,296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13 часов 48 минут ДД.ММ.ГГГГ С.Ш.Ш. произвела закладку вышеуказанного наркотического средства метадон (фенадон, долофин), массой не менее 0,296 грамма, в земле, под листвой, у основания ствола дерева, на участке местности, расположенном примерно в 30м от &lt;адрес&gt;, соответствующем географическим координатам 55.4266 37.76964. Место произведенной закладки с наркотическим средством С.Ш.Ш. до 17 часов 58 минут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0,296 грамма, было обнаружено и изъято в месте его закладки в ходе осмотра, проведенного сотрудниками полиции ДД.ММ.ГГГГ в период с 10 часов40 минут до 11 часов. 5.Реализуя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0,297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17 часов 58 минут ДД.ММ.ГГГГ С.Ш.Ш. произвела закладку вышеуказанного наркотического средства метадон (фенадон, долофин), массой не менее 0,297 грамма, в земле, у основания бетонного бордюра, на участке местности, расположенном примерно в 15м от &lt;адрес&gt;к1 по &lt;адрес&gt;, соответствующем географическим координатам 55.90965 37.72262. Место произведенной закладки с наркотическим средством С.Ш.Ш. до 18 часов 34 минуты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0,297 грамма, было обнаружено и изъято в месте его закладки в ходе осмотра, проведенного сотрудниками полиции ДД.ММ.ГГГГ в период с 16 часов 25 минут до 16 часов 40 минут. 6.Реализуя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0,341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18 часов 34 минут ДД.ММ.ГГГГ С.Ш.Ш. произвела закладку вышеуказанного наркотического средства метадон (фенадон, долофин), массой не менее 0,341 грамма, в грунте, у основания дерева, на участке местности, расположенном возле &lt;адрес&gt;, соответствующем географическим координатам 55.90795 37.72045. Место произведенной закладки с наркотическим средством С.Ш.Ш. до 18 часов 37 минуты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0,341 грамма, было обнаружено и изъято в месте его закладки в ходе осмотра, проведенного сотрудниками полиции ДД.ММ.ГГГГ в период с 15 часов 30 минут до 15 часов 50 минут. 7.Реализуя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0,321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18 часов 37 минут ДД.ММ.ГГГГ С.Ш.Ш. произвела закладку вышеуказанного наркотического средства метадон (фенадон, долофин), массой не менее 0,321 грамма, в грунте, у основания дерева, на участке местности, расположенном возле &lt;адрес&gt;, соответствующем географическим координатам 55.9078 37.72065. Место произведенной закладки с наркотическим средством С.Ш.Ш. до 18 часов 51 минуты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0,321 грамма, было обнаружено и изъято в месте его закладки в ходе осмотра, проведенного сотрудниками полиции ДД.ММ.ГГГГ в период с 15 часов 53 минут до 16 часов 10 минут. 8.Реализуя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0,322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18 часов 51 минуты ДД.ММ.ГГГГ С.Ш.Ш. произвела закладку вышеуказанного наркотического средства метадон (фенадон, долофин), массой не менее 0,322 грамма, в грунте, у основания металлического столба остановки общественного транспорта, на участке местности, расположенном возле &lt;адрес&gt; по проспекту Новомытищинский &lt;адрес&gt;, соответствующем географическим координатам 55.9052 37.7266. Место произведенной закладки с наркотическим средством С.Ш.Ш. до 11 часов 3 минут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0,322 грамма, было обнаружено и изъято в месте его закладки в ходе осмотра, проведенного сотрудниками полиции ДД.ММ.ГГГГ в период с 14 часов 45 минут до 15 часов 5 минут. 9.Реализуя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0,244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11 часов 3 минут ДД.ММ.ГГГГ С.Ш.Ш. произвела закладку вышеуказанного наркотического средства метадон (фенадон, долофин), массой не менее 0,244 грамма, в земле, под листвой, у основания опорного столба металлического забора, на участке местности, расположенном примерно в 55м от &lt;адрес&gt;, соответствующем географическим координатам 55.43299 37.73439. Место произведенной закладки с наркотическим средством С.Ш.Ш. до 11 часов 16 минут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0,244 грамма, было обнаружено и изъято в месте его закладки в ходе осмотра, проведенного сотрудниками полиции ДД.ММ.ГГГГ в период с 12 часов 5 минут до 12 часов 25 минут. 10.Реализуя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до ДД.ММ.ГГГГ, получив посредством информационно-телекоммуникационной сети «Интернет» с использованием интернет-мессенджера «WhatsApp» в мобильном телефоне «Redmi»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получила в неустановленном месте расфасованное наркотическое средство метадон (фенадон, долофин), массой не менее 0,316 грамма, которое оставила незаконно хранить при себе с целью дальнейшего сбыта бесконтактным способом, путем оставления «закладок» на территории &lt;адрес&gt;. После этого до 11 часов 16 минут ДД.ММ.ГГГГ С.Ш.Ш. произвела закладку вышеуказанного наркотического средства метадон (фенадон, долофин), массой не менее 0,316 грамма, в земле, у основания бетонного бордюра, на участке местности, расположенном возле 4 подъезда &lt;адрес&gt;, соответствующем географическим координатам 55.42538 37.77812. Место произведенной закладки с наркотическим средством С.Ш.Ш. до 14 часов 53 минут ДД.ММ.ГГГГ сообщила через информационно-телекоммуникационную сеть «Интернет» с использованием мессенджера «WhatsApp» в мобильном телефоне «Redmi»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0,316 грамма, было обнаружено и изъято в месте его закладки в ходе осмотра, проведенного сотрудниками полиции ДД.ММ.ГГГГ в период с 11 часов 20 минут до 11 часов 40 минут. 11.Реализуя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0,236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53 минут ДД.ММ.ГГГГ произвели закладку наркотического средства метадон (фенадон, долофин), массой не менее 0,236 грамма, в земле, на обочине грунтовой дороги, на участке местности, расположенном примерно в 240м от &lt;адрес&gt;-б по &lt;адрес&gt;, соответствующем географическим координатам 53.25483 34.4012.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0,236 грамма, было обнаружено и изъято в месте его закладки в ходе осмотра, проведенного сотрудниками полиции ДД.ММ.ГГГГ в период с 8 часов до 8 часов 20 минут. 12.Реализуя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0,266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53 минут ДД.ММ.ГГГГ произвели закладку наркотического средства метадон (фенадон, долофин), массой не менее 0,266 грамма, в травяных зарослях, в сухой листве, на участке местности, расположенном примерно в 250м от &lt;адрес&gt;-б по &lt;адрес&gt;, соответствующем географическим координатам 53.25501 34.40082.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0,266 грамма, было обнаружено и изъято в месте его закладки в ходе осмотра, проведенного сотрудниками полиции ДД.ММ.ГГГГ в период с 8 часов 25 минут до 8 часов 45 минут. 13.Реализуя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0,206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54 минут ДД.ММ.ГГГГ произвели закладку наркотического средства метадон (фенадон, долофин), массой не менее 0,206 грамма, в траве и сухой листве, у основания раздвоенного дерева, на участке местности, расположенном примерно в 260м от &lt;адрес&gt;-б по &lt;адрес&gt;, соответствующем географическим координатам 53.255 34.40071.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0,206 грамма, было обнаружено и изъято в месте его закладки в ходе осмотра, проведенного сотрудниками полиции ДД.ММ.ГГГГ в период с 9 часов до 9 часов 20 минут. 14.Реализуя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0,243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54 минут ДД.ММ.ГГГГ произвели закладку наркотического средства метадон (фенадон, долофин), массой не менее 0,243 грамма, в траве и сухой листве, у основания дерева, на участке местности, расположенном примерно в 270м от &lt;адрес&gt;-б по &lt;адрес&gt;, соответствующем географическим координатам 53.25493 34.40047.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0,243 грамма, было обнаружено и изъято в месте его закладки в ходе осмотра, проведенного сотрудниками полиции ДД.ММ.ГГГГ в период с 9 часов 25 минут до 9 часов 45 минут. 15.Реализуя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0,292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55 минут ДД.ММ.ГГГГ произвели закладку наркотического средства метадон (фенадон, долофин), массой не менее 0,292 грамма, в траве и сухой листве, у основания дерева, на участке местности, расположенном примерно в 280м от &lt;адрес&gt;-б по &lt;адрес&gt;, соответствующем географическим координатам 53.25492 34.4004.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0,292 грамма, было обнаружено и изъято в месте его закладки в ходе осмотра, проведенного сотрудниками полиции ДД.ММ.ГГГГ в период с 9 часов 50 минут до 10 часов 8 минут. 16.Реализуя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0,306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56 минут ДД.ММ.ГГГГ произвели закладку наркотического средства метадон (фенадон, долофин), массой не менее 0,306 грамма, в сухой листве, у основания дерева, на участке местности, расположенном примерно в 300м от &lt;адрес&gt;-б по &lt;адрес&gt;, соответствующем географическим координатам 53.25444 34.39989.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0,306 грамма, было обнаружено и изъято в месте его закладки в ходе осмотра, проведенного сотрудниками полиции ДД.ММ.ГГГГ в период с 10 часов 12 минут до 10 часов 30 минут. 17.Реализуя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0,253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56 минут ДД.ММ.ГГГГ произвели закладку наркотического средства метадон (фенадон, долофин), массой не менее 0,253 грамма, в траве, на участке местности, расположенном примерно в 310м от &lt;адрес&gt;-б по &lt;адрес&gt;, соответствующем географическим координатам 53.25443 34.39986.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0,253 грамма, было обнаружено и изъято в месте его закладки в ходе осмотра, проведенного сотрудниками полиции ДД.ММ.ГГГГ в период с 10 часов 35 минут до 10 часов 55 минут. 18.Реализуя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0,237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57 минут ДД.ММ.ГГГГ произвели закладку наркотического средства метадон (фенадон, долофин), массой не менее 0,237 грамма, в траве, возле пня, на участке местности, расположенном примерно в 320м от &lt;адрес&gt;-б по &lt;адрес&gt;, соответствующем географическим координатам 53.2544 34.39972.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0,237 грамма, было обнаружено и изъято в месте его закладки в ходе осмотра, проведенного сотрудниками полиции ДД.ММ.ГГГГ в период с 11 часов 2 минут до 11 часов 22 минут. 19.Реализуя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0,179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57 минут ДД.ММ.ГГГГ произвели закладку наркотического средства метадон (фенадон, долофин), массой не менее 0,179 грамма, в траве, на участке местности, расположенном примерно в 330м от &lt;адрес&gt;-б по &lt;адрес&gt;, соответствующем географическим координатам 53.25439 34.39962.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поскольку наркотическое средство метадон (фенадон, долофин), массой 0,179 грамма, было обнаружено и изъято в месте его закладки в ходе осмотра, проведенного сотрудниками полиции ДД.ММ.ГГГГ в период с 11 часов 26 минут до 11 часов 46 минут. 20.Реализуя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0,256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58 минут ДД.ММ.ГГГГ произвели закладку наркотического средства метадон (фенадон, долофин), массой не менее 0,256 грамма, возле сухого ствола дерева, в траве, на участке местности, расположенном примерно в 340м от &lt;адрес&gt;-б по &lt;адрес&gt;, соответствующем географическим координатам 53.25312 34.39853.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0,256 грамма, было обнаружено и изъято в месте его закладки в ходе осмотра, проведенного сотрудниками полиции ДД.ММ.ГГГГ в период с 11 часов 50 минут до 12 часов 10 минут. 21.Реализуя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0,264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58 минут ДД.ММ.ГГГГ произвели закладку наркотического средства метадон (фенадон, долофин), массой не менее 0,264 грамма, в траве, на участке местности, расположенном примерно в 350м от &lt;адрес&gt;-б по &lt;адрес&gt;, соответствующем географическим координатам 53.25332 34.39846.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0,264 грамма, было обнаружено и изъято в месте его закладки в ходе осмотра, проведенного сотрудниками полиции ДД.ММ.ГГГГ в период с 12 часов 15 минут до 12 часов 35 минут. 22.Реализуя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0,243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14 часов 59 минут ДД.ММ.ГГГГ произвели закладку наркотического средства метадон (фенадон, долофин), массой не менее 0,243 грамма, у стоящего дерева, в траве, на участке местности, расположенном примерно в 360м от &lt;адрес&gt;-б по &lt;адрес&gt;, соответствующем географическим координатам 53.25337 34.39814.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0,243 грамма, было обнаружено и изъято в месте его закладки в ходе осмотра, проведенного сотрудниками полиции ДД.ММ.ГГГГ в период с 12 часов 40 минут до 13 часов. 23.Реализуя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0,207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ДД.ММ.ГГГГ произвели закладку наркотического средства метадон (фенадон, долофин), массой не менее 0,207 грамма, на обочине грунтовой дороги, на земле, на участке местности, расположенном примерно в 420м от &lt;адрес&gt;-б по &lt;адрес&gt;, соответствующем географическим координатам 53.25318 34.39808.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0,207 грамма, было обнаружено и изъято в месте его закладки в ходе осмотра, проведенного сотрудниками полиции ДД.ММ.ГГГГ в период с 13 часов 5 минут до 13 часов 25 минут. 24.Реализуя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0,294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1 минуты ДД.ММ.ГГГГ произвели закладку наркотического средства метадон (фенадон, долофин), массой не менее 0,294 грамма, на обочине грунтовой дороги, на земле, на участке местности, расположенном примерно в 430м от &lt;адрес&gt;-б по &lt;адрес&gt;, соответствующем географическим координатам 53.25314 34.39798.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0,294 грамма, было обнаружено и изъято в месте его закладки в ходе осмотра, проведенного сотрудниками полиции ДД.ММ.ГГГГ в период с 13 часов30 минут до 13 часов 50 минут. 25.Реализуя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0,210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1 минуты ДД.ММ.ГГГГ произвели закладку наркотического средства метадон (фенадон, долофин), массой не менее 0,210 грамма, на обочине грунтовой дороги, на земле, на участке местности, расположенном примерно в 450м от &lt;адрес&gt;-б по &lt;адрес&gt;, соответствующем географическим координатам 53.25312 34.39796.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0,294 грамма, было обнаружено и изъято в месте его закладки в ходе осмотра, проведенного сотрудниками полиции ДД.ММ.ГГГГ в период с 13 часов 55 минут до 14 часов 15 минут. 26.Реализуя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0,231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2 минут ДД.ММ.ГГГГ произвели закладку наркотического средства метадон (фенадон, долофин), массой не менее 0,231 грамма, на обочине грунтовой дороги, на земле, на участке местности, расположенном примерно в 480м от &lt;адрес&gt;-б по &lt;адрес&gt;, соответствующем географическим координатам 53.2528 34.39749.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0,231 грамма, было обнаружено и изъято в месте его закладки в ходе осмотра, проведенного сотрудниками полиции ДД.ММ.ГГГГ в период с 14 часов 20 минут до 14 часов 40 минут. 27.Реализуя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0,306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2 минут ДД.ММ.ГГГГ произвели закладку наркотического средства метадон (фенадон, долофин), массой не менее 0,306 грамма, на обочине грунтовой дороги, на земле, на участке местности, расположенном примерно в 490м от &lt;адрес&gt;-б по &lt;адрес&gt;, географическим координатам 53.2528 34.3975.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0,306 грамма, было обнаружено и изъято в месте его закладки в ходе осмотра, проведенного сотрудниками полиции ДД.ММ.ГГГГ в период с 14 часов 45 минут до 15 часов 5 минут. 28.Реализуя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0,158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3 минут ДД.ММ.ГГГГ произвели закладку наркотического средства метадон (фенадон, долофин), массой не менее 0,158 грамма, на обочине грунтовой дороги, на земле, на участке местности, расположенном примерно в 380м от &lt;адрес&gt;-б по &lt;адрес&gt;, соответствующем географическим координатам 53.25266 34.39748.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поскольку наркотическое средство метадон (фенадон, долофин), массой 0,158 грамма, было обнаружено и изъято в месте его закладки в ходе осмотра, проведенного сотрудниками полиции ДД.ММ.ГГГГ в период с 8 часов 5 минут до 8 часов 25 минут. 29.Реализуя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0,370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4 минут ДД.ММ.ГГГГ произвели закладку наркотического средства метадон (фенадон, долофин), массой не менее 0,370 грамма, на земле, на участке местности, расположенном примерно в 390м от &lt;адрес&gt;-б по &lt;адрес&gt;, соответствующем географическим координатам 53.25262 34.3973.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0,370 грамма, было обнаружено и изъято в месте его закладки в ходе осмотра, проведенного сотрудниками полиции ДД.ММ.ГГГГ в период с 8 часов 40 минут до 9 часов. 30.Реализуя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0,260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4 минут ДД.ММ.ГГГГ произвели закладку наркотического средства метадон (фенадон, долофин), массой не менее 0,260 грамма, на земле, на участке местности, расположенном примерно в 266м от &lt;адрес&gt;-б по &lt;адрес&gt;, соответствующем географическим координатам 53.25263 34.3973.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0,260 грамма, было обнаружено и изъято в месте его закладки в ходе осмотра, проведенного сотрудниками полиции ДД.ММ.ГГГГ в период с 9 часов 15 минут до 9 часов 30 минут. 31.Реализуя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0,270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4 минут ДД.ММ.ГГГГ произвели закладку наркотического средства метадон (фенадон, долофин), массой не менее 0,270 грамма, у основания куста, на земле, на участке местности, расположенном примерно в 275м от &lt;адрес&gt;-б по &lt;адрес&gt;, соответствующем географическим координатам 53.25263 34.3973.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0,270 грамма, было обнаружено и изъято в месте его закладки в ходе осмотра, проведенного сотрудниками полиции ДД.ММ.ГГГГ в период с 9 часов 45 минут до 10 часов. 32.Реализуя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0,294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5 минут ДД.ММ.ГГГГ произвели закладку наркотического средства метадон (фенадон, долофин), массой не менее 0,294 грамма, у основания куста, на земле, между листвой, на участке местности, расположенном примерно в 280м от &lt;адрес&gt;-б по &lt;адрес&gt;, соответствующем географическим координатам 53.25234 34.3973.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0,294 грамма, было обнаружено и изъято в месте его закладки в ходе осмотра, проведенного сотрудниками полиции ДД.ММ.ГГГГ в период с 10 часов 15 минут до 10 часов 30 минут. 33.Реализуя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0,225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5 минут ДД.ММ.ГГГГ произвели закладку наркотического средства метадон (фенадон, долофин), массой не менее 0,225 грамма, у основания дерева, на земле, на участке местности, расположенном примерно в 284м от &lt;адрес&gt;-б по &lt;адрес&gt;, соответствующем географическим координатам 53.2523 34.39727.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0,225 грамма, было обнаружено и изъято в месте его закладки в ходе осмотра, проведенного сотрудниками полиции ДД.ММ.ГГГГ в период с 10 часов 45 минут до 11 часов. 34.Реализуя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0,227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6 минут ДД.ММ.ГГГГ произвели закладку наркотического средства метадон (фенадон, долофин), массой не менее 0,227 грамма, на земле, на участке местности, расположенном примерно в 320м от &lt;адрес&gt;-б по &lt;адрес&gt;, соответствующем географическим координатам 53.25183 34.39722.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0,227 грамма, было обнаружено и изъято в месте его закладки в ходе осмотра, проведенного сотрудниками полиции ДД.ММ.ГГГГ в период с 11 часов 15 минут до 11 часов 30 минут. 35.Реализуя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0,271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6 минут ДД.ММ.ГГГГ произвели закладку наркотического средства метадон (фенадон, долофин), массой не менее 0,271 грамма, на земле,на участке местности, расположенном примерно в 310м от &lt;адрес&gt;-б по &lt;адрес&gt;, соответствующем географическим координатам 53.25219 34.39692.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0,271 грамма, было обнаружено и изъято в месте его закладки в ходе осмотра, проведенного сотрудниками полиции ДД.ММ.ГГГГ в период с 11 часов 45 минут до 12 часов. 36.Реализуя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0,298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7 минут ДД.ММ.ГГГГ произвели закладку наркотического средства метадон (фенадон, долофин), массой не менее 0,298 грамма, на земле, на участке местности, расположенном примерно в 370м от &lt;адрес&gt;-б по &lt;адрес&gt;, соответствующем географическим координатам 53.25178 34.39622.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0,298 грамма, было обнаружено и изъято в месте его закладки в ходе осмотра, проведенного сотрудниками полиции ДД.ММ.ГГГГ в период с 12 часов 15 минут до 12 часов 30 минут. 37.Реализуя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0,310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где до 15 часов 7 минут ДД.ММ.ГГГГ произвели закладку наркотического средства метадон (фенадон, долофин), массой не менее 0,310 грамма, у основания дерева, под травой, на земле, на участке местности, расположенном примерно в 360м от &lt;адрес&gt;-б по &lt;адрес&gt;, соответствующем географическим координатам 53.25182 34.3964. Место произведенной закладки с наркотическим средством С.Ш.Ш. и Лицо №.... до 15 часов 55 минут ДД.ММ.ГГГГ сообщили через информационно-телекоммуникационную сеть «Интернет» с использованием интернет-мессенджеров «WhatsApp» и «WhatsАpp Business», установленных на находящихся в пользовании С.Ш.Ш. и Лица №.... мобильных телефонах «Redmi» и «Realme», неустановленному лицу, выступающему в роли «оператора», для дальнейшего доведения информации о месте произведенной закладки покупателям наркотических средств.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значительном размере, поскольку наркотическое средство метадон (фенадон, долофин), массой 0,310 грамма, было обнаружено и изъято в месте его закладки в ходе осмотра, проведенного сотрудниками полиции ДД.ММ.ГГГГ в период с 12 часов 45 минут до 13 часов. 38.Реализуя совместный с остальными участниками организованной группы преступный умысел на незаконный сбыт наркотических средств, преследуя корыстную цель в виде извлечения материальной выгоды, С.Ш.Ш. и Лицо №.... до ДД.ММ.ГГГГ, получив посредством информационно-телекоммуникационной сети «Интернет» с использованием интернет-мессенджеров «WhatsApp» и «WhatsАpp Business», установленных на находящихся в пользовании С.Ш.Ш. и Лица №.... мобильных телефонах «Redmi» и «Realme», от неустановленного участника организованной группы, исполняющего обязанности «оператора», сведения о местонахождении закладки с наркотическим средством, получили в неустановленном месте на территории &lt;адрес&gt; расфасованное наркотическое средство метадон (фенадон, долофин), массой не менее 65,716 грамма, которое оставили незаконно хранить при себе с целью дальнейшего сбыта бесконтактным способом, путем оставления «закладок» на территории &lt;адрес&gt;. После этого, С.Ш.Ш. и Лицо №...., являясь участниками организованной группы и исполняя в ней обязанности «розничных закладчиков», имея совместный снеустановленными участниками организованной группы умысел на незаконный сбыт наркотических средств, осознавая противоправность своих действий, ДД.ММ.ГГГГ прибыли на такси на территорию &lt;адрес&gt;. Однако С.Ш.Ш., Лицо №.... и другие участники организованной группы по независящим от них обстоятельствам не смогли довести до конца совместный преступный умысел, направленный на незаконный сбыт данного наркотического средства в крупном размере, поскольку ДД.ММ.ГГГГ в 15 часов 55 минут С.Ш.Ш. и Лицо №...., были задержаны сотрудниками ОКОН УМВД России по городу Брянску в 1км от &lt;адрес&gt;-б по &lt;адрес&gt;, а наркотическое средство - метадон (фенадон, долофин) обнаружено и изъято ДД.ММ.ГГГГ в период с 16 часов 40 минут до 17 часов 5 минут в ходе проведения личного досмотра Лица №...., массой 1,096 грамма, и в ходе проведения личного досмотра С.Ш.Ш. в тот же день в период с 17 часов 10 минут до 17 часов 35 минут, массой 64,620 грамма. Подсудимая С.Ш.Ш. вину в совершении инкриминируемых преступлений признала в полном объеме, от дачи показаний отказалась, воспользовавшись ст. 51 Конституции РФ, в судебном заседании заявила, что полностью поддерживает признательные показания, данные в ходе предварительного расследования. Из оглашенных показаний подсудимой С.Ш.Ш. следует, что она проживала в &lt;адрес&gt;, в связи с потерей работы, испытывала материальные трудности, о чем сообщила своей знакомой Муслиме. В мае 2024 года она согласилась на предложение Муслимы делать закладки с наркотиком, так как не нашла другую работу. Перед тем, как дать согласие, она около двух раз ходила с Муслимой, смотрела как та делает «закладки». Это происходило в &lt;адрес&gt;. Для трудоустройства Муслима дала ей телефон «Сухроба», который написал ей в мессенджере «WhatsApp» и предложил ей работу. Так, с конца мая 2024 года она начала делать «закладки». Работа заключалась в том, что «Сухроб» в мессенджере «WhatsApp» либо ей, либо Муслиме отправлял местоположение с большой «закладкой», в которой находилось 20-30 маленьких свертков. «Сухроб» всегда сам говорил в каких местах нужно делать закладки. Затем, они с Муслимой эти маленькие свертки раскладывали на различных участках местности в &lt;адрес&gt;, фотографировали места «закладок», в основном на ее телефон и она затем отправляла данные фотографии неизвестному лицу. За одну сделанную закладку ей платили по 250-300 рублей. Заработную плату ей отправляли на ее банковскую карту ПАО «Сбербанк». В период с июня по ДД.ММ.ГГГГ, находясь в &lt;адрес&gt;, она периодически делала «закладки» самостоятельно. Место нахождения «закладок» ей отправлял «Сухроб» в мессенджере «WhatsApp». Маленькие свертки она закладывала на территории &lt;адрес&gt;, затем делала фото и отправляла данные фотографии неизвестному лицу. Денежные средства, полученные от незаконного оборота наркотических средств, поступали на ее банковскую карту ПАО «Сбербанк», в размере от 10000 до 85000 рублей, от ФИО41, которая ей не знакома. ДД.ММ.ГГГГ от «Сухроба» в мессенджере «WhatsApp» поступило сообщение о том, что нужно поехать в &lt;адрес&gt; делать «закладки» и для этого взять кого-то с собой. Поскольку на тот момент она с Муслимой связь не поддерживала, в &lt;адрес&gt; она предложила поехать ФИО44, так как он тоже делал «закладки» с наркотиком. ФИО45 согласился. ДД.ММ.ГГГГ «Сухроб» в мессенджере «WhatsApp» ей скинул местоположение большой «закладки» с наркотиком, которую они забрали в &lt;адрес&gt;, где именно не помнит, так как плохо знает город. ДД.ММ.ГГГГ они с ФИО44у. на такси приехали в &lt;адрес&gt;, по адресу, который сказал им «Сухроб». Такси оплачивал «Сухроб», переведя денежные средства в размере 18000 рублей на карту ФИО44у. ДД.ММ.ГГГГ, находясь в лесополосе, расположенной в &lt;адрес&gt;, они с ФИО44у. разложили свертки с наркотическим средством около 25-30 штук. Она подавала ФИО45 по 4-5 маленьких закладок, которые он прятал на различных участках местности, которые затем фотографировал. Когда их задержали сотрудники полиции, в ходе личного досмотра у нее в кармане куртки были обнаружены свертки с наркотиком, которые были изъяты вместе с принадлежащим ей телефоном марки «Redmi». (т.14 л.д.235-237, 238-239) После оглашения показаний подсудимой, данных ею в ходе предварительного расследования, С.Ш.Ш. подтвердила изложенные обстоятельства. Помимо полного признания вины подсудимой, ее виновность в совершении вышеуказанных преступлений нашла в судебном заседании подтверждение следующей совокупностью исследованных доказательств. Показаниями ФИО44у., оглашенными в судебном заседании, согласно которым в начале июля 2024 года, в связи с тяжёлым финансовым положением, он искал подработку в интернет-мессенджере, установленном на его мобильном телефоне. Спустя некоторое время, ему написал неизвестный мужчина, и сообщил, что есть работа, представляющая собой распространение наркотических средств путем оставления «закладок» на территории &lt;адрес&gt; и других регионов Российской Федерации. Он согласился, так как ему нужны были деньги для лечения матери и на свое проживание в России. Он планировал подзаработать денежных средств данным способом и уехать в Узбекистан. Он встретился в &lt;адрес&gt; с неизвестным ему мужчиной, представившимся ему Русланом, который обучал его, как правильно делать «закладки» с наркотическими средствами, при последующих встречах они вместе раскладывали «закладки» с наркотическим средством на территории &lt;адрес&gt;. За обучение ему не заплатили. С С.Ш.Ш. он познакомился в июне 2024 года, при каких обстоятельствах не помнит. ДД.ММ.ГГГГ с ним связался работодатель, и сообщил, что ДД.ММ.ГГГГ он должен будет поехать в &lt;адрес&gt; раскладывать «закладки» с наркотическим средством. ДД.ММ.ГГГГ утром, ему позвонила С.Ш.Ш. и сообщила ему, о том, что он с ней поедет в &lt;адрес&gt; раскладывать «закладки». После чего они выехали на такси в &lt;адрес&gt;, денежные средства в сумме 18 000 рублей на оплату проезда на счет банковской карты «Сбербанк» ему перевел «Сухроб». Когда они ехали в такси в &lt;адрес&gt;, С.Ш.Ш. сообщила ему, что при ней находятся наркотические средства (300 свертков), которые они вдвоем должны будут разложить на территории &lt;адрес&gt;. Приехав в &lt;адрес&gt; ДД.ММ.ГГГГ, примерно в 13 часов, они с С.Ш.Ш. пришли в лесопосадку, где начали раскладывать «закладки» с наркотическим средством. Спустя некоторое время к нему и С.Ш.Ш. подошли сотрудники полиции. В ходе проведения личного досмотра у него были обнаружены в карманах куртки и изъяты мобильный телефон марки «Realmе» и 4 полимерных свертка с веществом внутри. Позже сотрудником полиции ему было предложено пройти медицинское освидетельствование на состояние опьянения, но он отказался. (т.13 л.д.228-233, 241-243, т.14 л.д.71-73, 135-138) Показаниями свидетеля Свидетель №2, старшего оперуполномоченного ОКОН УМВД России по &lt;адрес&gt;, оглашенными в судебном заседании, согласно которым в ОКОН УМВД России по &lt;адрес&gt; имелась оперативная информация в отношении граждан Республики Узбекистан ФИО44у. и С.Ш.Ш., которые могут быть причастны к сбыту наркотических средств бесконтактным способом – путем оставления закладок (тайников) на территории &lt;адрес&gt; и &lt;адрес&gt;. ДД.ММ.ГГГГ сотрудниками ОКОН УМВД России по &lt;адрес&gt;, с целью проверки вышеуказанной информации при проведении комплекса оперативно-разыскных мероприятий в 1км от &lt;адрес&gt;-б по &lt;адрес&gt; были остановлены и задержаны ФИО44у. и С.Ш.Ш., так как имелись основания полагать, что они могут иметь при себе наркотические средства или иные предметы и вещества, запрещенные в свободном гражданском обороте. В присутствии двух понятых и переводчика в служебном автомобиле им был проведен личный досмотр ФИО44у. Перед личным досмотром он разъяснил участникам досмотра их права и обязанности, а также предложил ФИО44у. выдать запрещенные к свободному гражданскому обороту на территории РФ предметы и вещества. ФИО44у. ответил, что таких нет. В ходе личного досмотра ФИО44у. в карманах куртки обнаружены и изъяты телефон марки «Realme», банковская карта ПАО «Сбербанк», 4 полимерных свертка с веществом внутри. Также в присутствии двух понятых, переводчика сотрудником полиции Свидетель №11 был проведен личный досмотр С.Ш.Ш., в ходе которого были обнаружены и изъяты: в правом кармане ее куртки - мобильный телефон марки «Redmi» в корпусе синего цвета, в силиконовом чехле, в левом кармане ее куртки - 3 полимерных свертка, внутри которых находились в общем количестве 258 полимерных свертка с веществом внутри, из которых 227 полимерных свертка черного цвета с веществом внутри и 31 полимерный сверток синего цвета с веществом внутри. Затем, ФИО44у. и С.Ш.Ш. были доставлены в здание УМВД Росси по &lt;адрес&gt;, расположенное по адресу: &lt;адрес&gt;-б, где они отказались пройти медицинское освидетельствование на состояние опьянения. (т.13 л.д.118-120) Показаниями свидетеля Свидетель №11, УУП ОУУП и ПДН ОП №.... УМВД России по &lt;адрес&gt;, оглашенными в судебном заседании, согласно которым ДД.ММ.ГГГГ она проводила личный досмотр С.Ш.Ш., задержанной сотрудниками ОКОН УМВД России по &lt;адрес&gt;. Личный досмотр был проведен в служебном автомобиле, припаркованном примерно около 1км от &lt;адрес&gt;-б по &lt;адрес&gt;, в присутствии переводчика и двух понятых-женщин. Перед проведением досмотра участникам были разъяснены их права и обязанности, кроме того, С.Ш.Ш. было предложено выдать запрещенные к свободному гражданскому обороту на территории РФ предметы и вещества. С.Ш.Ш. ответила, что таких нет. В ходе личного досмотра у С.Ш.Ш. были обнаружены и изъяты: в правом кармане куртки - мобильный телефон марки «Redmi» в корпусе синего цвета, в силиконовом чехле, в левом кармане ее куртки - 3 полимерных свертка, внутри которых находились в общем количестве 258 полимерных свертка с веществом внутри, из которых 227 полимерных свертка черного цвета с веществом внутри и 31 полимерный сверток синего цвета с веществом внутри, о чем были составлены соответствующие протоколы. Замечаний и дополнений в ходе ознакомления с протоколами не поступало. (т.13 л.д.126-127) Факт соблюдения сотрудниками полиции требований закона при проведении личного досмотра С.Ш.Ш. ДД.ММ.ГГГГ, обнаружении и изъятии у нее мобильного телефона «Redmi» и свертков с веществом внутри, были подтверждены оглашенными показаниями свидетелей Свидетель №12 и Свидетель №13, участвовавших в проведении досмотра в качестве понятых. В ходе досмотра С.Ш.Ш. пояснила, что в обнаруженных при ней полимерных свертках находится наркотическое средство, которые они планировали сбыть, путем осуществления закладок, совместно с ФИО44у. на территории &lt;адрес&gt;. (т.13 л.д.104-107, 108-111) Факт соблюдения сотрудниками полиции требований закона при проведении личного досмотра ФИО44у. ДД.ММ.ГГГГ, обнаружении и изъятии у него мобильного телефона «Realme», банковской карты ПАО «Сбербанк», 4 полимерных свертков с веществом внутри, были подтверждены свидетелем Свидетель №15 в судебном заседании, а также оглашенными показаниями свидетеля ФИО50, участвовавших в проведении личного досмотра ФИО44у. в качестве понятых. (т.13 л.д.112-114) Показаниями свидетеля Свидетель №5, старшего оперуполномоченного ОКОН УМВД России по &lt;адрес&gt;, оглашенными в судебном заседании, согласно которым 19 и ДД.ММ.ГГГГ им были осмотрены мобильные телефоны марки «Realme» и «Redmi», обнаруженные и изъятые в ходе личных досмотров ФИО44у. и С.Ш.Ш., задержанных ДД.ММ.ГГГГ сотрудниками ОКОН УМВД России по &lt;адрес&gt; при проведении комплекса оперативно-разыскных мероприятий в 1км от &lt;адрес&gt;-б по &lt;адрес&gt;. В ходе осмотров данных телефонов были обнаружены фотографии с координатами тайников-закладок с наркотическими средствами. ДД.ММ.ГГГГ он вместе с оперуполномоченными Свидетель №6 и Свидетель №4 и двумя понятыми с целью установления местонахождения и изъятия предполагаемых закладок с наркотическими средствами, осмотрели участки местности, информация о которых получена ДД.ММ.ГГГГ в ходе осмотра мобильного телефона ФИО44у. При осмотре участков местности, расположенных примерно в 240м, 250м, 260м, 270м, 280м, 300м, 310м, 320м, 330м, 340м, 350м, 360м, 420м, 430м, 450м, 480м, 490м от &lt;адрес&gt;-б по &lt;адрес&gt;, были обнаружены и изъяты полимерные свертки черного и синего цвета с содержимым внутри. Данные свертки были изъяты и упакованы в установленном порядке. (т.13 л.д.134-139) Оглашенными в судебном заседании показаниями свидетелей Свидетель №6 и Свидетель №4, оперуполномоченных ОКОН УМВД России по &lt;адрес&gt;, давших аналогичные показания показаниям свидетеля Свидетель №5, относительно осмотров участков местности, соответствующих координатам, установленным в ходе осмотра мобильного телефона ФИО44у., примерно в 240м, 250м, 260м, 270м, 280м, 300м, 310м, 320м, 330м, 340м, 350м, 360м, 420м, 430м, 450м, 480м, 490м от &lt;адрес&gt;-б по &lt;адрес&gt;, ДД.ММ.ГГГГ, в ходе которых найдены и изъяты полимерные свертки с содержимым внутри. (т.13 л.д.128-133, 140-145) Факт соблюдения сотрудниками полиции требований закона при проведении ДД.ММ.ГГГГ осмотров мест происшествия, расположенных примерно в 240м, 250м, 260м, 270м, 280м, 300м, 310м, 320м, 330м, 340м, 350м, 360м, 420м, 430м, 450м, 480м, 490м от &lt;адрес&gt;-б по &lt;адрес&gt;, в ходе которых обнаружены и изъяты полимерные свертки синего и черного цвета с веществом внутри, были подтверждены оглашенными показаниями свидетелей Свидетель №16 и Свидетель №1, участвовавших в проведении осмотра в качестве понятых. (т.13 л.д.150-155, 160-165) Показаниями свидетеля Свидетель №3, старшего оперуполномоченного ОКОН УМВД России по &lt;адрес&gt;, который в судебном заседании показал, что ДД.ММ.ГГГГ он вместе со старшим оперуполномоченным Свидетель №8 и двумя понятыми с целью установления местонахождения и изъятия предполагаемых закладок с наркотическими средствами, информация о которых получена ДД.ММ.ГГГГ в ходе осмотра мобильного телефона ФИО44у., осмотрели участки местности, расположенные недалеко от &lt;адрес&gt;-б по &lt;адрес&gt;, соответствующие обнаруженным в телефоне координатам, где были изъяты полимерные свертки синего и черного цветов с содержимым внутри. Обнаруженные свертки были изъяты и упакованы в установленном порядке. Оглашенными в судебном заседании показаниями свидетеля Свидетель №8, старшего оперуполномоченного ОКОН УМВД России по &lt;адрес&gt;, аналогичными показаниям свидетеля Свидетель №3, относительно осмотров ДД.ММ.ГГГГ участков местности, расположенных примерно в 380м, 390м, 266м, 275м, 280м, 284м от &lt;адрес&gt;-б по &lt;адрес&gt;, соответствующих координатам, установленным в ходе осмотра мобильного телефона МахаммаджоноваА.А.у., в ходе которых найдены и изъяты полимерные свертки с содержимым внутри. (т.13 л.д.156-159) Оглашенными в судебном заседании показаниями свидетеля Свидетель №7, оперуполномоченного ОКОН УМВД России по &lt;адрес&gt;, и Свидетель №9, старшего оперуполномоченного ОКОН УМВД России по &lt;адрес&gt;, давших аналогичные показания, согласно которым ДД.ММ.ГГГГ они проводили осмотры участков местности, соответствующих координатам, установленным в ходе осмотра мобильного телефона ФИО44у., расположенных примерно в 320м, 310м, 370м, 360м от &lt;адрес&gt;-б по &lt;адрес&gt;, в ходе которых найдены и изъяты полимерные свертки с содержимым внутри. (т.13 л.д.146-149, 176-182) Факт соблюдения сотрудниками полиции требований закона при проведении ДД.ММ.ГГГГ осмотров мест происшествия, расположенных примерно в 380м, 390м, 266м, 275м, 280м, 284м, 320м, 310м, 370м, 360м от &lt;адрес&gt;-б по &lt;адрес&gt;, обнаружении и изъятии полимерных свертков синего и черного цвета с веществом внутри, были подтверждены оглашенными показаниями свидетелей Свидетель №17 и Свидетель №14, участвовавших в проведении осмотра в качестве понятых. (т.13 л.д.166-170, 171-175) Оглашенными в судебном заседании показаниями свидетелей Свидетель №10 и Свидетель №9, старших оперуполномоченных ОКОН УМВД России по &lt;адрес&gt;, давших аналогичные показания, согласно которым с целью проведение оперативно-разыскных мероприятий, направленных на установление местонахождения и изъятие предполагаемых закладок с наркотическими средствами, информация о которых получена в ходе осмотра мобильного телефона, принадлежащего С.Ш.Ш., ДД.ММ.ГГГГ с участием двух понятых ими были осмотрены участки местности в &lt;адрес&gt;, соответствующие географическим координатам, обнаруженным в ходе осмотра указанного телефона, расположенные примерно в 75м от &lt;адрес&gt;-а по &lt;адрес&gt;, в 85м от &lt;адрес&gt;-а по &lt;адрес&gt;, возле &lt;адрес&gt;, примерно в 30м от &lt;адрес&gt;, примерно в 15м от &lt;адрес&gt;к1, возле домов №№...., 25 по &lt;адрес&gt;, возле &lt;адрес&gt; по проспекту Новомытищенский &lt;адрес&gt;, в 55м от &lt;адрес&gt;, возле 4 подъезда &lt;адрес&gt;, где в ходе осмотра каждого из установленных участков, были обнаружены полимерные свертки синего цвета с веществом внутри. Обнаруженные свертки были изъяты и упакованы в установленном порядке. По окончании осмотров мест происшествия, составлен соответствующие протоколы, с которым все участвующие лица были ознакомлены и расписались. Замечаний или дополнений по ходу проведения данных мероприятий у участвующих лиц не имелось. (т.13 л.д.176-182, 183-188) Факт соблюдения сотрудниками полиции требований закона при проведении ДД.ММ.ГГГГ осмотров мест происшествия, расположенных примерно в 75м от &lt;адрес&gt;-а по &lt;адрес&gt;, в 85м от &lt;адрес&gt;-а по &lt;адрес&gt;, возле &lt;адрес&gt;, примерно в 30м от &lt;адрес&gt;, примерно в 15м от &lt;адрес&gt;к1, возле домов №№...., 25 по &lt;адрес&gt;, возле &lt;адрес&gt; по проспекту Новомытищенский &lt;адрес&gt;, в 55м от &lt;адрес&gt;, возле 4 подъезда &lt;адрес&gt;, обнаружении и изъятии полимерных свертков синего цвета с веществом внутри, были подтверждены оглашенными показаниями свидетелей Свидетель №18 и ФИО52, участвовавших в проведении осмотров в качестве понятых. (т.13 л.д.189-193, 194-198) Протоколом личного досмотра С.Ш.Ш. от ДД.ММ.ГГГГ, согласно которому ДД.ММ.ГГГГ в период с 17 часов 10 минут по 17 часов 20 минут в ходе личного досмотра, проходившего в служебной машине, припаркованной в 1км от &lt;адрес&gt;-б по &lt;адрес&gt;, у С.Ш.Ш. были обнаружены и изъяты: мобильный телефон марки «Redmi» в корпусе синего цвета, 3 полимерных свертка, внутри которых находилось в общем количестве 258 свертков с веществом внутри, из которых 227 свертков перемотаны изолентой черного цвета и 27 свертков перемотаны изолентой синего цвета. (т.1 л.д.97-103, 106-109) Протоколом личного досмотра ФИО44у. от 18 июля 2024 года, согласно которому ДД.ММ.ГГГГ в период с 16 часов 40 минут по 16 часов 50 минут в ходе личного досмотра, проходившего в служебной машине, припаркованной в 1км от &lt;адрес&gt;-б по &lt;адрес&gt;, у ФИО44у. были обнаружены и изъяты: мобильный телефон марки «Realme» в корпусе синего цвета, банковская карта ПАО «Сбербанк», 3 полимерных свертка синего цвета с веществом внутри, 1 сверток черного цвета с веществом внутри. (т.1 л.д.19-24, 25-28) Протоколами осмотра предметов от 23 июля и ДД.ММ.ГГГГ осмотрен мобильный телефон марки «Redmi», принадлежащий С.Ш.Ш., который ДД.ММ.ГГГГ был изъят в ходе личного досмотра последней. При осмотре установлены IMEI1:№.... IMEI2: №.... SN: 28412/31RJ01282 64GB», наличие SIM-карт мобильного оператора «Yota» №.... и мобильного оператора «Билайн» №...., карты памяти типа «microSD» «W1607190406 OEMOSE8G160606102», также обнаружены фотографии с описанием и географическими координатами мест «закладок» с наркотическим средством. Информация, извлеченная из мобильного телефона, записана на оптический DVD-RW диск. (т.1 л.д.121-212, т.13 л.д.21-30) Мобильный телефон «Redmi» приобщен к материалам дела в качестве вещественного доказательства. (т.13 л.д.31-32) Протоколами осмотра предметов от 19 июля и ДД.ММ.ГГГГ осмотрен мобильный телефон марки «Realme», принадлежащий ФИО44 у., который ДД.ММ.ГГГГ был изъят в ходе личного досмотра последнего. При осмотре установлены модель RMX3630, IMEI-код (слот SIM 1) №.... IMEI-код (слот SIM 2) №...., серийный номер G68PQSIFFACIDEX4, наличие двух SIM-картам оператора сотовой связи «Теле 2» с номером «89№....» и «89№....», также обнаружены фотографии с описанием и географическими координатами мест «закладок» с наркотическим средством. Информация, извлеченная из мобильного телефона, записана на оптический DVD-RW диск. (т.1 л.д.41-66, т.13 л.д.21-30) Мобильный телефон «Realme» приобщен к материалам дела в качестве вещественного доказательства. (т.13 л.д.31-32) Протоколом осмотра предметов от ДД.ММ.ГГГГ, согласно которому осмотрены DVD-RW диски, содержащие информацию, извлеченную из мобильного телефона марки «Redmi», принадлежащего С.Ш.Ш., и мобильного телефона марки «Realme», принадлежащего ФИО44у. В ходе осмотра было установлено, что в памяти телефона«Redmi», принадлежащего С.Ш.Ш., имеются изображения участков местности с географическими координатами, подтверждающими причастность С.Ш.Ш. к незаконному обороту наркотических средств на территории Брянской и Московской областей, а также в мессенджере «WhatsApp» обнаружены переписки с пользователем «Сухроб» (абонентский номер &lt;***&gt;), с пользователем «ФИО45» (абонентский номер &lt;***&gt;), с пользователем «Рашид Алигажиевич» (абонентский номер &lt;***&gt;), на тему незаконного оборота наркотических средств, а именно о получении С.Ш.Ш. адресов с «закладками» наркотических средств для их дальнейшего сбыта, уточнении мест расположения «закладок» с наркотическими средствами. В ходе осмотра было установлено, что в памяти телефона «Realme», принадлежащего ФИО44у., имеются изображения участков местности с географическими координатами, а также в мессенджере «WhatsApp» обнаружены переписки с пользователями «ssahnoza427» (абонентский номер &lt;***&gt;), «Али» (абонентский номер &lt;***&gt;) и «&lt;***&gt;» (абонентский номер &lt;***&gt;), подтверждающие причастность ФИО44у. к незаконному обороту наркотических средств на территории &lt;адрес&gt;. (т.13 л.д.36-101) Оптические DVD-RW диски с информацией, признаны вещественными доказательствами и приобщены к материалам уголовного дела. (т.13 л.д.102-103) Протоколами осмотра предметов от 10 января и ДД.ММ.ГГГГ, согласно которым в ходе осмотра выписки о движении денежных средств по банковской карте №.... (номер счета карты №....), открытой на имя С.Ш.Ш. в ПАО «Сбербанк», установлено, что на банковскую карту С.Ш.Ш. в период с 10 мая 2024 года по ДД.ММ.ГГГГ, неоднократно поступали различные суммы денежных средств в размере от 10 000 до 85000 рублей, а также с данного счета неоднократно переводились и снимались различные суммы денежных средств. (т.12 л.д.162-165, 167-171) Указанная информация, содержащаяся на CD-R диске, признана вещественным доказательством и приобщена к материалам уголовного дела. (т.12 л.д.140) Протоколом осмотра предметов от ДД.ММ.ГГГГ, согласно которому осмотрена банковская карта ПАО «Сбербанк» №...., обнаруженная и изъятая ДД.ММ.ГГГГ в ходе личного досмотра ФИО44у.(т.12 л.д.85-86) Протоколами осмотра предметов от ДД.ММ.ГГГГ и 13 февраля 2025 года с участием ФИО44у. и С.Ш.Ш., каждого отдельно, осмотрена выписка о движении денежных средств по банковской карте №...., изъятой у ФИО44у., предоставленная по запросу от ДД.ММ.ГГГГ ПАО «Сбербанк». В ходе осмотра установлено, что счет №.... (банковская карта №....) открыт на имя ФИО53у., ДД.ММ.ГГГГ года рождения, в ПАО «Сбербанк», а также, что на указанный счет ДД.ММ.ГГГГ поступили денежные средства в размере 18 000 рублей (от ФИО54) и 50000 рублей (от ФИО41). (т.12 л.д.137-139, 141-142, 143-144) Указанная информация признана вещественным доказательством и приобщена к материалам уголовного дела. (т.12 л.д.140) Протоколами осмотра предметов от ДД.ММ.ГГГГ и 13 февраля 2025 года с участием ФИО44у., в ходе которых была осмотрена выписка о движении денежных средств по счетам, открытым на имя ФИО44у., содержащаяся на CD-R диске, представленная ПАО «Сбербанк» по запросу от ДД.ММ.ГГГГ. При осмотре установлено, что на счета ФИО44у. неоднократно поступали различные суммы денежных средств в размере от 15000 до 100 000 рублей, а также с данного счета неоднократно переводились и снимались различные суммы денежных средств. (т.12 л.д. 154-159, 147-152) Указанная информация, содержащаяся на оптическом CD-R диске, признана вещественным доказательством и приобщена к материалам уголовного дела. (т.12 л.д.153) Протоколами осмотра предметов от ДД.ММ.ГГГГ и 13 февраля 2025 года с участием ФИО44у. осмотрена выписка о движении денежных средств по счетам, открытым на имя ФИО44у., представленная АО «ТБанк» на 35л. по запросу от ДД.ММ.ГГГГ. В ходе осмотра установлено, что на счета ФИО44у. неоднократно поступали денежные средства в размере от 5000 до 100 000 рублей, а также с данного счета неоднократно переводились и снимались различные суммы денежных средств. (т.12 л.д.208-213, 215-221) Указанная информация признана вещественным доказательством и приобщена к материалам уголовного дела. (т.12 л.д.214) Протоколом осмотра предметов от ДД.ММ.ГГГГ, согласно которому осмотрен СD-R диск, полученный по запросу из ПАО «ВымпелКом», содержащий детализацию телефонных соединений абонентского номера &lt;***&gt;, который находился в пользовании С.Ш.Ш. В ходе просмотра детализации установлено, что С.Ш.Ш. ДД.ММ.ГГГГ находилась в зоне действия базовых станций, расположенных на территории &lt;адрес&gt;, где сотрудниками ОКОН УМВД России по &lt;адрес&gt; ДД.ММ.ГГГГ в ходе осмотров мест происшествия, на участке местности, который соответствует географическим координатам 55.91699 37.71499 и расположен примерно в 75м от &lt;адрес&gt;-а по &lt;адрес&gt;, обнаружено и изъято наркотическое средство — метадон (фенадон, долофин), массой 0,306 грамма, а также на участке местности, который соответствует географическим координатам 55.91669 37.71529 и расположен примерно в 85м от &lt;адрес&gt;-а по &lt;адрес&gt;, обнаружено и изъято наркотическое средство — метадон (фенадон, долофин), массой 0,274 грамма. ДД.ММ.ГГГГ С.Ш.Ш. находилась в зоне действия базовых станций, расположенных на территории &lt;адрес&gt; и &lt;адрес&gt;, где сотрудниками ОКОН УМВД России по &lt;адрес&gt; ДД.ММ.ГГГГ в ходе осмотров мест происшествий, на участке местности, который соответствует географическим координатам 55.42702 37.77046 и расположен возле &lt;адрес&gt;, обнаружено и изъято наркотическое средство — метадон (фенадон, долофин), массой 0,316 грамма; на участке местности, который соответствует географическим координатам 55.4266 37.76964 и расположен примерно в 30м от &lt;адрес&gt;, обнаружено и изъято наркотическое средство — метадон (фенадон, долофин), массой 0,296 грамма; на участке местности, который соответствует географическим координатам 55.90965 37.72262 и расположен примерно в 15м от &lt;адрес&gt;к1 по &lt;адрес&gt;, обнаружено и изъято наркотическое средство — метадон (фенадон, долофин), массой 0,297 грамма; на участке местности, который соответствует географическим координатам 55.90795 37.72045 и расположен возле &lt;адрес&gt;, обнаружено и изъято наркотическое средство — метадон (фенадон, долофин), массой 0,314 грамма; на участке местности, который соответствует географическим координатам 55.9078 37.72065 и расположен возле &lt;адрес&gt;, обнаружено и изъято наркотическое средство — метадон (фенадон, долофин), массой 0,321 грамма; на участке местности, который соответствует географическим координатам 55.9052 37.7266 и расположен возле &lt;адрес&gt; по проспекту Новомытищенский &lt;адрес&gt;, обнаружено и изъято наркотическое средство — метадон (фенадон, долофин), массой 0,322 грамма. ДД.ММ.ГГГГ С.Ш.Ш. находилась в зоне действия базовых станций, расположенных на территории &lt;адрес&gt;, где сотрудниками ОКОН УМВД России по &lt;адрес&gt; ДД.ММ.ГГГГ в ходе осмотра места происшествия, на участке местности, который соответствует географическим координатам 55.43299 37.73439 и расположен в 55м от дома №.... по &lt;адрес&gt;, обнаружено и изъято наркотическое средство — метадон (фенадон, долофин), массой 0,244 грамма. ДД.ММ.ГГГГ С.Ш.Ш. находилась в зоне действия базовых станций, расположенных на территории &lt;адрес&gt;, где сотрудниками ОКОН УМВД России по &lt;адрес&gt; ДД.ММ.ГГГГ в ходе осмотра места происшествия, на участке местности, который соответствует географическим координатам 55.42538 37.77812 и расположен возле 4 подъезда &lt;адрес&gt;, обнаружено и изъято наркотическое средство — метадон (фенадон, долофин), массой 0,316 грамма, ДД.ММ.ГГГГ с 11 часов 37 минут С.Ш.Ш. находилась в зоне действия базовых станций, расположенных на территории &lt;адрес&gt;, где сотрудниками ОКОН УМВД России по &lt;адрес&gt; ДД.ММ.ГГГГ в ходе осмотров мест происшествия, которые соответствуют географическим координатам участков местности, расположенных недалеко от &lt;адрес&gt;-б по &lt;адрес&gt;, где обнаружено и изъято наркотическое средство — метадон (фенадон, долофин), а именно: 53.25483 34.4012, в 240 м, массой 0,236 грамма; 53.25501 34.40082, в 250м, массой 0,266 грамма; 53.255 34.40071, в 260м, массой 0,206 грамма; 53.25493 34.40047, в 270м, массой 0,243 грамма; 53.25492 34.4004, в 280м, массой 0,292 грамма; 53.25444 34.39989, в 300м, массой 0,306 грамма; 53.25443 34.39986, в 310м, массой 0,253 грамма; 53.2544 34.39972, в 320м, массой 0,237 грамма; 53.25439 34.39962, в 330м, массой 0,179 грамма; 53.25312 34.39853, в 340м, массой 0,256 грамма; 53.25332 34.39846, в 350м, массой 0,264 грамма; 53.25337 34.39814, в 360м, массой 0,243 грамма; 53.25318 34.39808, в 420м, массой 0,207 грамма; 53.25314 34.39798 в 430м, массой 0,294 грамма; 53.25312 34.39796 в 450м, массой 0,210 грамма; 53.2528 34.39749, в 480м, массой 0,231 грамма; 53.2528 34.3975, в 490м, массой 0,306 грамма, а также в ходе осмотров мест происшествия ДД.ММ.ГГГГ, а именно: 53.25266 34.39748, в 380м, массой 0,158 грамма; 53.25262 34.3973, в 390м, массой 0,370 грамма; 53.25263 34.3973, в 266м, массой 0,260 грамма; 53.25256 34.3972, в 275м, массой 0,270 грамма; 53.25234 34.3973, в 280м, массой 0,294 грамма; 53.2523 34.39727, в 284м, массой 0,225 грамма, 53.25183 34.39722, в 320м, массой 0,227 грамма; 53.25219 34.39692, в 310м, массой 0,271 грамма; 53.25178 34.39622, в 370м, массой 0,298 грамма; 53.25182 34.3964, в 360м, массой 0,310 грамма. (т.12 л.д.241-250) Детализация телефонных соединений, содержащаяся на СD-R диске, признана вещественным доказательством и приобщена к материалам уголовного дела. (т.12 л.д.251) Протоколом осмотра предметов от ДД.ММ.ГГГГ, согласно которому осмотрен СD-R диск, содержащий детализацию телефонных соединений абонентских номеров+79778534843 и &lt;***&gt;, которые находились в пользовании ФИО44у., полученный по запросу в ПАО «Т2 Мобайл». В ходе просмотра детализации установлено, что ФИО44у. ДД.ММ.ГГГГ с 11 часов 37 минут находился в зоне действия базовых станций, расположенных на территории &lt;адрес&gt;, где сотрудниками ОКОН УМВД России по &lt;адрес&gt; ДД.ММ.ГГГГ в ходе осмотров мест происшествия, которые соответствуют географическим координатам участков местности, расположенных недалеко от &lt;адрес&gt;-б по &lt;адрес&gt;, где обнаружено и изъято наркотическое средство — метадон (фенадон, долофин), а именно: 53.25483 34.4012, в 240 м, массой 0,236 грамма; 53.25501 34.40082, в 250м, массой 0,266 грамма; 53.255 34.40071, в 260м, массой 0,206 грамма; 53.25493 34.40047, в 270м, массой 0,243 грамма; 53.25492 34.4004, в 280м, массой 0,292 грамма; 53.25444 34.39989, в 300м, массой 0,306 грамма; 53.25443 34.39986, в 310м, массой 0,253 грамма; 53.2544 34.39972, в 320м, массой 0,237 грамма; 53.25439 34.39962, в 330м, массой 0,179 грамма; 53.25312 34.39853, в 340м, массой 0,256 грамма; 53.25332 34.39846, в 350м, массой 0,264 грамма; 53.25337 34.39814, в 360м, массой 0,243 грамма; 53.25318 34.39808, в 420м, массой 0,207 грамма; 53.25314 34.39798 в 430м, массой 0,294 грамма; 53.25312 34.39796 в 450м, массой 0,210 грамма; 53.2528 34.39749, в 480м, массой 0,231 грамма; 53.2528 34.3975, в 490м, массой 0,306 грамма, а также в ходе осмотров мест происшествия ДД.ММ.ГГГГ, а именно: 53.25266 34.39748, в 380м, массой 0,158 грамма; 53.25262 34.3973, в 390м, массой 0,370 грамма; 53.25263 34.3973, в 266м, массой 0,260 грамма; 53.25256 34.3972, в 275м, массой 0,270 грамма; 53.25234 34.3973, в 280м, массой 0,294 грамма; 53.2523 34.39727, в 284м, массой 0,225 грамма, 53.25183 34.39722, в 320м, массой 0,227 грамма; 53.25219 34.39692, в 310м, массой 0,271 грамма; 53.25178 34.39622, в 370м, массой 0,298 грамма; 53.25182 34.3964, в 360м, массой 0,310 грамма. (т.13 л.д.9-18) Детализация телефонных соединений, содержащаяся на СD-R диске, признана вещественным доказательством и приобщена к материалам уголовного дела. (т.13 л.д.19) Протоколом осмотра места происшествия от ДД.ММ.ГГГГ, в соответствии с которым ДД.ММ.ГГГГ в период с 14 часов 32 минут до 17 часов 50 минут осмотрен участок местности, соответствующий географическим координатам 55.91699 37.71499, расположенный примерно в 75м от &lt;адрес&gt;-а по &lt;адрес&gt;, где у основания опорного столба металлического забора, под листвой, в земле обнаружен и изъят полимерный сверток синего цвета с веществом внутри. (т.10 л.д.82-88) Согласно заключению эксперта №.... от ДД.ММ.ГГГГ, представленное на экспертизу кристаллическое вещество, массой 0,306 грамм, изъятое ДД.ММ.ГГГГ в ходе осмотра участка местности, расположенного примерно в 75м от &lt;адрес&gt;-а по &lt;адрес&gt;, по географическим координатам 55.91699 37.71499, содержит наркотическое средство метадон (фенадон, долофин). В ходе экспертизы было израсходовано 0,010 грамма. (т.11 л.д.217-218)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17 часов 10 минут до 17 часов 30 минут осмотрен участок местности, соответствующий географическим координатам 55.91669 37.71529, расположенный примерно в 85м от &lt;адрес&gt;-а по &lt;адрес&gt;, где у основания деревянной лавки, под листвой, в земле обнаружен и изъят полимерный сверток синего цвета с веществом внутри. (т.10 л.д.69-75) Согласно заключению эксперта №.... от ДД.ММ.ГГГГ, представленное на экспертизу кристаллическое вещество, массой 0,274 грамма, изъятое ДД.ММ.ГГГГ в ходе осмотра участка местности, расположенного примерно в 85м от &lt;адрес&gt;-а по &lt;адрес&gt;, по географическим координатам 55.91669 37.71529, содержит наркотическое средство метадон (фенадон, долофин). В ходе экспертизы было израсходовано 0,010 грамма. (т.11 л.д.227-228)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10 часов 5 минут до 10 часов 25 минут осмотрен участок местности, соответствующий географическим координатам 55.42702 37.77046, расположенный возле &lt;адрес&gt;, где у основания бетонного забора, в грунте обнаружен и изъят полимерный сверток синего цвета с веществом внутри. (т.9 л.д.210-215) Согласно заключению эксперта №.... от ДД.ММ.ГГГГ, представленное на экспертизу кристаллическое вещество, массой 0,316 грамма, изъятое ДД.ММ.ГГГГ в ходе осмотра участка местности, расположенного возле &lt;адрес&gt;, по географическим координатам 55.42702 37.77046, содержит наркотическое средство метадон (фенадон, долофин). В ходе экспертизы было израсходовано 0,010 грамма. (т.12 л.д.59-60)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10 часов 40 минут до 11 часов осмотрен участок местности, соответствующий географическим координатам 55.42702 37.77046, расположенный примерно в 30 м от &lt;адрес&gt;, где у основания дерева, под листвой, в земле был обнаружен и изъят полимерный сверток синего цвета с веществом внутри. (т.9 л.д.222-228) Согласно заключению эксперта №.... от ДД.ММ.ГГГГ, представленное на экспертизу кристаллическое вещество, массой 0,296 грамма, изъятое ДД.ММ.ГГГГ в ходе осмотра участка местности, расположенного примерно в 30 м от &lt;адрес&gt;, по географическим координатам 55.4266 37.76964, содержит наркотическое средство метадон (фенадон, долофин). В ходе экспертизы было израсходовано 0,010 грамма. (т.12 л.д.49-50)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16 часов 25 минут до 16 часов 40 минут осмотрен участок местности, соответствующий географическим координатам 55.90965 37.72262, расположенный примерно в 15м от &lt;адрес&gt;к1 по &lt;адрес&gt;, где у основания металлического фонарного столба, у бетонного бордюра, под листвой, в земле обнаружен и изъят полимерный сверток синего цвета с веществом внутри. (т.10 л.д.56-62) Согласно заключению эксперта №....э от ДД.ММ.ГГГГ, представленное на экспертизу кристаллическое вещество, массой 0,297 грамма, изъятое ДД.ММ.ГГГГ в ходе осмотра участка местности, расположенного примерно в 15м от &lt;адрес&gt;к1 по &lt;адрес&gt;, по географическим координатам 55.90965 37.72262, содержит наркотическое средство метадон (фенадон, долофин). В ходе экспертизы было израсходовано 0,010 грамма. (т.11 л.д.237-239)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15 часов 30 минут до 15 часов 50 минут осмотрен участок местности, соответствующий географическим координатам 55.90795 37.72045, расположенный возле &lt;адрес&gt;, где у основания дерева, в грунте обнаружен и изъят полимерный сверток синего цвета с веществом внутри. (т.10 л.д.32-37) Согласно заключению эксперта №....э от ДД.ММ.ГГГГ, представленное на экспертизу кристаллическое вещество, массой 0,314 грамма, изъятое ДД.ММ.ГГГГ в ходе осмотра участка местности, расположенного возле &lt;адрес&gt;, по географическим координатам 55.90795 37.72045, содержит наркотическое средство метадон (фенадон, долофин). В ходе экспертизы было израсходовано 0,010 грамма. (т.12 л.д.7-9)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15 часов 53 минут до 16 часов 10 минут осмотрен участок местности, соответствующий географическим координатам 55.9078 37.72065, расположенный возле &lt;адрес&gt;, где у основания дерева, в грунте обнаружен и изъят полимерный сверток синего цвета с веществом внутри. (т.10 л.д.44-49) Согласно заключению эксперта №....э от ДД.ММ.ГГГГ, представленное на экспертизу кристаллическое вещество, массой 0,321 грамма, изъятое ДД.ММ.ГГГГ в ходе осмотра участка местности, расположенного возле &lt;адрес&gt;, по географическим координатам 55.9078 37.72065, содержит наркотическое средство метадон (фенадон, долофин). В ходе экспертизы было израсходовано 0,010 грамма. (т.11 л.д.248-250)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14 часов 45 минут до 15 часов 5 минут осмотрен участок местности, соответствующий географическим координатам 55.9052 37.7266, расположенный возле &lt;адрес&gt; по проспекту Новомытищенский &lt;адрес&gt;, где у основания металлического столба остановки общественного транспорта, в грунте обнаружен и изъят полимерный сверток синего цвета с веществом внутри. (т.10 л.д.20-25) Согласно заключению эксперта №....э от ДД.ММ.ГГГГ, представленное на экспертизу кристаллическое вещество, массой 0,322 грамма, изъятое ДД.ММ.ГГГГ в ходе осмотра участка местности, расположенного возле &lt;адрес&gt; по проспекту Новомытищенский &lt;адрес&gt;, по географическим координатам 55.9052 37.7266, содержит наркотическое средство метадон (фенадон, долофин). В ходе экспертизы было израсходовано 0,010 грамма. (т.12 л.д.18-20)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12 часов 5 минут до 12 часов 25 минут осмотрен участок местности, соответствующий географическим координатам 55.43299 37.73439, расположенный в 55м от &lt;адрес&gt;, где между опорным столбом металлического забора и бетонным бордюром, под листвой, в земле обнаружен и изъят полимерный сверток синего цвета с веществом внутри. (т.10 л.д.7-13) Согласно заключению эксперта №....э от ДД.ММ.ГГГГ, представленное на экспертизу кристаллическое вещество, массой 0,244 грамма, изъятое ДД.ММ.ГГГГ в ходе осмотра участка местности, расположенного возле в 55м от &lt;адрес&gt;, по географическим координатам 55.43299 37.73439, содержит наркотическое средство метадон (фенадон, долофин). В ходе экспертизы было израсходовано 0,010 грамма. (т.12 л.д.29-30)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11 часов 20 минут до 11 часов 40 минут осмотрен участок местности, соответствующий географическим координатам 55.42538 37.77812, расположенный возле 4 подъезда &lt;адрес&gt;, где возле бетонного бордюра, в песке обнаружен и изъят полимерный сверток синего цвета с веществом внутри. (т.9 л.д.235-240) Согласно заключению эксперта №....э от ДД.ММ.ГГГГ, представленное на экспертизу кристаллическое вещество, массой 0,316 грамма, изъятое ДД.ММ.ГГГГ в ходе осмотра участка местности, расположенного возле 4 подъезда &lt;адрес&gt;, по географическим координатам 55.42538 37.77812, содержит наркотическое средство метадон (фенадон, долофин). В ходе экспертизы было израсходовано 0,010 грамма. (т.12 л.д.39-40) ДД.ММ.ГГГГ указанное наркотическое средство и его упаковка были осмотрены и приобщены в качестве вещественного доказательства к уголовному делу. (т.12 л.д.116-125, 126-128) Протоколом осмотра места происшествия от ДД.ММ.ГГГГ, в соответствии с которым ДД.ММ.ГГГГ в период с 8 часов до 8 часов 20 минут осмотрен участок местности, соответствующий географическим координатам 53.25483 34.4012, расположенный примерно в 240м от &lt;адрес&gt;-б по &lt;адрес&gt;, где на обочине грунтовой дороги, в земле обнаружен и изъят полимерный сверток синего цвета с веществом внутри. (т.3 л.д.124-129) Согласно заключению эксперта №....э от ДД.ММ.ГГГГ, представленное на экспертизу вещество, массой 0,236 грамма, изъятое ДД.ММ.ГГГГ в ходе осмотра участка местности, расположенного примерно в 240м от &lt;адрес&gt;-б по &lt;адрес&gt;, по географическим координатам 53.25483 34.4012, содержит наркотическое средство метадон (фенадон, долофин). В ходе экспертизы было израсходовано 0,010 грамма. (т.11 л.д.32-33)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8 часов 25 минут до 8 часов 45 минут осмотрен участок местности, соответствующий географическим координатам 53.25501 34.40082, расположенный примерно в 250м от &lt;адрес&gt;-б по &lt;адрес&gt;, где в травяных зарослях в траве и сухой листве обнаружен и изъят полимерный сверток черного цвета с веществом внутри. (т.3 л.д.180-185) Согласно заключению эксперта №....э от ДД.ММ.ГГГГ, представленное на экспертизу вещество, массой 0,266 грамма, изъятое ДД.ММ.ГГГГ в ходе осмотра участка местности, расположенного примерно в 250м от &lt;адрес&gt;-б по &lt;адрес&gt;, по географическим координатам 53.25501 34.40082, содержит наркотическое средство метадон (фенадон, долофин). В ходе экспертизы было израсходовано 0,010 грамма. (т.11 л.д.44-45)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9 часов до 9 часов 20 минут осмотрен участок местности, соответствующий географическим координатам 53.255 34.40071, расположенный примерно в 260м от &lt;адрес&gt;-б по &lt;адрес&gt;, где у основания раздвоенного дерева, в траве и сухой листве обнаружен и изъят полимерный сверток черного цвета с веществом внутри. (т.4 л.д.69-74) Согласно заключению эксперта №....э от ДД.ММ.ГГГГ, представленное на экспертизу вещество, массой 0,206 грамма, изъятое ДД.ММ.ГГГГ в ходе осмотра участка местности, расположенного примерно в 260м от &lt;адрес&gt;-б по &lt;адрес&gt;, по географическим координатам 53.255 34.40071, содержит наркотическое средство метадон (фенадон, долофин). В ходе экспертизы было израсходовано 0,010 грамма. (т.11 л.д.20-21)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9 часов 25 минут до 9 часов 45 минут осмотрен участок местности, соответствующий географическим координатам 53.25493 34.40047, расположенный примерно в 270м от &lt;адрес&gt;-б по &lt;адрес&gt;, где у основания раздвоенного дерева, в траве и сухой листве обнаружен и изъят полимерный сверток черного цвета с веществом внутри. (т.4 л.д.13-18) Согласно заключению эксперта №....э от ДД.ММ.ГГГГ, представленное на экспертизу вещество, массой 0,206 грамма, изъятое ДД.ММ.ГГГГ в ходе осмотра участка местности, расположенного примерно в 270м от &lt;адрес&gt;-б по &lt;адрес&gt;, по географическим координатам 53.25493 34.40047, содержит наркотическое средство метадон (фенадон, долофин). В ходе экспертизы было израсходовано 0,010 грамма. (т.11 л.д.92-93)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9 часов 50 минут до 10 часов 8 минут осмотрен участок местности, соответствующий географическим координатам 53.25492 34.4004, расположенный примерно в 270м от &lt;адрес&gt;-б по &lt;адрес&gt;, где у основания дерева, в траве и сухой листве обнаружен и изъят полимерный сверток черного цвета с веществом внутри. (т.6 л.д.13-18) Согласно заключению эксперта №....э от ДД.ММ.ГГГГ, представленное на экспертизу вещество, массой 0,292 грамма, изъятое ДД.ММ.ГГГГ в ходе осмотра участка местности, расположенного примерно в 280м от &lt;адрес&gt;-б по &lt;адрес&gt;, по географическим координатам 53.25492 34.4004, содержит наркотическое средство метадон (фенадон, долофин). В ходе экспертизы было израсходовано 0,010 грамма. (т.11 л.д.8-9)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10 часов 12 минут до 10 часов 30 минут осмотрен участок местности, соответствующий географическим координатам 53.25444 34.39989, расположенный примерно в 300м от &lt;адрес&gt;-б по &lt;адрес&gt;, где у основания дерева, в траве и сухой листве обнаружен и изъят полимерный сверток черного цвета с веществом внутри. (т.3 л.д.68-73) Согласно заключению эксперта №....э от ДД.ММ.ГГГГ, представленное на экспертизу вещество, массой 0,306 грамма, изъятое ДД.ММ.ГГГГ в ходе осмотра участка местности, расположенного примерно в 300м от &lt;адрес&gt;-б по &lt;адрес&gt;, по географическим координатам 53.25444 34.39989, содержит наркотическое средство метадон (фенадон, долофин). В ходе экспертизы было израсходовано 0,010 грамма. (т.10 л.д.184-185)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10 часов 35 минут до 10 часов 55 минут осмотрен участок местности, соответствующий географическим координатам 53.25443 34.39986, расположенный примерно в 310м от &lt;адрес&gt;-б по &lt;адрес&gt;, где в траве обнаружен и изъят полимерный сверток синего цвета с веществом внутри. (т.2 л.д.18-24) Согласно заключению эксперта №....э от ДД.ММ.ГГГГ, представленное на экспертизу вещество, массой 0,253 грамма, изъятое ДД.ММ.ГГГГ в ходе осмотра участка местности, расположенного примерно в 310м от &lt;адрес&gt;-б по &lt;адрес&gt;, по географическим координатам 53.25443 34.39986, содержит наркотическое средство метадон (фенадон, долофин). В ходе экспертизы было израсходовано 0,010 грамма. (т.10 л.д.159-161)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11 часов 2 минут до 11 часов 22 минут осмотрен участок местности, соответствующий географическим координатам 53.2544 34.39972, расположенный примерно в 320м от &lt;адрес&gt;-б по &lt;адрес&gt;, где в траве обнаружен и изъят полимерный сверток синего цвета с веществом внутри. (т.4 л.д.182-188) Согласно заключению эксперта №....э от ДД.ММ.ГГГГ, представленное на экспертизу вещество, массой 0,237 грамма, изъятое ДД.ММ.ГГГГ в ходе осмотра участка местности, расположенного примерно в 320м от &lt;адрес&gt;-б по &lt;адрес&gt;, по географическим координатам 53.2544 34.39972, содержит наркотическое средство метадон (фенадон, долофин). В ходе экспертизы было израсходовано 0,010 грамма. (т.11 л.д.68-69)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11 часов 26 минут до 11 часов 46 минут осмотрен участок местности, соответствующий географическим координатам 53.25439 34.39962, расположенный примерно в 330м от &lt;адрес&gt;-б по &lt;адрес&gt;, где в траве обнаружен и изъят полимерный сверток синего цвета с веществом внутри. (т.4 л.д.126-132) Согласно заключению эксперта №....э от ДД.ММ.ГГГГ, представленное на экспертизу вещество, массой 0,179 грамма, изъятое ДД.ММ.ГГГГ в ходе осмотра участка местности, расположенного примерно в 330м от &lt;адрес&gt;-б по &lt;адрес&gt;, по географическим координатам 53.25439 34.39962, содержит наркотическое средство метадон (фенадон, долофин). В ходе экспертизы было израсходовано 0,010 грамма. (т.11 л.д.80-81)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11 часов 50 минут до 12 часов 10 минут осмотрен участок местности, соответствующий географическим координатам 53.25312 34.39853, расположенный примерно в 340м от &lt;адрес&gt;-б по &lt;адрес&gt;, где в траве обнаружен и изъят полимерный сверток черного цвета с веществом внутри. (т.5 л.д.180-186) Согласно заключению эксперта №....э от ДД.ММ.ГГГГ, представленное на экспертизу вещество, массой 0,256 грамма, изъятое ДД.ММ.ГГГГ в ходе осмотра участка местности, расположенного примерно в 340м от &lt;адрес&gt;-б по &lt;адрес&gt;, по географическим координатам 53.25312 34.39853, содержит наркотическое средство метадон (фенадон, долофин). В ходе экспертизы было израсходовано 0,010 грамма. (т.10 л.д.244-245)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12 часов 15 минут до 12 часов 35 минут осмотрен участок местности, соответствующий географическим координатам 53.25332 34.39846, расположенный примерно в 350м от &lt;адрес&gt;-б по &lt;адрес&gt;, где возле лежащего на земле дерева, в траве обнаружен и изъят полимерный сверток черного цвета с веществом внутри. (т.5 л.д.68-74) Согласно заключению эксперта №....э от ДД.ММ.ГГГГ, представленное на экспертизу вещество, массой 0,264 грамма, изъятое ДД.ММ.ГГГГ в ходе осмотра участка местности, расположенного примерно в 350м от &lt;адрес&gt;-б по &lt;адрес&gt;, по географическим координатам 53.25332 34.39846, содержит наркотическое средство метадон (фенадон, долофин). В ходе экспертизы было израсходовано 0,010 грамма. (т.11 л.д.116-117)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12 часов 40 минут до 13 часов осмотрен участок местности, соответствующий географическим координатам 53.25337 34.39814, расположенный примерно в 360м от &lt;адрес&gt;-б по &lt;адрес&gt;, где у стоящего дерева, в траве обнаружен и изъят полимерный сверток черного цвета с веществом внутри. (т.5 л.д.124-130) Согласно заключению эксперта №....э от ДД.ММ.ГГГГ, представленное на экспертизу вещество, массой 0,243 грамма, изъятое ДД.ММ.ГГГГ в ходе осмотра участка местности, расположенного примерно в 360м от &lt;адрес&gt;-б по &lt;адрес&gt;, по географическим координатам 53.25337 34.39814, содержит наркотическое средство метадон (фенадон, долофин). В ходе экспертизы было израсходовано 0,010 грамма. (т.11 л.д.128-129)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13 часов 5 минут до 13 часов 25 минут осмотрен участок местности, соответствующий географическим координатам 53.25318 34.39808, расположенный примерно в 420м от &lt;адрес&gt;-б по &lt;адрес&gt;, где на обочине грунтовой дороги, на земле обнаружен и изъят полимерный сверток синего цвета с веществом внутри. (т.5 л.д.12-16) Согласно заключению эксперта №....э от ДД.ММ.ГГГГ, представленное на экспертизу вещество, массой 0,207 грамма, изъятое ДД.ММ.ГГГГ в ходе осмотра участка местности, расположенного примерно в 420м от &lt;адрес&gt;-б по &lt;адрес&gt;, по географическим координатам 53.25318 34.39808, содержит наркотическое средство метадон (фенадон, долофин). В ходе экспертизы было израсходовано 0,010 грамма. (т.11 л.д.56-57)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13 часов 30 минут до 13 часов 50 минут осмотрен участок местности, соответствующий географическим координатам 53.25314 34.39798, расположенный примерно в 430м от &lt;адрес&gt;-б по &lt;адрес&gt;, где на обочине грунтовой дороги, на земле обнаружен и изъят полимерный сверток черного цвета с веществом внутри. (т.3 л.д.12-16) Согласно заключению эксперта №....э от ДД.ММ.ГГГГ, представленное на экспертизу вещество, массой 0,294 грамма, изъятое ДД.ММ.ГГГГ в ходе осмотра участка местности, расположенного примерно в 430м от &lt;адрес&gt;-б по &lt;адрес&gt;, по географическим координатам 53.25314 34.39798, содержит наркотическое средство метадон (фенадон, долофин). В ходе экспертизы было израсходовано 0,010 грамма. (т.10 л.д.220-221)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13 часов 55 минут до 14 часов 15 минут осмотрен участок местности, соответствующий географическим координатам 53.25312 34.39796, расположенный примерно в 450м от &lt;адрес&gt;-б по &lt;адрес&gt;, где на обочине грунтовой дороги, на земле обнаружен и изъят полимерный сверток черного цвета с веществом внутри. (т.2 л.д.180-184) Согласно заключению эксперта №....э от ДД.ММ.ГГГГ, представленное на экспертизу вещество, массой 0,210 грамма, изъятое ДД.ММ.ГГГГ в ходе осмотра участка местности, расположенного примерно в 450м от &lt;адрес&gt;-б по &lt;адрес&gt;, по географическим координатам 53.25312 34.39796, содержит наркотическое средство метадон (фенадон, долофин). В ходе экспертизы было израсходовано 0,010 грамма. (т.10 л.д.135-136)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14 часов 20 минут до 14 часов 40 минут осмотрен участок местности, соответствующий географическим координатам 53.2528 34.39749, расположенный примерно в 480м от &lt;адрес&gt;-б по &lt;адрес&gt;, где на обочине грунтовой дороги, на земле обнаружен и изъят полимерный сверток черного цвета с веществом внутри. (т.2 л.д.126-130) Согласно заключению эксперта №....э от ДД.ММ.ГГГГ, представленное на экспертизу вещество, массой 0,231 грамма, изъятое ДД.ММ.ГГГГ в ходе осмотра участка местности, расположенного примерно в 480м от &lt;адрес&gt;-б по &lt;адрес&gt;, по географическим координатам 53.2528 34.39749, содержит наркотическое средство метадон (фенадон, долофин). В ходе экспертизы было израсходовано 0,010 грамма. (т.10 л.д.123-124)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14 часов 45 минут до 15 часов 5 минут осмотрен участок местности, соответствующий географическим координатам 53.2528 34.3975, расположенный примерно в 490м от &lt;адрес&gt;-б по &lt;адрес&gt;, где на обочине грунтовой дороги, на земле обнаружен и изъят полимерный сверток черного цвета с веществом внутри. (т.2 л.д.72-76) Согласно заключению эксперта №....э от ДД.ММ.ГГГГ, представленное на экспертизу вещество, массой 0,306 грамма, изъятое ДД.ММ.ГГГГ в ходе осмотра участка местности, расположенного примерно в 490м от &lt;адрес&gt;-б по &lt;адрес&gt;, по географическим координатам 53.2528 34.3975, содержит наркотическое средство метадон (фенадон, долофин). В ходе экспертизы было израсходовано 0,010 грамма. (т.10 л.д.147-148)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8 часов 5 минут до 8 часов 25 минут осмотрен участок местности, соответствующий географическим координатам 53.25266 34.39748, расположенный примерно в 380м от &lt;адрес&gt;-б по &lt;адрес&gt;, где на обочине грунтовой дороги, на земле обнаружен и изъят полимерный сверток черного цвета с веществом внутри. (т.7 л.д.94-99) Согласно заключению эксперта №....э от ДД.ММ.ГГГГ, представленное на экспертизу вещество, массой 0,158 грамма, изъятое ДД.ММ.ГГГГ в ходе осмотра участка местности, расположенного примерно в 380м от &lt;адрес&gt;-б по &lt;адрес&gt;, по географическим координатам 53.25266 34.39748, содержит наркотическое средство метадон (фенадон, долофин). В ходе экспертизы было израсходовано 0,010 грамма. (т.10 л.д.232-233)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8 часов 40 минут до 9 часов осмотрен участок местности, соответствующий географическим координатам 53.25262 34.3973, расположенный примерно в 390м от &lt;адрес&gt;-б по &lt;адрес&gt;, где на земле обнаружен и изъят полимерный сверток черного цвета с веществом внутри. (т.8 л.д.11-16) Согласно заключению эксперта №....э от ДД.ММ.ГГГГ, представленное на экспертизу вещество, массой 0,370 грамма, изъятое ДД.ММ.ГГГГ в ходе осмотра участка местности, расположенного примерно в 390м от &lt;адрес&gt;-б по &lt;адрес&gt;, по географическим координатам 53.25262 34.3973, содержит наркотическое средство метадон (фенадон, долофин). В ходе экспертизы было израсходовано 0,010 грамма. (т.11 л.д.163-164)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9 часов 15 минут до 9 часов 30 минут осмотрен участок местности, соответствующий географическим координатам 53.25263 34.3973, расположенный примерно в 266м от &lt;адрес&gt;-б по &lt;адрес&gt;, где на земле обнаружен и изъят полимерный сверток черного цвета с веществом внутри. (т.7 л.д.175-180) Согласно заключению эксперта №....э от ДД.ММ.ГГГГ, представленное на экспертизу вещество, массой 0,260 грамма, изъятое ДД.ММ.ГГГГ в ходе осмотра участка местности, расположенного примерно в 266м от &lt;адрес&gt;-б по &lt;адрес&gt;, по географическим координатам 53.25263 34.3973, содержит наркотическое средство метадон (фенадон, долофин). В ходе экспертизы было израсходовано 0,010 грамма. (т.11 л.д.175-176)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9 часов 45 минут до 10 часов осмотрен участок местности, соответствующий географическим координатам 53.25256 34.3972, расположенный примерно в 275м от &lt;адрес&gt;-б по &lt;адрес&gt;, где у основания куста на земле обнаружен и изъят полимерный сверток синего цвета с веществом внутри. (т.6 л.д.151-156) Согласно заключению эксперта №....э от ДД.ММ.ГГГГ, представленное на экспертизу вещество, массой 0,270 грамма, изъятое ДД.ММ.ГГГГ в ходе осмотра участка местности, расположенного примерно в 275м от &lt;адрес&gt;-б по &lt;адрес&gt;, по географическим координатам 53.25256 34.3972, содержит наркотическое средство метадон (фенадон, долофин). В ходе экспертизы было израсходовано 0,010 грамма. (т.11 л.д.151-152)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10 часов 15 минут до 10 часов 30 минут осмотрен участок местности, соответствующий географическим координатам 53.25234 34.3973, расположенный примерно в 280м от &lt;адрес&gt;-б по &lt;адрес&gt;, где у основания куста на земле между листвой обнаружен и изъят полимерный сверток черного цвета с веществом внутри. (т.7 л.д.13-18) Согласно заключению эксперта №....э от ДД.ММ.ГГГГ, представленное на экспертизу вещество, массой 0,294 грамма, изъятое ДД.ММ.ГГГГ в ходе осмотра участка местности, расположенного примерно в 280м от &lt;адрес&gt;-б по &lt;адрес&gt;, по географическим координатам 53.25234 34.3973, содержит наркотическое средство метадон (фенадон, долофин). В ходе экспертизы было израсходовано 0,010 грамма. (т.11 л.д.187-188)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10 часов 45 минут до 11 часов осмотрен участок местности, соответствующий географическим координатам 53.2523 34.39727, расположенный примерно в 284м от &lt;адрес&gt;-б по &lt;адрес&gt;, где у основания дерева, на земле обнаружен и изъят полимерный сверток черного цвета с веществом внутри. (т.8 л.д.176-181) Согласно заключению эксперта №....э от ДД.ММ.ГГГГ, представленное на экспертизу вещество, массой 0,225 грамма, изъятое ДД.ММ.ГГГГ в ходе осмотра участка местности, расположенного примерно в 284м от &lt;адрес&gt;-б по &lt;адрес&gt;, по географическим координатам 53.2523 34.39727, содержит наркотическое средство метадон (фенадон, долофин). В ходе экспертизы было израсходовано 0,010 грамма. (т.11 л.д.172-173)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11 часов 15 минут до 11 часов 30 минут осмотрен участок местности, соответствующий географическим координатам 53.25183 34.39722, расположенный примерно в 320м от &lt;адрес&gt;-б по &lt;адрес&gt;, где на земле обнаружен и изъят полимерный сверток черного цвета с веществом внутри. (т.6 л.д.68-73) Согласно заключению эксперта №....э от ДД.ММ.ГГГГ, представленное на экспертизу вещество, массой 0,227 грамма, изъятое ДД.ММ.ГГГГ в ходе осмотра участка местности, расположенного примерно в 320м от &lt;адрес&gt;-б по &lt;адрес&gt;, по географическим координатам 53.25183 34.39722, содержит наркотическое средство метадон (фенадон, долофин). В ходе экспертизы было израсходовано 0,010 грамма. (т.11 л.д.104-105)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11 часов 45 минут до 12 часов осмотрен участок местности, соответствующий географическим координатам 53.25219 34.39692, расположенный примерно в 310м от &lt;адрес&gt;-б по &lt;адрес&gt;, где на земле обнаружен и изъят полимерный сверток синего цвета с веществом внутри. (т.9 л.д.94-99) Согласно заключению эксперта №....э от ДД.ММ.ГГГГ, представленное на экспертизу вещество, массой 0,271 грамма, изъятое ДД.ММ.ГГГГ в ходе осмотра участка местности, расположенного примерно в 310м от &lt;адрес&gt;-б по &lt;адрес&gt;, по географическим координатам 53.25219 34.39692, содержит наркотическое средство метадон (фенадон, долофин). В ходе экспертизы было израсходовано 0,010 грамма. (т.10 л.д.196-197)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12 часов 15 минут до 12 часов 30 минут осмотрен участок местности, соответствующий географическим координатам 53.25178 34.39622, расположенный примерно в 370м от &lt;адрес&gt;-б по &lt;адрес&gt;, где на земле обнаружен и изъят полимерный сверток черного цвета с веществом внутри. (т.9 л.д.12-17) Согласно заключению эксперта №....э от ДД.ММ.ГГГГ, представленное на экспертизу вещество, массой 0,298 грамма, изъятое ДД.ММ.ГГГГ в ходе осмотра участка местности, расположенного примерно в 370м от &lt;адрес&gt;-б по &lt;адрес&gt;, по географическим координатам 53.25178 34.39622, содержит наркотическое средство метадон (фенадон, долофин). В ходе экспертизы было израсходовано 0,010 грамма. (т.10 л.д.208-209)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Протоколом осмотра места происшествия от ДД.ММ.ГГГГ, в соответствии с которым ДД.ММ.ГГГГ в период с 12 часов 45 минут до 13 часов осмотрен участок местности, соответствующий географическим координатам 53.25182 34.3964, расположенный примерно в 360м от &lt;адрес&gt;-б по &lt;адрес&gt;, где на земле обнаружен и изъят полимерный сверток черного цвета с веществом внутри. (т.8 л.д.91-98) Согласно заключению эксперта №....э от ДД.ММ.ГГГГ, представленное на экспертизу вещество, массой 0,310 грамма, изъятое ДД.ММ.ГГГГ в ходе осмотра участка местности, расположенного примерно в 360м от &lt;адрес&gt;-б по &lt;адрес&gt;, по географическим координатам 53.25182 34.3964, содержит наркотическое средство метадон (фенадон, долофин). В ходе экспертизы было израсходовано 0,010 грамма. (т.11 л.д.139-140)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Согласно заключению эксперта №....э от ДД.ММ.ГГГГ, представленное на экспертизу вещество, суммарной массой 64,620 грамма, изъятое ДД.ММ.ГГГГ в ходе личного досмотра С.Ш.Ш. содержит наркотическое средство метадон (фенадон, долофин). В ходе экспертизы израсходовано 2,580 грамма. (т.10 л.д.96-99) Согласно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Согласно заключению эксперта №....э от ДД.ММ.ГГГГ, представленное на экспертизу вещество, суммарной массой 1,096 грамма, изъятое ДД.ММ.ГГГГ в ходе личного досмотра ФИО44у. содержит наркотическое средство метадон (фенадон, долофин). В ходе экспертизы израсходовано 0,040 грамма. (т.10 л.д.110-112) Согласно ДД.ММ.ГГГГ указанное наркотическое средство и его упаковка были осмотрены и приобщены в качестве вещественного доказательства к уголовному делу. (т.12 л.д.90-101, 102-108) Оценив вышеприведенную совокупность представленных стороной обвинения доказательств, суд признает их допустимыми, относимыми, достоверными, и приходит к выводу, что виновность подсудимой в инкриминируемых ей преступлениях доказана в полном объеме. Показания свидетелей, участвующих при проведении осмотра места происшествий, личного досмотра, изъятия вещей и документов, а также осмотра предметов, имеющие доказательственное значение по делу, соответствуют результатам следственных действий и не вызывают у суда сомнений в их достоверности. Они последовательны, полны, не содержат существенных противоречий, согласуются между собой, так и с иными доказательствами, исследованными судом. Оснований оговаривать подсудимую у указанных лиц судом не установлено, как и не установлено и наличия заинтересованности в ее привлечении к уголовной ответственности. При этом, показания свидетелей относительно их участия в следственных действиях суд оценивает в совокупности с протоколами соответствующих действий. Протоколы следственных действий, в том числе, личного досмотра С.Ш.Ш., осмотров мест происшествий и других следственных действий свидетельствуют о соблюдении требований действующего законодательства при получении этих доказательств. Изъятые вещества, мобильные телефоны, банковская карта в установленном законом порядке признаны вещественными доказательствами, осмотрены и приобщены к уголовному делу соответствующими постановлениями. Оценивая показания С.Ш.Ш., суд признает их достоверными, поскольку они подтверждаются совокупностью иных доказательств, исследованных судом, в том числе показаниями свидетелей, результатами следственных действий, выводами судебных экспертиз. В своей совокупности эти доказательства логичны, внутренне непротиворечивы, соответствуют и дополняют друг друга. Не установив оснований для самооговора подсудимой, суд кладет их в основу приговора наряду с другими доказательствами. Относимость изъятых по делу веществ к наркотическим средствам доказана путем проведения экспертных исследований, оформленных заключениями экспертов. Выводы всех проведенных по делу экспертных исследований сомнений у суда не вызывают, поскольку экспертизы проведены лицами, обладающими специальными познаниями, с соблюдением уголовно-процессуальных норм. Порядок назначения экспертиз по делу не нарушен, сами заключения экспертов соответствуют закону. Наркотические средства метадон (фенадон, долофин), включены в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 от ДД.ММ.ГГГГ, и отнесены к наркотическим средствам, оборот которых в Российской Федерации запрещен. Переходя к вопросу о квалификации действий подсудимой, суд отмечает следующее. Представленными суду доказательствами, в том числе показаниями самой подсудимой, согласующихся с показаниями сотрудников полиции, результатами осмотров, судебных экспертиз, подтверждено, что С.Ш.Ш. инкриминируемые ей преступления совершила в составе устойчивой группы, поскольку подсудимая и Лицо №.... заранее объединились с неустановленными лицами, являющимся организаторами преступной группы, для совершения особо тяжких преступлений в сфере незаконного оборота наркотических средств, при подготовке к совершению преступлений соучастники постоянно контактировали между собой и детально согласовывали свои действия, поддерживали устойчивую связь, соблюдали конспирацию. Данные обстоятельства подтверждаются совокупностью приведенных в приговоре доказательств и свидетельствует об организованном характере преступных связей между соучастниками преступления, устойчивости преступной группы, что выражалось в достаточно длительном периоде преступной деятельности, стабильности ее состава, наличии четкого распределения ролей и функций между членами группы, единого руководства, постоянства форм и методов преступной деятельности. Совокупностью представленных суду доказательств подтверждено, что в группе была установленной схема преступлений, роли каждого участника преступной группы в совершении преступлений были заранее распределены. Преступная группа имела устойчивый характер, поскольку преступления участниками совершались вплоть до их задержания, имела тщательную подготовку к совершению преступлений, высокую организованность и координацию действий внутри группы, члены группы подчинялись указаниям руководителей, получаемым через «операторов». Общее руководство организованной группой путем принятия решений, связанных с планированием, материальным обеспечением и организацией её деятельности, поддержание связи с другими участниками группы, распределение между ними обязанностей при совершении преступлений, организацию поставки наркотиков на территорию Брянской и Московской областей, оплату участникам преступной группы за их противоправную деятельность, разработку системы мер конспирации и обеспечение безопасности участников группы при сбыте наркотика осуществляли «руководители». Посредством «вербовщиков», использующих сеть «Интернет», в организованную группу была вовлечена подсудимая, совершение ею преступлений координировалось «операторами». С.Ш.Ш. совместно с Лицом №...., вступив в организованную группу, действуя в рамках реализации общей схемы сбыта наркотических средств в соответствии с отведенными им руководителями ролью, как розничных закладчиков наркотических средств получала от руководителей через оптовых закладчиков партии наркотика, которые раскладывала в различных местах на территории Брянской и Московской областей в объеме, необходимом для сбыта конкретным покупателям, при этом обеспечивала и соблюдала меры конспирации и безопасности; отчитывалась перед операторами о местах произведенных ими «закладок» наркотика посредством информационно-телекоммуникационной сети (включая сеть «Интернет»), с использованием интернет-мессенджера «WhatsApp» и мобильных телефонов «Redmi» и «Realme». Наличие и соблюдение мер конспирации всеми участниками организованной группы выражалось в том, что наркотик внутри группы от одного участника к другому передавался, а также сбывался покупателям бесконтактным способом, при этом использовались мобильные средства связи, кодированная лексика, отдельные члены организованной группы не были знакомы между собой, с операторами закладчики общались посредством информационно-телекоммуникационной сети. В силу изложенного тот факт, что подсудимая не была знакома с остальными участниками преступной группы, не знала подлинных данных «вербовщиков», «операторов», иных «закладчиков», «организатора» и руководителей преступной группы, не влияет на вывод суда о совершении подсудимой инкриминируемых ей преступлений в составе организованной группы. Таким образом, наличие законспирированного руководителя, распределение функций между участниками, длительность, тщательное планирование (единая схема), единые размер и способ оплаты деятельности участников группы (один грамм «закладки» наркотического средства оплачивался в размере 250-300 рублей путем зачисления на банковские карты), конспирация участников (общение через специальное приложение), а также объемы наркотических средств, поступавших от руководителей к иным участникам организованной группы в роли закладчиков, свидетельствуют, что незаконный сбыт организованной группой наркотических средств в поступающих для сбыта объемах охватывался умыслом каждого участника организованной группы, в том числе и умыслом подсудимой. Изложенное позволяет, считать обоснованным предъявленное подсудимой обвинение в незаконном обороте наркотических средств в составе организованной группы. Нашел подтверждение и квалифицирующий признак «с использованием информационно-телекоммуникационных сетей (включая сеть «Интернет»), поскольку все договоренности, а также указание на места закладок наркотических средств, подсудимой с неустановленными лицами осуществлялись с использованием сети «Интернет». При решении вопроса о наличии значительного и крупного размеров наркотических средств по описанным в приговоре преступлениям, суд руководствуется Постановлением Правительства Российской Федерации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согласно которому размер наркотического средства метадон (фенадон, долофин) массой 65,716 грамма относится к крупному размеру; размер наркотического средства метадон (фенадон, долофин) массой свыше 0,2 грамма до 1 грамма относится к значительному размеру, размер наркотического средства метадон (фенадон, долофин) массой до 0,2 грамма к значительному, крупному и особо крупному размерам не относится. Поскольку планируемый сбыт наркотических средств не был доведен С.Ш.Ш. и иными лицами до конца по не зависящим от них обстоятельствам, действия последней по каждому преступлению, подлежат квалификации, как покушение на преступление. Вопреки доводам стороны защиты, оснований для переквалификации действий С.Ш.Ш. по преступлению, предусмотренному ч.3 ст. , пп.«а», «г» ч.4 ст. 228.1 УК РФ , на ч.1 ст. пп.«а», «г» ч.4 ст. 228.1 УК РФ не имеется, поскольку в судебном заседании установлено, что С.Ш.Ш. и Лицо№.... в целях осуществления совместного с остальными участниками организованной группы преступного умысла на незаконный сбыт наркотических средств, получили, используя интернет-мессенджер «WhatsApp», от неустановленного лица расфасованное наркотическое средство метадон (фенадон, долофин), суммарной массой 65,716 грамма, из которого с целью дальнейшего сбыта бесконтактным способом, наркотическое средство массой 64,620 грамма, в крупном размере, С.Ш.Ш. оставила незаконно хранить при себе, а часть наркотического средств метадон (фенадон, долофин), массой 1,096 грамма, - у Лица №...., после чего по указанию «оператора» вместе с Лицом №.... С.Ш.Ш. приехала на такси с г.Москвы в г.Брянск, на указанное «оператором» место, где планировалось сбыть наркотическое средство путем оставления «закладок» на территории Брянской области, однако С.Ш.Ш. и Лицо №.... были задержаны сотрудниками полиции. Тем самым часть действий, направленных на незаконный сбыт наркотических средств, совершенный с использованием информационно-телекоммуникационных сетей (включая сеть «Интернет»), организованной группой, в крупном размере, и составляющих объективную сторону преступления, предусмотренного пп.«а», «г» ч.4 ст. 228.1 УК РФ , С.Ш.Ш. и Лицом №.... была выполнена, при этом преступление не было доведено до конца по независящим от С.Ш.Ш. и иных лиц обстоятельствам. В связи с изложенным, суд квалифицирует действия С.Ш.Ш., направленные на сбыт наркотического средства метадон (фенадон, долофин) массой 0,179 грамма, 0,158 грамма, по каждому, по ч.3 ст. , п.«а» ч.4 ст. 228.1 УК РФ , как покушение на незаконный сбыт наркотических средств, совершенное с использованием информационно-телекоммуникационных сетей (включая сеть «Интернет»), организованной группой, - действия С.Ш.Ш., направленные на сбыт наркотического средства метадон (фенадон, долофин) массой 0,306 грамма, 0,274 грамма, 0,316 грамма, 0,296 грамма, 0,297 грамма, 0,341 грамма, 0,321 грамма, 0,322 грамма, 0,244 грамма, 0,316 грамма, 0,236 грамма, 0,266 грамма, 0,206 грамма, 0,243 грамма, 0,292 грамма, 0,306 грамма, 0,253 грамма, 0,237 грамма, 0,256 грамма, 0,264 грамма, 0,243 грамма, 0,207 грамма, 0,294 грамма, 0,210 грамма, 0,231 грамма, 0,306 грамма, 0,370 грамма, 0,260 грамма, 0,270 грамма, 0,294 грамма, 0,225 грамма, 0,227 грамма, 0,271 грамма, 0,298 грамма, 0,310 грамма, по каждому из тридцати пяти преступлений, по ч.3 ст. , п.«а» ч.4 ст. 228.1 УК РФ , как покушение на незаконный сбыт наркотических средств, совершенное с использованием информационно-телекоммуникационных сетей (включая сеть «Интернет»), организованной группой, в значительном размере, - действия С.Ш.Ш., направленные на сбыт наркотического средства метадон (фенадон, долофин) массой 65,716 грамма, по ч.3 ст. , пп.«а», «г» ч.4 ст. 228.1 УК РФ , как покушение на незаконный сбыт наркотических средств, совершенное с использованием информационно-телекоммуникационных сетей (включая сеть «Интернет»), организованной группой, в крупном размере. Согласно заключению однородной амбулаторной судебно-психиатрической экспертизы №.... от ДД.ММ.ГГГГ С.Ш.Ш. каким-либо хроническим психическим расстройством в момент инкриминируемых ей деяний и в настоящее время не страдала и не страдает. На момент инкриминируемых ей деяний могла осознавать фактический характер и общественную опасность своих действий и руководить ими. В применении принудительных мер медицинского характера не нуждается. С.Ш.Ш. наркоманией не страдает, в лечении и медико-социальной реабилитации не нуждается. (т.12 л.д.68-71) Оценив заключение комиссии экспертов, суд признает его обоснованным и компетентным, а подсудимой, с учетом ее поведения в ходе предварительного следствия и судебного разбирательства, - вменяемой, в связи с чем она подлежит уголовной ответственности. При назначении наказания С.Ш.Ш. суд учитывает, что последняя не судима, к уголовной ответственности привлекается впервые, на учетах у врачей нарколога и психиатра не состоит, на момент совершения преступления законно находилась на территории Российской Федерации, администрацией ФКУ СИЗО-1 УФСИН России по Брянской области характеризуется отрицательно. Смягчающими наказание подсудимой С.Ш.Ш. по каждому преступлению, суд признает, на основании п.«и» ч.1 ст. 61 УК РФ , – активное способствование раскрытию и расследованию преступлений, выразившееся в даче полных и признательных показаний, предоставлении пароля для входа и использования телефона, содержащего значимую для расследования дела информацию, на основании ч.2 ст. 61 УК РФ , - признание вины, раскаяние в содеянном, состояние здоровья матери подсудимой. Учитывая в соответствии со ст. , ч.3 ст. , ч.1 ст. , ч.1 ст. 67 УК РФ характер и степень совершенных преступлений, отнесенных законом к категории особо тяжких, личность подсудимой, наличие обстоятельств, смягчающих наказание, характер и степень фактического участия подсудимой в совершении преступлений, значение этого участия для достижения целей преступлений, обстоятельства, в силу которых преступления не были доведены до конца, а также влияние назначенного наказания на исправление осужденной и на условия жизни ее семьи, суд приходит к выводу о назначении С.Ш.Ш. наказания за каждое из совершенных ею преступлений в виде реального лишения свободы. При определении С.Ш.Ш. срока наказания по каждому преступлению суд руководствуется положениями ч.3 ст. 66 УК РФ , поскольку преступления подсудимой не были доведены до конца по независящим от нее обстоятельствам, и положениями ч.1 ст. 62 УК РФ , поскольку при отсутствии отягчающих обстоятельств у С.Ш.Ш. установлены смягчающие обстоятельства, предусмотренные п.«и» ч.1 ст. 61 УК РФ . Принимая во внимание фактические обстоятельства и высокую степень общественной опасности совершенных подсудимой преступлений в сфере незаконного оборота наркотических средств, направленного против здоровья населения, оснований для применения положений ч.6 ст. 15 УК РФ , а также ст.ст. , 73 УК РФ , суд не находит. Учитывая смягчающие наказание обстоятельства и данные о личности подсудимой, суд считает возможным не назначать дополнительные наказания в виде штрафа и лишения права занимать определенные должности или заниматься определенной деятельностью. Окончательное наказание подсудимой С.Ш.Ш. суд назначает по правилам ч.2 ст. 69 УК РФ путем частичного сложения наказаний. В силу п.«б» ч.1 ст. 58 УК РФ наказание подсудимой С.Ш.Ш. надлежит отбывать в исправительной колонии общего режима. В целях обеспечения исполнения приговора мера пресечения в отношении С.Ш.Ш. подлежит оставлению без изменения в виде заключения под стражу. Срок наказания подсудимой следует исчислять со дня вступления приговора в законную силу. На основании ч.3.2 ст. 72 УК РФ время содержания под стражей С.Ш.Ш. с момента задержания со ДД.ММ.ГГГГ до дня вступления приговора в законную силу необходимо зачесть в срок лишения свободы из расчета один день за один день, в связи с осуждением последней за преступления, предусмотренные ст. 228.1 УК РФ . Вопрос о вещественных доказательствах по данному уголовному делу, поскольку они могут служить доказательством по уголовному делу, выделенному из рассматриваемого судом уголовного дела на основании постановления от ДД.ММ.ГГГГ, подлежит разрешению при вынесении судом окончательного решения по уголовному делу в отношении ФИО44у. Процессуальные издержки, подлежащие выплате адвокату ФИО55 в размере 1646 рублей, ФИО56 в размере 2226 рублей, ФИО57 в размере 4452 рубля, ФИО58 в размере 6830 рублей, ФИО59 в размере 13390 рублей за оказание юридической помощи С.Ш.Ш. в ходе предварительного расследования, а также адвокату ФИО59 за оказание юридической помощи С.Ш.Ш. в ходе судебного разбирательствав размере 26712 рублей с учетом имущественной несостоятельности подсудимой, суд считает возможным возместить за счет средств федерального бюджета. На основании изложенного и руководствуясь ст.ст. - , - 309 УПК РФ , суд ПРИГОВОРИЛ: Признать С.Ш.Ш. виновной в совершении тридцати семи преступлений, предусмотренных ч.3 ст. , п.«а» ч.4 ст. 228.1 УК РФ , и преступления, предусмотренного ч.3 ст. , пп.«а», «г» ч.4 ст. 228.1 УК РФ , и назначить ей наказание: - по каждому из тридцати семи преступлений, предусмотренных ч.3 ст. , п.«а» ч.4 ст. 228.1 УК РФ , в виде лишения свободы сроком 6 лет, - по преступлению, предусмотренному ч.3 ст. , пп.«а», «г» ч.4 ст. 228.1 УК РФ , в виде лишения свободы сроком 6 лет 6 месяцев. На основании ч.2 ст. 69 УК РФ по совокупности преступлений путем частичного сложения наказаний окончательно назначить С.Ш.Ш. наказание в виде лишения свободы сроком 9 лет 6 месяцев с отбыванием наказания в исправительной колонии общего режима. Меру пресечения С.Ш.Ш. до вступления приговора в законную силу оставить без изменения в виде заключения под стражу. Срок наказания С.Ш.Ш. исчислять со дня вступления приговора в законную силу. В соответствии с ч.3.2 ст. 72 УК РФ зачесть в срок отбывания наказания С.Ш.Ш. из расчета один день за один день время содержания ее под стражей с момента задержания ДД.ММ.ГГГГ до дня вступления приговора в законную силу. Вещественные доказательства после вступления приговора в законную силу хранить по месту их нахождения до принятия решения по выделенному уголовному делу в отношении ФИО44 угли. Процессуальные издержки, связанные с выплатой вознаграждения адвокатам за оказание юридической помощи С.Ш.Ш. в ходе предварительного расследования в размере 28544 рублей и в ходе судебного разбирательства в размере 26712 рублей возместить за счет средств федерального бюджета. Приговор может быть обжалован в апелляционном порядке в Брянский областной суд в течение 15 суток со дня его провозглашения, путем подачи апелляционной жалобы через Володарский районный суд г.Брянска, а содержащейся под стражей осужденной, в тот же срок со дня вручения копии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в т.ч. при помощи системы «видеоконференц-связи», воспользоваться услугами защитника, определенного ею по соглашению или отказаться от защиты либо воспользоваться услугами защитника, назначенного судом апелляционной инстанции по ее ходатайству. Председательствующий О.В. Иванова Суд: Володарский районный суд г. Брянска (Брянская область) (подробнее) Судьи дела: Иванова О.В.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