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ФИО3, ФИО4, ФИО5, ФИО6, ФИО7 совершили производство, закупку, поставки, хранение, перевозки алкогольной и спиртосодержащей продукции без соответствующей лицензии в случаях, если такая лицензия обязательна, в особо крупном размере. Преступление совершено при следующих обстоятельствах. В нарушение положений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Правил маркировки федеральными специальными марками алкогольной продукции, утвержденных Постановлением Правительства РФ от 29.12.2020 № 2348, Приказа Минфина России от 07.10.2020 № 235н «Об установлении цен, не ниже которых осуществляются закупка (за исключением импорта), поставки (за исключением экспорта) и розничная продажа алкогольной продукции крепостью свыше 28 процентов» в период времени с &lt;Дата&gt; по &lt;Дата&gt; у ФИО2, не являющегося индивидуальным предпринимателем либо лицом, уполномоченным на оборот алкогольной и спиртосодержащей продукции, имеющего опыт в сфере незаконного оборота алкогольной и спиртосодержащей продукции, осведомленного о необходимости приобретения соответствующей лицензии на производство, закупку, поставку, хранение, перевозку алкогольной и спиртосодержащей продукции, из корыстных побуждений, с целью постоянного незаконного обогащения в результате извлечения дохода от преступной деятельности, возник преступный умысел, направленный на незаконные производство, закупку, поставки, хранение, перевозки алкогольной и спиртосодержащей продукции без соответствующей лицензии, в особо крупном размере. Для производства алкогольной и спиртосодержащей продукции без соответствующей лицензии ФИО2 не позднее &lt;Дата&gt; приобрел пластиковые емкости в металлической оправе, бочки из полимерного материала, насосы и шланги, а также стеклянные бутылки с этикетками различных наименований алкогольной продукции и крышки для них, которые доставил в складское помещение, расположенное в 310 метрах от &lt;адрес&gt;, 140 метрах от &lt;адрес&gt;, 230 метрах от &lt;адрес&gt;, по адресу: &lt;адрес&gt;, кадастровый &lt;№&gt;. ФИО2, понимая, что у него не получится в одиночку беспрепятственное осуществление противоправной деятельности на протяжении длительного времени, с целью извлечения максимального дохода от поставок алкогольной и спиртосодержащей продукции без соответствующей лицензии, увеличения объема ее производства, решил привлечь к совершению преступления других лиц, которым предложил вступить с ним в преступный сговор и выполнять определенные для них ФИО2 функции. Так, не позднее &lt;Дата&gt; ФИО2, ФИО3, ФИО4, ФИО6, ФИО7, ФИО5 и лицо, уголовное дело в отношении которого выделено в отдельное производство (далее – лицо 1), вступили между собой в преступный сговор, направленный на совершение группой лиц по предварительному сговору незаконных производства, закупки, поставки, хранения, перевозки алкогольной и спиртосодержащей продукции без соответствующей лицензии, в особо крупном размере с целью получения преступного дохода, распределив между собой преступные роли следующим образом: ФИО2 должен был организовать незаконную закупку алкогольной и спиртосодержащей продукции без соответствующей лицензии у лица 1, а также необходимого оборудования, емкостей и бутылок с этикетками, содержащими наименование различной алкогольной продукции для производства алкогольной и спиртосодержащей продукции; организовывать перевозку на арендованное им складское помещение в целях производства, хранения, осуществления поставок алкогольной и спиртосодержащей продукции без соответствующей лицензии; организовывать хранение на арендованном им складском помещение алкогольной и спиртосодержащей продукции без соответствующей лицензии; контролировать наличие необходимого для поставок, перевозки количества алкогольной и спиртосодержащей продукции; осуществлять контроль и учет приобретенной и реализованной алкогольной и спиртосодержащей продукции в местах их хранения и реализации; с учетом спроса покупателей определять объем, марку, стоимость реализуемой алкогольной и спиртосодержащей продукции; организовывать распределение незаконно вырученных от реализации алкогольной и спиртосодержащей продукции денежных средств между участниками группы, в зависимости от роли каждого в совершении преступления, а также на незаконную закупку следующих партий спиртосодержащей и алкогольной продукции и на иные нужды для обеспечения совершения преступления в целом; привлекать других лиц для совместного совершения преступления; при осуществлении незаконной деятельности использовать меры конспирации. ФИО3 должен был для незаконного производства алкогольной и спиртосодержащей продукции, предназначенной для реализации путем ее поставки, смешивать привозимую в складское помещение спиртосодержащую продукцию с водой, используя закупленные ФИО2 для этого оборудование и емкости, после чего разливать получившуюся спиртосодержащую жидкость в пустые стеклянные бутылки с этикетками различных наименований алкогольной и спиртосодержащей продукции, закупоривать их крышками и упаковывать в картонные коробки; при осуществлении незаконной деятельности использовать меры конспирации, в том числе осуществлять незаконное производство алкогольной и спиртосодержащей продукции в ночное время. ФИО4 должен был осуществлять разгрузку незаконно закупленной и перевезенной спиртосодержащей продукции предназначенной для производства алкогольной и спиртосодержащей продукции, а также погрузку в грузовые фургоны картонных коробок с готовой, незаконно произведенной алкогольной и спиртосодержащей продукцией, с целью ее незаконной поставки. Кроме того, по указанию ФИО2 в обязанности ФИО4 входил поиск дополнительных лиц для разгрузки привезенной спиртосодержащей продукции, предназначенной для незаконного производства алкогольной и спиртосодержащей продукции, а также погрузка в грузовые фургоны картонных коробок с готовой, незаконно произведенной алкогольной и спиртосодержащей продукцией, с целью ее незаконной поставки; при осуществлении незаконной деятельности использовать меры конспирации. ФИО7 и ФИО6 должны были осуществлять разгрузку незаконно закупленной спиртосодержащей продукции, предназначенной для незаконного производства алкогольной и спиртосодержащей продукции, а также погрузку в грузовые фургоны картонных коробок с готовой, незаконно произведенной алкогольной и спиртосодержащей продукцией, с целью ее незаконной поставки; при осуществлении незаконной деятельности использовать меры конспирации. ФИО5 должен был осуществлять незаконную перевозку до мест поставки произведенной алкогольной и спиртосодержащей продукции на территории &lt;адрес&gt; на грузовом фургоне марки &lt;данные изъяты&gt; государственный регистрационный знак &lt;№&gt; регион, VIN №&lt;№&gt;, &lt;Дата&gt; года выпуска; получать денежные средства, вырученные от незаконной поставки алкогольной и спиртосодержащей продукции, часть из которых передавать лицу 1, а часть оставлять себе в качестве полученного преступного дохода; при осуществлении незаконной деятельности использовать меры конспирации. Лицо 1 должно было поставлять ФИО2 спиртосодержащую продукцию для производства алкогольной и спиртосодержащей продукции; с целью незаконных поставок искать покупателей незаконно произведенной алкогольной и спиртосодержащей продукции; организовывать незаконные перевозки, поставки произведенной алкогольной и спиртосодержащей продукции на территории &lt;адрес&gt;; получать от ФИО5 денежные средства, вырученные от незаконной поставки алкогольной и спиртосодержащей продукции, часть из которых передавать ФИО2 для дальнейшего распределения между ФИО3, ФИО4, ФИО6, ФИО7 в соответствии с отведенными им ролями в преступлении; при осуществлении незаконной деятельности использовать меры конспирации. В период с &lt;Дата&gt; по &lt;Дата&gt; реализуя совместный преступный умысел, направленный на незаконные производство, закупку, поставки, хранение, перевозки алкогольной и спиртосодержащей продукции без соответствующей лицензии, в особо крупном размере, ФИО2, действуя группой лиц по предварительному сговору с ФИО3, ФИО4, ФИО6, ФИО7, ФИО5 и лицом 1, в соответствии с отведенной ему ролью в преступлении, не позднее &lt;Дата&gt;, у лица 1 незаконно закупил спиртосодержащую продукцию без соответствующей лицензии в количестве не менее 4720 литров, содержащихся в 5 пластиковых емкостях в металлической оправе объемами 1000 литров каждая, и 56 пластиковых бутылках объемами 5 литров каждая, предназначенную для незаконного производства алкогольной и спиртосодержащей продукции. Лицо 1 не позднее &lt;Дата&gt; организовало незаконную перевозку вышеуказанной приобретенной спиртосодержащей продукции до арендованного ФИО2 складского помещения, расположенного в 310 метрах от &lt;адрес&gt;, 140 метрах от &lt;адрес&gt;, 230 метрах от &lt;адрес&gt;, по адресу: &lt;адрес&gt;, кадастровый &lt;№&gt;. Не позднее &lt;Дата&gt; в соответствии с отведенными преступными ролями ФИО4, ФИО6 и ФИО8, находясь около складского помещения, расположенного в 310 метрах от &lt;адрес&gt;, 140 метрах от &lt;адрес&gt;, 230 метрах от &lt;адрес&gt;, по адресу: &lt;адрес&gt;, кадастровый &lt;№&gt; разгрузили в указанное складское помещение алкогольную и спиртосодержащую продукцию, где осуществляли ее незаконное хранение вплоть до &lt;Дата&gt;. Не позднее &lt;Дата&gt; лицо 1 в соответствии с отведенной ему преступной ролью подыскало покупателей на территории &lt;адрес&gt;, в том числе лицо, уголовное дело в отношении которого выделено в отдельное производство (далее – лицо 2), с которым договорилось о необходимом ему объеме приобретаемой алкогольной и спиртосодержащей продукцией, о чем поставило в известность ФИО2 Не позднее &lt;Дата&gt; ФИО2 в соответствии с отведенной ему преступной ролью, находясь в складском помещении, расположенном в 310 метрах от &lt;адрес&gt;, 140 метрах от &lt;адрес&gt;, 230 метрах от &lt;адрес&gt;, по адресу: &lt;адрес&gt;, кадастровый &lt;№&gt;, передал ФИО3 информацию о необходимом для производства количестве с целью дальнейшей перевозки и поставки алкогольной и спиртосодержащей продукции без соответствующей лицензии. ФИО3 не позднее &lt;Дата&gt; в соответствии с отведенной ему преступной ролью, находясь в складском помещении, расположенном в 310 метрах от &lt;адрес&gt;, 140 метрах от &lt;адрес&gt;, 230 метрах от &lt;адрес&gt;, по адресу: &lt;адрес&gt;, кадастровый &lt;№&gt;, осуществил незаконное производство алкогольной и спиртосодержащей продукции путем смешивания спиртосодержащей продукции с водой, используя закупленные К.А.ВВ. для этого бочки и иные емкости, насосы и шланги, после чего разлил получившуюся алкогольную и спиртосодержащую продукцию в пустые стеклянные бутылки с этикетками различных наименований алкогольной и спиртосодержащей продукции, закупорил их крышками и упаковал в картонные коробки, закупленные ФИО2 Для соблюдения мер конспирации производство алкогольной и спиртосодержащей продукции ФИО3 проводилось в ночное время. Таким образом, ФИО3, действующим в составе группы лиц по предварительному сговору, была произведена алкогольная и спиртосодержащая продукция без соответствующей лицензии, незаконное хранение которой вышеуказанные лица осуществляли в указанном складском помещении вплоть до &lt;Дата&gt;, а также осуществляли ее незаконную перевозку, поставку в количестве не менее: - 36 стеклянных бутылок, номинальным объемом 0,5 литра каждая с надписью на этикетках «&lt;данные изъяты&gt;»; - 408 стеклянных бутылок, номинальным объемом 0,46 литра каждая с надписью на этикетках «&lt;данные изъяты&gt;»; - 4080 стеклянных бутылок, номинальным объемом 0,45 литра каждая с надписью на этикетках «&lt;данные изъяты&gt;» (&lt;данные изъяты&gt;); - 180 стеклянных бутылок, номинальным объемом 0,5 литра каждая с надписью на этикетках «&lt;данные изъяты&gt;» (&lt;данные изъяты&gt;); - 876 стеклянных бутылок, номинальным объемом 0,5 литра каждая с надписью на этикетках «&lt;данные изъяты&gt;» (&lt;данные изъяты&gt;); - 820 стеклянных бутылок, номинальным объемом 0,5 литра каждая с надписью на этикетках «&lt;данные изъяты&gt;»; - 960 стеклянных бутылок, номинальным объемом 0,5 литра каждая с надписью на этикетках «&lt;данные изъяты&gt;» (&lt;данные изъяты&gt;); - 1248 стеклянных бутылок, номинальным объемом 0,5 литра каждая с надписью на этикетках «&lt;данные изъяты&gt;»; - 17 060 стеклянных бутылок, номинальным объемом 0,46 литра каждая с надписью на этикетках «&lt;данные изъяты&gt;»; - 6260 стеклянных бутылок, номинальным объемом 0,5 литра каждая с надписью на этикетках «&lt;данные изъяты&gt;» (&lt;данные изъяты&gt;); - 859 стеклянных бутылок, номинальным объемом 0,5 литра каждая с надписью на этикетках «&lt;данные изъяты&gt;»; - 240 стеклянных бутылок, номинальным объемом 0,45 литра каждая с надписью на этикетках «&lt;данные изъяты&gt;»; - 4 пластиковые бутылки номинальным объемом 5 литров каждая без этикеток; - 240 бутылок, номинальным объемом 0,5 литра каждая с надписью на этикетках «&lt;данные изъяты&gt;». Не позднее &lt;Дата&gt; в соответствии с отведенными преступными ролями ФИО4, ФИО6 и У.В.АБ. из складского помещения, расположенного в 310 метрах от &lt;адрес&gt;, 140 метрах от &lt;адрес&gt;, 230 метрах от &lt;адрес&gt;, по адресу: &lt;адрес&gt;, кадастровый &lt;№&gt;, осуществили загрузку произведенной алкогольной и спиртосодержащей продукции с целью ее незаконной поставки, перевозки лицу 2 в грузовой фургон марки &lt;данные изъяты&gt; государственный регистрационный знак &lt;№&gt; регион, VIN &lt;№&gt;, &lt;Дата&gt; года выпуска, находящийся в пользовании ФИО5 Не позднее &lt;Дата&gt; ФИО5 в соответствии с отведенной ему преступной ролью, управляя указанным грузовым фургоном марки, осуществил незаконные поставку и перевозку от приведенного складского помещения в кузове данного грузового фургона алкогольной и спиртосодержащей продукции без соответствующей лицензии лицу 2 по адресу: &lt;адрес&gt;, в количестве не менее: - 60 стеклянных бутылок, номинальным объемом 0,5 литра каждая с надписью на этикетках «&lt;данные изъяты&gt;»; - 24 стеклянные бутылки, номинальным объемом 0,5 литра каждая с надписью на этикетках «&lt;данные изъяты&gt;»; - 240 стеклянных бутылок, номинальным объемом 0,5 литра каждая с надписью на этикетках «&lt;данные изъяты&gt;»; - 100 стеклянных бутылок, номинальным объемом 0,5 литра каждая с надписью на этикетках «&lt;данные изъяты&gt;» (&lt;данные изъяты&gt;). &lt;Дата&gt; преступная деятельность ФИО2, Н.С.АБ., ФИО4, ФИО7, ФИО6, ФИО5 и лица 1 сотрудниками правоохранительных органов была пресечена. Так, в период времени с 15 час. 00 мин. &lt;Дата&gt; до 04 час. 14 мин. &lt;Дата&gt; в ходе осмотра места происшествия – складского помещения, расположенного в 310 метрах от &lt;адрес&gt;, 140 метрах от &lt;адрес&gt;, 230 метрах от &lt;адрес&gt;, по адресу: &lt;адрес&gt;, кадастровый &lt;№&gt;, обнаружена и изъята алкогольная и спиртосодержащая продукция, которую ФИО2, ФИО3, ФИО4, ФИО7, ФИО6, ФИО5 и лицо 1, действуя группой лиц по предварительному сговору, без соответствующей лицензии незаконно закупили, осуществляли ее незаконные производство, перевозки, хранение, поставки, а именно: - 12 стеклянных бутылок, номинальным объемом 0,5 литра каждая с надписью на этикетках «&lt;данные изъяты&gt;» (согласно заключению эксперта &lt;№&gt; содержание этилового спирта 25,8%) с минимальной розничной ценой в размере 237 рублей, а всего на 2844 рубля; - 408 стеклянных бутылок, номинальным объемом 0,46 литра каждая с надписью на этикетках «&lt;данные изъяты&gt;» (согласно заключению эксперта &lt;№&gt; содержание этилового спирта 30%) с розничной ценой в размере 242 рубля, а всего на 98736 рублей; - 4 080 стеклянных бутылок, номинальным объемом 0,45 литра каждая с надписью на этикетках «&lt;данные изъяты&gt;» (&lt;данные изъяты&gt;) (согласно заключению эксперта &lt;№&gt; содержание этилового спирта 31 %), с розничной ценой в размере 248 рублей, а всего на 1011840 рублей; - 180 стеклянных бутылок, номинальным объемом 0,5 литра каждая с надписью на этикетках «&lt;данные изъяты&gt;» (&lt;данные изъяты&gt;) (согласно заключению эксперта &lt;№&gt; содержание этилового спирта 36,2 %) с розничной ценой в размере 283 рубля, а всего на 50940 рублей; - 876 стеклянных бутылок, номинальным объемом 0,5 литра каждая с надписью на этикетках «&lt;данные изъяты&gt;» (&lt;данные изъяты&gt;) (согласно заключению эксперта &lt;№&gt; содержание этилового спирта 29,8 %) с розничной ценой в размере 242 рубля, а всего на 211992 рубля; - 820 стеклянных бутылок, номинальным объемом 0,5 литра каждая с надписью на этикетках «&lt;данные изъяты&gt;» (согласно заключению эксперта &lt;№&gt; содержание этилового спирта 28,2 %) с розничной ценой в размере 237 рублей, а всего на 194340 рублей; - 960 стеклянных бутылок, номинальным объемом 0,5 литра каждая с надписью на этикетках «&lt;данные изъяты&gt;» (&lt;данные изъяты&gt;) (согласно заключению эксперта &lt;№&gt; содержание этилового спирта 35,8 %) с розничной ценой в размере 276 рублей, а всего на 264960 рублей; - 1248 стеклянных бутылок, номинальным объемом 0,5 литра каждая с надписью на этикетках «&lt;данные изъяты&gt;» (согласно заключению эксперта &lt;№&gt; содержание этилового спирта 30,8 %) с розничной ценой в размере 248 рублей, а всего на 309504 рубля; - 17 060 стеклянных бутылок, номинальным объемом 0,46 литра каждая с надписью на этикетках «&lt;данные изъяты&gt;» (согласно заключению эксперта &lt;№&gt; содержание этилового спирта 30,2 %) с розничной ценой в размере 248 рублей, а всего на 4 230 880 рублей; - 4 960 стеклянных бутылок, номинальным объемом 0,5 литра каждая с надписью на этикетках «&lt;данные изъяты&gt;» (&lt;данные изъяты&gt;) (согласно заключению эксперта &lt;№&gt; содержание этилового спирта 31 %) с розничной ценой в размере 248 рублей, а всего на 1230080 рублей; - 799 стеклянных бутылок, номинальным объемом 0,5 литра каждая с надписью на этикетках «&lt;данные изъяты&gt;» (согласно заключению эксперта &lt;№&gt; содержание этилового спирта 29,8 %) с розничной ценой в размере 242 рубля, а всего на 193 358 рублей; - 240 стеклянных бутылок, номинальным объемом 0,45 литра каждая с надписью на этикетках «&lt;данные изъяты&gt;» (согласно заключению эксперта &lt;№&gt; содержание этилового спирта 30,8 %) с розничной ценой в размере 248 рублей, а всего на 59 520 рублей; - 4 пластиковые бутылки номинальным объемом 5 литров каждая без этикеток (согласно заключению эксперта &lt;№&gt; содержание этилового спирта 36,3 %) с розничной ценой в размере 283 рубля, а всего на 11 320 рублей; - 5 пластиковых емкостей в металлической оправе содержащие следующие объемы спиртосодержащей жидкости: 570 литров, 1000 литров, 1000 литров, 1000 литров, 870 литров (согласно заключению эксперта &lt;№&gt; содержание этилового спирта 92,5; 92,8; 93,6; 92,5; 92,5 %) с максимальной розничной ценой свыше 61 % в размере 431 рубль, а всего на 3827 280 рублей. Таким образом, была изъята алкогольная и спиртосодержащая продукция в количестве 31643 стеклянных бутылок, 4 пластиковых бутылок и 5 емкостей в металлической оправе на сумму 11697 594 рубля. Кроме того, в период времени с 15 час. 00 мин. &lt;Дата&gt; до 04 час. 14 мин. &lt;Дата&gt;, в ходе осмотра места происшествия – грузового фургона, государственный регистрационный знак &lt;№&gt; регион, VIN &lt;№&gt;, &lt;Дата&gt; года выпуска, расположенного у складского помещения, расположенного в 310 метрах от &lt;адрес&gt;, 140 метрах от &lt;адрес&gt;, 230 метрах от &lt;адрес&gt;, по адресу: &lt;адрес&gt;, кадастровый &lt;№&gt;, обнаружена и изъята алкогольная и спиртосодержащая продукция, которую ФИО2, ФИО3, ФИО4, ФИО7, ФИО6, ФИО5 и лицо 1, действуя группой лиц по предварительному сговору, без соответствующей лицензии незаконно закупили, осуществляли ее незаконные производство, перевозки, хранение, поставки, а именно: - 1 200 стеклянных бутылок, номинальным объемом 0,5 литра каждая с надписью на этикетках «&lt;данные изъяты&gt;» (&lt;данные изъяты&gt;) (согласно заключению эксперта &lt;№&gt; содержание этилового спирта 31 %) с розничной ценой в размере 248 рублей, а всего на 297 600 рублей; - 56 пластиковых бутылок номинальным объемом 5 литров каждая без этикеток (согласно заключению эксперта &lt;№&gt; содержание этилового спирта 94,3 %) с максимальной розничной ценой свыше 61 % в размере 431 рубль, а всего на 241 360 рублей; Таким образом, была изъята алкогольная и спиртосодержащая продукция в количестве 1 200 стеклянных бутылок и 56 пластиковых бутылок на сумму 538 960 рублей. Кроме того, в период времени с 10 час. 30 мин. до 11 час. 20 мин. &lt;Дата&gt; в ходе обыска в жилище лица 2, расположенного по адресу: &lt;адрес&gt;, обнаружена и изъята алкогольная и спиртосодержащая продукция, которую ФИО5, действуя группой лиц по предварительному сговору с ФИО2, ФИО3, ФИО4, ФИО7, ФИО6 и лицом 1, без соответствующей лицензии, на грузовом фургоне марки &lt;данные изъяты&gt; государственный регистрационный знак &lt;№&gt; регион, VIN №&lt;№&gt;, &lt;Дата&gt; года выпуска, из складского помещения, расположенного в 310 метрах от &lt;адрес&gt;, 140 метрах от &lt;адрес&gt;, 230 метрах от &lt;адрес&gt;, &lt;адрес&gt;, по адресу: &lt;адрес&gt;, кадастровый &lt;№&gt;, незаконно перевез, поставил лицу 2, а именно: - 60 стеклянных бутылок, номинальным объемом 0,5 литра каждая с надписью на этикетках «&lt;данные изъяты&gt;» (согласно заключению эксперта &lt;№&gt; содержание этилового спирта 31,4 %) с розничной ценой в размере 252 рубля, а всего на 15 120 рублей; - 24 стеклянные бутылки, номинальным объемом 0,5 литра каждая с надписью на этикетках «&lt;данные изъяты&gt;» (согласно заключению эксперта &lt;№&gt; содержание этилового спирта 27,1 %) с минимальной розничной ценой в размере 237 рублей, а всего на 5688 рублей; - 240 стеклянных бутылок, номинальным объемом 0,5 литра каждая с надписью на этикетках «&lt;данные изъяты&gt;» (согласно заключению эксперта &lt;№&gt; содержание этилового спирта 31,8 %) с розничной ценой в размере 252 рубля, а всего на 60 480 рублей; - 100 стеклянных бутылок, номинальным объемом 0,5 литра каждая с надписью на этикетках «&lt;данные изъяты&gt;» (&lt;данные изъяты&gt;) (согласно заключению эксперта &lt;№&gt; содержание этилового спирта 31,5 %) с розничной ценой в размере 252 рубля, а всего на 25 200 рублей. Таким образом, была изъята алкогольная и спиртосодержащая продукция в количестве 424 стеклянные бутылки на сумму 106 488 рублей. Таким образом, в период времени с &lt;Дата&gt; по &lt;Дата&gt; К.А.ВГ., ФИО3, ФИО4, ФИО7, ФИО6, ФИО5 и лицо 1, действуя в составе группы лиц по предварительному сговору, незаконно закупили, перевезли, хранили, осуществляли незаконное производство, а также поставку алкогольной и спиртосодержащей продукции без соответствующей лицензии в общем количестве 33267 стеклянных бутылок, 60 пластиковых бутылок и 5 емкостей в металлической оправе, общей стоимостью 12343 042 рубля, что является особо крупным размером.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ФИО2, ФИО3, ФИО4, ФИО5, ФИО6, ФИО7, действуя группой лиц по предварительному сговору, совершили производство, хранение, перевозку в целях сбыта и продажу немаркированной алкогольной продукции, подлежащей обязательной маркировке федеральными специальными марками, в особо крупном размере. Преступление совершено при следующих обстоятельствах. В нарушение положений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Правил маркировки федеральными специальными марками алкогольной продукции, утвержденных Постановлением Правительства РФ от 29.12.2020 № 2348, Приказа Минфина России от 07.10.2020 № 235н «Об установлении цен, не ниже которых осуществляются закупка (за исключением импорта), поставки (за исключением экспорта) и розничная продажа алкогольной продукции крепостью свыше 28 процентов» в период времени с &lt;Дата&gt; по &lt;Дата&gt; у ФИО2, не являющегося индивидуальным предпринимателем либо лицом, уполномоченным на оборот алкогольной и спиртосодержащей продукции, имеющего опыт в сфере незаконного оборота немаркированной алкогольной и спиртосодержащей продукции, обладающим информацией о повышенном спросе у населения на немаркированную алкогольную продукцию, из корыстных побуждений, с целью постоянного незаконного обогащения в результате извлечения дохода от преступной деятельности, возник преступный умысел, направленный на незаконные производство, хранение и перевозку в целях сбыта и продажи немаркированной алкогольной продукции, подлежащей обязательной маркировке федеральными специальными марками, в особо крупном размере, с целью извлечения постоянного незаконного дохода. Для осуществления процесса производства немаркированной алкогольной продукции, подлежащей обязательной маркировке федеральными специальными марками, в особо крупном размере, ФИО2 не позднее &lt;Дата&gt; приобрел пластиковые емкости в металлической оправе, бочки из полимерного материала, насосы и шланги, а также стеклянные бутылки с этикетками различных наименований алкогольной продукции и крышки для них, которые доставил в складское помещение, расположенное в 310 метрах от &lt;адрес&gt;, 140 метрах от &lt;адрес&gt;, 230 метрах от &lt;адрес&gt;, по адресу: &lt;адрес&gt;, кадастровый &lt;№&gt;. ФИО2, понимая, что у него не получится в одиночку беспрепятственное осуществление противоправной деятельности на протяжении длительного времени, с целью извлечения максимального дохода от реализации немаркированной алкогольной продукции, подлежащей обязательной маркировке федеральными специальными марками, в особо крупном размере, увеличения объема ее производства, решил привлечь к совершению преступления других лиц, которым предложил вступить с ним в преступный сговор и выполнять определенные для них ФИО2 функции. Так, не позднее &lt;Дата&gt; ФИО2, ФИО3, ФИО4, ФИО6, ФИО7, ФИО5 и лицо 1 вступили между собой в преступный сговор, направленный на совершение группой лиц по предварительному сговору незаконного производства, хранения и перевозки в целях сбыта и продажи немаркированной алкогольной продукции, подлежащей обязательной маркировке федеральными специальными марками, в особо крупном размере, с целью получения преступного дохода, распределив между собой преступные роли следующим образом: ФИО2 должен был организовать незаконную закупку спиртосодержащей продукции без соответствующей лицензии у лица 1, а также необходимого оборудования, емкостей и бутылок с этикетками, содержащими наименование различной алкогольной продукции для производства немаркированной алкогольной продукции, подлежащей обязательной маркировке федеральными специальными марками; организовывать перевозку на арендованное им складское помещение в целях производства, хранения и перевозки в целях сбыта и продажи немаркированной алкогольной продукции, подлежащей обязательной маркировке федеральными специальными марками; организовывать хранение на арендованном им складском помещении немаркированной алкогольной продукции, подлежащей обязательной маркировке федеральными специальными марками; контролировать наличие необходимого для сбыта и продажи количества немаркированной алкогольной продукции, подлежащей обязательной маркировке федеральными специальными марками; осуществлять контроль и учет произведенной и реализованной немаркированной алкогольной продукции, подлежащей обязательной маркировке федеральными специальными марками, в местах их хранения и реализации; с учетом спроса покупателей определять объем, марку, стоимость реализуемой алкогольной и спиртосодержащей продукции; организовывать распределение незаконно вырученных от реализации немаркированной алкогольной продукции денежных средств между участниками группы, в зависимости от роли каждого в совершении преступления, а также на незаконную закупку следующих партий спиртосодержащей продукции для незаконного производства немаркированной алкогольной продукции, подлежащей обязательной маркировке федеральными специальными марками, а также на иные нужды для обеспечения совершения преступления в целом; привлекать других лиц для совместного совершения преступления; при осуществлении незаконной деятельности использовать меры конспирации. ФИО3 должен был для незаконного производства немаркированной алкогольной продукции, подлежащей обязательной маркировке федеральными специальными марками, а также хранения в целях ее сбыта и продажи, смешивать привозимую в складское помещение спиртосодержащую продукцию с водой, используя закупленные ФИО2 для этого оборудование и емкости, после чего разливать получившуюся спиртосодержащую жидкость в пустые стеклянные бутылки с этикетками различных наименований алкогольной и спиртосодержащей продукции, закупоривать их крышками и упаковывать в картонные коробки; при осуществлении незаконной деятельности использовать меры конспирации, в том числе осуществлять незаконное производство алкогольной и спиртосодержащей продукции в ночное время. ФИО4 должен был осуществлять разгрузку незаконно закупленной и перевезенной спиртосодержащей продукции, предназначенной для производства немаркированной алкогольной продукции, подлежащей обязательной маркировке федеральными специальными марками, а также ее последующего хранения в целях сбыта и продажи, а также погрузку в грузовые фургоны картонных коробок с готовой, незаконно произведенной немаркированной алкогольной продукции, подлежащей обязательной маркировке федеральными специальными марками, а также хранения в целях ее сбыта и продажи, с целью ее перевозки, сбыта и продажи. Кроме того, по указанию ФИО2 в обязанности ФИО4 входил поиск дополнительных лиц для совместно совершения преступления; при осуществлении незаконной деятельности использовать меры конспирации. ФИО7 и ФИО6 должны были осуществлять разгрузку незаконно закупленной спиртосодержащей продукции, предназначенной для незаконного производства немаркированной алкогольной продукции, подлежащей обязательной маркировке федеральными специальными марками, а также хранения в целях ее сбыта и продажи, а также погрузку в грузовые фургоны картонных коробок с готовой, незаконно произведенной немаркированной алкогольной продукции, подлежащей обязательной маркировке федеральными специальными марками, с целью ее перевозки, сбыта и продажи; при осуществлении незаконной деятельности использовать меры конспирации. ФИО5 должен был осуществлять незаконную перевозку до мест сбыта и продажи произведенной немаркированной алкогольной продукции, подлежащей обязательной маркировке федеральными специальными марками, с целью ее сбыта и продажи на территории &lt;адрес&gt; на грузовом фургоне марки &lt;данные изъяты&gt; государственный регистрационный знак &lt;№&gt; регион, VIN &lt;№&gt;, &lt;Дата&gt; года выпуска; получать денежные средства, вырученные от незаконного сбыта и продажи немаркированной алкогольной продукции, подлежащей обязательной маркировке федеральными специальными марками, часть из которых передавать лицу 1, а часть оставлять себе в качестве полученного преступного дохода; при осуществлении незаконной деятельности использовать меры конспирации. Лицо 1 должно было поставлять ФИО2 спиртосодержащую продукцию для производства немаркированной алкогольной продукции, подлежащей обязательной маркировке федеральными специальными марками, с целью ее хранения, перевозки, сбыта и продажи; с целью незаконного сбыта и продажи немаркированной алкогольной продукции искать покупателей незаконно произведенной немаркированной алкогольной продукции; организовывать незаконные перевозки, в целях сбыта и продажи произведенной немаркированной алкогольной продукции на территории &lt;адрес&gt;; получать от ФИО5 денежные средства, вырученные от незаконного сбыта и продажи немаркированной алкогольной, часть из которых передавать ФИО2 для дальнейшего распределения между ФИО3, ФИО4, ФИО6, ФИО7 в соответствии с отведенными им ролям в преступлении; при осуществлении незаконной деятельности использовать меры конспирации. В период с &lt;Дата&gt; по &lt;Дата&gt;, реализуя совместный преступный умысел, направленный на незаконные производство, хранение и перевозку в целях сбыта и продажи немаркированной алкогольной продукции, подлежащей обязательной маркировке федеральными специальными марками, в особо крупном размере, ФИО2, действуя группой лиц по предварительному сговору с ФИО3, ФИО4, ФИО6, ФИО7, ФИО5 и лицом 1, в соответствии с отведенной ему ролью в преступлении, не позднее &lt;Дата&gt; у лица 1 незаконно закупил спиртосодержащую продукцию без соответствующей лицензии в количестве не менее 4720 литров, содержащихся в 5 пластиковых емкостях в металлической оправе объемами 1000 литров каждая и 56 пластиковых бутылках объемами 5 литров каждая. Лицо 1 не позднее &lt;Дата&gt; организовало незаконную перевозку вышеуказанной приобретенной спиртосодержащей продукции до арендованного ФИО2 складского помещения, расположенного в 310 метрах от &lt;адрес&gt;, 140 метрах от &lt;адрес&gt;, 230 метрах от &lt;адрес&gt;, по адресу: &lt;адрес&gt;, кадастровый &lt;№&gt;. Далее, не позднее &lt;Дата&gt;, в соответствии с отведенными преступными ролями ФИО4, ФИО6 и ФИО8, находясь около указанного складского помещения, разгрузили в него алкогольную и спиртосодержащую продукцию, где осуществляли ее незаконное хранение вплоть до &lt;Дата&gt;. Не позднее &lt;Дата&gt; лицо 1 в соответствии с отведенной ему преступной ролью, подыскало покупателей на территории &lt;адрес&gt;, в том числе лицо 2, с которым договорилось о необходимом ему объеме приобретаемой немаркированной алкогольной продукции, о чем поставило в известность ФИО2 Не позднее &lt;Дата&gt; ФИО2 в соответствии с отведенной ему преступной ролью, находясь в складском помещении, расположенном в 310 метрах от &lt;адрес&gt;, 140 метрах от &lt;адрес&gt;, 230 метрах от &lt;адрес&gt;, по адресу: &lt;адрес&gt;, кадастровый &lt;№&gt;, передал ФИО3 информацию о необходимом для производства количестве с целью дальнейшего хранения, перевозки, сбыта и продажи немаркированной алкогольной продукции. ФИО3 не позднее &lt;Дата&gt; в соответствии с отведенной ему преступной ролью, находясь в указанном складском помещении, осуществил незаконное производство немаркированной алкогольной продукции путем смешивания спиртосодержащей продукции с водой, используя закупленные К.А.ВВ. для этого бочки и иные емкости, насосы и шланги, после чего разлил получившуюся алкогольную и спиртосодержащую продукцию в пустые стеклянные бутылки с этикетками различных наименований алкогольной и спиртосодержащей продукции, закупорил их крышками и упаковал в картонные коробки, закупленные ФИО2 Для соблюдения мер конспирации производство немаркированной алкогольной продукции ФИО3 проводилось в ночное время. ФИО3 была незаконно произведена немаркированная алкогольная продукция, подлежащая обязательной маркировке федеральными специальными марками, незаконное хранение которой осуществлялось в указанном складском помещении вплоть до &lt;Дата&gt; в количестве не менее: - 36 стеклянных бутылок, номинальным объемом 0,5 литра каждая с надписью на этикетках «&lt;данные изъяты&gt;»; - 408 стеклянных бутылок, номинальным объемом 0,46 литра каждая с надписью на этикетках «&lt;данные изъяты&gt;»; - 4080 стеклянных бутылок, номинальным объемом 0,45 литра каждая с надписью на этикетках «&lt;данные изъяты&gt;» (&lt;данные изъяты&gt;); - 180 стеклянных бутылок, номинальным объемом 0,5 литра каждая с надписью на этикетках «&lt;данные изъяты&gt;» (&lt;данные изъяты&gt;); - 876 стеклянных бутылок, номинальным объемом 0,5 литра каждая с надписью на этикетках «&lt;данные изъяты&gt;» (&lt;данные изъяты&gt;); - 820 стеклянных бутылок, номинальным объемом 0,5 литра каждая с надписью на этикетках «&lt;данные изъяты&gt;»; - 960 стеклянных бутылок, номинальным объемом 0,5 литра каждая с надписью на этикетках «&lt;данные изъяты&gt;» (&lt;данные изъяты&gt;); - 1248 стеклянных бутылок, номинальным объемом 0,5 литра каждая с надписью на этикетках «&lt;данные изъяты&gt;»; - 17 060 стеклянных бутылок, номинальным объемом 0,46 литра каждая с надписью на этикетках «&lt;данные изъяты&gt;»; - 6260 стеклянных бутылок, номинальным объемом 0,5 литра каждая с надписью на этикетках «&lt;данные изъяты&gt;» (&lt;данные изъяты&gt;); - 859 стеклянных бутылок, номинальным объемом 0,5 литра каждая с надписью на этикетках «&lt;данные изъяты&gt;»; - 240 стеклянных бутылок, номинальным объемом 0,45 литра каждая с надписью на этикетках «&lt;данные изъяты&gt;»; - 4 пластиковые бутылки номинальным объемом 5 литров каждая без этикеток; - 240 бутылок, номинальным объемом 0,5 литра каждая с надписью на этикетках «&lt;данные изъяты&gt;». Не позднее &lt;Дата&gt; в соответствии с отведенными преступными ролями ФИО4, ФИО6 и У.В.АБ. из приведенного складского помещения осуществили загрузку произведенной немаркированной алкогольной продукции, подлежащей обязательной маркировке федеральными специальными марками с целью ее незаконной перевозки, сбыта и продажи в грузовой фургон марки &lt;данные изъяты&gt; государственный регистрационный знак &lt;№&gt; регион, VIN &lt;№&gt;, &lt;Дата&gt; года выпуска, находящийся в пользовании ФИО5 Не позднее &lt;Дата&gt; ФИО5 в соответствии с отведенной ему преступной ролью, управляя указанным грузовым фургоном осуществил незаконную перевозку от приведенного складского помещения в кузове грузового фургона немаркированной алкогольной продукции, подлежащей обязательной маркировке федеральными специальными марками, до места жительства лица 2 по адресу: &lt;адрес&gt;, которую реализовал путем продажи лицу 2 в количестве не менее: - 60 стеклянных бутылок, номинальным объемом 0,5 литра каждая с надписью на этикетках «&lt;данные изъяты&gt;»; - 24 стеклянные бутылки, номинальным объемом 0,5 литра каждая с надписью на этикетках «&lt;данные изъяты&gt;»; - 240 стеклянных бутылок, номинальным объемом 0,5 литра каждая с надписью на этикетках «&lt;данные изъяты&gt;»; - 100 стеклянных бутылок, номинальным объемом 0,5 литра каждая с надписью на этикетках «&lt;данные изъяты&gt;» (&lt;данные изъяты&gt;). &lt;Дата&gt; преступная деятельность ФИО2, Н.С.АБ., ФИО4, ФИО7, ФИО6, ФИО5 и лица 1 сотрудниками правоохранительных органов была пресечена. Так, в период времени с 15 час. 00 мин. &lt;Дата&gt; до 04 час. 14 мин. &lt;Дата&gt;, в ходе осмотра места происшествия – складского помещения, расположенного в 310 метрах от &lt;адрес&gt;, 140 метрах от &lt;адрес&gt;, 230 метрах от &lt;адрес&gt;, по адресу: &lt;адрес&gt;, кадастровый &lt;№&gt;, обнаружена и изъята немаркированная алкогольная продукции, подлежащая обязательной маркировке федеральными специальными марками, которую ФИО2, ФИО3, ФИО4, ФИО7, ФИО6, ФИО5 и лицо 1, действуя группой лиц по предварительному сговору, незаконно произвели, хранили и перевозили, в целях сбыта и продажи, а именно: - 12 стеклянных бутылок, номинальным объемом 0,5 литра каждая с надписью на этикетках «&lt;данные изъяты&gt;» (согласно заключению эксперта &lt;№&gt; содержание этилового спирта 25,8%) с минимальной розничной ценой в размере 237 рублей, а всего на 2844 рубля; - 408 стеклянных бутылок, номинальным объемом 0,46 литра каждая с надписью на этикетках «&lt;данные изъяты&gt;» (согласно заключению эксперта &lt;№&gt; содержание этилового спирта 30%) с розничной ценой в размере 242 рубля, а всего на 98736 рублей; - 4 080 стеклянных бутылок, номинальным объемом 0,45 литра каждая с надписью на этикетках «&lt;данные изъяты&gt;» (&lt;данные изъяты&gt;) (согласно заключению эксперта &lt;№&gt; содержание этилового спирта 31 %), с розничной ценой в размере 248 рублей, а всего на 1011840 рублей; - 180 стеклянных бутылок, номинальным объемом 0,5 литра каждая с надписью на этикетках «&lt;данные изъяты&gt;» (&lt;данные изъяты&gt;) (согласно заключению эксперта &lt;№&gt; содержание этилового спирта 36,2 %) с розничной ценой в размере 283 рубля, а всего на 50940 рублей; - 876 стеклянных бутылок, номинальным объемом 0,5 литра каждая с надписью на этикетках «&lt;данные изъяты&gt;» (&lt;данные изъяты&gt;) (согласно заключению эксперта &lt;№&gt; содержание этилового спирта 29,8 %) с розничной ценой в размере 242 рубля, а всего на 211992 рубля; - 820 стеклянных бутылок, номинальным объемом 0,5 литра каждая с надписью на этикетках «&lt;данные изъяты&gt;» (согласно заключению эксперта &lt;№&gt; содержание этилового спирта 28,2 %) с розничной ценой в размере 237 рублей, а всего на 194340 рублей; - 960 стеклянных бутылок, номинальным объемом 0,5 литра каждая с надписью на этикетках «&lt;данные изъяты&gt;» (&lt;данные изъяты&gt;) (согласно заключению эксперта &lt;№&gt; содержание этилового спирта 35,8 %) с розничной ценой в размере 276 рублей, а всего на 264960 рублей; - 1248 стеклянных бутылок, номинальным объемом 0,5 литра каждая с надписью на этикетках «&lt;данные изъяты&gt;» (согласно заключению эксперта &lt;№&gt; содержание этилового спирта 30,8 %) с розничной ценой в размере 248 рублей, а всего на 309504 рубля; - 17 060 стеклянных бутылок, номинальным объемом 0,46 литра каждая с надписью на этикетках «&lt;данные изъяты&gt;» (согласно заключению эксперта &lt;№&gt; содержание этилового спирта 30,2 %) с розничной ценой в размере 248 рублей, а всего на 4 230 880 рублей; - 4 960 стеклянных бутылок, номинальным объемом 0,5 литра каждая с надписью на этикетках «&lt;данные изъяты&gt;» (&lt;данные изъяты&gt;) (согласно заключению эксперта &lt;№&gt; содержание этилового спирта 31 %) с розничной ценой в размере 248 рублей, а всего на 1230080 рублей; - 799 стеклянных бутылок, номинальным объемом 0,5 литра каждая с надписью на этикетках «&lt;данные изъяты&gt;» (согласно заключению эксперта &lt;№&gt; содержание этилового спирта 29,8 %) с розничной ценой в размере 242 рубля, а всего на 193 358 рублей; - 240 стеклянных бутылок, номинальным объемом 0,45 литра каждая с надписью на этикетках «&lt;данные изъяты&gt;» (согласно заключению эксперта &lt;№&gt; содержание этилового спирта 30,8 %) с розничной ценой в размере 248 рублей, а всего на 59 520 рублей. Таким образом, была изъята немаркированная алкогольная продукция, подлежащая обязательной маркировке федеральными специальными марками, в количестве 32843 стеклянные бутылки на сумму 7858 994 рубля. Кроме того, в период времени с 15 час. 00 мин. &lt;Дата&gt; до 04 час. 14 мин. &lt;Дата&gt;, в ходе осмотра места происшествия – грузового фургона, государственный регистрационный знак &lt;№&gt; регион, VIN №&lt;№&gt;, &lt;Дата&gt; года выпуска расположенного у складского помещения, расположенного в 310 метрах от &lt;адрес&gt;, 140 метрах от &lt;адрес&gt;, 230 метрах от &lt;адрес&gt;, по адресу: &lt;адрес&gt;, кадастровый &lt;№&gt;, обнаружена и изъята немаркированная алкогольная продукции, подлежащая обязательной маркировке федеральными специальными марками, которую ФИО2, ФИО3, ФИО4, ФИО7, ФИО6, ФИО5 и лицо 1, действуя группой лиц по предварительному сговору, незаконно произвели, хранили и перевозили, в целях сбыта и продажи, а именно: - 1 200 стеклянных бутылок, номинальным объемом 0,5 литра каждая с надписью на этикетках «&lt;данные изъяты&gt;» (&lt;данные изъяты&gt;) (согласно заключению эксперта &lt;№&gt; содержание этилового спирта 31 %) с розничной ценой в размере 248 рублей, а всего на 297 600 рублей; Кроме того, в период времени с 10 час. 30 мин. до 11 час. 20 мин. &lt;Дата&gt;, в ходе обыска в жилище лица 2, расположенного по адресу: &lt;адрес&gt;, обнаружена и изъята немаркированная алкогольная продукция, подлежащая обязательной маркировке федеральными специальными марками, которую ФИО5, действуя группой лиц по предварительному сговору с ФИО2, ФИО3, ФИО4, ФИО7, ФИО6 и лицом 1, на грузовом фургоне марки &lt;данные изъяты&gt; государственный регистрационный знак &lt;№&gt; регион, VIN &lt;№&gt;, &lt;Дата&gt; года выпуска из складского помещения, расположенного в 310 метрах от &lt;адрес&gt;, 140 метрах от &lt;адрес&gt;, 230 метрах от &lt;адрес&gt;, по адресу: &lt;адрес&gt;, кадастровый &lt;№&gt;, незаконно перевез и реализовал путем продажи лицу 2, а именно: - 60 стеклянных бутылок, номинальным объемом 0,5 литра каждая с надписью на этикетках «&lt;данные изъяты&gt;» (согласно заключению эксперта &lt;№&gt; содержание этилового спирта 31,4 %) с розничной ценой в размере 252 рубля, а всего на 15 120 рублей; - 24 стеклянные бутылки, номинальным объемом 0,5 литра каждая с надписью на этикетках «&lt;данные изъяты&gt;» (согласно заключению эксперта &lt;№&gt; содержание этилового спирта 27,1 %) с минимальной розничной ценой в размере 237 рублей, а всего на 5688 рублей; - 240 стеклянных бутылок, номинальным объемом 0,5 литра каждая с надписью на этикетках «&lt;данные изъяты&gt;» (согласно заключению эксперта &lt;№&gt; содержание этилового спирта 31,8 %) с розничной ценой в размере 252 рубля, а всего на 60 480 рублей; - 100 стеклянных бутылок, номинальным объемом 0,5 литра каждая с надписью на этикетках «&lt;данные изъяты&gt;» (&lt;данные изъяты&gt;) (согласно заключению эксперта &lt;№&gt; содержание этилового спирта 31,5 %) с розничной ценой в размере 252 рубля, а всего на 25 200 рублей. Таким образом, была изъята немаркированная алкогольная продукция, подлежащая обязательной маркировке федеральными специальными марками в количестве 424 стеклянные бутылки на сумму 106 488 рублей. Таким образом, в период времени с &lt;Дата&gt; по &lt;Дата&gt;, К.А.ВГ., ФИО3, ФИО4, ФИО7, ФИО6, ФИО5 и лицо 1, действуя в составе группы лиц по предварительному сговору, незаконно произвели, хранили и перевозили в целях сбыта и продажи немаркированную алкогольную продукцию, подлежащую обязательной маркировке федеральными специальными марками, в общем количестве 33267 стеклянных бутылок, общей стоимостью 8263 082 рубля, что является особо крупным размером.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ФИО2, ФИО4, ФИО7 совершили производство, закупку, поставки, хранение, перевозки алкогольной и спиртосодержащей продукции без соответствующей лицензии в случаях, если такая лицензия обязательна, в особо крупном размере. Преступление совершено при следующих обстоятельствах. В нарушение положений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Правил маркировки федеральными специальными марками алкогольной продукции, утвержденных Постановлением Правительства РФ от 29.12.2020 № 2348, Приказа Минфина России от 07.10.2020 № 235н «Об установлении цен, не ниже которых осуществляются закупка (за исключением импорта), поставки (за исключением экспорта) и розничная продажа алкогольной продукции крепостью свыше 28 процентов» в период с &lt;Дата&gt; по &lt;Дата&gt; у ФИО2, не являющегося индивидуальным предпринимателем либо лицом, уполномоченным на оборот алкогольной и спиртосодержащей продукции, имеющего опыт в сфере незаконного оборота алкогольной и спиртосодержащей продукции, обладающим информацией о повышенном спросе у населения на немаркированную алкогольную продукцию, осведомленном о необходимости приобретения соответствующей лицензии на производство, закупку, поставку, хранение, перевозку алкогольной и спиртосодержащей продукции, из корыстных побуждений, с целью постоянного незаконного обогащения в результате извлечения дохода от преступной деятельности, возник преступный умысел, направленный на незаконные производство, закупку, поставки, хранение, перевозки алкогольной и спиртосодержащей продукции без соответствующей лицензии, в особо крупном размере, с целью извлечения постоянного незаконного дохода. Для производства алкогольной и спиртосодержащей продукции без соответствующей лицензии ФИО2 не позднее &lt;Дата&gt; приобрел пластиковые емкости в металлической оправе, бочки из полимерного материала, насосы и шланги, а также стеклянные бутылки с этикетками различных наименований алкогольной продукции и крышки для них, которые доставил в складское помещение, расположенное в 310 метрах от &lt;адрес&gt;, 140 метрах от &lt;адрес&gt;, 230 метрах от &lt;адрес&gt;, по адресу: &lt;адрес&gt;, кадастровый &lt;№&gt;. ФИО2, понимая, что у него не получится в одиночку беспрепятственное осуществление противоправной деятельности на протяжении длительного времени, с целью извлечения максимального дохода от реализации путем поставок алкогольной и спиртосодержащей продукции без соответствующей лицензии, увеличения объема ее производства, решил привлечь к совершению преступления других лиц, которым предложил вступить с ним в преступный сговор и выполнять определенные для них ФИО2 функции. ФИО2, ФИО4, ФИО7 и лицо 1 не позднее &lt;Дата&gt; вступили между собой в преступный сговор, направленный на совершение группой лиц по предварительному сговору незаконных производства, закупки, поставки, хранения, перевозки алкогольной и спиртосодержащей продукции без соответствующей лицензии, в особо крупном размере с целью получения преступного дохода. Не позднее &lt;Дата&gt; лицо 1 обратилось к ФИО9 №1, в пользовании которого находился грузовой фургон марки &lt;данные изъяты&gt;, государственный регистрационный знак &lt;№&gt; регион, VIN &lt;№&gt;, зарегистрированный на ФИО9 №1, и предложило принять участие в перевозке картонных коробок с содержимым, не ставя последнего в известность о своих преступных намерениях. ФИО9 №1, не осведомленный о преступных намерениях, на предложение согласился, при этом попросив помощи в перевозках своего отца ФИО9 №4, так же не осведомленного о преступных намерениях лица 1. Не позднее &lt;Дата&gt; лицо 1 обратилось к ФИО9 №2, в пользовании которого находился грузовой фургон, государственный регистрационный знак &lt;№&gt; регион, VIN &lt;№&gt;, зарегистрированный на его отца ФИО1, и предложило принять участие в перевозке картонных коробок с содержимым, не ставя последнего в известность о своих преступных намерениях. ФИО9 №2, не осведомленный о преступных намерениях, на предложение согласился. ФИО2, ФИО4, ФИО7 и лицо 1 не позднее &lt;Дата&gt; распределили между собой преступные роли следующим образом: ФИО2 должен был организовать незаконную закупку алкогольной и спиртосодержащей продукции без соответствующей лицензии у лица 1, а также необходимого оборудования, емкостей и бутылок с этикетками, содержащими наименование различной алкогольной продукции для производства алкогольной и спиртосодержащей продукции; организовывать перевозку на арендованное им складское помещение в целях производства, хранения, осуществления поставок алкогольной и спиртосодержащей продукции без соответствующей лицензии; организовывать хранение на арендованном им складском помещении алкогольной и спиртосодержащей продукции без соответствующей лицензии; контролировать наличие необходимого для поставок, перевозки количества алкогольной и спиртосодержащей продукции; осуществлять контроль и учет приобретенной и реализованной алкогольной и спиртосодержащей продукции в местах их хранения и реализации; с учетом спроса покупателей определять объем, марку, стоимость реализуемой алкогольной и спиртосодержащей продукции; организовывать распределение незаконно вырученных от реализации алкогольной и спиртосодержащей продукции денежных средств между участниками группы, в зависимости от роли каждого в совершении преступления, а также на незаконную закупку следующих партий спиртосодержащей и алкогольной продукции и на иные нужды для обеспечения совершения преступления в целом; привлекать других лиц для совместного совершения преступления; при осуществлении незаконной деятельности использовать меры конспирации; смешивать привозимую в складское помещение спиртосодержащую продукцию с водой, используя закупленные им для этого оборудование и емкости, после чего разливать получившуюся спиртосодержащую жидкость в пустые стеклянные бутылки с этикетками различных наименований алкогольной и спиртосодержащей продукции, закупоривать их крышками и упаковывать в картонные коробки. ФИО4 должен был осуществлять разгрузку незаконно закупленной и перевезенной спиртосодержащей продукции предназначенной для производства алкогольной и спиртосодержащей продукции, а также погрузку в грузовые фургоны картонных коробок с готовой, незаконно произведенной алкогольной и спиртосодержащей продукцией, с целью ее незаконной поставки. Кроме того, в обязанности ФИО4 входила перевозка немаркированной спиртосодержащей продукции, предназначенной для изготовления алкогольной и спиртосодержащей продукции без соответствующей лицензии, а также перевозка произведенной алкогольной и спиртосодержащей продукции без соответствующей лицензии между арендованными ФИО2 складскими помещениями, на предоставленном ему ФИО2 грузовом фургоне, государственный регистрационный знак &lt;№&gt; регион, VIN &lt;№&gt;, зарегистрированном на ФИО9 №3 Кроме того, по указанию ФИО2 в обязанности ФИО4 входил поиск дополнительных лиц для разгрузки привезенной спиртосодержащей продукции, предназначенной для незаконного производства алкогольной и спиртосодержащей продукции, а также погрузка в грузовые фургоны картонных коробок с готовой, незаконно произведенной алкогольной и спиртосодержащей продукцией, с целью ее незаконной поставки; при осуществлении незаконной деятельности использовать меры конспирации. ФИО7 должен был осуществлять разгрузку незаконно закупленной спиртосодержащей продукции, предназначенной для незаконного производства алкогольной и спиртосодержащей продукции, а также погрузку в грузовые фургоны картонных коробок с готовой, незаконно произведенной алкогольной и спиртосодержащей продукцией, с целью ее незаконной поставки; при осуществлении незаконной деятельности использовать меры конспирации. Лицо 1 в соответствии с отведенной ему ролью должно было поставлять ФИО2 спиртосодержащую продукцию для производства алкогольной и спиртосодержащей продукции; с целью незаконных поставок и продаж искать покупателей незаконно произведенной алкогольной и спиртосодержащей продукции; организовывать незаконные перевозки, поставки произведенной алкогольной и спиртосодержащей продукции на территории &lt;адрес&gt;; получать от наемных водителей денежные средства, вырученные от незаконной поставки алкогольной и спиртосодержащей продукции, часть из которых передавать ФИО2 для дальнейшего распределения между ФИО4 и ФИО7 в соответствии с отведенными им ролями в преступлении; при осуществлении незаконной деятельности использовать меры конспирации. В период с &lt;Дата&gt; по &lt;Дата&gt; ФИО2 в соответствии с отведенной ему ролью в преступлении, не позднее &lt;Дата&gt;, у лица 1 незаконно закупил спиртосодержащую продукцию без соответствующей лицензии в количестве не менее 7800 литров, содержащуюся в 5 пластиковых емкостях в металлической оправе объемами 1000 литров каждая и 15 бочках из полимерного материала объемами 200 литров каждая, предназначенную для незаконного производства алкогольной и спиртосодержащей продукции. Лицо 1 не позднее &lt;Дата&gt; организовало незаконную перевозку вышеуказанной приобретенной спиртосодержащей продукции, в том числе на грузовом фургоне, государственный регистрационный знак &lt;№&gt; регион, VIN &lt;№&gt; под управлением ФИО9 №2 до арендованного ФИО2 складского помещения, расположенного в 15 метрах от &lt;адрес&gt;, 40 метрах от &lt;адрес&gt;, 110 метрах от проезжей части &lt;адрес&gt;, пом. &lt;№&gt; с кадастровым номером &lt;№&gt;. Не позднее &lt;Дата&gt; в соответствии с отведенными преступными ролями ФИО4 и ФИО8, находясь около указанного складского помещения, разгрузили в него алкогольную и спиртосодержащую продукцию, часть из которой ФИО2, ФИО4, ФИО7 и лицо 1 незаконно хранили в указанном складском помещении до &lt;Дата&gt;, а часть не позднее &lt;Дата&gt; незаконно перевезли в складское помещение расположенное в 310 метрах от &lt;адрес&gt;, 140 метрах от &lt;адрес&gt;, 230 метрах от &lt;адрес&gt;, по адресу: &lt;адрес&gt;, кадастровый &lt;№&gt;, где также осуществляли ее незаконное хранение вплоть до &lt;Дата&gt;. Не позднее &lt;Дата&gt; лицо 1 подыскало покупателей на территории &lt;адрес&gt;, в том числе лицо, уголовное дело в отношении которого выделено в отдельное производство (далее – лицо 3), с которым договорилось о необходимом ему объеме приобретаемой алкогольной и спиртосодержащей продукцией, о чем поставило в известность К.А.ВД. ФИО2 не позднее &lt;Дата&gt; в соответствии с отведенной ему преступной ролью, находясь в складском помещении, расположенном в 310 метрах от &lt;адрес&gt;, 140 метрах от &lt;адрес&gt;, 230 метрах от &lt;адрес&gt;, по адресу: &lt;адрес&gt;, кадастровый &lt;№&gt;, осуществил незаконное производство алкогольной и спиртосодержащей продукции путем смешивания спиртосодержащей продукции с водой, используя закупленные им для этого бочки и иные емкости, насосы и шланги, после чего разлил получившуюся алкогольную и спиртосодержащую продукцию в пустые стеклянные бутылки с этикетками различных наименований алкогольной и спиртосодержащей продукции, закупорил их крышками и упаковал в картонные коробки, закупленные им. Таким образом, ФИО2, действующим группой лиц по предварительному сговору с ФИО4, ФИО7 и лицом 1, была незаконно произведена алкогольная и спиртосодержащая продукция без соответствующей лицензии в количестве не менее: - 7 720 бутылок, номинальным объемом 0,46 литра каждая с надписью на этикетках «&lt;данные изъяты&gt;»; - 1 418 бутылок, номинальным объемом 0,5 литра каждая с надписью на этикетках «&lt;данные изъяты&gt;»; - 1 318 бутылок, номинальным объемом 0,45 литра каждая с надписью на этикетках «&lt;данные изъяты&gt;» (&lt;данные изъяты&gt;); - 2 132 бутылки, номинальным объемом 0,45 литра каждая с надписью на этикетках «&lt;данные изъяты&gt;»; - 240 бутылок, номинальным объемом 0,5 литра каждая с надписью на этикетках «&lt;данные изъяты&gt;»; - 6 320 бутылок, номинальным объемом 0,5 литра каждая с надписью на этикетках «&lt;данные изъяты&gt;» (&lt;данные изъяты&gt;); - 1 020 бутылок, номинальным объемом 0,5 литра каждая с надписью на этикетках «&lt;данные изъяты&gt;» (&lt;данные изъяты&gt;); - 948 бутылок, номинальным объемом 0,5 литра каждая с надписью на этикетках «&lt;данные изъяты&gt;» (&lt;данные изъяты&gt;); - 672 бутылки, номинальным объемом 0,5 литра каждая с надписью на этикетках «&lt;данные изъяты&gt;»; - 228 бутылок, номинальным объемом 0,5 литра каждая с надписью на этикетках «&lt;данные изъяты&gt;»; - 300 бутылок, номинальным объемом 0,5 литра каждая с надписью на этикетках «&lt;данные изъяты&gt;» (&lt;данные изъяты&gt;); - 384 бутылки, номинальным объемом 0,5 литра каждая с надписью на этикетках «&lt;данные изъяты&gt;» (&lt;данные изъяты&gt;); - 360 бутылок, номинальным объемом 0,5 литра каждая с надписью на этикетках «&lt;данные изъяты&gt;»; - 60 бутылок, номинальным объемом 1 литр каждая с надписью на этикетках «&lt;данные изъяты&gt;», - 440 бутылок, номинальным объемом 0,5 литра каждая с надписью на этикетках «&lt;данные изъяты&gt;», часть из которой вышеуказанные лица незаконно хранили в указанном складском помещении, вплоть до &lt;Дата&gt;, а часть не позднее &lt;Дата&gt; незаконно перевезли из складского помещения, расположенного в 310 метрах от &lt;адрес&gt;, 140 метрах от &lt;адрес&gt;, 230 метрах от &lt;адрес&gt;, по адресу: &lt;адрес&gt;, кадастровый &lt;№&gt;, в складское помещение, расположенное в 15 метрах от &lt;адрес&gt;, 40 метрах от &lt;адрес&gt;, 110 метрах от проезжей части &lt;адрес&gt;, пом. &lt;№&gt; с кадастровым номером &lt;№&gt;, на грузовом фургоне, государственный регистрационный знак &lt;№&gt; регион, VIN &lt;№&gt; под управлением ФИО4, а также осуществляли ее незаконную перевозку, поставку. Не позднее &lt;Дата&gt; в соответствии с отведенными преступными ролями ФИО4 и У.В.АБ. из складского помещения, расположенного в 15 метрах от &lt;адрес&gt;, 40 метрах от &lt;адрес&gt;, 110 метрах от проезжей части &lt;адрес&gt; по адресу: &lt;адрес&gt; с кадастровым номером &lt;№&gt;, осуществили загрузку произведенной алкогольной и спиртосодержащей продукции с целью ее незаконной поставки, перевозки покупателям на территории &lt;адрес&gt; в грузовой фургон марки &lt;данные изъяты&gt;, государственный регистрационный знак &lt;№&gt; регион, VIN &lt;№&gt;, находящийся в пользовании ФИО2 и ФИО4, а также в грузовой фургон государственный регистрационный знак &lt;№&gt; регион, VIN № &lt;№&gt;, находящийся в пользовании ФИО9 №4, с целью ее незаконной поставки, перевозки лицу 3. Не позднее &lt;Дата&gt; ФИО2, ФИО4, ФИО7 и лицо 1 привлекли ФИО9 №4, неосведомленного об их преступных намерениях, который, управляя грузовым фургоном, государственный регистрационный знак &lt;№&gt; регион, VIN &lt;№&gt;, от складского помещения расположенного в 15 метрах от &lt;адрес&gt;, 40 метрах от &lt;адрес&gt;, 110 метрах от проезжей части &lt;адрес&gt; по адресу: &lt;адрес&gt; с кадастровым номером &lt;№&gt;, перевез в кузове указанного грузового фургона алкогольную и спиртосодержащую продукцию без соответствующей лицензии лицу 3 в складское помещение, расположенное по адресу: &lt;адрес&gt; (в 200 метрах от &lt;адрес&gt;), в количестве не менее: - 18 бутылок, номинальным объемом 0,5 литра каждая с надписью на этикетках «&lt;данные изъяты&gt;»; - 440 бутылок, номинальным объемом 0,5 литра каждая с надписью на этикетках «&lt;данные изъяты&gt;». &lt;Дата&gt; преступная деятельность ФИО2, ФИО4, ФИО7 и лица 1 сотрудниками правоохранительных органов была пресечена. Так, в период с 14 час. 42 мин. до 15 час. 25 мин. &lt;Дата&gt; в ходе осмотра места происшествия – грузового фургона, государственный регистрационный знак &lt;№&gt; регион, VIN &lt;№&gt;, у складского помещения, расположенного в 15 метрах от &lt;адрес&gt;, 40 метрах от &lt;адрес&gt;, 110 метрах от проезжей части &lt;адрес&gt; по адресу: &lt;адрес&gt; с кадастровым номером &lt;№&gt;, в кузове обнаружена и изъята алкогольная и спиртосодержащая продукция, которую ФИО2, ФИО4, ФИО7 и лицо 1, действуя группой лиц по предварительному сговору, без соответствующей лицензии незаконно закупили, осуществляли ее незаконные производство, перевозки, хранение, поставки, а именно: - 1 400 бутылок, номинальным объемом 0,5 литра каждая с надписью на этикетках «&lt;данные изъяты&gt;» (согласно заключению эксперта &lt;№&gt; содержание этилового спирта 30,7%) с минимальной розничной ценой в размере 248 рублей, а всего на 347 200 рублей); - 480 бутылок, номинальным объемом 0,45 литра каждая с надписью на этикетках «&lt;данные изъяты&gt;» (согласно заключению эксперта &lt;№&gt; содержание этилового спирта 31,8%) с минимальной розничной ценой в размере 252 рублей, а всего на 120 960 рублей); - 480 бутылок, номинальным объемом 0,45 литра каждая с надписью на этикетках «&lt;данные изъяты&gt;» (согласно заключению эксперта &lt;№&gt; содержание этилового спирта 34,2%) с минимальной розничной ценой в размере 271 рублей, а всего на 130 080 рублей); Таким образом, была изъята алкогольная и спиртосодержащая продукция в количестве 2360 стеклянных бутылок на сумму 598240 рублей. Кроме того, в период с 15 час. 30 мин. до 18 час. 00 мин. &lt;Дата&gt; в ходе осмотра места происшествия – грузового фургона, государственный регистрационный знак &lt;№&gt; регион, VIN &lt;№&gt;, у складского помещения, расположенного в 15 метрах от &lt;адрес&gt;, 40 метрах от &lt;адрес&gt;, 110 метрах от проезжей части &lt;адрес&gt; по адресу: &lt;адрес&gt; с кадастровым номером &lt;№&gt;, в кузове обнаружена и изъята алкогольная и спиртосодержащая продукция, которую ФИО2, ФИО4, ФИО7 и лицо 1, действуя группой лиц по предварительному сговору, без соответствующей лицензии незаконно закупили, осуществляли ее незаконные производство, перевозки, хранение, поставки, а именно: - 1 400 бутылок, номинальным объемом 0,46 литра каждая с надписью на этикетках «&lt;данные изъяты&gt;» (согласно заключению эксперта &lt;№&gt; содержание этилового спирта 32,5%) с минимальной розничной ценой в размере 258 рублей, а всего на 361 200 рублей); - 240 бутылок, номинальным объемом 0,5 литра каждая с надписью на этикетках «&lt;данные изъяты&gt;» (согласно заключению эксперта &lt;№&gt; содержание этилового спирта 37,8%) с минимальной розничной ценой в размере 427 рублей, а всего на 102480 рублей). Таким образом, была изъята алкогольная и спиртосодержащая продукция в количестве 1640 стеклянных бутылок на сумму 463680 рублей. Кроме того, в период с 18 час. 20 мин. до 19 час. 58 мин. &lt;Дата&gt; в ходе осмотра места происшествия – складского помещения, расположенного в 15 метрах от &lt;адрес&gt;, 40 метрах от &lt;адрес&gt;, 110 метрах от проезжей части &lt;адрес&gt; по адресу: &lt;адрес&gt; с кадастровым номером &lt;№&gt;, а также расположенном в указанном складском помещении грузовом фургоне, государственный регистрационный знак &lt;№&gt; регион, VIN &lt;№&gt;, обнаружена и изъята спиртосодержащая продукция, которую ФИО2, ФИО4, ФИО7 и лицо 1, действуя группой лиц по предварительному сговору, без соответствующей лицензии незаконно закупили, осуществляли ее незаконные производство, перевозки, хранение, поставки, а именно: - 15 бочек из полимерного материала объемами 200 литров каждая, содержащая 200 литров спиртосодержащей жидкости каждая (согласно заключению эксперта &lt;№&gt; содержание этилового спирта 90,6 %) с максимальной розничной ценой свыше 61 % в размере 431 рубль, а всего на 2586 000 рублей; - 5 пластиковых емкостей в металлической оправе, содержащие следующие объемы спиртосодержащей жидкости: 800 литров, 1000 литров, 1000 литров, 1000 литров, 1000 литров (согласно заключению эксперта &lt;№&gt; содержание этилового спирта 90,6 %) с максимальной розничной ценой свыше 61 % в размере 431 рубль, а всего на 4137 600 рублей; Таким образом, была изъята спиртосодержащая продукция в количестве 5 емкостей в металлической оправе и 15 бочек из полимерного материала на сумму 6723 600 рублей. Кроме того, в период с 21 час. 20 мин. до 22 час. 00 мин. &lt;Дата&gt; в ходе осмотра места происшествия – складского помещения, расположенного в 310 метрах от &lt;адрес&gt;, 140 метрах от &lt;адрес&gt;, 230 метрах от &lt;адрес&gt;, по адресу: &lt;адрес&gt;, кадастровый &lt;№&gt;, обнаружена и изъята алкогольная и спиртосодержащая продукция, которую ФИО2, ФИО4, ФИО7 и лицо 1, действуя группой лиц по предварительному сговору, без соответствующей лицензии незаконно закупили, осуществляли ее незаконные производство, перевозки, хранение, поставки, а именно: - 6 320 бутылок, номинальным объемом 0,5 литра каждая с надписью на этикетках «&lt;данные изъяты&gt;» (&lt;данные изъяты&gt;) (согласно заключению эксперта &lt;№&gt; содержание этилового спирта 31,8%) с минимальной розничной ценой в размере 252 рублей, а всего на 1592 640 рублей); - 1 020 бутылок, номинальным объемом 0,5 литра каждая с надписью на этикетках «&lt;данные изъяты&gt;» (&lt;данные изъяты&gt;) (согласно заключению эксперта &lt;№&gt; содержание этилового спирта 31,8%) с минимальной розничной ценой в размере 252 рублей, а всего на 257040 рублей); - 6 320 бутылок, номинальным объемом 0,46 литра каждая с надписью на этикетках «&lt;данные изъяты&gt;» (согласно заключению эксперта &lt;№&gt; содержание этилового спирта 30,2%) с минимальной розничной ценой в размере 248 рублей, а всего на 1567 360 рублей); - 948 бутылок, номинальным объемом 0,5 литра каждая с надписью на этикетках «&lt;данные изъяты&gt;» (&lt;данные изъяты&gt;) (согласно заключению эксперта &lt;№&gt; содержание этилового спирта 40%) с минимальной розничной ценой в размере 299 рублей, а всего на 283 452 рубля); - 672 бутылки, номинальным объемом 0,5 литра каждая с надписью на этикетках «&lt;данные изъяты&gt;» (согласно заключению эксперта &lt;№&gt; содержание этилового спирта 33,2%) с минимальной розничной ценой в размере 266 рублей, а всего на 178 752 рубля); - 228 бутылок, номинальным объемом 0,5 литра каждая с надписью на этикетках «&lt;данные изъяты&gt;» (согласно заключению эксперта &lt;№&gt; содержание этилового спирта 32,7%) с минимальной розничной ценой в размере 258 рублей, а всего на 58 824 рубля); - 300 бутылок, номинальным объемом 0,5 литра каждая с надписью на этикетках «&lt;данные изъяты&gt;» (&lt;данные изъяты&gt;) (согласно заключению эксперта &lt;№&gt; содержание этилового спирта 32,5%) с минимальной розничной ценой в размере 258 рублей, а всего на 77 400 рублей); - 384 бутылки, номинальным объемом 0,5 литра каждая с надписью на этикетках «&lt;данные изъяты&gt;» (&lt;данные изъяты&gt;) (согласно заключению эксперта &lt;№&gt; содержание этилового спирта 33,4%) с минимальной розничной ценой в размере 266 рублей, а всего на 102 144 рубля); - 360 бутылок, номинальным объемом 0,5 литра каждая с надписью на этикетках «&lt;данные изъяты&gt;» (согласно заключению эксперта &lt;№&gt; содержание этилового спирта 31,8%) с минимальной розничной ценой в размере 252 рублей, а всего на 90720 рублей); - 1 656 бутылок, номинальным объемом 0,45 литра каждая с надписью на этикетках «&lt;данные изъяты&gt;» (согласно заключению эксперта &lt;№&gt; содержание этилового спирта 30,2%) с минимальной розничной ценой в размере 248 рублей, а всего на 410 688 рублей); - 840 бутылок, номинальным объемом 0,45 литра каждая с надписью на этикетках «&lt;данные изъяты&gt;» (&lt;данные изъяты&gt;) (согласно заключению эксперта &lt;№&gt; содержание этилового спирта 30%) с минимальной розничной ценой в размере 242 рублей, а всего на 203 280 рублей); - 60 бутылок, номинальным объемом 1 литр каждая с надписью на этикетках «&lt;данные изъяты&gt;»» (согласно заключению эксперта &lt;№&gt; содержание этилового спирта 32,8%) с минимальной розничной ценой в размере 258 рублей, а всего на 30 960 рублей). Таким образом, была изъята алкогольная и спиртосодержащая продукция в количестве 19 108 бутылок на сумму 4853260 рублей. Кроме того, в период с 14 час. 20 мин. до 14 час. 35 мин. &lt;Дата&gt; в ходе осмотра места происшествия – складского помещения, расположенного по адресу: &lt;адрес&gt; (в 200 метрах от &lt;адрес&gt;), обнаружена и изъята алкогольная и спиртосодержащая продукция, которую ФИО9 №4, неосведомленный о преступных намерениях ФИО2, ФИО4, ФИО7 и лица 1, из складского помещения, расположенного в 15 метрах от &lt;адрес&gt;, 40 метрах от &lt;адрес&gt;, 110 метрах от проезжей части &lt;адрес&gt; по адресу: &lt;адрес&gt; с кадастровым номером &lt;№&gt;, перевез по указанному адресу, а именно: - 18 бутылок, номинальным объемом 0,5 литра каждая с надписью на этикетках «&lt;данные изъяты&gt;» (согласно заключению эксперта &lt;№&gt; содержание этилового спирта 31,5%) с минимальной розничной ценой в размере 252 рублей, а всего на 4536 рублей); - 440 бутылок, номинальным объемом 0,5 литра каждая с надписью на этикетках «&lt;данные изъяты&gt;» (согласно заключению эксперта &lt;№&gt; содержание этилового спирта 32,5%) с минимальной розничной ценой в размере 258 рублей, а всего на 113520 рублей); Таким образом, была изъята алкогольная и спиртосодержащая продукция в количестве 458 стеклянных бутылок на сумму 118056 рублей. Таким образом, в период с &lt;Дата&gt; по &lt;Дата&gt; К.А.ВГ., ФИО4, ФИО7 и лицо 1, действуя в составе группы лиц по предварительному сговору, незаконно закупили, перевезли, хранили, осуществляли незаконное производство, а также поставку алкогольной и спиртосодержащей продукции без соответствующей лицензии в количестве 23566 стеклянных бутылок, 5 емкостей в металлической оправе, 15 бочек из полимерного материала стоимостью 12756836 рублей, что является особо крупным размером.</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ФИО2, ФИО4, ФИО7, действуя группой лиц по предварительному сговору, совершили производство, хранение, перевозку в целях сбыта и продажу немаркированной алкогольной продукции, подлежащей обязательной маркировке федеральными специальными марками, в особо крупном размере. Преступление совершено при следующих обстоятельствах. В нарушение положений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Правил маркировки федеральными специальными марками алкогольной продукции, утвержденных Постановлением Правительства РФ от 29.12.2020 № 2348, Приказа Минфина России от 07.10.2020 № 235н «Об установлении цен, не ниже которых осуществляются закупка (за исключением импорта), поставки (за исключением экспорта) и розничная продажа алкогольной продукции крепостью свыше 28 процентов» в период с &lt;Дата&gt; по &lt;Дата&gt; у ФИО2, не являющегося индивидуальным предпринимателем либо лицом, уполномоченным на оборот алкогольной и спиртосодержащей продукции, имеющего опыт в сфере незаконного оборота немаркированной алкогольной и спиртосодержащей продукции, обладающим информацией о повышенном спросе у населения на немаркированную алкогольную продукцию, из корыстных побуждений, с целью постоянного незаконного обогащения в результате извлечения дохода от преступной деятельности, возник преступный умысел, направленный на незаконные производство, хранение и перевозку в целях сбыта и продажи немаркированной алкогольной продукции, подлежащей обязательной маркировке федеральными специальными марками, в особо крупном размере, с целью извлечения постоянного незаконного дохода. Для производства немаркированной алкогольной продукции, подлежащей обязательной маркировке федеральными специальными марками, ФИО2 не позднее &lt;Дата&gt; приобрел пластиковые емкости в металлической оправе, бочки из полимерного материала, насосы и шланги, а также стеклянные бутылки с этикетками различных наименований алкогольной продукции и крышки для них, которые доставил в складское помещение, расположенное в 310 метрах от &lt;адрес&gt;, 140 метрах от &lt;адрес&gt;, 230 метрах от &lt;адрес&gt;, по адресу: &lt;адрес&gt;, кадастровый &lt;№&gt;. ФИО2, понимая, что у него не получится в одиночку беспрепятственное осуществление противоправной деятельности на протяжении длительного времени, с целью извлечения максимального дохода от реализации немаркированной алкогольной продукции, подлежащей обязательной маркировке федеральными специальными марками, в особо крупном размере, увеличения объема ее производства, решил привлечь к совершению преступления других лиц, которым предложил вступить с ним в преступный сговор и выполнять определенные для них ФИО2 функции. ФИО2, ФИО4, ФИО7 и лицо 1 не позднее &lt;Дата&gt; вступили между собой в преступный сговор, направленный на совершение группой лиц по предварительному сговору незаконного производства, хранения и перевозки в целях сбыта и продажи немаркированной алкогольной продукции, подлежащей обязательной маркировке федеральными специальными марками, в особо крупном размере, с целью получения преступного дохода. Не позднее &lt;Дата&gt; лицо 1 обратилось к ФИО9 №1, в пользовании которого находился грузовой фургон марки &lt;данные изъяты&gt;, государственный регистрационный знак &lt;№&gt; регион, VIN &lt;№&gt;, зарегистрированный на ФИО9 №1, и предложило принять участие в перевозке картонных коробок с содержимым, не ставя последнего в известность о том, что в коробках находится немаркированная алкогольная продукция, а также о своих преступных намерениях, направленных на незаконные производство, хранение и перевозки в целях сбыта и продажи немаркированной алкогольной продукции, подлежащей обязательной маркировке федеральными специальными марками, в особо крупном размере. ФИО9 №1, не осведомленный о преступных намерениях, на предложение согласился, при этом попросив помощи в перевозках своего отца ФИО9 №4, так же не осведомленного о преступных намерениях лица 1. Не позднее &lt;Дата&gt; лицо 1 обратилось к ФИО9 №2, в пользовании которого находился грузовой фургон государственный регистрационный знак &lt;№&gt; регион, VIN &lt;№&gt;, зарегистрированный на его отца ФИО1, и предложило принять участие в перевозке картонных коробок с содержимым, не ставя последнего в известность о том, что в коробках находится немаркированная алкогольная продукция, а также о своих преступных намерениях, направленных на незаконные производство, хранение и перевозки в целях сбыта и продажи немаркированной алкогольной продукции, подлежащей обязательной маркировке федеральными специальными марками, в особо крупном размере. ФИО9 №2, не осведомленный о преступных намерениях, на предложение согласился. Для облегчения совершения преступления ФИО2, ФИО4, ФИО7 и лицо 1 не позднее &lt;Дата&gt; распределили между собой преступные роли следующим образом: ФИО2 должен был организовать незаконную закупку спиртосодержащей продукции без соответствующей лицензии у лица 1, а также необходимого оборудования, емкостей и бутылок с этикетками, содержащими наименование различной алкогольной продукции для производства немаркированной алкогольной продукции, подлежащей обязательной маркировке федеральными специальными марками; организовывать перевозку на арендованное им складское помещение в целях производства, хранения и перевозки в целях сбыта и продажи немаркированной алкогольной продукции, подлежащей обязательной маркировке федеральными специальными марками; организовывать хранение на арендованном им складском помещении немаркированной алкогольной продукции, подлежащей обязательной маркировке федеральными специальными марками; контролировать наличие необходимого для сбыта и продажи количества немаркированной алкогольной продукции, подлежащей обязательной маркировке федеральными специальными марками; осуществлять контроль и учет произведенной и реализованной немаркированной алкогольной продукции, подлежащей обязательной маркировке федеральными специальными марками, в местах их хранения и реализации; с учетом спроса покупателей определять объем, марку, стоимость реализуемой алкогольной и спиртосодержащей продукции; организовывать распределение незаконно вырученных от реализации немаркированной алкогольной продукции денежных средств между участниками группы, в зависимости от роли каждого в совершении преступления, а также на незаконную закупку следующих партий спиртосодержащей продукции для незаконного производства немаркированной алкогольной продукции, подлежащей обязательной маркировке федеральными специальными марками, а также на иные нужды для обеспечения совершения преступления в целом; привлекать других лиц для совместного совершения преступления; при осуществлении незаконной деятельности использовать меры конспирации; смешивать привозимую в складское помещение спиртосодержащую продукцию с водой, используя закупленные им для этого оборудование и емкости, после чего разливать получившуюся спиртосодержащую жидкость в пустые стеклянные бутылки с этикетками различных наименований алкогольной и спиртосодержащей продукции, закупоривать их крышками и упаковывать в картонные коробки. ФИО4 должен был осуществлять разгрузку незаконно закупленной и перевезенной спиртосодержащей продукции, предназначенной для производства немаркированной алкогольной продукции, подлежащей обязательной маркировке федеральными специальными марками, а также ее последующего хранения в целях сбыта и продажи, а также погрузку в грузовые фургоны картонных коробок с готовой, незаконно произведенной немаркированной алкогольной продукции, подлежащей обязательной маркировке федеральными специальными марками, а также хранения в целях ее сбыта и продажи, с целью ее перевозки, сбыта и продажи. Кроме того, в обязанности ФИО4 входила перевозка немаркированной спиртосодержащей продукции, предназначенной для изготовления алкогольной продукции, подлежащей обязательной маркировке федеральными специальными марками, а также перевозка произведенной алкогольной продукции, подлежащей обязательной маркировке федеральными специальными марками, между арендованными ФИО2 складскими помещениями на предоставленном ему ФИО2 грузовом фургоне, государственный регистрационный знак &lt;№&gt; регион, VIN &lt;№&gt;, зарегистрированном на ФИО9 №3 Кроме того, по указанию ФИО2 в обязанности ФИО4 входил поиск дополнительных лиц для совместного совершения преступления; при осуществлении незаконной деятельности использовать меры конспирации. ФИО7 должен был осуществлять разгрузку незаконно закупленной спиртосодержащей продукции, предназначенной для незаконного производства немаркированной алкогольной продукции, подлежащей обязательной маркировке федеральными специальными марками, а также хранения в целях ее сбыта и продажи, а также погрузку в грузовые фургоны картонных коробок с готовой, незаконно произведенной немаркированной алкогольной продукцией, подлежащей обязательной маркировке федеральными специальными марками, с целью ее перевозки, сбыта и продажи; при осуществлении незаконной деятельности использовать меры конспирации. Лицо 1 в соответствии с отведенной ему ролью должно было поставлять ФИО2 спиртосодержащую продукцию для производства немаркированной алкогольной продукции, подлежащей обязательной маркировке федеральными специальными марками, с целью ее хранения, перевозки, сбыта и продажи; с целью незаконного сбыта и продажи немаркированной алкогольной продукции искать покупателей незаконно произведенной немаркированной алкогольной продукции; организовывать незаконные перевозки, в целях сбыта и продажи произведенной немаркированной алкогольной продукции на территории &lt;адрес&gt;; получать от наемных водителей денежные средства, вырученные от незаконного сбыта и продажи немаркированной алкогольной, часть из которых передавать ФИО2 для дальнейшего распределения между ФИО4 и ФИО7 в соответствии с отведенными им ролям в преступлении; при осуществлении незаконной деятельности использовать меры конспирации. В период с &lt;Дата&gt; по &lt;Дата&gt; ФИО2 в соответствии с отведенной ему ролью в преступлении, с целью извлечения дохода от преступной деятельности, не позднее &lt;Дата&gt;, у лица 1 незаконно закупил спиртосодержащую продукцию без соответствующей лицензии в количестве не менее 7800 литров, содержащихся в 5 пластиковых емкостях в металлической оправе объемами 1000 литров каждая и 15 бочках из полимерного материала объемами 200 литров каждая, предназначенную для незаконного производства немаркированной алкогольной продукции, подлежащей обязательной маркировке федеральными специальными марками, в особо крупном размере, а также ее последующего хранения и перевозки в целях сбыта и продажи. Лицо 1 не позднее &lt;Дата&gt; организовало незаконную перевозку вышеуказанной приобретенной спиртосодержащей продукции до арендованного ФИО2 складского помещения, расположенного в 15 метрах от &lt;адрес&gt;, 40 метрах от &lt;адрес&gt;, 110 метрах от проезжей части &lt;адрес&gt; по адресу: &lt;адрес&gt; с кадастровым номером &lt;№&gt;. Не позднее &lt;Дата&gt; в соответствии с отведенными преступными ролями ФИО4 и ФИО8, находясь около складского помещения расположенного в 15 метрах от &lt;адрес&gt;, 40 метрах от &lt;адрес&gt;, 110 метрах от проезжей части &lt;адрес&gt; по адресу: &lt;адрес&gt; с кадастровым номером &lt;№&gt;, разгрузили в указанное складское помещение алкогольную и спиртосодержащую продукцию, часть из которой ФИО2, ФИО4, ФИО7 и лицо 1 незаконно хранили в указанном складском помещении до &lt;Дата&gt;, а часть не позднее &lt;Дата&gt; незаконно перевезли в складское помещение, расположенное в 310 метрах от &lt;адрес&gt;, 140 метрах от &lt;адрес&gt;, 230 метрах от &lt;адрес&gt;, по адресу: &lt;адрес&gt;, кадастровый &lt;№&gt;, где также осуществляли ее незаконное хранение до &lt;Дата&gt;. Не позднее &lt;Дата&gt; лицо 1 в соответствии с отведенной ему преступной ролью подыскало покупателей на территории &lt;адрес&gt;, в том числе лицо 3, с которым договорилось о необходимом ему объеме приобретаемой немаркированной алкогольной продукции, о чем поставило в известность ФИО2 ФИО2 не позднее &lt;Дата&gt; в соответствии с отведенной ему преступной ролью, находясь в складском помещении, расположенном в 310 метрах от &lt;адрес&gt;, 140 метрах от &lt;адрес&gt;, 230 метрах от &lt;адрес&gt;, по адресу: &lt;адрес&gt;, кадастровый &lt;№&gt;, осуществил незаконное производство немаркированной алкогольной продукции путем смешивания спиртосодержащей продукции с водой, используя закупленные им для этого бочки и иные емкости, насосы и шланги, после чего разлил получившуюся алкогольную продукцию в пустые стеклянные бутылки с этикетками различных наименований алкогольной продукции, закупорил их крышками и упаковал в картонные коробки, закупленные им. Таким образом, ФИО2, действующим группой лиц по предварительному сговору с ФИО4, ФИО7 и лицом 1 была незаконно произведена немаркированная алкогольная продукция, подлежащая обязательной маркировке федеральными специальными марками, в количестве не менее: - 7 720 бутылок, номинальным объемом 0,46 литра каждая с надписью на этикетках «&lt;данные изъяты&gt;»; - 1 418 бутылок, номинальным объемом 0,5 литра каждая с надписью на этикетках «&lt;данные изъяты&gt;»; - 1 318 бутылок, номинальным объемом 0,45 литра каждая с надписью на этикетках «&lt;данные изъяты&gt;» (&lt;данные изъяты&gt;); - 2 132 бутылки, номинальным объемом 0,45 литра каждая с надписью на этикетках «&lt;данные изъяты&gt;»; - 240 бутылок, номинальным объемом 0,5 литра каждая с надписью на этикетках «&lt;данные изъяты&gt;»; - 6 320 бутылок, номинальным объемом 0,5 литра каждая с надписью на этикетках «&lt;данные изъяты&gt;» (&lt;данные изъяты&gt;); - 1 020 бутылок, номинальным объемом 0,5 литра каждая с надписью на этикетках «&lt;данные изъяты&gt;» (&lt;данные изъяты&gt;); - 948 бутылок, номинальным объемом 0,5 литра каждая с надписью на этикетках «&lt;данные изъяты&gt;» (&lt;данные изъяты&gt;); - 672 бутылки, номинальным объемом 0,5 литра каждая с надписью на этикетках «&lt;данные изъяты&gt;»; - 228 бутылок, номинальным объемом 0,5 литра каждая с надписью на этикетках «&lt;данные изъяты&gt;»; - 300 бутылок, номинальным объемом 0,5 литра каждая с надписью на этикетках «&lt;данные изъяты&gt;» (&lt;данные изъяты&gt;); - 384 бутылки, номинальным объемом 0,5 литра каждая с надписью на этикетках «&lt;данные изъяты&gt;» (&lt;данные изъяты&gt;); - 360 бутылок, номинальным объемом 0,5 литра каждая с надписью на этикетках «&lt;данные изъяты&gt;»; - 60 бутылок, номинальным объемом 1 литр каждая с надписью на этикетках «&lt;данные изъяты&gt;», - 440 бутылок, номинальным объемом 0,5 литра каждая с надписью на этикетках «&lt;данные изъяты&gt;», часть из которой вышеуказанные лица незаконно хранили в указанном складском помещении до &lt;Дата&gt;, а часть не позднее &lt;Дата&gt; незаконно перевезли из складского помещения, расположенного в 310 метрах от &lt;адрес&gt;, 140 метрах от &lt;адрес&gt;, 230 метрах от &lt;адрес&gt;, по адресу: &lt;адрес&gt; кадастровый &lt;№&gt;, в складское помещение, расположенное в 15 метрах от &lt;адрес&gt;, 40 метрах от &lt;адрес&gt;, 110 метрах от проезжей части &lt;адрес&gt; по адресу: &lt;адрес&gt; с кадастровым номером &lt;№&gt;, на грузовом фургоне, государственный регистрационный знак &lt;№&gt; регион, VIN &lt;№&gt;, под управлением ФИО4, а также осуществляли ее перевозку в целях сбыта и продажи. Не позднее &lt;Дата&gt; в соответствии с отведенными преступными ролями ФИО4 и У.В.АБ. из складского помещения, расположенного в 15 метрах от &lt;адрес&gt;, 40 метрах от &lt;адрес&gt;, 110 метрах от проезжей части &lt;адрес&gt; по адресу: &lt;адрес&gt; с кадастровым номером &lt;№&gt;, осуществили загрузку произведенной немаркированной алкогольной продукции, подлежащей обязательной маркировке федеральными специальными марками, с целью ее незаконной перевозки, сбыта и продажи в грузовой фургон марки &lt;данные изъяты&gt;, государственный регистрационный знак &lt;№&gt; регион, VIN &lt;№&gt;, находящийся в пользовании ФИО2 и ФИО4, а также в грузовой фургон государственный регистрационный знак &lt;№&gt; регион, VIN &lt;№&gt;, находящийся в пользовании ФИО9 №4 Не позднее &lt;Дата&gt; ФИО2, ФИО4, ФИО7 и лицо 1 привлекли неосведомленного об их преступных намерениях ФИО9 №4, который, управляя грузовым фургоном, государственный регистрационный знак &lt;№&gt; регион, VIN &lt;№&gt;, от складского помещения, расположенного в 15 метрах от &lt;адрес&gt;, 40 метрах от &lt;адрес&gt;, 110 метрах от проезжей части &lt;адрес&gt; по адресу: &lt;адрес&gt; с кадастровым номером &lt;№&gt; перевез в кузове указанного грузового фургона немаркированную алкогольную продукцию лицу 3 в складское помещение, расположенное по адресу: &lt;адрес&gt; (в 200 метрах от &lt;адрес&gt;), в количестве не менее: - 18 бутылок, номинальным объемом 0,5 литра каждая с надписью на этикетках «&lt;данные изъяты&gt;»; - 440 бутылок, номинальным объемом 0,5 литра каждая с надписью на этикетках «&lt;данные изъяты&gt;». &lt;Дата&gt; преступная деятельность ФИО2, ФИО4, ФИО7 и лица 1 сотрудниками правоохранительных органов была пресечена. Так, в период с 14 час. 42 мин. до 15 час. 25 мин. &lt;Дата&gt; в ходе осмотра места происшествия – грузового фургона, государственный регистрационный знак &lt;№&gt; регион, VIN &lt;№&gt;, у складского помещения, расположенного в 15 метрах от &lt;адрес&gt;, 40 метрах от &lt;адрес&gt;, 110 метрах от проезжей части &lt;адрес&gt; по адресу: &lt;адрес&gt;, с кадастровым номером &lt;№&gt;, в кузове обнаружена и изъята немаркированная алкогольная продукции, подлежащая обязательной маркировке федеральными специальными марками, которую ФИО2, ФИО4, ФИО7 и лицо 1, действуя группой лиц по предварительному сговору, незаконно произвели, хранили и перевозили в целях сбыта и продажи, а именно: - 1 400 бутылок, номинальным объемом 0,5 литра каждая с надписью на этикетках «&lt;данные изъяты&gt;» (согласно заключению эксперта &lt;№&gt; содержание этилового спирта 30,7%) с минимальной розничной ценой в размере 248 рублей, а всего на 347 200 рублей); - 480 бутылок, номинальным объемом 0,45 литра каждая с надписью на этикетках «&lt;данные изъяты&gt;» (согласно заключению эксперта &lt;№&gt; содержание этилового спирта 31,8%) с минимальной розничной ценой в размере 252 рублей, а всего на 120 960 рублей); - 480 бутылок, номинальным объемом 0,45 литра каждая с надписью на этикетках «&lt;данные изъяты&gt;» (согласно заключению эксперта &lt;№&gt; содержание этилового спирта 34,2%) с минимальной розничной ценой в размере 271 рублей, а всего на 130 080 рублей). Таким образом, была изъята немаркированная алкогольная продукция, подлежащая обязательной маркировке федеральными специальными марками, в количестве 2360 стеклянных бутылок на сумму 598240 рублей. Кроме того, в период с 15 час. 30 мин. до 18 час. 00 мин. &lt;Дата&gt; в ходе осмотра места происшествия – грузового фургона, государственный регистрационный знак &lt;№&gt; регион, VIN &lt;№&gt;, о у складского помещения, расположенного в 15 метрах от &lt;адрес&gt;, 40 метрах от &lt;адрес&gt;, 110 метрах от проезжей части &lt;адрес&gt; по адресу: &lt;адрес&gt; с кадастровым номером &lt;№&gt;, в кузове обнаружена и изъята немаркированная алкогольная продукции, подлежащая обязательной маркировке федеральными специальными марками, которую ФИО2, ФИО4, ФИО7 и лицо 1, действуя группой лиц по предварительному сговору, незаконно произвели, хранили и перевозили, в целях сбыта и продажи, а именно: - 1 400 бутылок, номинальным объемом 0,46 литра каждая с надписью на этикетках «&lt;данные изъяты&gt;» (согласно заключению эксперта &lt;№&gt; содержание этилового спирта 32,5%) с минимальной розничной ценой в размере 258 рублей, а всего на 361 200 рублей); - 240 бутылок, номинальным объемом 0,5 литра каждая с надписью на этикетках «&lt;данные изъяты&gt;» (согласно заключению эксперта &lt;№&gt; содержание этилового спирта 37,8%) с минимальной розничной ценой в размере 427 рублей, а всего на 102480 рублей). Таким образом, была изъята немаркированная алкогольная продукция, подлежащая обязательной маркировке федеральными специальными марками, в количестве 1640 стеклянных бутылок на сумму 463680 рублей. Кроме того, в период с 21 час. 20 мин. до 22 час. 00 мин. &lt;Дата&gt; в ходе осмотра места происшествия – складского помещения, расположенного в 310 метрах от &lt;адрес&gt;, 140 метрах от &lt;адрес&gt;, 230 метрах от &lt;адрес&gt;, по адресу: &lt;адрес&gt;, кадастровый &lt;№&gt;, обнаружена и изъята немаркированная алкогольная продукция, подлежащая обязательной маркировке федеральными специальными марками, которую ФИО2, ФИО4, ФИО7 и лицо 1, действуя группой лиц по предварительному сговору, незаконно произвели, хранили и перевозили в целях сбыта и продажи, а именно: - 6 320 бутылок, номинальным объемом 0,5 литра каждая с надписью на этикетках «&lt;данные изъяты&gt;» (&lt;данные изъяты&gt;) (согласно заключению эксперта &lt;№&gt; содержание этилового спирта 31,8%) с минимальной розничной ценой в размере 252 рублей, а всего на 1592 640 рублей); - 1 020 бутылок, номинальным объемом 0,5 литра каждая с надписью на этикетках «&lt;данные изъяты&gt;» (&lt;данные изъяты&gt;) (согласно заключению эксперта &lt;№&gt; содержание этилового спирта 31,8%) с минимальной розничной ценой в размере 252 рублей, а всего на 257040 рублей); - 6 320 бутылок, номинальным объемом 0,46 литра каждая с надписью на этикетках «&lt;данные изъяты&gt;» (согласно заключению эксперта &lt;№&gt; содержание этилового спирта 30,2%) с минимальной розничной ценой в размере 248 рублей, а всего на 1567 360 рублей); - 948 бутылок, номинальным объемом 0,5 литра каждая с надписью на этикетках «&lt;данные изъяты&gt;» (&lt;данные изъяты&gt;) (согласно заключению эксперта &lt;№&gt; содержание этилового спирта 40%) с минимальной розничной ценой в размере 299 рублей, а всего на 283 452 рубля); - 672 бутылки, номинальным объемом 0,5 литра каждая с надписью на этикетках «&lt;данные изъяты&gt;» (согласно заключению эксперта &lt;№&gt; содержание этилового спирта 33,2%) с минимальной розничной ценой в размере 266 рублей, а всего на 178 752 рубля); - 228 бутылок, номинальным объемом 0,5 литра каждая с надписью на этикетках «&lt;данные изъяты&gt;» (согласно заключению эксперта &lt;№&gt; содержание этилового спирта 32,7%) с минимальной розничной ценой в размере 258 рублей, а всего на 58 824 рубля); - 300 бутылок, номинальным объемом 0,5 литра каждая с надписью на этикетках «&lt;данные изъяты&gt;» (&lt;данные изъяты&gt;) (согласно заключению эксперта &lt;№&gt; содержание этилового спирта 32,5%) с минимальной розничной ценой в размере 258 рублей, а всего на 77 400 рублей); - 384 бутылки, номинальным объемом 0,5 литра каждая с надписью на этикетках «&lt;данные изъяты&gt;» (&lt;данные изъяты&gt;) (согласно заключению эксперта &lt;№&gt; содержание этилового спирта 33,4%) с минимальной розничной ценой в размере 266 рублей, а всего на 102 144 рубля); - 360 бутылок, номинальным объемом 0,5 литра каждая с надписью на этикетках «&lt;данные изъяты&gt;» (согласно заключению эксперта &lt;№&gt; содержание этилового спирта 31,8%) с минимальной розничной ценой в размере 252 рублей, а всего на 90720 рублей); - 1 656 бутылок, номинальным объемом 0,45 литра каждая с надписью на этикетках «&lt;данные изъяты&gt;» (согласно заключению эксперта &lt;№&gt; содержание этилового спирта 30,2%) с минимальной розничной ценой в размере 248 рублей, а всего на 410 688 рублей); - 840 бутылок, номинальным объемом 0,45 литра каждая с надписью на этикетках «&lt;данные изъяты&gt;» (&lt;данные изъяты&gt;) (согласно заключению эксперта &lt;№&gt; содержание этилового спирта 30%) с минимальной розничной ценой в размере 242 рублей, а всего на 203 280 рублей); - 60 бутылок, номинальным объемом 1 литр каждая с надписью на этикетках «&lt;данные изъяты&gt;»» (согласно заключению эксперта &lt;№&gt; содержание этилового спирта 32,8%) с минимальной розничной ценой в размере 258 рублей, а всего на 30 960 рублей). Таким образом, была изъята немаркированная алкогольная продукция в количестве 19 108 бутылок на сумму 4853260 рублей. Кроме того, в период времени с 14 час. 20 мин. до 14 час. 35 мин. &lt;Дата&gt; в ходе осмотра места происшествия – складского помещения, расположенного по адресу: &lt;адрес&gt; (в 200 метрах от &lt;адрес&gt;), обнаружена и изъята немаркированная алкогольная продукция, подлежащая обязательной маркировке федеральными специальными марками, которую ФИО9 №4, неосведомленный о преступных намерениях ФИО2, ФИО4, ФИО7 и лица 1, на грузовом фургоне, государственный регистрационный знак &lt;№&gt; регион, VIN &lt;№&gt;, из складского помещения, расположенного в 15 метрах от &lt;адрес&gt;, 40 метрах от &lt;адрес&gt;, 110 метрах от проезжей части &lt;адрес&gt; по адресу: &lt;адрес&gt; с кадастровым номером &lt;№&gt;, перевез лицу 3, а именно: - 18 бутылок, номинальным объемом 0,5 литра каждая с надписью на этикетках «&lt;данные изъяты&gt;» (согласно заключению эксперта &lt;№&gt; содержание этилового спирта 31,5%) с минимальной розничной ценой в размере 252 рублей, а всего на 4536 рублей); - 440 бутылок, номинальным объемом 0,5 литра каждая с надписью на этикетках «&lt;данные изъяты&gt;» (согласно заключению эксперта &lt;№&gt; содержание этилового спирта 32,5%) с минимальной розничной ценой в размере 258 рублей, а всего на 113520 рублей). Таким образом, была изъята немаркированная алкогольная продукция, подлежащая обязательной маркировке федеральными специальными марками, в количестве 458 стеклянных бутылок на сумму 118056 рублей. Таким образом, в период времени с &lt;Дата&gt; по &lt;Дата&gt; К.А.ВГ., ФИО4, ФИО7 и лицо 1, действуя в составе группы лиц по предварительному сговору, незаконно произвели, хранили и перевозили в целях сбыта и продажи немаркированную алкогольную продукцию, подлежащую обязательной маркировке федеральными специальными марками, в количестве 23566 стеклянных бутылок стоимостью 6033 236 рублей, что является особо крупным размером. Подсудимые ФИО2, ФИО3, ФИО4, ФИО5, ФИО6, ФИО7 вину в совершении инкриминированных каждому из них преступлений признали полностью и, воспользовавшись правом, предоставленным ст. 51 Конституции РФ, отказались от дачи показаний, в связи с чем в судебном заседании в соответствии с п.3 ч.1 ст. 276 УПК РФ показания подсудимых, полученные при производстве предварительного следствия, были оглашены. Так, согласно показаниям ФИО2 в конце &lt;Дата&gt; года он решил заняться производством и реализацией немаркированной алкогольной продукции без соответствующей на указанную деятельность лицензии. Для чего в приложении «&lt;данные изъяты&gt;» в одном из каналов начал переписку с контактом по имени «ФИО», который предложил брать у него спирт и передавать ему готовую алкогольную продукцию по 50 рублей за 1 бутылку, то есть 1000 рублей за одну коробку. Он согласился на предложение «ФИО» и заказал у него 1 тонну спирта по цене 130000 рублей. Примерно, &lt;Дата&gt; спирт был привезен в складское помещение, расположенное в 310 метрах от &lt;адрес&gt;, 140 метрах от &lt;адрес&gt;, 230 метрах от &lt;адрес&gt;. Также он приобрел необходимое оборудование для производства алкогольной продукции и пустые стеклянные бутылки под розлив немаркированной алкогольной и спиртосодержащей продукции. Он привлек к указанному производству и реализации своих знакомых. Так, ФИО3 приходил ночью и занимался разливом алкогольной продукции по бутылкам. После изготовления необходимого объема, около 100 коробок, он писал в приложении «&lt;данные изъяты&gt;» «ФИО», который присылал автомобили. Погрузку автомобилей он осуществлял лично, иногда привлекал для этого ФИО4, который приглашал на работу по разгрузке и загрузке и иных лиц - ФИО7 и ФИО6 Производство и реализация алкогольной продукции осуществлялась в период с &lt;Дата&gt; по &lt;Дата&gt;, после чего ему стало известно от ФИО4, что &lt;Дата&gt; приезжали сотрудники полиции, которые изъяли оборудование для производства и готовую алкогольную продукцию с указанного складского помещения. После чего он решил организовать повторное производство, для чего через приложение &lt;данные изъяты&gt; у «ФИО» заказал спирт, который, примерно, в конце &lt;Дата&gt; года был привезен в приведенное складское помещение. Также он приобрел через сайт «&lt;данные изъяты&gt;» пять пластиковых емкостей объемом по 1000 литров, чтобы сливать в них привезенный спирт. Кроме того, на праве аренды с &lt;Дата&gt; года ему принадлежало складское помещение, расположенное в 15 метрах от &lt;адрес&gt;, 40 метрах от &lt;адрес&gt;, 110 метрах от проезжей части &lt;адрес&gt;, для которого он заказал на сайте «&lt;данные изъяты&gt;» пластиковую бочку объемом 200 литров и приобрел насос для прокачки спирта и смешивания с водой. Для разлива полученной алкогольной продукции он приобретал через сайт «&lt;данные изъяты&gt;» стеклянные бутылки различной формы двумя партиями по 500 коробок, в каждой было 20 штук. Затем он привлек к указанному производству и реализации своих знакомых. После производства необходимого объема алкогольной продукции, около 100 коробок, он писал в приложении «&lt;данные изъяты&gt;» «ФИО», который присылал автомобили. Загружал автомобили готовой алкогольной продукцией он, иногда привлекал ФИО4 Розлив немаркированной алкогольной и спиртосодержащей продукции осуществлялся в период с &lt;Дата&gt; года по &lt;Дата&gt;, когда у складского помещения по адресу: &lt;адрес&gt; к нему подошли сотрудники полиции и пресекли его незаконную деятельность (т. 4 л.д. 202-206, 228-230, 236-240, т. 5 л.д. 1-7, 8-11, т. 7 л.д. 1-3). Из показаний ФИО3 следует, что в &lt;Дата&gt; года ФИО2 предложил ему работу, которая заключалась в розливе немаркированного алкоголя в ночное время суток в помещении, расположенном в 310 метрах от &lt;адрес&gt;, 140 метрах от &lt;адрес&gt;, 230 метрах от &lt;адрес&gt;. Он смешивал чистый спирт с водой, после чего при помощи наливного устройства наливал данную смесь в стеклянные бутылки и закупоривал их крышками. Спирт он набирал из заранее приготовленных кубов при помощи электрического насоса. В целях соблюдения мер конспирации они с ФИО2 договорились, что ему будет ежедневно оставляться записка в бытовке, в которой будет указанно количество коробок немаркированной водки, которое ему нужно будет разлить за ночь, и там же ему будут оставляться денежные средства за выполнение указанного объема. В среднем, он изготавливал 50 коробок с 20 бутылками водки за смену. По указанной схеме он работал в период с сентября 2024 года до &lt;Дата&gt; (т. 5 л.д. 26-29, 66-69, т. 7 л.д. 52-54). В соответствии с показаниями ФИО4 в середине &lt;Дата&gt; года к нему обратился его друг ФИО2 и предложил заняться погрузкой и разгрузкой автомобилей с алкогольной продукции, которую производят в складские помещения, одно из которых расположено в 310 метрах от &lt;адрес&gt;, 140 метрах от &lt;адрес&gt;, 230 метрах от &lt;адрес&gt;, и одно в 15 метрах от &lt;адрес&gt;, 40 метрах от &lt;адрес&gt;, 110 метрах от проезжей части &lt;адрес&gt;. На предложение он ответил согласием. Вместе с ним работали грузчиками ФИО6 и ФИО7, которых он пригласил на работу по просьбе ФИО2 &lt;Дата&gt; на склад, на котором он работал, пришли сотрудники полиции и изъяли алкогольную продукцию и предметы, необходимые для ее производства. Примерно, в &lt;Дата&gt; года к нему обратился ФИО2 и сообщил, что он наладил производство алкогольной и спиртосодержащей продукции, предложив ему работать грузчиком. На предложение он ответил согласием и работал грузчиком до &lt;Дата&gt;. Кроме того, он по просьбе ФИО2 стал на автомобиле &lt;данные изъяты&gt; с регистрационным знаком &lt;№&gt; возить готовую немаркированную алкогольную продукцию между указанными складами. Грузиком в указанное время также работал ФИО7 &lt;Дата&gt; их деятельность снова была пресечена сотрудниками полиции (т. 5 л.д. 84-87, 123-127, т. 7 л.д. 107-109). Согласно сообщенному ФИО5 в &lt;Дата&gt; года ему поступило предложение заняться перевозкой и реализацией немаркированной алкогольной продукции, так как у него имеется грузовой фургон с регистрационным знаком &lt;№&gt; регион, оформленный на его мать ФИО9 №5 На данное предложение он согласился и со складского помещения, расположенного в 310 метрах от &lt;адрес&gt;, 140 метрах от &lt;адрес&gt;, 230 метрах от &lt;адрес&gt;, практически ежедневно получал немаркированную алкогольную продукцию, которая грузилась в указанный им фургон ФИО4 и ФИО6 Указанную немаркированную алкогольную продукцию он развозил различным заказчикам на территории &lt;адрес&gt;. Заказы он получал в приложении «&lt;данные изъяты&gt;». &lt;Дата&gt; их незаконная деятельность была пресечена сотрудниками полиции (т.5 л.д. 142-145, 174-176, 177-180, т. 7 л.д. 174-176, 184-187). ФИО6 показал, что в начале &lt;Дата&gt; года к нему обратился его знакомый ФИО4 и предложил заниматься погрузкой коробок с немаркированной алкогольной продукцией, на что он согласился. Он работал грузчиком на складе, расположенном в 310 метрах от &lt;адрес&gt;, 140 метрах от &lt;адрес&gt;, 230 метрах от &lt;адрес&gt; по &lt;Дата&gt;. Он разгружал доставляемые грузовыми фургонами пустые бутылки и загружал в дневное время приезжающие грузовые фургоны ящиками с находящимися в них бутылками с алкогольной продукцией. Вместе с ним в указанный период времени грузчиками работали также ФИО4 и ФИО7 Ф-ны были разные, в том числе «Газель» с государственным регистрационным знаком &lt;№&gt; под управлением ФИО5 &lt;Дата&gt;, когда он занимался погрузкой картонных коробок совместно с ФИО7 и ФИО4 в указанный грузовой фургон, их незаконная деятельность была пресечена сотрудниками правоохранительных органов (т. 5 л.д. 195-199, 218-220, т. 7 л.д. 231-233). Согласно показаниям ФИО7 в &lt;Дата&gt; года к нему обратился его знакомый ФИО4 и предложил ему работу грузчиком на складе, расположенном в 100 метрах от &lt;адрес&gt;, на что он ответил согласием. С &lt;Дата&gt; он разгружал доставляемые грузовыми фургонами пустые бутылки и загружал в дневное время приезжающие грузовые фургоны ящиками с находящимися в них бутылками с алкогольной продукцией. Вместе с ним в указанный период времени грузчиками работали также ФИО4 и ФИО6 В числе водителей был ФИО5 &lt;Дата&gt; указанная незаконная деятельность была пресечена сотрудниками полиции. &lt;Дата&gt; он совместно с ФИО4 приехал к складскому помещению, расположенному около &lt;адрес&gt;. После приезда к складскому помещению ФИО4 начал грузить коробки в стоявшие рядом со складским помещением грузовые фургоны. Он понимал, что в указанных картонных коробках находится контрафактная алкогольная продукция. Чтобы ФИО4 быстрее освободился, он решил ему помочь в погрузке указанных картонных коробок. В тот же день его деятельность по погрузке немаркированной алкогольной продукции была пресечена сотрудниками полиции (т. 5 л.д. 233-237, т. 6 л.д. 6-8, т. 8 л.д. 35-37). Помимо полного признания вины подсудимыми их виновность подтверждается совокупностью следующих исследованных в ходе судебного разбирательства доказательств. Доказательства вины ФИО2, ФИО3, ФИО4, ФИО5, ФИО6, ФИО7 в совершении преступлений, предусмотренных п. «б» ч.2 ст. 171.3 , п.п. «а, б» ч.6 ст. 171.1 УК РФ (по эпизоду преступной деятельности в период с &lt;Дата&gt; по &lt;Дата&gt;). В судебном заседании с согласия сторон были оглашены показания свидетеля ФИО9 №8, согласно которым &lt;Дата&gt; он и ФИО2 заключили договор аренды складского помещения, расположенного в 310 метрах от &lt;адрес&gt;, 140 метрах от &lt;адрес&gt;, 230 метрах от &lt;адрес&gt;, принадлежащего &lt;данные изъяты&gt; по адресу: &lt;адрес&gt;, кадастровый &lt;№&gt; (т. 1 л.д. 238-240, 245-247). В соответствии с оглашенными с согласия сторон показаниями свидетеля ФИО9 №5 у нее в собственности имеется грузовой фургон марки &lt;данные изъяты&gt;, государственный регистрационный знак &lt;№&gt; регион, VIN &lt;№&gt;, который купил ее сын ФИО5 за свои денежные средства. Автомобилем после приобретения всегда пользовался только ФИО5 (т. 2 л.д. 75-77). С согласия сторон были оглашены показания свидетеля ФИО9 №6, из которых следует, что &lt;Дата&gt; в ходе обыска в его жилище по адресу: &lt;адрес&gt; была обнаружена и изъята немаркированная алкогольная продукция, которую, примерно, &lt;Дата&gt; ему для личных нужд привезли на автомобиле «&lt;данные изъяты&gt;» (т. 3 л.д. 109-112, 138-140). Из оглашенных с согласия сторон показаний свидетеля ФИО9 №11 следует, что в конце &lt;Дата&gt; года он решил для личных нужд приобрести 50-80 картонных коробок алкогольной продукции. В приложении «&lt;данные изъяты&gt;» у незнакомого лица он заказал алкогольную продукцию, которая была доставлена по адресу: &lt;адрес&gt;&lt;Дата&gt; на грузовом фургоне марки «&lt;данные изъяты&gt;» под управлением ФИО5 (т. 2 л.д. 125-127). Согласно показаниям свидетеля ФИО9 №15 (&lt;данные изъяты&gt;), оглашенным с согласия сторон, в период с &lt;Дата&gt; по &lt;Дата&gt; проводилось ОРМ «&lt;данные изъяты&gt;», в ходе которого установлено, что &lt;Дата&gt; в 13 часов 18 минут в складское помещение, расположенное в 310 метрах от &lt;адрес&gt;, 140 метрах от &lt;адрес&gt;, 230 метрах от &lt;адрес&gt;, на автомобиле «&lt;данные изъяты&gt;», г.р.з. &lt;№&gt;, приехал ФИО5 и встал на погрузку. В 13 часов 43 минуты того же дня ФИО5 на вышеуказанном автомобиле направился по адресу: &lt;адрес&gt;, где проживает ФИО9 №6, и находился там до 17 часов 26 минут. &lt;Дата&gt; в 11 часов 35 минут в указанное складское помещение на приведенном автомобиле снова приехал ФИО5 и встал на погрузку. В 14 часов 05 минут того же дня ФИО5 на вышеуказанном автомобиле направился по адресу: &lt;адрес&gt;. ФИО5 по указанному адресу выгрузил в гараж картонные коробки для ФИО9 №11 &lt;Дата&gt; в 12 часов 05 минут на указанный склад вновь приехал ФИО5 и встал на погрузку, после чего противоправная деятельность была пресечена. В это время на складе находились ФИО7, ФИО4, ФИО6, а в кузове автомобиля ФИО5 была немаркированная алкогольная продукция (т. 2 л.д. 98-100). В соответствии с оглашенными с согласия сторон показаниями свидетеля ФИО9 №12 ФИО2 &lt;Дата&gt; в вечернее время сообщил ему, что у него (ФИО2) проблемы с полицией (т. 2 л.д. 101-103). Вышеперечисленные показания полностью согласуются со следующими доказательствами, непосредственно исследованными в судебном заседании, которыми являются: Заключение эксперта &lt;№&gt; от &lt;Дата&gt;, согласно которому жидкость (объекты &lt;№&gt;) в бутылках с этикетками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представляет собой спиртосодержащую жидкость с содержанием спирта этилового в количестве 31,0; 36,2; 30,8; 35,8; 29,8; 25,8; 29,8; 31,0; 30,8; 30,2; 30,0 и 28,2 % об. соответственно. Жидкость (объекты &lt;№&gt;) в бутылках с этикетками «1», «2», «3», «4», «5», а также в емкостях с этикетками «1» и «2» представляет собой спиртосодержащую жидкость с содержанием спирта этилового в количестве 92,5; 92,8; 93,6; 92,5; 92,5; 36,3 и 94,3 % об. Соответственно (т. 4 л.д. 92-96). Заключение эксперта &lt;№&gt; от &lt;Дата&gt;, согласно которому исследуемые жидкости (объекты &lt;№&gt;) в бутылках с этикетками: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содержат метанол в количестве 0,006 % об., 0,003 % об., 0,007 % об., 0,006 % об., 0,007 % об., 0,005 % об., 0,006 % об., 0,007 % об., 0,007 % об., 0,006 % об., 0,007 % об., 0,006 % об., что соответствует требованиям ТР ТС 021/2011 «О безопасности пищевой продукции» и не является опасными для жизни и здоровья потребителей. Исследуемые жидкости (объекты &lt;№&gt;) в бутылках их полимерного прозрачного материала без этикеток, в емкости (объекты &lt;№&gt;) без этикеток содержат метанол в количестве 0,008 % об., 0,007 % об., 0,007 % об., 0,007 % об., 0,007 % об., 0,002 % об., 0,002 % об., что соответствует требованиям ТР ТС 021/2011 «О безопасности пищевой продукции» и не является опасными для жизни и здоровья потребителей (т. 4 л.д. 140-142). Заключение эксперта &lt;№&gt; от &lt;Дата&gt;, согласно которому исследуемая жидкость (объекты &lt;№&gt;) в бутылках с этикетками «&lt;данные изъяты&gt;», «&lt;данные изъяты&gt;», «&lt;данные изъяты&gt;», «&lt;данные изъяты&gt;», представляет собой спиртосодержащую жидкость с содержанием спирта этилового в количестве 31,8 % об., 31,5 % об., 31,4 % об. и 27.1 % об. По качественному микрокомпонентному составу объекты &lt;№&gt; схожи с объектами &lt;№&gt; в заключении эксперта &lt;№&gt; от &lt;Дата&gt; и с объектами &lt;№&gt; в заключении эксперта &lt;№&gt; от &lt;Дата&gt;. По качественному микрокомпонентному составу объект &lt;№&gt; схож с объектами &lt;№&gt; в заключении эксперта &lt;№&gt; от &lt;Дата&gt; и с объектом &lt;№&gt; в заключении эксперта &lt;№&gt; от &lt;Дата&gt; (т. 4 л.д. 179-183). Протокол осмотра места происшествия от &lt;Дата&gt;, согласно которому осмотрено складское помещение, расположенное в 310 метрах от &lt;адрес&gt;, 140 метрах от &lt;адрес&gt;, 230 метрах от &lt;адрес&gt; по адресу: &lt;адрес&gt;, кадастровый &lt;№&gt;, в ходе которого изъято: 12 бутылок с наклеенными бирками «&lt;данные изъяты&gt;», номинальным объемом 0,5 литров каждая; 408 бутылок с наклеенными бирками «&lt;данные изъяты&gt;», номинальным объемом 0,46 литров каждая; 4080 бутылок с наклеенными бирками «&lt;данные изъяты&gt;», номинальным объемом 0,45 литров каждая; 180 бутылок с наклеенными бирками «&lt;данные изъяты&gt;», номинальным объемом 0,5 литров каждая; 876 бутылок с наклеенными бирками «&lt;данные изъяты&gt;», номинальным объемом 0,5 литров каждая; 720 бутылок с наклеенными бирками «&lt;данные изъяты&gt;», номинальным объемом 0,5 литров каждая; 960 бутылок с наклеенными бирками «&lt;данные изъяты&gt;», номинальным объемом 0,5 литров каждая; 1 248 бутылок с наклеенными бирками «&lt;данные изъяты&gt;», номинальным объемом 0,5 литров каждая; 17 060 бутылок с наклеенными бирками «&lt;данные изъяты&gt;», номинальным объемом 0,46 литров каждая; 6 160 бутылок с наклеенными бирками «&lt;данные изъяты&gt;», номинальным объемом 0,5 литров каждая; 799 бутылок с наклеенными бирками «&lt;данные изъяты&gt;», номинальным объемом 0,5 литров каждая; 240 бутылок с наклеенными бирками «&lt;данные изъяты&gt;», номинальным объемом 0,45 литров каждая; 4 пластиковые пятилитровые бутылки по 5 литров каждая, три из которых с синей крышкой, одна с желтой; 5 пластиковых емкостей, в металлической оправе, номинальным объемом 1000 литров каждая, с жидкостью следующих объемов: емкость &lt;№&gt; – 570 литров, емкость &lt;№&gt; – 1000 литров, емкость &lt;№&gt; – 1000 литров, емкость &lt;№&gt; – 1000 литров, емкость &lt;№&gt; – 870 литров; полимерная бочка синего цвета, в которую вставлена металлическая трубка с 7 оранжевыми насадками на кранах; садовый поверхностный насос, к которому подключены два шланга зеленого цвета, на одном из которых расположен фильтр и прикреплены шланги бежевого цвета с кранами на концах; 56 пластиковых пятилитровых бутылок номинальным объемом 5 литров каждая с жидкостью; связка из трех ключей; сотовый телефон марки &lt;данные изъяты&gt;, модель «&lt;№&gt;», imei1: &lt;№&gt;, imei2: &lt;№&gt;, с находящейся внутри сим-картой оператора &lt;данные изъяты&gt;; сотовый телефон «&lt;данные изъяты&gt;», модель «&lt;данные изъяты&gt; imei1: &lt;№&gt;, imei2: &lt;№&gt;, с находящейся внутри сим-картой оператора &lt;данные изъяты&gt; и картой памяти 2Gb micro SD; транспортное средство – грузовой фургон, государственный регистрационный знак &lt;№&gt; регион, VIN &lt;№&gt; (т. 1 л.д. 12-35). Протокол осмотра предметов от &lt;Дата&gt;, согласно которому осмотрены: сотовый телефон марки &lt;данные изъяты&gt;, модель «&lt;№&gt;», imei1: &lt;№&gt;, imei2: &lt;№&gt;, принадлежащий ФИО4 и содержащий информацию о его общении с ФИО7, ФИО6, ФИО3, ФИО2, а также переписку, касающуюся поставки немаркированной алкогольной продукции; сотовый телефон «&lt;данные изъяты&gt;», модель «&lt;данные изъяты&gt; imei1: &lt;№&gt;, imei2: &lt;№&gt;, принадлежащий ФИО6 и содержащий информацию о его общении с ФИО3 и ФИО2 (т. 3 л.д. 159-169). Протокол осмотра предметов от &lt;Дата&gt;, согласно которому осмотрена связка из трех ключей, изъятых в ходе осмотра места происшествия от &lt;Дата&gt;, которыми ФИО6 открывал складское помещение, расположенное в 100 метрах от &lt;адрес&gt; (координаты: &lt;№&gt;, &lt;№&gt;) (т. 3 л.д. 172-175). Протоколы осмотров предметов от &lt;Дата&gt; и от &lt;Дата&gt;, согласно которым осмотрена немаркированная алкогольная продукция и предметы, используемые для ее оборота, изъятые в ходе осмотра места происшествия от &lt;Дата&gt; (т. 3 л.д. 188-193, 145-151). Протокол осмотра места происшествия от &lt;Дата&gt;, согласно которому осмотрено складское помещение, расположенное в 310 метрах от &lt;адрес&gt;, 140 метрах от &lt;адрес&gt;, 230 метрах от &lt;адрес&gt; по адресу: &lt;адрес&gt;, кадастровый &lt;№&gt; в ходе которого изъяты: мобильный телефон &lt;данные изъяты&gt;, IMEI1: &lt;№&gt;, IMEI2: &lt;№&gt;, с находящейся внутри сим-картой оператора &lt;данные изъяты&gt;; металлический ключ с замком от складского помещения (т. 1 л.д. 66-71). Протокол осмотра предметов от &lt;Дата&gt;, согласно которому осмотрены мобильный телефон &lt;данные изъяты&gt;, IMEI1: &lt;№&gt;, IMEI2: &lt;№&gt;, принадлежащий ФИО3 и содержащий информацию о наличии связей с ФИО7, общение с ФИО6 и ФИО2, а также о его работе на складском помещении по производству немаркированной алкогольной продукции; металлический ключ с замком от складского помещения, расположенного в 100 метрах от &lt;адрес&gt;, которым ФИО3 открывал указанное складское помещение (т. 3 л.д. 178-186). Протокол осмотра предметов от &lt;Дата&gt;, согласно которому осмотрено транспортное средство – грузовой фургон с кабиной белого цвета, государственный регистрационный знак &lt;№&gt; регион, VIN № &lt;№&gt; (т. 3 л.д. 208-221). Протокол обыска от &lt;Дата&gt;, согласно которому проведен обыск в &lt;адрес&gt; с участием ФИО6, в ходе которого обнаружен и изъят сотовый телефон &lt;данные изъяты&gt;, модель «&lt;№&gt;», IMEI1: &lt;№&gt;, IMEI2: &lt;№&gt;, с сим-картой оператора &lt;данные изъяты&gt; (т. 2 л.д. 181-183). Протокол осмотра предметов от &lt;Дата&gt;, согласно которому осмотрен сотовый телефон &lt;данные изъяты&gt; модель «&lt;№&gt;», IMEI1: &lt;№&gt;, IMEI2: &lt;№&gt;, принадлежащий ФИО6 содержащий информацию о наличии связей с ФИО3, ФИО4 и ФИО2 (т. 2 л.д. 187-194). Протокол обыска от &lt;Дата&gt;, согласно которому проведен обыск в &lt;адрес&gt; с участием ФИО2, в ходе которого изъят сотовый телефон &lt;данные изъяты&gt;, модель «&lt;№&gt;», IMEI1: &lt;№&gt;, IMEI2: &lt;№&gt;, с сим-картой оператора &lt;данные изъяты&gt; (т. 2 л.д. 219-221). Протокол осмотра предметов от &lt;Дата&gt;, согласно которому осмотрен сотовый телефон &lt;данные изъяты&gt;, модель «&lt;№&gt;», IMEI1: &lt;№&gt;, IMEI2: &lt;№&gt;, принадлежащий ФИО2 и содержащий информацию о причастности последнего к незаконному обороту немаркированной алкогольной продукции без соответствующей лицензии (т. 2 л.д. 225-236). Протокол обыска от &lt;Дата&gt;, согласно которому проведен обыск в офисном помещении &lt;данные изъяты&gt;, расположенном в &lt;адрес&gt;, с участием ФИО9 №8, в ходе которого были обнаружены и изъяты договор аренды складского помещения, заключенный между арендатором ФИО2 и арендодателем &lt;данные изъяты&gt; от &lt;Дата&gt;, и доверенность на имя ФИО9 №8 от &lt;Дата&gt; (т. 3 л.д. 19-21). Протокол осмотра предметов от &lt;Дата&gt;, согласно которому осмотрен договор аренды складского помещения от &lt;Дата&gt;, подтверждающий право аренды ФИО2 на складское помещение, в котором была обнаружена немаркированная алкогольная продукция, а также доверенность на имя ФИО9 №8 от &lt;Дата&gt;, дающая ему полномочия на заключение договоров от имени &lt;данные изъяты&gt; (т. 3 л.д. 22-25). Протокол осмотра предметов от &lt;Дата&gt;, согласно которому осмотрен компакт-диск с результатами оперативно-розыскной деятельности в отношении ФИО5, подтверждающими причастность ФИО5 к перевозке немаркированной алкогольной продукции и его осведомленность о противоправном характере данной деятельности (т. 3 л.д. 43-48). Протокол обыска от &lt;Дата&gt;, согласно которому проведен обыск в &lt;адрес&gt; с участием ФИО9 №6, в ходе которого изъята немаркированная алкогольная продукция: 60 бутылок с наклеенными бирками «&lt;данные изъяты&gt;», номинальным объемом 0,5 литров каждая; 24 бутылки с наклеенными бирками «&lt;данные изъяты&gt;», номинальным объемом 0,5 литров каждая; 240 бутылок с наклеенными бирками «&lt;данные изъяты&gt;», номинальным объемом 0,5 литров каждая; 100 бутылок с наклеенными бирками «&lt;данные изъяты&gt;», номинальным объемом 0,5 литров каждая (т. 3 л.д. 101-104). Протокол осмотра предметов от &lt;Дата&gt;, согласно которому осмотрена немаркированная алкогольная продукция, изъятая в ходе обыска от &lt;Дата&gt; (т. 3 л.д. 123-129). Показания свидетеля ФИО9 №15 о проведении ОРМ подтверждаются материалами оперативно-розыскных мероприятий: постановлением о предоставлении результатов оперативно-розыскной деятельности следователю от &lt;Дата&gt; (т. 3 л.д. 31-33), постановлением о рассекречивании сведений, составляющих государственную тайну и их носителей от &lt;Дата&gt; (т. 3 л.д. 34-36), постановлением о предоставлении результатов оперативно-розыскной деятельности следователю от &lt;Дата&gt; (т. 3 л.д. 89), постановлением о рассекречивании сведений, составляющих государственную тайну и их носителей от &lt;Дата&gt; (т. 3 л.д. 91), рапортом &lt;данные изъяты&gt; от &lt;Дата&gt; (т. 3 л.д. 92-93). Доказательства вины ФИО2, ФИО4, ФИО7 в совершении преступлений, предусмотренных п. «б» ч.2 ст. 171.3 , п.п. «а, б» ч.6 ст. 171.1 УК РФ (по эпизоду преступной деятельности в период с &lt;Дата&gt; по &lt;Дата&gt;). В соответствии с показаниями свидетеля ФИО9 №7, оглашенными в судебном заседании с согласия сторон, &lt;Дата&gt; ФИО2 заключил договор аренды складского помещения, расположенного в 15 метрах от &lt;адрес&gt;, 40 метрах от &lt;адрес&gt;, 110 метрах от проезжей части &lt;адрес&gt;, принадлежащего &lt;данные изъяты&gt;, которое имеет адрес: &lt;адрес&gt; с кадастровым номером &lt;№&gt; (т. 1 л.д. 218, 232-234). В судебном заседании с согласия сторон были оглашены показания свидетеля ФИО9 №8, согласно которым &lt;Дата&gt; он и ФИО2 заключили договор аренды складского помещения, расположенного в 310 метрах от &lt;адрес&gt;, 140 метрах от &lt;адрес&gt;, 230 метрах от &lt;адрес&gt;, расположенного в &lt;адрес&gt;, принадлежащего &lt;данные изъяты&gt; по адресу: &lt;адрес&gt;, кадастровый &lt;№&gt; (т. 1 л.д. 238-240, 245-247). Из показаний свидетеля ФИО9 №4, оглашенных в судебном заседании с согласия сторон, следует, что у его сына ФИО9 №1 в собственности имеется автомобиль марки &lt;данные изъяты&gt;, государственный регистрационный знак &lt;№&gt; регион, с кабиной белого цвета, на котором он осуществляет грузоперевозки. &lt;Дата&gt; ФИО9 №1 и попросил его помочь в перевозке груза из &lt;адрес&gt; в &lt;адрес&gt; в связи с имеющимися проблемами со здоровьем. По указанию сына он приехал на указанном автомобиле к складским помещениям, расположенным в 15 метрах от &lt;адрес&gt;, 40 метрах от &lt;адрес&gt;, 110 метрах от проезжей части &lt;адрес&gt;, где в кузов автомобиля были загружены картонные коробки (примерно, 170 штук). После он доехал до складского помещения, расположенного недалеко от &lt;адрес&gt;, где картонные коробки были выгружены из его автомобиля. &lt;Дата&gt; по просьбе сына он на указанном автомобиле по приведенном маршруту вновь отвозил картонные коробки. &lt;Дата&gt; он по просьбе сына приехал на очередную погрузку к складскому помещению, расположенному по указанному адресу, однако в момент погрузки картонных коробок сотрудники полиции остановили деятельность грузчиков. Позже ему стало известно, что в картонных коробках находятся стеклянные бутылки с немаркированной алкогольной продукцией (т. 2 л.д. 8-11). Согласно оглашенным с согласия сторон показаниям свидетеля ФИО9 №1, занимающегося грузоперевозками, в &lt;Дата&gt; года ему поступило предложение о перевозке груза в &lt;адрес&gt;. Приехав на территорию производственной базы по адресу: &lt;адрес&gt;, в его автомобиль «&lt;данные изъяты&gt;», государственный регистрационный знак &lt;№&gt; регион, было загружено около 170 коробок. Затем он поехал в &lt;адрес&gt;, где возле заправки «&lt;данные изъяты&gt;» его встретили неизвестные мужчины, которым он передал ключи от автомобиля, и они поехали на нем в сторону &lt;адрес&gt;. Примерно, через 30 минут мужчины передали ему ключи от автомобиля обратно и денежные средства в сумме 15000 рублей наличными. Аналогичные перевозки также осуществлял его отец ФИО9 №4 в связи с имеющимися проблемами со здоровьем у ФИО9 №1 (т. 2 л.д. 1-2). В соответствии с оглашенными с согласия сторон показаниями свидетеля ФИО9 №2, занимающегося грузоперевозками, &lt;Дата&gt;, договорившись с клиентом, он направился на автомобиле «&lt;данные изъяты&gt;», государственный регистрационный знак &lt;№&gt; регион, зарегистрированном на его отца ФИО1, в район &lt;адрес&gt;, где его автомобиль был загружен. После чего он направился по адресу: &lt;адрес&gt;, где был ФИО2 Затем прибыли сотрудники полиции, которые зашли в бокс и вывели всех людей (т. 2 л.д. 16-17, 22-25). Из оглашенных с согласия сторон показаний свидетеля ФИО9 №9, являющегося собственником грузового фургона марки &lt;данные изъяты&gt;, VIN &lt;№&gt;, государственный регистрационный знак &lt;№&gt; регион, &lt;Дата&gt; по просьбе ФИО2 он передал ему в пользование указанное транспортное средство. &lt;Дата&gt; ему позвонил ФИО2 и сообщил, что он был задержан сотрудниками полиции, а его фургон изъят, так как он на нем перевозил емкости с водкой (т. 2 л.д. 49-51). Согласно оглашенным с согласия сторон показаниям свидетеля ФИО9 №3, имеющей в собственности грузовой фургон марки &lt;данные изъяты&gt;, государственный регистрационный знак &lt;№&gt; регион, VIN &lt;№&gt;, &lt;Дата&gt; она по просьбе ФИО2, который не осведомлял ее о подробностях, передала ему в пользование указанный грузовой фургон (т. 2 л.д. 61-64). В соответствии с оглашенными с согласия сторон показаниями свидетеля ФИО9 №10 с целью хранения немаркированной алкогольной продукции, примерно, в &lt;Дата&gt; года он арендовал складское помещение, расположенное по адресу: &lt;адрес&gt;, в 200 метрах от &lt;адрес&gt;. Одним из автомобилей, на котором осуществлялась доставка в его адрес немаркированной алкогольной продукции, была «&lt;данные изъяты&gt;», государственный регистрационный знак &lt;№&gt; регион (т. 2 л.д. 86-89). В судебном заседании с согласия сторон были оглашены показания свидетеля ФИО9 №13, согласно которым &lt;Дата&gt; по предложению ФИО9 №4 с целью заработка на грузовом автомобиле марки «&lt;данные изъяты&gt;», регистрационный знак &lt;№&gt; регион, он проехал к складскому помещению, расположенному в 15 метрах от &lt;адрес&gt;, 40 метрах от &lt;адрес&gt;, 110 метрах от проезжей части &lt;адрес&gt;, и начал грузить картонные коробки в грузовой фургон ФИО9 №4, пока их деятельность не остановили сотрудники полиции (т. 2 л.д. 116-118). Из показаний свидетеля ФИО9 №14, которые были оглашены в судебном заседании с согласия сторон, следует, что &lt;Дата&gt; по предложению знакомого ФИО9 №2 с целью заработка на грузовом автомобиле последнего марки «&lt;данные изъяты&gt;», регистрационный знак &lt;№&gt; регион, он прибыл к складскому помещению, расположенному в 15 метрах от &lt;адрес&gt;, 40 метрах от &lt;адрес&gt;, 110 метрах от проезжей части &lt;адрес&gt;. Затем появились сотрудники полиции. Он узнал, что на указанном складе находилась немаркированная алкогольная продукция (т. 2 л.д. 133-135). Вышеперечисленные показания полностью согласуются со следующими доказательствами, непосредственно исследованными в судебном заседании, которыми являются: Заключение эксперта &lt;№&gt; от &lt;Дата&gt;, согласно которому жидкость (объекты &lt;№&gt;) в бутылках с этикетками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изъятая из складского помещения, расположенного по географическим координатам &lt;№&gt;, &lt;№&gt;, представляет собой спиртосодержащую жидкость с содержанием спирта этилового в количестве 31,8; 40,0; 30,2; 31,8; 30,0; 33,4; 32,8; 33,2; 30,2; 31,8; 32,5; 32,7 % об. соответственно. Жидкость (объекты &lt;№&gt;) в бутылках с этикетками «&lt;данные изъяты&gt;», «&lt;данные изъяты&gt;» и «&lt;данные изъяты&gt;», изъятая из грузового фургона, государственный регистрационный знак &lt;№&gt; регион, представляет собой спиртосодержащую жидкость с содержанием спирта этилового в количестве 34,2; 31,8 и 30,7 % об. соответственно. Жидкость (объекты &lt;№&gt;) в бутылках с этикеткой «&lt;данные изъяты&gt;» и «&lt;данные изъяты&gt;», изъятая из грузового фургона, государственный регистрационный знак &lt;№&gt; регион, представляет собой спиртосодержащую жидкость с содержанием спирта этилового в количестве 32,5 и 37,8 % об. соответственно. Жидкость (объекты &lt;№&gt;) в бутылках с этикетками «&lt;данные изъяты&gt;» и «&lt;данные изъяты&gt;», изъятая из бокса &lt;№&gt;, расположенного на территории &lt;данные изъяты&gt; по адресу: &lt;адрес&gt;, представляет собой спиртосодержащую жидкость с содержанием спирта этилового в количестве 31,5 и 32,5 % об. соответственно. По качественному и количественному микрокомпонентному составу объекты &lt;№&gt; схожи между собой. По качественному и количественному микрокомпонентному составу объекты &lt;№&gt; с объектами &lt;№&gt; сходств не имеет. Жидкость (объекты &lt;№&gt;) в бутылках с этикетками «1», «2», «3», «4», «5», изъятая в складском помещении по адресу: &lt;адрес&gt;, а также в бутылках с этикетками «1», «2», «3», «4», «5», «6», «7», «8», «9», «10», «11», «12», «13», «14», «15», изъятая из грузового фургона, государственный регистрационный знак &lt;№&gt; регион, расположенном в складском помещении по адресу: &lt;адрес&gt;, представляет собой спиртосодержащую жидкость с содержанием спирта этилового в количестве по 90,6 % об. (т. 4 л.д. 117-123). Заключение эксперта &lt;№&gt; от &lt;Дата&gt;, согласно которому, исследуемые жидкости (объекты &lt;№&gt;) в бутылках с этикетками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содержат метанол в количестве 0,006 % об., 0,016 % об., 0,016 % об., 0,016 % об., 0,016 % об., 0,006 % об., 0,006 % об., 0,016 % об., 0,016 % об., 0,011 % об., 0,006 % об., 0,006 % об., что соответствует требованиям ТР ТС 021/2011 «О безопасности пищевой продукции» и не является опасными для жизни и здоровья потребителей. Исследуемые жидкости (объекты &lt;№&gt;) в бутылках с этикетками «&lt;данные изъяты&gt;», «&lt;данные изъяты&gt;», «&lt;данные изъяты&gt;», «&lt;данные изъяты&gt;», «&lt;данные изъяты&gt;» содержат метанол в количестве 0,016 % об., 0,016 % об., 0,016 % об., 0,002 % об., 0,006 % об., 0,006 % об., 0,003 % об.; в бутылках из полимерного прозрачного материала (объекты &lt;№&gt;) без этикеток содержат метанол в количестве 0,002 % об., что соответствует требованиям ТР ТС 021/2011 «О безопасности пищевой продукции» и не является опасными для жизни и здоровья потребителей (т. 4 л.д. 159-162). Протокол осмотра места происшествия от &lt;Дата&gt;, согласно которому осмотрен участок местности, расположенный в 15 метрах от &lt;адрес&gt;, 40 метрах от &lt;адрес&gt;, 110 метрах от проезжей части &lt;адрес&gt; по адресу: &lt;адрес&gt;, &lt;адрес&gt; с кадастровым номером &lt;№&gt;, в ходе которого изъято: транспортное средство – грузовой фургон, государственный регистрационный знак &lt;№&gt; регион, VIN &lt;№&gt;, в кузове которого обнаружена немаркированная алкогольная продукция: 1400 бутылок с наклеенными этикетками «&lt;данные изъяты&gt;», номинальным объемом 0,46 литров каждая; 480 бутылок с наклеенными этикетками «&lt;данные изъяты&gt;», номинальным объемом 0,45 литров каждая,; 480 бутылок с наклеенными этикетками «&lt;данные изъяты&gt;», номинальным объемом 0,45 литров каждая (т. 1 л.д. 104-109). Протокол осмотра места происшествия от &lt;Дата&gt;, согласно которому осмотрен участок местности, расположенный в 15 метрах от &lt;адрес&gt;, 40 метрах от &lt;адрес&gt;, 110 метрах от проезжей части &lt;адрес&gt; по адресу: &lt;адрес&gt; с кадастровым номером &lt;№&gt;, в ходе которого изъято: транспортное средство – грузовой фургон, государственный регистрационный знак &lt;№&gt; регион, VIN &lt;№&gt;, в кузове которого обнаружена немаркированная алкогольная продукция: 1340 бутылок с наклеенными бирками «&lt;данные изъяты&gt;», номинальным объемом 0,46 литров каждая; 240 бутылок с наклеенными бирками «&lt;данные изъяты&gt;», номинальным объемом 0,5 литров каждая (т. 1 л.д. 110-115). Протокол осмотра места происшествия от &lt;Дата&gt;, согласно которому осмотрено складское помещение, расположенное в 15 метрах от &lt;адрес&gt;&lt;адрес&gt;, 40 метрах от &lt;адрес&gt;, 110 метрах от проезжей части &lt;адрес&gt; по адресу: &lt;адрес&gt; с кадастровым номером &lt;№&gt;, в ходе которого изъято транспортное средство – грузовой фургон, государственный регистрационный знак &lt;№&gt; регион, VIN &lt;№&gt;, в котором обнаружены 3 пустые пластиковые емкости в металлической оправе, объемом на 1000 литров; транспортное средство – грузовой фургон, государственный регистрационный знак &lt;№&gt; регион, VIN &lt;№&gt;, в котором обнаружены 15 бочек из полимерного материала с жидкостью на 200 литров каждая; 5 пластиковых емкостей в металлической оправе, объемом на 1000 литров каждая, содержащие жидкости: емкость &lt;№&gt; – 800 литров, емкости &lt;№&gt;,3,4,5 – по 1000 литров каждая; бочка с бытовым поверхностным насосом марки &lt;данные изъяты&gt; модели &lt;данные изъяты&gt;, &lt;№&gt;, к которому подключен шланг (т. 1 л.д. 116-122). Протокол осмотра предметов от &lt;Дата&gt;, согласно которому осмотрены: транспортное средство – грузовой фургон, государственный регистрационный знак &lt;№&gt; регион, VIN &lt;№&gt;; транспортное средство – грузовой фургон, государственный регистрационный знак &lt;№&gt; регион, VIN &lt;№&gt;; транспортное средство – грузовой фургон, государственный регистрационный знак &lt;№&gt; регион, VIN &lt;№&gt;; транспортное средство – грузовой фургон с кабиной белого цвета, государственный регистрационный знак &lt;№&gt; регион, VIN &lt;№&gt;; немаркированная алкогольная продукция: 1399 бутылок с наклеенными этикетками «&lt;данные изъяты&gt;», номинальным объемом 0,46 литров каждая; 479 бутылок с наклеенными этикетками «&lt;данные изъяты&gt;», номинальным объемом 0,45 литров каждая; 479 бутылок с наклеенными этикетками «&lt;данные изъяты&gt;», номинальным объемом 0,45 литров каждая; 1399 бутылок с наклеенными этикетками «&lt;данные изъяты&gt;», номинальным объемом 0,46 литров каждая; 239 бутылок с наклеенными этикетками «&lt;данные изъяты&gt;», номинальным объемом 0,5 литров каждая; 3 пустые пластиковые емкости в металлической оправе, объемом на 1000 литров; бочка с бытовым поверхностным насосом марки &lt;данные изъяты&gt; модели &lt;данные изъяты&gt;, &lt;№&gt;, к которому подключен шланг; 5 пластиковых емкостей в металлической оправе, объемом на 1000 литров каждая, содержащие жидкости: емкость &lt;№&gt; – 800 литров, емкости &lt;№&gt; – по 1000 литров каждая; 15 бочек из полимерного материала с жидкостью на 200 литров каждая (т. 3 л.д. 208-221). Протокол осмотра места происшествия от &lt;Дата&gt;, согласно которому осмотрено складское помещение, расположенное в 15 метрах от &lt;адрес&gt;, 40 метрах от &lt;адрес&gt;, 110 метрах от проезжей части &lt;адрес&gt; по адресу: &lt;адрес&gt; с кадастровым номером &lt;№&gt;, в ходе которого изъяты: сотовый телефон &lt;данные изъяты&gt;, IMEI1: &lt;№&gt;, IMEI2: &lt;№&gt; с сим-картой оператора &lt;данные изъяты&gt;, принадлежащий ФИО2; сотовый телефон марки «&lt;данные изъяты&gt;», с находящейся внутри сим-картой оператора &lt;данные изъяты&gt; принадлежащий ФИО2; сотовый телефон &lt;данные изъяты&gt;, модель «&lt;№&gt;», IMEI1: &lt;№&gt;, IMEI2: &lt;№&gt; с сим-картой оператора &lt;данные изъяты&gt;, принадлежащий ФИО4 (т. 1 л.д. 123-126). Протокол осмотра предметов от &lt;Дата&gt;, согласно которому осмотрены: сотовый телефон &lt;данные изъяты&gt;, IMEI1: &lt;№&gt;, IMEI2: &lt;№&gt;, принадлежащий ФИО2; сотовый телефон марки «&lt;данные изъяты&gt;», принадлежащий ФИО2; сотовый телефон &lt;данные изъяты&gt;, модель «&lt;№&gt;», IMEI1: &lt;№&gt;, IMEI2: &lt;№&gt;, принадлежащий ФИО4 и содержащий информацию о наличии связей с ФИО2, а также переписку по поводу поставки немаркированной алкогольной продукции (т. 4 л.д. 6-32). Протокол осмотра места происшествия от &lt;Дата&gt;, согласно которому осмотрено складское помещение, расположенное в 310 метрах от &lt;адрес&gt;, 140 метрах от &lt;адрес&gt;, 230 метрах от &lt;адрес&gt; по адресу: &lt;адрес&gt;, кадастровый &lt;№&gt;, в ходе которого изъята немаркированная алкогольная продукция: 6320 бутылок с наклеенными бирками «&lt;данные изъяты&gt;», номинальным объемом 0,5 литров каждая; 1 020 бутылок с наклеенными бирками «&lt;данные изъяты&gt;», номинальным объемом 0,5 литров каждая; 6 320 бутылок с наклеенными бирками «&lt;данные изъяты&gt;», номинальным объемом 0,46 литров каждая; 948 бутылок с наклеенными бирками «&lt;данные изъяты&gt;», номинальным объемом 0,5 литров каждая; 672 бутылок с наклеенными бирками «&lt;данные изъяты&gt;», номинальным объемом 0,5 литров каждая; 228 бутылок с наклеенными бирками «&lt;данные изъяты&gt;», номинальным объемом 0,5 литров каждая; 300 бутылок с наклеенными бирками «&lt;данные изъяты&gt;», номинальным объемом 0,5 литров каждая; 384 бутылки с наклеенными бирками «&lt;данные изъяты&gt;», номинальным объемом 0,5 литров каждая; 360 бутылок с наклеенными бирками «&lt;данные изъяты&gt;», номинальным объемом 0,5 литров каждая; 1 656 бутылок с наклеенными бирками «&lt;данные изъяты&gt;», номинальным объемом 0,45 литров каждая; 840 бутылок с наклеенными бирками «&lt;данные изъяты&gt;», номинальным объемом 0,45 литров каждая; 60 бутылок с наклеенными бирками «&lt;данные изъяты&gt;», номинальным объемом 1 литр каждая; 5538 пустых бутылок в 270 картонных коробках; 760 бутылочных пробок в 7 картонных коробках; бочка из полимерного материала с поверхностным насосом марки &lt;данные изъяты&gt; со шлангами с кранами, металлическая трубка с кранами; врезной металлический замок марки &lt;данные изъяты&gt;, связка на металлическом кольце из 3 ключей от указанного складского помещения (т. 1 л.д. 127-132). Протокол осмотра предметов от &lt;Дата&gt;, согласно которому осмотрена немаркированная алкогольная продукция: 6319 бутылок с наклеенными бирками «&lt;данные изъяты&gt;», номинальным объемом 0,5 литров каждая; 1 019 бутылок с наклеенными бирками «&lt;данные изъяты&gt;», номинальным объемом 0,5 литров каждая; 6 319 бутылок с наклеенными бирками «&lt;данные изъяты&gt;», номинальным объемом 0,46 литров каждая; 947 бутылок с наклеенными бирками «&lt;данные изъяты&gt;», номинальным объемом 0,5 литров каждая; 671 бутылок с наклеенными бирками «&lt;данные изъяты&gt;», номинальным объемом 0,5 литров каждая; 227 бутылок с наклеенными бирками «&lt;данные изъяты&gt;», номинальным объемом 0,5 литров каждая; 299 бутылок с наклеенными бирками «&lt;данные изъяты&gt;», номинальным объемом 0,5 литров каждая; 383 бутылок с наклеенными бирками «&lt;данные изъяты&gt;», номинальным объемом 0,5 литров каждая; 359 бутылок с наклеенными бирками «&lt;данные изъяты&gt;», номинальным объемом 0,5 литров каждая; 1 655 бутылок с наклеенными бирками «&lt;данные изъяты&gt;», номинальным объемом 0,45 литров каждая; 839 бутылок с наклеенными бирками «&lt;данные изъяты&gt;», номинальным объемом 0,45 литров каждая; 59 бутылок с наклеенными бирками «&lt;данные изъяты&gt;», номинальным объемом 1 литр каждая; 5538 пустых бутылок в 270 картонных коробках; 760 бутылочных пробок в 7 картонных коробках; бочка из полимерного материала с поверхностным насосом марки &lt;данные изъяты&gt; со шлангами с кранами, металлическая трубка с кранами; врезной металлический замок марки &lt;данные изъяты&gt;, связка на металлическом кольце 3 ключей (т. 4 л.д. 38-44). Протокол осмотра предметов от &lt;Дата&gt;, согласно которому осмотрены: 15 пластиковых бутылок с бесцветной жидкостью; 2 стеклянные бутылки со следующими названиями: «&lt;данные изъяты&gt;», «&lt;данные изъяты&gt;»; 3 стеклянные бутылки со следующими названиями: «&lt;данные изъяты&gt;», «&lt;данные изъяты&gt;», «&lt;данные изъяты&gt;»; 12 стеклянных бутылок со следующими названиями: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и 5 пластиковых бутылок с бесцветной жидкостью, изъятые в ходе осмотра места происшествия – складского помещения расположенного в 310 метрах от &lt;адрес&gt;, 140 метрах от &lt;адрес&gt;, 230 метрах от &lt;адрес&gt; по адресу: &lt;адрес&gt;, кадастровый &lt;№&gt; (т. 4 л.д. 49-60). Протокол обыска от &lt;Дата&gt;, согласно которому проведен обыск в &lt;адрес&gt; с участием ФИО6, в ходе которого обнаружен и изъят: сотовый телефон &lt;данные изъяты&gt; модель «&lt;№&gt;», IMEI1: &lt;№&gt;, IMEI2: &lt;№&gt; с сим-картой оператора &lt;данные изъяты&gt; (т. 2 л.д. 181-183). Протокол осмотра предметов от &lt;Дата&gt;, согласно которому осмотрен сотовый телефон &lt;данные изъяты&gt; модель «&lt;№&gt;», IMEI1: &lt;№&gt;, IMEI2: &lt;№&gt;, принадлежащий ФИО6, в котором обнаружены контакты ФИО4 и ФИО2 (т. 2 л.д. 187-194). Протокол обыска от &lt;Дата&gt;, согласно которому проведен обыск в &lt;адрес&gt; с участием ФИО2, в ходе которого изъят сотовый телефон &lt;данные изъяты&gt; модель «&lt;№&gt;», IMEI1: &lt;№&gt;, IMEI2: &lt;№&gt; с сим-картой оператора &lt;данные изъяты&gt; (т. 2 л.д. 219-221). Протокол осмотра предметов от &lt;Дата&gt;, согласно которому осмотрен сотовый телефон &lt;данные изъяты&gt; модель «&lt;№&gt;», IMEI1: &lt;№&gt;, IMEI2: &lt;№&gt;, принадлежащий ФИО2, в котором содержатся сведения, подтверждающие причастность последнего к незаконному обороту немаркированной алкогольной продукции без соответствующей лицензии (т. 2 л.д. 225-236). Протокол обыска от &lt;Дата&gt;, согласно которому проведен обыск в офисном помещении &lt;данные изъяты&gt;, расположенном в &lt;адрес&gt;, с участием ФИО9 №8, в ходе которого были обнаружены и изъяты договор аренды складского помещения, заключенный между арендатором ФИО2 и арендодателем &lt;данные изъяты&gt; от &lt;Дата&gt;, и доверенность на имя ФИО9 №8 от &lt;Дата&gt; (т. 3 л.д. 19-21). Протокол осмотра предметов от &lt;Дата&gt;, согласно которому осмотрен договор аренды складского помещения от &lt;Дата&gt;, подтверждающий право аренды ФИО2 на складское помещение, в котором была обнаружена немаркированная алкогольная продукция, а также доверенность на имя ФИО9 №8 от &lt;Дата&gt;, дающая ему полномочия на заключение договоров от имени &lt;данные изъяты&gt; (т. 3 л.д. 22-25). Протокол выемки от &lt;Дата&gt;, согласно которому проведена выемка у свидетеля ФИО9 №7 договора аренды нежилого помещения, заключенного между арендатором ФИО2 и арендодателем &lt;данные изъяты&gt;&lt;Дата&gt; (т. 1 л.д. 222-225). Протокол осмотра предметов от &lt;Дата&gt;, согласно которому осмотрен договор аренды от &lt;Дата&gt;, заключенный между арендатором ФИО2 и арендодателем &lt;данные изъяты&gt;, предметом которого является нежилое помещение, расположенное по адресу: &lt;адрес&gt;, пом. &lt;№&gt; с кадастровым номером &lt;№&gt; (т. 1 л.д. 226-229). Протокол осмотра предметов от &lt;Дата&gt;, согласно которому осмотрено уголовное дело &lt;№&gt; по факту сбыта немаркированной алкогольной продукции без соответствующей лицензии, произведенной в складском помещении, расположенном в 310 метрах от &lt;адрес&gt;, 140 метрах от &lt;адрес&gt;, 230 метрах от &lt;адрес&gt; по адресу: &lt;адрес&gt;, кадастровый &lt;№&gt;, которую ФИО9 №4 перевез &lt;Дата&gt; и &lt;Дата&gt; на грузовом фургоне с кабиной белого цвета, государственный регистрационный знак &lt;№&gt; регион, VIN № &lt;№&gt; ФИО9 №10 в складское помещение, расположенное на территории &lt;адрес&gt; (т. 3 л.д. 68-70). Копия протокола осмотра места происшествия от &lt;Дата&gt;, согласно которому проведен осмотр складского помещения, расположенного по адресу: &lt;адрес&gt; (в 200 метрах от д&lt;№&gt;) с участием ФИО9 №10, в ходе которого обнаружена и изъята немаркированная алкогольная продукция: 18 бутылок с надписью на этикетках «&lt;данные изъяты&gt;» и 440 бутылок с надписью на этикетках «&lt;данные изъяты&gt;» (т. 3 л.д. 72-75). Протокол осмотра места происшествия от &lt;Дата&gt;, согласно которого осмотрен бокс &lt;№&gt;&lt;данные изъяты&gt;, в ходе которого обнаружена немаркированная алкогольная продукция с наклеенными бирками «&lt;данные изъяты&gt;» и «&lt;данные изъяты&gt;», которые были изъяты в ходе осмотра места происшествия – складского помещения, расположенного по адресу: &lt;адрес&gt; (в 200 метрах от &lt;адрес&gt;) (т. 3 л.д. 59-65). Проведение ОРМ в отношении ФИО9 №10 подтверждается материалами оперативно-розыскных мероприятий: копией постановления о предоставлении результатов оперативно-розыскной деятельности следователю от &lt;Дата&gt; (т. 3 л.д. 78-80), копиями актов проведения оперативно-розыскных мероприятий «&lt;данные изъяты&gt;» от &lt;Дата&gt; (т. 3 л.д. 81,82), постановлением о предоставлении результатов оперативно-розыскной деятельности следователю от &lt;Дата&gt; (т. 3 л.д. 89). Исследованные судом доказательства согласуются между собой, получены с соблюдением требований уголовно-процессуального законодательства, являются относимыми, допустимыми и достоверными, и в совокупности достаточными для признания подсудимых виновными в совершении инкриминируемых каждому из них преступлений при обстоятельствах, установленных судом. Суд квалифицирует действия ФИО2, ФИО3, ФИО4, ФИО5, ФИО6, ФИО7 по эпизоду преступной деятельности в период с &lt;Дата&gt; по &lt;Дата&gt; по п. «б» ч.2 ст. 171.3 УК РФ , как производство, закупка, поставки, хранение, перевозки алкогольной и спиртосодержащей продукции без соответствующей лицензии в случаях, если такая лицензия обязательна, совершенные в особо крупном размере. Суд квалифицирует действия ФИО2, ФИО3, ФИО4, ФИО5, ФИО6, ФИО7 по эпизоду преступной деятельности в период с &lt;Дата&gt; по &lt;Дата&gt; по п.п. «а, б» ч.6 ст. 171.1 УК РФ , как производство, хранение, перевозка в целях сбыта и продажа немаркированной алкогольной продукции, подлежащей обязательной маркировке федеральными специальными марками, совершенные группой лиц по предварительному сговору, в особо крупном размере. Суд квалифицирует действия ФИО2, ФИО4, ФИО7 по эпизоду преступной деятельности в период с &lt;Дата&gt; по &lt;Дата&gt; по п. «б» ч.2 ст. 171.3 УК РФ , как производство, закупка, поставки, хранение, перевозки алкогольной и спиртосодержащей продукции без соответствующей лицензии в случаях, если такая лицензия обязательна, совершенные в особо крупном размере. Суд квалифицирует действия ФИО2, ФИО4, ФИО7 по эпизоду преступной деятельности в период с &lt;Дата&gt; по &lt;Дата&gt; по п.п. «а, б» ч.6 ст. 171.1 УК РФ , как производство, хранение, перевозка в целях сбыта и продажа немаркированной алкогольной продукции, подлежащей обязательной маркировке федеральными специальными марками, совершенные группой лиц по предварительному сговору, в особо крупном размере. Давая правовую оценку действиям подсудимых, суд исходит из того, что при совершении преступлений они действовали группой лиц по предварительному сговору, поскольку сговор соучастников имел место до начала действий, непосредственно направленных на совершение преступлений, существовала договоренность о распределении ролей в целях осуществления преступного умысла, а также принимает во внимание фактические действия, совершенные каждым из подсудимых. В соответствии с примечаниями к ст.ст. 171.1 и 171.3 УК РФ суд приходит к выводу о наличии в действиях подсудимых квалифицирующих признаков совершения преступлений «в особо крупном размере». Вместе с тем суд исключает из обвинения, предъявленного подсудимым по эпизодам, квалифицированным по п. «б» ч.2 ст. 171.3 УК РФ , указание на незаконность их деяний, поскольку это не предусмотрено соответствующей диспозицией. Кроме того, судом исключается из обвинения, предъявленного подсудимым по эпизодам, квалифицированным по п. «б» ч.2 ст. 171.3 УК РФ , указание о розничной продаже алкогольной и спиртосодержащей продукции, так как объем поставляемой продукции свидетельствует о ее не предназначенности для личного использования. Суд также исключает из объема обвинения, предъявленного подсудимым по эпизодам, квалифицированным по п.п. «а, б» ч.6 ст. 171.1 УК РФ , криминообразующий признак «подлежащей обязательной маркировке акцизными марками», поскольку указанная в соответствующих абзацах описательной части приговора алкогольная продукция подлежит обязательной маркировке федеральными специальными марками. Судом исследовался вопрос о вменяемости подсудимых. Принимая во внимание поведение подсудимых во время совершения преступлений, в ходе предварительного следствия и судебного разбирательства, учитывая сведения, содержащиеся в материалах дела, суд признает подсудимых вменяемыми, подлежащими уголовной ответственности и наказанию. При назначении наказания суд в соответствии со ст. 6 УК РФ руководствуется принципом справедливости, учитывает характер и степень общественной опасности совершенных преступлений, а также фактического участия каждого из подсудимых в совершении преступлений, значение этого участия для достижения целей преступлений, данные о личности подсудимых, обстоятельства, предусмотренные ст. 60 УК РФ , влияние наказания на исправление подсудимых и на достижение иных целей, таких как восстановление социальной справедливости и предупреждение новых преступлений. Обстоятельствами, смягчающими наказание каждого из подсудимых по всем эпизодам преступной деятельности, суд в соответствии с п. «и» ч.1, ч.2 ст. 61 УК РФ признает: явки с повинной, активное способствование раскрытию и расследованию преступлений, изобличению и уголовному преследованию других соучастников преступления; их раскаяние в содеянном, признание вины, их состояние здоровья и здоровья их родственников, &lt;данные изъяты&gt;. Обстоятельством, смягчающим наказание подсудимых ФИО4 и ФИО6 по всем эпизодам преступной деятельности, суд в соответствии с п. «г» ч.1 ст. 61 УК РФ признает наличие малолетних детей у виновных. Кроме того, на основании ч.2 ст. 61 УК РФ суд учитывает в качестве смягчающего наказание обстоятельства ФИО3 и ФИО6 по всем эпизодам преступной деятельности наличие у них на иждивении несовершеннолетних детей. Отягчающим наказание подсудимых обстоятельством по инкриминированным каждому из них эпизодам преступной деятельности, квалифицированным по п. «б» ч.2 ст. 171.3 УК РФ , в соответствии с п. «в» ч.1 ст. 63 УК РФ , является совершение преступления в составе группы лиц по предварительному сговору. Иных отягчающих наказание обстоятельств по делу не установлено, в связи с чем суд при назначении подсудимым по инкриминированным каждому из них эпизодам преступной деятельности, квалифицированным по п.п. «а, б» ч.6 ст. 171.1 УК РФ , применяет положения ч.1 ст. 62 УК РФ . При назначении наказания суд также учитывает семейное положение подсудимых, их степень участия в жизни семьи, иные характеристики. Учитывая характер общественной опасности совершенных преступлений, а также конкретные обстоятельства дела, суд считает, что наказание каждому из подсудимых за совершение указанных преступлений должно быть назначено в виде лишения свободы, не усматривая при этом оснований для применения ст. 53.1 УК РФ , поскольку это не будет отвечать целям назначения наказания. Вместе с тем, принимая во внимание данные о личности подсудимых, учитывая совокупность смягчающих наказание обстоятельств, конкретные обстоятельства дела, суд считает возможным назначить наказание ФИО2, ФИО3, ФИО4, ФИО6 и ФИО7 по каждому эпизоду преступной деятельности с применением ст. 73 УК РФ в виде условного осуждения, не усматривая при этом оснований для применения положений указанной статьи к ФИО5, поскольку им совершены преступление средней тяжести и тяжкое преступление в течение испытательного срока при условном осуждении, назначенном за совершение умышленного преступления. Принимая во внимание степень общественной опасности совершенных преступлений, предусмотренных п.п. «а, б» ч.6 ст. 171.1 УК РФ , имущественное положение подсудимых, их личностные характеристики, роль в совершении преступлений, суд полагает необходимым назначить ФИО2 и ФИО6 дополнительное наказание в виде штрафа за каждое преступление, квалифицированное по п.п. «а, б» ч.6 ст. 171.1 УК РФ , считая нецелесообразным назначение этого наказания ФИО3, ФИО4, ФИО5 и ФИО7 Принимая во внимание данные о личности подсудимых, суд считает возможным не назначать им дополнительное наказание, предусмотренное санкцией ч.2 ст. 171.3 УК РФ , в виде лишения права занимать определенные должности или заниматься определенной деятельностью. Исключительных обстоятельств, связанных с целями и мотивами преступлений, поведением подсудимых во время и после совершения преступлений, и других обстоятельств, существенно уменьшающих степень общественной опасности преступлений, в ходе судебного разбирательства установлено не было, в связи с чем суд не находит оснований для применения к каждому из подсудимых положений ст. 64 УК РФ . Оснований для постановления приговора без назначения наказания, освобождения подсудимых от наказания или применения отсрочки отбывания наказания, а также для прекращения уголовного дела или уголовного преследования суд по делу не усматривает. С учетом фактических обстоятельств преступлений и степени их общественной опасности оснований для изменения категории преступлений на менее тяжкую в соответствии с ч.6 ст. 15 УК РФ судом не установлено. В соответствии с положениями п. «б» ч.1 ст. 58 УК РФ суд определяет ФИО5 отбывание наказания в виде лишения свободы в исправительной колонии общего режима, поскольку он осуждается к лишению свободы за совершение в числе прочего тяжкого преступления, ранее не отбывал лишение свободы. Поскольку ФИО5, будучи условно осужденным, совершил в течение испытательного срока умышленное тяжкое преступление, условное осуждение по приговору &lt;данные изъяты&gt; от &lt;Дата&gt; на основании ч.5 ст. УК РФ подлежит отмене, а наказание подсудимому следует назначить по правилам, предусмотренным ст. 70 УК РФ . При разрешении вопроса о мере пресечения в отношении подсудимого ФИО5, учитывая сведения о его личности, а также характер и степень общественной опасности совершенных им преступлений, суд считает необходимым в целях исполнения приговора изменить ФИО5 меру пресечения в виде подписки о невыезде и надлежащем поведении на заключение под стражу до вступления приговора в законную силу, взяв его под стражу в зале суда. Учитывая сведения о личности подсудимых ФИО2, ФИО3, ФИО4, ФИО6 и ФИО7, а также характер и степень общественной опасности совершенных ими преступлений, суд считает необходимым оставить каждому из них меру пресечения до вступления приговора в законную силу в виде подписки о невыезде и надлежащем поведении. В соответствии с п.5 ч.2 ст. , ст. 132 УПК РФ подтвержденные документально процессуальные издержки в виде сумм, выплаченных адвокатам Лопатниковой С.М. в размере 41 232 рубля за оказание юридической помощи ФИО2, Беловой О.Р. в размере 31 198 рублей за оказание юридической помощи ФИО3, Напольниковой Е.В. в размере 40 136 рублей за оказание юридической помощи ФИО4, Кулешовой О.А. в размере 17 808 рублей за оказание юридической помощи ФИО5, Семенец С.В. в размере 14 486 рублей за оказание юридической помощи ФИО6, Панжукову К.Н. в размере 11 130 рублей за оказание юридической помощи ФИО7 по назначению следователя в ходе предварительного расследования, суд полагает необходимым взыскать с подсудимых в доход федерального бюджета. Оснований для освобождения подсудимых частично или полностью от уплаты процессуальных издержек судом не установлено. Наложенный на имущество подсудимых ФИО6 и ФИО7 арест необходимо сохранить до исполнения приговора в части денежных взысканий. Вопрос о судьбе вещественных доказательств суд разрешает в соответствии с ч.3 ст. 81 УПК РФ . Учитывая, что грузовой фургон, принадлежащий свидетелю ФИО9 №5, которым она никогда не пользовалась, был приобретен ФИО5 и использовался им при совершении преступлений, то есть являлся средством совершения преступления, суд в силу п. «г» ч.1 ст. 104.1 УК РФ обращает указанное транспортное средство в доход государства, сохранив наложенный на него арест до исполнения приговора в соответствующей части. На основании изложенного, руководствуясь ст.ст. - , - , - 309 УПК РФ , суд приговорил: ФИО2 признать виновным в совершении преступлений, предусмотренных п. «б» ч.2 ст. 171.3 (2 эпизода), п.п. «а, б» ч.6 ст. 171.1 (2 эпизода) УК РФ, и назначить ему наказание: - по п. «б» ч.2 ст. 171.3 УК РФ (по эпизоду преступной деятельности в период с &lt;Дата&gt; по &lt;Дата&gt;) в виде лишения свободы сроком на 1 год 6 месяцев; - по п.п. «а, б» ч.6 ст. 171.1 УК РФ (по эпизоду преступной деятельности в период с &lt;Дата&gt; по &lt;Дата&gt;) в виде лишения свободы сроком на 2 года 6 месяцев со штрафом в размере 200000 рублей; - по п. «б» ч.2 ст. 171.3 УК РФ (по эпизоду преступной деятельности в период с &lt;Дата&gt; по &lt;Дата&gt;) в виде лишения свободы сроком на 1 год 6 месяцев; - по п.п. «а, б» ч.6 ст. 171.1 УК РФ (по эпизоду преступной деятельности в период с &lt;Дата&gt; по &lt;Дата&gt;) в виде лишения свободы сроком на 2 года 6 месяцев со штрафом в размере 200000 рублей. На основании ч.ч. 3,4 ст. 69 УК РФ по совокупности преступлений путем частичного сложения назначенных наказаний окончательно определить ФИО2 наказание в виде лишения свободы сроком на 3 года 6 месяцев со штрафом в размере 300000 рублей. В соответствии со ст. 73 УК РФ назначенное ФИО2 наказание в виде лишения свободы считать условным с испытательным сроком 3 года, в течение которого он должен своим поведением доказать исправление. Возложить на осужденного ФИО2 обязанности в период испытательного срока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один раз в месяц являться на регистрацию в специализированный государственный орган, осуществляющий контроль за поведением условно осужденного, по установленному этим органом графику. Контроль за поведением осужденного ФИО2 в период отбывания наказания возложить на уполномоченный на то специализированный государственный орган. Наказание в виде штрафа исполнять самостоятельно. Реквизиты для уплаты штрафа: &lt;данные изъяты&gt;. ФИО3 признать виновным в совершении преступлений, предусмотренных п. «б» ч.2 ст. 171.3 , п.п. «а, б» ч.6 ст. 171.1 УК РФ , и назначить ему наказание: - по п. «б» ч.2 ст. 171.3 УК РФ (по эпизоду преступной деятельности в период с &lt;Дата&gt; по &lt;Дата&gt;) в виде лишения свободы сроком на 1 год; - по п.п. «а, б» ч.6 ст. 171.1 УК РФ (по эпизоду преступной деятельности в период с &lt;Дата&gt; по &lt;Дата&gt;) в виде лишения свободы сроком на 2 года. На основании ч.3 ст. 69 УК РФ по совокупности преступлений путем частичного сложения назначенных наказаний окончательно определить ФИО3 наказание в виде лишения свободы сроком на 2 года 6 месяцев. В соответствии со ст. 73 УК РФ назначенное ФИО3 наказание в виде лишения свободы считать условным с испытательным сроком 2 года, в течение которого он должен своим поведением доказать исправление. Возложить на осужденного ФИО3 обязанности в период испытательного срока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один раз в месяц являться на регистрацию в специализированный государственный орган, осуществляющий контроль за поведением условно осужденного, по установленному этим органом графику. Контроль за поведением осужденного ФИО3 в период отбывания наказания возложить на уполномоченный на то специализированный государственный орган. ФИО4 признать виновным в совершении преступлений, предусмотренных п. «б» ч.2 ст. 171.3 (2 эпизода), п.п. «а, б» ч.6 ст. 171.1 (2 эпизода) УК РФ, и назначить ему наказание: - по п. «б» ч.2 ст. 171.3 УК РФ (по эпизоду преступной деятельности в период с &lt;Дата&gt; по &lt;Дата&gt;) в виде лишения свободы сроком на 1 год; - по п.п. «а, б» ч.6 ст. 171.1 УК РФ (по эпизоду преступной деятельности в период с &lt;Дата&gt; по &lt;Дата&gt;) в виде лишения свободы сроком на 2 года; - по п. «б» ч.2 ст. 171.3 УК РФ (по эпизоду преступной деятельности в период с &lt;Дата&gt; по &lt;Дата&gt;) в виде лишения свободы сроком на 1 год; - по п.п. «а, б» ч.6 ст. 171.1 УК РФ (по эпизоду преступной деятельности в период с &lt;Дата&gt; по &lt;Дата&gt;) в виде лишения свободы сроком на 2 года. На основании ч.3 ст. 69 УК РФ по совокупности преступлений путем частичного сложения назначенных наказаний окончательно определить ФИО4 наказание в виде лишения свободы сроком на 3 года. В соответствии со ст. 73 УК РФ назначенное ФИО4 наказание в виде лишения свободы считать условным с испытательным сроком 2 года, в течение которого он должен своим поведением доказать исправление. Возложить на осужденного ФИО4 обязанности в период испытательного срока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один раз в месяц являться на регистрацию в специализированный государственный орган, осуществляющий контроль за поведением условно осужденного, по установленному этим органом графику. Контроль за поведением осужденного ФИО4 в период отбывания наказания возложить на уполномоченный на то специализированный государственный орган. ФИО5 ча признать виновным в совершении преступлений, предусмотренных п. «б» ч.2 ст. 171.3 , п.п. «а, б» ч.6 ст. 171.1 УК РФ , и назначить ему наказание: - по п. «б» ч.2 ст. 171.3 УК РФ (по эпизоду преступной деятельности в период с &lt;Дата&gt; по &lt;Дата&gt;) в виде лишения свободы сроком на 1 год; - по п.п. «а, б» ч.6 ст. 171.1 УК РФ (по эпизоду преступной деятельности в период с &lt;Дата&gt; по &lt;Дата&gt;) в виде лишения свободы сроком на 2 года. На основании ч.3 ст. 69 УК РФ по совокупности преступлений путем частичного сложения назначенных наказаний определить ФИО5 наказание в виде лишения свободы сроком на 2 года 6 месяцев. В соответствии с ч.5 ст. УК РФ отменить условное осуждение ФИО5 по приговору &lt;данные изъяты&gt; от &lt;Дата&gt;. На основании ст. 70 УК РФ по совокупности приговоров к назначенному наказанию частично присоединить неотбытое ФИО5 наказание по приговору &lt;данные изъяты&gt; от &lt;Дата&gt; и окончательно назначить ФИО5 наказание в виде лишения свободы сроком на 2 года 8 месяцев с отбыванием наказания в исправительной колонии общего режима. Срок отбывания наказания ФИО5 исчислять с момента вступления приговора в законную силу. В соответствии со ст. 72 УК РФ зачесть в срок назначенного ФИО5 наказания время содержания его под стражей с &lt;Дата&gt; до вступления приговора в законную силу из расчета один день содержания под стражей за полтора дня отбывания лишения свободы. Меру пресечения ФИО5 в виде подписки о невыезде и надлежащем поведении изменить на заключение под стражу с содержанием в &lt;данные изъяты&gt; до вступления приговора в законную силу. Взять ФИО5 под стражу в зале суда. ФИО6 признать виновным в совершении преступлений, предусмотренных п. «б» ч.2 ст. 171.3 , п.п. «а, б» ч.6 ст. 171.1 УК РФ , и назначить ему наказание: - по п. «б» ч.2 ст. 171.3 УК РФ (по эпизоду преступной деятельности в период с &lt;Дата&gt; по &lt;Дата&gt;) в виде лишения свободы сроком на 1 год; - по п.п. «а, б» ч.6 ст. 171.1 УК РФ (по эпизоду преступной деятельности в период с &lt;Дата&gt; по &lt;Дата&gt;) в виде лишения свободы сроком на 2 года со штрафом в размере 200000 рублей. На основании ч.3 ст. 69 УК РФ по совокупности преступлений путем частичного сложения назначенных наказаний, а также в соответствии с ч.4 ст. 69 УК РФ окончательно определить ФИО6 наказание в виде лишения свободы сроком на 2 года 6 месяцев со штрафом в размере 200000 рублей. В соответствии со ст. 73 УК РФ назначенное ФИО6 наказание в виде лишения свободы считать условным с испытательным сроком 2 года, в течение которого он должен своим поведением доказать исправление. Возложить на осужденного ФИО6 обязанности в период испытательного срока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один раз в месяц являться на регистрацию в специализированный государственный орган, осуществляющий контроль за поведением условно осужденного, по установленному этим органом графику. Контроль за поведением осужденного ФИО6 в период отбывания наказания возложить на уполномоченный на то специализированный государственный орган. Наказание в виде штрафа исполнять самостоятельно. Реквизиты для уплаты штрафа: &lt;данные изъяты&gt;. ФИО7 признать виновным в совершении преступлений, предусмотренных п. «б» ч.2 ст. 171.3 (2 эпизода), п.п. «а, б» ч.6 ст. 171.1 (2 эпизода) УК РФ, и назначить ему наказание: - по п. «б» ч.2 ст. 171.3 УК РФ (по эпизоду преступной деятельности в период с &lt;Дата&gt; по &lt;Дата&gt;) в виде лишения свободы сроком на 1 год; - по п.п. «а, б» ч.6 ст. 171.1 УК РФ (по эпизоду преступной деятельности в период с &lt;Дата&gt; по &lt;Дата&gt;) в виде лишения свободы сроком на 2 года; - по п. «б» ч.2 ст. 171.3 УК РФ (по эпизоду преступной деятельности в период с &lt;Дата&gt; по &lt;Дата&gt;) в виде лишения свободы сроком на 1 год; - по п.п. «а, б» ч.6 ст. 171.1 УК РФ (по эпизоду преступной деятельности в период с &lt;Дата&gt; по &lt;Дата&gt;) в виде лишения свободы сроком на 2 года. На основании ч.3 ст. 69 УК РФ по совокупности преступлений путем частичного сложения назначенных наказаний окончательно определить ФИО7 наказание в виде лишения свободы сроком на 3 года. В соответствии со ст. 73 УК РФ назначенное ФИО7 наказание в виде лишения свободы считать условным с испытательным сроком 2 года, в течение которого он должен своим поведением доказать исправление. Возложить на осужденного ФИО7 обязанности в период испытательного срока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один раз в месяц являться на регистрацию в специализированный государственный орган, осуществляющий контроль за поведением условно осужденного, по установленному этим органом графику. Контроль за поведением осужденного ФИО7 в период отбывания наказания возложить на уполномоченный на то специализированный государственный орган. Меру пресечения ФИО2, ФИО3, ФИО4, ФИО6, ФИО7 оставить без изменения в виде подписки о невыезде и надлежащем поведении до вступления приговора в законную силу. Арест, наложенный постановлением &lt;данные изъяты&gt; от &lt;Дата&gt; на принадлежащее ФИО6 транспортное средство &lt;данные изъяты&gt;, государственный регистрационный знак &lt;№&gt; регион, VIN &lt;№&gt;, сохранить до исполнения приговора в части денежных взысканий. Арест, наложенный постановлением &lt;данные изъяты&gt; от &lt;Дата&gt; на принадлежащие ФИО7 сотовые телефоны «&lt;данные изъяты&gt;» и «&lt;данные изъяты&gt;» сохранить до исполнения приговора в части денежных взысканий. Вещественные доказательства по уголовному делу: - 11 бутылок с наклеенными бирками «&lt;данные изъяты&gt;», 407 бутылок с наклеенными бирками «&lt;данные изъяты&gt;», 4 079 бутылок с наклеенными бирками «&lt;данные изъяты&gt;», 180 бутылок с наклеенными бирками «&lt;данные изъяты&gt;», 875 бутылок с наклеенными бирками «&lt;данные изъяты&gt;», 719 бутылок с наклеенными бирками «&lt;данные изъяты&gt;», 959 бутылок с наклеенными бирками «&lt;данные изъяты&gt;», 1 247 бутылок с наклеенными бирками «&lt;данные изъяты&gt;», 17 059 бутылок с наклеенными бирками «&lt;данные изъяты&gt;», 6 159 бутылок с наклеенными бирками «&lt;данные изъяты&gt;», 798 бутылок с наклеенными бирками «&lt;данные изъяты&gt;», 239 бутылок с наклеенными бирками «&lt;данные изъяты&gt;», 4 пластиковых пятилитровых бутылки, 5 пластиковых емкостей в металлической оправе с жидкостями следующих объемов: емкость &lt;№&gt; – 570 литров, емкость &lt;№&gt; – 1 000 литров, емкость &lt;№&gt; – 1 000 литров, емкость &lt;№&gt; – 1 000 литров, емкость &lt;№&gt; – 870 литров; полимерную бочку синего цвета, в которую вставлена металлическая трубка с 7 оранжевыми насадками на кранах, садовый поверхностный насос &lt;данные изъяты&gt;, серийный номер &lt;№&gt;, черно-зеленого цвета марки «&lt;данные изъяты&gt;», к которому подключены два шланга зеленого цвета, на одном из которых расположен фильтр и прикреплены шланги бежевого цвета с кранами на концах, 55 пластиковых пятилитровых бутылок с жидкостями, 11 стеклянных бутылок без содержимого с наклеенными бирками со следующими названиями: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пластиковую бутылку с бесцветной жидкостью, 1399 бутылок с наклеенными бирками «&lt;данные изъяты&gt;», 479 бутылок с наклеенными бирками «&lt;данные изъяты&gt;», 479 бутылок с наклеенными бирками «&lt;данные изъяты&gt;», 1399 бутылок с наклеенными бирками «&lt;данные изъяты&gt;», 239 бутылок с наклеенными бирками «&lt;данные изъяты&gt;», 3 пустые пластиковые емкости в металлической оправе объемом на 1 000 литров; бочку синего цвета с бытовым поверхностным насосом марки &lt;данные изъяты&gt; модели &lt;№&gt;, &lt;№&gt;, синего цвета, к которому подключен шланг красного цвета, 5 пластиковых емкостей в металлической оправе объемом на 1 000 литров каждая, с прикрепленными бирками с жидкостями,: емкость &lt;№&gt; – 800 литров, емкости &lt;№&gt; – по 1 000 литров каждая; 15 бочек синего цвета из полимерного материала с жидкостями на 200 литров каждая, 6 319 бутылок с наклеенными бирками «&lt;данные изъяты&gt;», 1 019 бутылок с наклеенными бирками «&lt;данные изъяты&gt;», 6 319 бутылок с наклеенными бирками «&lt;данные изъяты&gt;», 947 бутылок с наклеенными бирками «&lt;данные изъяты&gt;», 671 бутылку с наклеенными бирками «&lt;данные изъяты&gt;», 227 бутылок с наклеенными бирками «&lt;данные изъяты&gt;», 299 бутылок с наклеенными бирками «&lt;данные изъяты&gt;», 383 бутылки с наклеенными бирками «&lt;данные изъяты&gt;», 359 бутылок с наклеенными бирками «&lt;данные изъяты&gt;», 1 655 бутылок с наклеенными бирками «&lt;данные изъяты&gt;», 839 бутылок с наклеенными бирками «&lt;данные изъяты&gt;», 59 бутылок с наклеенными бирками «&lt;данные изъяты&gt;», 5 538 пустых бутылок, 760 бутылочных пробок, синюю бочку из полимерного материала с поверхностным насосом марки &lt;данные изъяты&gt; черного цвета, с прикрепленными к нему шлангами зеленых и белого цветов, с прикрепленным к ним кранами и металлической трубкой, также с прикрепленными к ней кранами, 15 пластиковых бутылок с бесцветной жидкостью с прикрепленными бирками с цифрами «1,2,3,4,5,6,7,8,9,10,11,12,13,14,15», 2 стеклянные бутылки без содержимого с наклеенными бирками со следующими названиями: «&lt;данные изъяты&gt;», «&lt;данные изъяты&gt;», 3 стеклянные бутылки без содержимого с наклеенными бирками со следующими названиями: «&lt;данные изъяты&gt;», «&lt;данные изъяты&gt;», «&lt;данные изъяты&gt;», 12 стеклянных бутылок без содержимого с наклеенными бирками со следующими названиями: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5 пластиковых бутылок с бесцветной жидкостью с прикрепленными бирками с цифрами «16,17,18,19,20», 4 стеклянные бутылки без содержимого с наклеенными бирками со следующими названиями: «&lt;данные изъяты&gt;», «&lt;данные изъяты&gt;», «&lt;данные изъяты&gt;», «&lt;данные изъяты&gt;», картонные коробки, хранящиеся в камере хранения &lt;данные изъяты&gt;, уничтожить, сохранив образцы каждого вида алкогольной и спиртосодержащей продукции, достаточные для сравнительного исследования, до принятия решения по выделенному уголовному делу, после чего образцы уничтожить; - 219 бутылок с наклеенными бирками «&lt;данные изъяты&gt;», 17 бутылок с наклеенными бирками «&lt;данные изъяты&gt;», хранящиеся в камере хранения &lt;данные изъяты&gt;, оставить по месту их хранения до принятия решения по выделенному уголовному делу, после чего уничтожить; - 59 бутылок с наклеенными бирками «&lt;данные изъяты&gt;», 23 бутылки с наклеенными бирками «&lt;данные изъяты&gt;», 239 бутылок с наклеенными бирками «&lt;данные изъяты&gt;», 99 бутылок с наклеенными бирками «&lt;данные изъяты&gt;», хранящиеся в камере хранения &lt;данные изъяты&gt;, оставить по месту их хранения до принятия решения по выделенному уголовному делу, после чего уничтожить; - сотовый телефон марки «&lt;данные изъяты&gt;», модель «&lt;№&gt;», imei1: &lt;№&gt;, imei2: &lt;№&gt;, с находящейся внутри сим-картой оператора &lt;данные изъяты&gt;, сотовый телефон марки «&lt;данные изъяты&gt;», модель «&lt;№&gt;», imei1: &lt;№&gt;, imei2: &lt;№&gt; с сим-картой оператора &lt;данные изъяты&gt; и картой памяти MicroSD на 2 Gb, хранящиеся при уголовном деле, вернуть ФИО4, а в случае невостребованности хранить при уголовном деле; - сотовый телефон марки «&lt;данные изъяты&gt;», модель «&lt;№&gt;, imei1: &lt;№&gt;, imei2: &lt;№&gt;, в черном силиконовом чехле с находящейся внутри сим-картой оператора &lt;данные изъяты&gt; и картой памяти 2Gb micro SD, сотовый телефон марки «&lt;данные изъяты&gt;» модель «&lt;№&gt;», imei1: &lt;№&gt;, imei2: &lt;№&gt; с сим-картой оператора &lt;данные изъяты&gt;, хранящиеся при уголовном деле, вернуть ФИО6, а в случае невостребованности хранить при уголовном деле; - сотовый телефон марки «&lt;данные изъяты&gt;», imei1: &lt;№&gt;, imei2: &lt;№&gt; в силиконовом чехле, с находящейся внутри сим-картой оператора &lt;данные изъяты&gt;, хранящийся при уголовном деле, вернуть ФИО3, а в случае невостребованности хранить при уголовном деле; - сотовый телефон марки «&lt;данные изъяты&gt;» в чехле зеленого цвета, imei1: &lt;№&gt;, imei2: &lt;№&gt; с сим-картой оператора &lt;данные изъяты&gt;, сотовый телефон марки «&lt;данные изъяты&gt;» в корпусе синего цвета, с находящейся внутри сим-картой оператора &lt;данные изъяты&gt;, сотовый телефон марки «&lt;данные изъяты&gt;» модель «&lt;№&gt;», imei1: &lt;№&gt;, imei2: &lt;№&gt; с сим-картой оператора &lt;данные изъяты&gt;, хранящиеся при уголовном деле, вернуть ФИО2, а в случае невостребованности хранить при уголовном деле; - связку из трех ключей от складского помещения, расположенного в 100 метрах от &lt;адрес&gt; (координаты: &lt;№&gt;, &lt;№&gt;), металлический ключ с замком от складского помещения, расположенного в 100 метрах от &lt;адрес&gt;, врезной металлический замок марки «&lt;данные изъяты&gt;», связку ключей от складского помещения, вернуть представителю &lt;данные изъяты&gt;, а в случае невостребованности уничтожить; - диск с номером вокруг посадочного отверстия - &lt;№&gt;, содержащий результаты оперативно-розыскной деятельности, проведенной в отношении ФИО5, договор аренды нежилого помещения от &lt;Дата&gt;, расположенного по адресу: &lt;адрес&gt; с кадастровым номером &lt;№&gt; на 6 листах, договор аренды складского помещения от &lt;Дата&gt;, расположенного по адресу: &lt;адрес&gt;, кадастровый &lt;№&gt; на 2 листах, доверенность на имя ФИО9 №8 от &lt;Дата&gt;, хранящиеся в уголовном деле, оставить в уголовном деле; - транспортное средство – грузовой фургон с кабиной белого цвета, государственный регистрационный знак &lt;№&gt; регион, VIN № &lt;№&gt;, хранящийся у собственника ФИО9 №3 под сохранной распиской, оставить ФИО9 №3; - транспортное средство – грузовой фургон с кабиной белого цвета, государственный регистрационный знак &lt;№&gt; регион, VIN № &lt;№&gt;, хранящийся у собственника ФИО9 №1 под сохранной распиской, оставить ФИО9 №1; - транспортное средство – грузовой фургон с кабиной белого цвета, государственный регистрационный знак &lt;№&gt; регион, VIN &lt;№&gt;, хранящийся у собственника ФИО9 №9 под сохранной распиской, оставить ФИО9 №9; - транспортное средство – грузовой фургон с кабиной белого цвета, государственный регистрационный знак &lt;№&gt; регион, VIN № &lt;№&gt;, хранящийся у собственника ФИО1 под сохранной распиской, оставить ФИО1; - транспортное средство – грузовой фургон марки &lt;данные изъяты&gt;, государственный регистрационный знак &lt;№&gt; регион, VIN &lt;№&gt;, &lt;Дата&gt; года выпуска, конфисковать с обращением в доход государства на основании п. «г» ч.1 ст. 104.1 УК РФ , сохранив арест на него до исполнения приговора в части конфискации. Взыскать в доход федерального бюджета процессуальные издержки, связанные с оплатой вознаграждения адвокатам, с ФИО2 в размере 41 232 рубля, с ФИО3 в размере 31 198 рублей, с ФИО4 в размере 40 136 рублей, с ФИО5 в размере 17 808 рублей, с ФИО6 в размере 14 486 рублей, с ФИО7 в размере 11 130 рублей. Приговор может быть обжалован в апелляционном порядке в судебную коллегию по уголовным делам Саратовского областного суда через Заводской районный суд г. Саратова в течение 15 суток со дня его провозглашения, а осужденным ФИО5, содержащимся под стражей, - в тот же срок со дня вручения ему копии приговора. Осужденные вправе ходатайствовать об участии в рассмотрении уголовного дела судом апелляционной инстанции, о чем они должны указать в своих апелляционных жалобах, и в тот же срок со дня вручения им апелляционного представления или апелляционной жалобы, затрагивающих их интересы, осужденные вправе подать свои возражения в письменном виде и ходатайствовать об участии в рассмотрении дела судом апелляционной инстанции. Председательствующий судья В.С. Рожков Суд: Заводской районный суд г. Саратова (Саратовская область) (подробнее) Судьи дела: Рожков Владислав Сергеевич (судья) (подробнее) Последние документы по делу: Апелляционное постановление от 23 ноября 2025 г. по делу № 1-312/2025 Приговор от 21 августа 2025 г. по делу № 1-312/2025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