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Неустановленное лицо, использующее в интернет-мессенджере «Telegram» ник-нейм «Али», в отношении которого уголовное дело выделено в отдельное производство, находясь в неустановленном месте, заведомо зная, что незаконный сбыт наркотических средств запрещен уголовным законодательством Российской Федерации, из корыстных побуждений, осознавая, что эффективность преступной деятельности возрастает при групповом его совершении, в один из дней 2024 года, но не позднее 12.11.2024, подыскало в качестве соучастника совершения преступлений, связанных с незаконным оборотом наркотических средств в роли «закладчика» на территории города Твери – ФИО1, которому предложило совместно совершать незаконные сбыты наркотических средств в крупном размере, на что последний дал свое согласие, тем самым вступив с неустановленным лицом, использующим ник-нейм «Али» в преступный сговор, распределив между собой преступные роли. В преступную роль неустановленного лица, использующего ник-нейм «Али» входило: незаконное приобретение и хранение наркотических средств – веществ, содержащих в своем составе ацетилкодеин, 6-моноацетилморфин и диацетилморфин (героин), в крупном размере, в целях их последующего незаконного сбыта; осуществление тайника-закладки с наркотическими средствами в крупном размере для последующей передачи ФИО1; передача ФИО1 информации по средствам информационно-телекоммуникационной сети «Интернет» по средствам мессенджера «Telegram» о месте нахождения «тайника-закладки» с наркотическими средствами, предназначенными для дальнейшего незаконного сбыта на территории города Твери; инструктаж ФИО1 по средствам мессенджера «Telegram» о местах и способах осуществления «тайников-закладок» с наркотическими средствами; получение от ФИО1 через мессенджер «Telegram» информации о координатах, сделанных им на территории города Твери «тайников-закладок» с наркотическими средствами, с целью их последующего незаконного сбыта потенциальным покупателям; передача части денежных средств ФИО1 за выполнение последним своей преступной роли. В преступную роль ФИО1 входило: получение от неустановленного следствием лица, использующего ник-нейм «Али» по средствам информационно- телекоммуникационной сети «Интернет» через мессенджер «Telegram» информации о месте «тайника-закладки» с наркотическими средствами в крупном размере, предназначенными для дальнейшего незаконного сбыта на территории города Твери; незаконное отыскание и получение через «тайник-закладку» наркотических средств – веществ, содержащих в своем составе ацетилкодеин, 6-моноацетилморфин и диацетилморфин (героин) в крупном размере, предназначенных к дальнейшему незаконному сбыту; расфасовка по своему месту жительства наркотических средств в удобные для незаконного сбыта упаковки; помещение указанных наркотических средств в подобранные им «тайники- закладки» по различным адресам города Твери; фиксация информации об адресе, координатах, точном месте расположения «тайника-закладки» путем фотографирования на свой сотовый телефон; передача через мессенджер «Telegram» неустановленному лицу, использующему ник-нейм «Али» информации о месте нахождения «тайников-закладок» с наркотическими средствами, предназначенных к незаконным сбытам наркозависимым лицам; получение от неустановленного лица использующего ник-нейм «Али» денежных средств за выполнение им своей преступной роли. Выполнение указанных действий обеспечивало незаконный сбыт наркотических средств, в крупном размере. Неустановленное лицо, использующее в интернет-мессенджере «Telegram» ник-нейм «Али», реализуя совместный с ФИО1 преступный умысел на незаконный сбыт наркотических средств, в крупном размере, группой лиц по предварительному сговору, действуя согласно отведенной ему преступной роли, при неустановленных обстоятельствах, в один из дней 2024 года, но не позднее 12.11.2024, незаконно приобрело наркотическое средство – вещества, массами 8,88 г и 29,03 г, содержащие в своем составе ацетилкодеин, 6-моноацетилморфин и диацетилморфин (героин), которые в соответствии с постановлением Правительства РФ от 01 октября 2012 года № 1002 «Об утверждении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статей , 228.1 , и 229.1 Уголовного кодекса Российской Федерации», относятся к крупному размеру. В соответствии с Федеральным законом от 08 января 1998 г. № 3-ФЗ «О наркотических средствах и психотропных веществах» с последующими изменениями и дополнениями, а также Постановлением Правительства РФ от 30 июня 1998 года № 681 «Об утверждении перечня наркотических средств, психотропных веществ и их прекурсоров, подлежащих контролю в РФ» с последующими изменениями и дополнениями: ацетилкодеин, 6-моноацетилморфин и диацетилморфин (героин), относятся к наркотическим средствам и включены в список I наркотических средств, психотропных веществ, оборот которых запрещен в Российской Федерации. В продолжение реализации совместного с ФИО1 преступного умысла, направленного на незаконный сбыт наркотических средств, в крупном размере, неустановленное лицо, использующее ник-нейм «Али», действуя в составе группы лиц по предварительному сговору, в один из дней 2024 года, но не позднее 12.11.2024, согласно отведенной ему преступной роли, поместило указанные наркотические средства в неустановленное место, расположенное в районе площади Терешковой г. Твери, для передачи ФИО1, с целью последующего незаконного сбыта, после чего 12.11.2024 по средствам информационно- телекоммуникационной сети «Интернет» через мессенджер «Telegram» сообщило ФИО1 информацию о месте расположения вышеуказанных наркотических средств с целью их последующего незаконного сбыта. 12.11.2024 ФИО1, находясь в неустановленном месте, получив от неустановленного лица, использующего ник-нейм «Али», информацию о месте расположения «тайника-закладки» с указанными наркотическими средствами прибыл по указанному адресу, где забрал переданные ему наркотические средства – вещества, массами 8,88 г и 29,03 г, содержащие в своем составе ацетилкодеин, 6-моноацетилморфин и диацетилморфин (героин), которые перевез по месту своего жительства по адресу: &lt;адрес&gt;, где стал их незаконно хранить. Далее в период с 12.11.2024 по 12 часов 35 минут 14.11.2024 ФИО1, находясь по месту своего жительства, при помощи имевшихся у него весов расфасовал вещество, общей массой 8,88 г, содержащие в своем составе ацетилкодеин, 6-моноацетилморфин и диацетилморфин (героин) в 29 свертков, массами: 0,59 г, 0,27 г, 0,31 г, 0,32 г, 0,32 г, 0,28 г, 0,26 г, 0,26 г, 0,46 г, 0,26 г, 0,23 г, 0,30 г, 0,28 г, 0,28 г, 0,30 г, 0,25 г, 0,33 г, 0,29 г, 0,32 г, 0,30 г, 0,26 г, 0,30 г, 0,29 г, 0,27 г, 0,38 г, 0,29 г, 0,31 г, 0,32 г, 0,25 г. После чего, ФИО1, действуя согласованно с неустановленным лицом, использующим ник-нейм «Али», 14.11.2024 не позднее 12 часов 35 минут, взял из дома по месту своего проживания расфасованные в 29 свертков наркотические средства – вещества, массами соответственно: 0,59 г, 0,27 г, 0,31 г, 0,32 г, 0,32 г, 0,28 г, 0,26 г, 0,26 г, 0,46 г, 0,26 г, 0,23 г, 0,30 г, 0,28 г, 0,28 г, 0,30 г, 0,25 г, 0,33 г, 0,29 г, 0,32 г, 0,30 г, 0,26 г, 0,30 г, 0,29 г, 0,27 г, 0,38 г, 0,29 г, 0,31 г, 0,32 г, 0,25 г, общей массой 8,88 г, содержащие в своем составе ацетилкодеин, 6-моноацетилморфин и диацетилморфин (героин), что относятся к крупному размеру, для последующего незаконного сбыта и проследовал до подъезда № 4 &lt;...&gt; где в 13 часов 20 минут 14.11.2024 был задержан сотрудниками УНК УМВД России по Тверской области и доставлен в Заволжский ОП УМВД России по г. Твери, по адресу: &lt;...&gt;, для проведения его личного досмотра. 14.11.2024 в период с 13 часов 50 минут до 14 часов 20 минут в помещении служебного кабинета №16а в Заволжском ОП УМВД России по г. Твери, по адресу: &lt;...&gt;, в ходе проведения личного досмотра ФИО1, сотрудником УНК УМВД России по Тверской области, были обнаружены и изъяты из незаконного оборота 29 свертков с наркотическими средствами – веществами, массами: 0,59 г, 0,27 г, 0,31 г, 0,32 г, 0,32 г, 0,28 г, 0,26 г, 0,26 г, 0,46 г, 0,26 г, 0,23 г, 0,30 г, 0,28 г, 0,28 г, 0,30 г, 0,25 г, 0,33 г, 0,29 г, 0,32 г, 0,30 г, 0,26 г, 0,30 г, 0,29 г, 0,27 г, 0,38 г, 0,29 г, 0,31 г, 0,32 г, 0,25 г, общей массой 8,88 г, содержащими в своем составе ацетилкодеин, 6-моноацетилморфин и диацетилморфин (героин), что относятся к крупному размеру. 14.11.2024 в период с 15 часов 41 минуты по 16 часов 14 минут в ходе проведения обследования помещений, в шкафу, расположенном в ванной комнате по месту жительства ФИО1 по адресу: &lt;адрес&gt;, сотрудником УНК УМВД России по Тверской области, был обнаружен и изъят сверток с наркотическим средством – веществом, массой 29,03 г, содержащим в своем составе ацетилкодеин, 6-моноацетилморфин и диацетилморфин (героин), что относится к крупному размеру. Таким образом, преступный умысел ФИО1 и неустановленного лица, использующего ник-нейм «Али», направленный на незаконный сбыт наркотических средств, в крупном размеру, группой лиц по предварительному сговору, с использованием информационно-телекоммуникационной сети «Интернет» не был доведен до конца, по независящим от них обстоятельствам, ввиду изъятия указанных наркотических средств из незаконного оборота сотрудниками УНК УМВД России по Тверской области.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Неустановленное лицо, использующее в интернет-мессенджере «Telegram» ник-нейм «Али», в отношении которого уголовное дело выделено в отдельное производство, находясь в неустановленном месте, заведомо зная, что незаконный сбыт наркотических средств запрещен уголовным законодательством Российской Федерации, из корыстных побуждений, осознавая, что эффективность преступной деятельности возрастает при групповом его совершении, в один из дней 2024 года, но не позднее 12.11.2024, подыскало в качестве соучастника совершения преступлений, связанных с незаконным оборотом наркотических средств в роли «закладчика» на территории города Твери – ФИО1, которому предложило совместно совершать незаконные сбыты наркотических средств в крупном размере, на что последний дал свое согласие, тем самым вступив с неустановленным лицом, использующим ник-нейм «Али» в преступный сговор, распределив между собой преступные роли. В преступную роль неустановленного лица, использующего ник-нейм «Али» входило: незаконное приобретение и хранение наркотических средств – веществ, содержащих в своем составе ацетилкодеин, 6-моноацетилморфин и диацетилморфин (героин), в крупном размере, в целях их последующего незаконного сбыта; осуществление «тайника-закладки» с наркотическими средствами в крупном размере для последующей передачи ФИО1; передача ФИО1 информации по средствам информационно-телекоммуникационной сети «Интернет» по средствам мессенджера «Telegram» о месте нахождения «тайника-закладки» с наркотическими средствами, предназначенными для дальнейшего незаконного сбыта на территории города Твери; инструктаж ФИО1 по средствам мессенджера «Telegram» о местах и способах осуществления «тайников-закладок» с наркотическими средствами; получение от ФИО1 через мессенджер «Telegram» информации о координатах, сделанных им на территории города Твери «тайников-закладок» с наркотическими средствами, с целью их последующего незаконного сбыта потенциальным покупателям; передача части денежных средств ФИО1 за выполнение последним своей преступной роли. В преступную роль ФИО1 входило: получение от неустановленного следствием лица, использующего ник-нейм «Али» по средствам информационно- телекоммуникационной сети «Интернет» через мессенджер «Telegram» информации о месте «тайника-закладки» с наркотическими средствами в крупном размере, предназначенными для дальнейшего незаконного сбыта на территории города Твери; незаконное отыскание и получение через «тайник-закладку» наркотических средств – веществ, содержащих в своем составе ацетилкодеин, 6-моноацетилморфин и диацетилморфин (героин) в крупном размере, предназначенных к дальнейшему незаконному сбыту; расфасовка по своему месту жительства наркотических средств в удобные для незаконного сбыта упаковки; помещение указанных наркотических средств в подобранные им «тайники- закладки» по различным адресам города Твери; фиксация информации об адресе, координатах, точном месте расположения «тайника-закладки» путем фотографирования на свой сотовый телефон; передача через мессенджер «Telegram» неустановленному лицу, использующему ник-нейм «Али» информации о месте нахождения «тайников-закладок» с наркотическими средствами, предназначенных к незаконным сбытам наркозависимым лицам; получение от неустановленного лица использующего ник-нейм «Али» денежных средств за выполнение им своей преступной роли. Выполнение указанных действий обеспечивало незаконный сбыт наркотических средств, в крупном размере. Неустановленное следствием лицо, использующее ник-нейм «Али», реализуя совместный с ФИО1 преступный умысел, направленный на незаконный сбыт наркотических средств, группой лиц по предварительному сговору, действуя согласно отведенной ему преступной роли, при неустановленных обстоятельствах, в один из дней 2024 года, но не позднее 12.11.2024, с целью дальнейшего незаконного сбыта, незаконно приобрело наркотическое средство – вещество, массой 0,30 г, содержащее в своем составе ацетилкодеин, 6-моноацетилморфин и диацетилморфин (героин), что в соответствии с постановлением Правительства РФ от 01 октября 2012 года № 1002 «Об утверждении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статей , 228.1 , и 229.1 Уголовного кодекса Российской Федерации», не относится к значительному, крупному или особо крупному размерам. В соответствии с Федеральным законом от 08 января 1998 г. № 3-ФЗ «О наркотических средствах и психотропных веществах» с последующими изменениями и дополнениями, а также Постановлением Правительства РФ от 30 июня 1998 года № 681 «Об утверждении перечня наркотических средств, психотропных веществ и их прекурсоров, подлежащих контролю в РФ» с последующими изменениями и дополнениями: ацетилкодеин, 6-моноацетилморфин и диацетилморфин (героин), относятся к наркотическим средствам и включены в список I наркотических средств, психотропных веществ, оборот которых запрещен в Российской Федерации. В продолжение реализации совместного с ФИО1 преступного умысла, направленного на незаконный сбыт наркотических средств, неустановленное лицо, использующее ник–нейм «Али», действуя в составе группы лиц по предварительному сговору, в один из дней 2024 года, но не позднее 12.11.2024, согласно отведенной ему преступной роли, поместило указанное наркотическое средство в неустановленное месте, расположенное в районе площади Терешковой г. Твери, для передачи ФИО1, с целью последующего незаконного сбыта, после чего 12.11.2024 по средствам информационно- телекоммуникационной сети «Интернет» через мессенджер «Telegram» сообщило ФИО1 информацию о месте расположения вышеуказанного наркотического средства с целью его последующего незаконного сбыта. 12.11.2024 ФИО1, находясь в неустановленном месте, получив от неустановленного лица, использующего ник-нейм «Али», информацию о месте расположения «тайника-закладки» с указанным наркотическим средством прибыл по указанному адресу, где забрал переданное ему наркотическое средство – вещество, массой 0,30 г, содержащие в своем составе ацетилкодеин, 6-моноацетилморфин и диацетилморфин (героин), которое перевез по месту своего жительства по адресу: &lt;адрес&gt;, где стал его незаконно хранить для последующего незаконного сбыта. Продолжая реализацию совместного преступного умысла, ФИО1, действуя совместно и согласованно с неустановленным лицом, использующим ник-нейм «Али», 14.11.2024 не позднее 12 часов 35 минут, взял из дома по месту своего проживания сверток с наркотическим средством – веществом, массой 0,30 г, содержащим в своем составе ацетилкодеин, 6-моноацетилморфин и диацетилморфин (героин), прошел на ул. Горького г. Твери, где 14.11.2024 в период с 12 часов 35 минут до 12 часов 57 минут, на участке местности, расположенном возле металлической ножки скамейки у подъезда № 1 &lt;...&gt; поместил в его в «тайник-закладку», после чего сфотографировал на свой мобильный телефон марки «Techno» место расположения «тайника-закладки» с вышеуказанным наркотическим средством для последующего его отправления по средствам сети «Интернет» неустановленному лицу, использующему ник-нейм «Али», с целью последующего незаконного сбыта наркозависимым лицам. 14.11.2024 в 13 часов 20 минут ФИО1 был задержан сотрудниками УНК УМВД России по Тверской области у подъезда № 4 &lt;...&gt; и доставлен в Заволжский ОП УМВД России по г. Твери, по адресу: &lt;...&gt;, для проведения его личного досмотра. 14.11.2024 в период с 13 часов 45 минут по 13 часов 51 минуту в ходе проведения обследования участка местности возле металлической ножки скамейки у подъезда № 1 &lt;...&gt; сотрудником УНК УМВД России по Тверской области, был обнаружен и изъят сверток, с наркотическим средством – веществом, массой 0,30 г, содержащим в своем составе ацетилкодеин, 6-моноацетилморфин и диацетилморфин (героин), что не относятся к значительному, крупному или особо крупному размерам. Таким образом, преступный умысел ФИО1 и неустановленного лица, использующего ник-нейм «Али», направленный на незаконный сбыт наркотического средства, группой лиц по предварительному сговору, с использованием информационно-телекоммуникационной сети «Интернет», не был доведен до конца, по независящим от них обстоятельствам, ввиду изъятия указанного наркотического средства из незаконного оборота сотрудниками УНК УМВД России по Тверской области. В судебном заседании подсудимый ФИО1 вину в совершении вышеописанных преступлений признал полностью, подтвердил свои показания, данные им на стадии предварительного расследования, из которых следует, что с 2001 года он является потребителем наркотика - героин. Примерно в июле месяце 2024 года в мессенджерах «Телеграмм» и «WhatsApp» он познакомился с мужчиной по имени «Али», который занимался распространением наркотического средства - героин бесконтактным способом через «тайники-закладки» и имел в вышеуказанных мессенджерах группу, куда можно написать любому человеку, если необходимо приобрести наркотик. В начале сентября 2024 года он сообщил «Али», что потерял работу. «Али» предложил ему поработать у него «закладчиком» в г. Твери, на что он согласился. Для приема на работу ему нужно было предоставить для «Али» копию паспорта и пройти инструктаж и определенную авторизацию, где необходимо указать личные данные. За одну закладку «Али» обещал ему 350-400 рублей. С того момента и до момента задержания он занимался распространением наркотического средства - героин путем оборудования «тайников-закладок» в разных районах г. Твери. Наркотик от «Али» он получал в одном свертке через «тайники-закладки» в г. Твери или в его окрестностях, при этом общались они с «Али» в мессенджере «Телеграмм», где «Али» присылал ему координаты с местом нахождения «тайника-закладки» с наркотиком. После этого, по указанию «Али» он фасовал наркотик дома на электронных весах и делал маленькие свертки, обматывая их изолентой белого цвета, которые позже раскладывал в различные районах г. Твери. Делал на свой мобильный телефон фотографии с местонахождения тайников и отправлял их в мессенджере «Телеграмм» «Али». После чего, «Али» переводил ему денежные средства за выполненную работу на его банковскую карту «Сбербанк» по 350 рублей за одну «закладку». 12.11.2024 «Али» написал ему сообщение, что в одном из дворов около пл. Терешковой г. Твери для него будет оставлен сверток с героином, который ему нужно было забрать, что он и сделал вечером 12.11.2024. Данный сверток он принес домой, где на утро 13.11.2024, находясь в ванной комнате, чтобы его не видела супруга и дочь, используя электронные весы и белую изоленту, изготовил 30 свертков примерно массой по 0,3 грамма, 4 из которых он замотал вместе с магнитами, так как хотел прикрепить их на металлические предметы, остальную часть наркотика оставил хранить в ванной комнате. 14.11.2024 в обеденное время он вышел из дома со своей супругой К. Н.В. чтобы прогуляться и разложить изготовленные им свертки во дворах ул. Горького г. Твери. О том, что он хотел разложить изготовленные им наркотики, свою супругу он не посвящал. Подойдя к одному из подъездов &lt;...&gt; он предложил жене сесть на лавочку у подъезда. Когда она отвернулась, он прикрепил сверток с наркотиком на магните на ножку скамьи и сделал фото на свой мобильный телефон, при этом поставив около ножки зажигалку, как ориентир. Далее они с супругой обошли дом 140 по ул. Горького и пошли в сторону &lt;...&gt; где их остановили сотрудники полиции, с которыми они проследовали в Заволжский ОП УМВД России по г. Твери. Находясь в отделе полиции, в присутствии двух понятых, был произведен его личный досмотр, в ходе которого из разных карманов одежды, надетой на нем, были изъяты 29 свертков с наркотиком - героин, которые он также планировал разложить, 3 банковские карты и мобильный телефон. Наркотик, который он поднял на пл. Терешковой, точное место указать не может, был весь предназначен для сбыта наркозависимым лицам. При его задержании, он сразу сообщил сотрудникам полиции, что при нем имеются наркотические средства, также сообщил, что дома, по месту его проживания, по адресу: &lt;адрес&gt;, находятся наркотические средства и электронные весы, которые он добровольно выдал сотрудникам полиции перед началом обыска (т. 1 л.д. 224-227, 238-240, т. 2 л.д.14-17). Кроме полного признания вины подсудимым, его виновность подтверждается следующими доказательствами, собранными в ходе предварительного расследования и исследованных в судебном следствии. Из показаний свидетеля К. А.Н. на стадии предварительного расследования, исследованных в судебном заседании в порядке ч. 1 ст. 281 УПК РФ усматривается, что он проходит службу в УНК УМВД России по Тверской области, куда поступила оперативная информация о том, что ФИО1 занимается незаконным оборотом наркотических средств путём организации «тайников-закладок» на территории г. Твери. В связи с чем, им был взят под наблюдение 2-ой подъезд &lt;адрес&gt;, где в кв. 43 проживает ФИО1 В 12 часов 35 минут из подъезда вышел ФИО1 и женщина в последующем установленная, как К.. Выйдя из подъезда, они проследовали дворами к &lt;...&gt; где у 1-го подъезда сели на лавочку. ФИО1 достал правой рукой из правого кармана штанов предмет, помещающийся в руку, и положил его у основания лавочки. После чего осуществил фотографирование данного участка местности на свой сотовый телефон. После этого они направились в сторону &lt;...&gt;. 14.11.2024 в 13 часов 20 минут ФИО1 и К. Н.В. были задержаны сотрудниками полиции, после чего на служебном автомобиле были доставлены в Заволжский ОП УМВД России по г. Твери для проведения личного досмотра. Там в 13 часов 50 минут ФИО1 был передан о/у по ОВД УНК УМВД России по Тверской области М. А.В. для проведения личного досмотра. При составлении акта оперативно-розыскного мероприятия «Наблюдение» от 14.11.2024 в отношении ФИО1 им была допущена ошибка в указании времени окончания проведения ОРМ, а именно, что окончено оно было в 13 часов 45 минут. Правильное время окончания мероприятия – 14 часов 15 минут (т. 1 л.д. 178-180). Из показаний свидетеля М. А.В. на стадии предварительного расследования, исследованных в судебном заседании в порядке ч. 1 ст. 281 УПК РФ усматривается, что он проходит службу в УНК УМВД России по Тверской области, куда поступила оперативная информация о том, что ФИО1 занимается незаконным оборотом наркотических средств путём организации «тайников-закладок» на территории г. Твери. В связи с чем, ФИО1 был задержан сотрудниками полиции и доставлен в Заволжский отдел полиции УМВД России по г. Твери для проведения личного досмотра. Им был произведен личный досмотр ФИО1 в кабинете Заволжского ОП УМВД России по г. Твери по адресу: &lt;...&gt;, в присутствии понятых. Перед проведением личного досмотра, ФИО1 было предложено выдать находящееся при нем запрещенные вещества и предметы. ФИО1 пояснил, что при нем, в его одежде находятся наркотические средства. Им, в присутствии понятых, из левого кармана куртки, надетой на ФИО1, был изъят один сверток, обмотанный изолентой белого цвета с веществом внутри. При дальнейшем осмотре, под футболкой, которая была надета на ФИО1, были изъяты 26 свертков обмотанные изолентой белого цвета, с веществом внутри. Из правого кармана брюк, надетых на ФИО1, были изъяты два свертка обмотанные изолентой белого цвета с веществом внутри. Из правого кармана куртки, надетой на ФИО1, были изъяты три банковские карты: «Альфа банк», «Тинькофф», «Сбербанк». Из внутреннего кармана куртки изъят сотовый телефон марки «Техно» в корпусе темно-серого цвета. После чего, им составлен протокол, в котором все присутствующие лица поставили свои подписи, заявлений и замечаний не поступало (т. 1 л.д. 175-177). Из показаний свидетеля Г. А.И. на стадии предварительного расследования, исследованных в судебном заседании в порядке ч. 1 ст. 281 УПК РФ усматривается, что он проходит службу в УНК УМВД России по Тверской области, куда поступила оперативная информация о том, что ФИО1 занимается незаконным оборотом наркотических средств путём организации «тайников-закладок» на территории г. Твери. После того, как 14.11.2025 в 12 часов 30 минут был взят под наблюдение 2-ой подъезд &lt;адрес&gt;, где в кв. 43 проживает ФИО1, им осуществлялось наблюдение за участком местности, расположенного у 1-го подъезда &lt;...&gt; до момента начала обследования указанного участка местности. За время наблюдения к данному участку местности никто не подходил. В момент начала обследования указанного участка местности, а именно в 13 часов 45 минут наблюдение было окончено. После чего, им 14.11.2024 в 13 часов 45 минут начато проведение обследования данного участка местности, в ходе которого, при участии понятых, в одном метре от первого подъезда, расположена скамейка, где на земле имеется листва. На скамейке имеется металлическая ножка, которая ближняя к подъезду, к которой магнитом был прикреплен сверток из белой изоленты с содержимым на ощупь. Данный сверток был изъят и упакован в конверт. Им составлен протокол, в котором все участвующие лица поставили свои подписи, заявлений и замечаний не поступало. Так же им, 14.11.2024 произведено обследование помещения квартиры № &lt;адрес&gt;, с участием понятых, ФИО1 и К. Н.В. Последним было предложено выдать запрещенные вещества и предметы в гражданском обороте. К. Н.В. пояснила, что в квартире нет запрещенных веществ и предметов. ФИО1 пояснил, что он хранит в санузле наркотик героин, о котором К. Н.В. не знала. В ходе проведения обследования квартиры, в туалете имелся шкаф, из ящика которого был изъят сверток из прозрачного полимерного материла красного цвета, с находящимся в нем веществом. В комнате около кухни имелась антресоль - шкаф, из которого были изъяты электронные весы и моток изоленты белого цвета. Им составлен протокол, в котором все участвующие лица поставили свои подписи, заявлений и замечаний не поступало (т. 1 л.д. 181-184). Из показаний свидетеля К. Н.В. на стадии предварительного расследования, исследованных в судебном заседании в порядке ч. 1 ст. 281 УПК РФ усматривается, что она является супругой ФИО1, у них имеется совместная малолетняя дочь. 14.11.2024 она вышла с супругом ФИО1 из дома на прогулку. ФИО1 попросил её присесть на скамейку, чтобы допить напиток, через некоторое время, они пошли в сторону ул. Горького г. Твери, где были задержаны сотрудниками полиции. О том, что ФИО1 занимается распространением наркотических средств на территории г. Твери она не знала. Также не знала о том, что у них дома могли храниться наркотические средства (т. 1 л.д. 152-154). Из показаний свидетелей Ш. Р.Д. и С. А.И. на стадии предварительного расследования, исследованных в судебном заседании в порядке ч. 1 ст. 281 УПК РФ усматривается, что 14.11.2024 они был приглашен сотрудниками полиции в качестве понятых для проведения личного досмотра мужчины. Сотрудники полиции им пояснили, что необходимо пройти в кабинет здания Заволжского отдела полиции УМВД России по г. Твери, по адресу: &lt;...&gt;, где будет происходить личный досмотр мужчины, которого сотрудники задержали и при данном мужчине могут находиться запрещенные вещества, а именно наркотические средства. Находясь в кабинете Заволжского ОП УМВД России по г. Твери, присутствовал молодой человек в наручниках, его данные записаны в протоколе. Перед проведением личного досмотра, молодому человеку было предложено выдать находящиеся при нем запрещенные вещества и предметы, на что мужчина пояснил, что при нем имеются наркотические средства, которые он намеревался сбывать на территории г. Твери. В ходе проведения личного досмотра, из кармана куртки молодого человек был изъят сверток в изоленте белого цвета с веществом. Далее, при осмотре брюк, надетых на молодом человеке, были изъяты два свертка в изоленте белого цвета. При осмотре футболки, нижняя часть которой была скручена, обнаружена прозрачная упаковка, в которой находились свертки в изоленте белого цвета более 20 штук. Все свертки, которые были обнаружены в ходе личного досмотра молодого человека, были упакованы в отдельный конверт, который имел пояснительную надпись, заверен оттиском печати, подписью. Также у молодого человека был изъят мобильный телефон и банковские карты. После проведения личного досмотра, составлен протокол, в котором все присутствующие лица поставили свои подписи, замечаний и заявлений не поступало (т. 1 л.д. 157-159, 160-162). Из показаний свидетелей С. О.Г. и К. С.В. на стадии предварительного расследования, исследованных в судебном заседании в порядке ч. 1 ст. 281 УПК РФ усматривается, что 14.11.2024 они были приглашены сотрудниками полиции для проведения обследования помещения по адресу: &lt;адрес&gt; в ходе проведения которого присутствовали сотрудники полиции, а также мужчина, который был задержан и проживает по данному адресу и его семья. Перед проведением обыска сотрудники полиции предложили мужчине, который был задержан, выдать находящиеся у него дома запрещенные вещества и предметы, на что мужчина пояснил, что у него в квартире имеются наркотические средства, и указал места, где всё находится. Они прошли в санузел, где имелся шкафчик, в котором был обнаружен и изъят прозрачный пакет с порошком внутри. После чего, они прошли в большую комнату квартиры, где из шкафа были изъяты весы и изолента. После проведения обыска, был составлен протокол, в котором все присутствующие лица поставили свои подписи, замечаний и заявлений не поступало (т. 1 л.д. 169-171, 172-174). Из показаний свидетелей П. М.Ю. и С. А.С. на стадии предварительного расследования, исследованных в судебном заседании в порядке ч. 1 ст. 281 УПК РФ усматривается, что 14.11.2024 они были приглашен сотрудниками полиции в качестве понятых для проведения осмотра участка местности. Сотрудники полиции им пояснили, что на участке местности, расположенного у дома по улице Горького г. Твери, была осуществлена «закладка» с наркотическом средством, которую необходимо обнаружить, изъять и им необходимо было поприсутствовать и зафиксировать данный факт. Конкретный номер дома они не помнят, помнят данный дом лишь визуально. При осмотре участка местности, у подъезда данного дома, имелась лавочка, на металлической основе которой был обнаружен и изъят сверток в белой изоленте с веществом, который был упакован в конверт. После проведения осмотра участка местности, был составлен протокол, в котором все присутствующие лица поставили свои подписи, замечаний и заявлений не поступало (т. 1 л.д. 163-165, 166-168). Из актов оперативно-розыскного мероприятия «Наблюдение» от 14.11.2024, рассекреченных и переданных следователю в установленном законом порядке на основании соответствующего постановления от 14.11.2024, составленных оперуполномоченными К. А.Н. и Г. А.И., усматривается, что в указанных актах изложены аналогичные обстоятельства наблюдения за ФИО1, а также обстоятельства его задержания, как и в их вышеуказанных показаниях, исследованных в судебном заседании (т. 1 л.д. 37, 62). Из протокола личного досмотра от 14.11.2024 усматривается, что у ФИО1 в ходе личного досмотра, в левом кармане куртки обнаружен и изъят 1 свёрток, обмотанный белой изолентой с веществом внутри; под футболкой обнаружены и изъяты 26 свертков, обмотанных белой изолентой с веществом внутри; в правом кармане штанов обнаружено и изъято 2 свертка, обмотанных белой изолентой с веществом внутри; в правом кармане куртки в кошельке обнаружены и изъяты три банковские карты: «Альфа банк», «Тинькофф», «Сбербанк»; во внутреннем кармане куртки обнаружен и изъят сотовый телефон марки «Техно» в корпусе темно-серого цвета (т. 1 л.д. 38-39). Согласно справке об исследовании № 798 от 14.11.2024, выборочно представленные на исследование вещества, изъятые в ходе личного досмотра ФИО1, исходными массами: 0,59 г, 0,27 г, 0,31 г, 0,32 г, 0,32 г, 0,28 г, 0,26 г, 0,26 г, 0,46 г, 0,26 г, содержат в своем составе наркотические средства: ацетилкодеин, 6-моноацетилморфин, диацетилморфин (героин). По 0,01 г вещества от каждого из объектов израсходовано при проведении исследования (т. 1 л.д. 51-52). Согласно заключению эксперта № 2221 от 20.11.2024, представленные на исследование вещества, изъятые в ходе личного досмотра ФИО1, исходными массами: 0,58 г, 0,26 г, 0,30 г, 0,31 г, 0,31 г, 0,27 г, 0,25 г, 0,25 г, 0,45 г, 0,25 г,0,23 г, 0,30 г, 0,28 г, 0,28 г, 0,30 г, 0,25 г, 0,33 г, 0,29 г, 0,32 г, 0,30 г, 0,26 г, 0,30 г, 0,29 г, 0,27 г, 0,38 г, 0,29 г, 0,31 г, 0,32 г, 0,25 г, содержат в своем составе наркотические средства: ацетилкодеин, 6-моноацетилморфин, диацетилморфин (героин) (т. 1 л.д. 92-96). Из протокола обследования помещения от 14.11.2024, проведенного по месту жительства ФИО1 по адресу: &lt;адрес&gt; усматривается, что в ходе обследования данного помещения, в шкафу, расположенном в ванной комнате, сотрудником УНК УМВД России по Тверской области, обнаружен и изъят сверток из красного прозрачного полимерного материала с веществом светлого цвета; в комнате в шкафу изъяты: электронные весы и изолента белого цвета (т. 1 л.д. 78-80). Согласно справке об исследовании № 805 от 18.11.2024, представленное на исследование вещество, изъятое по месту жительства ФИО1 массой 29,03 г, содержит в своем составе наркотические средства: ацетилкодеин, 6-моноацетилморфин, диацетилморфин (героин). 0,01 г от исследуемого вещества израсходовано при проведении исследования (т. 1 л.д. 85-86). Согласно заключению эксперта № 2256 от 03.12.2024 представленное на исследование вещество, изъятое по месту жительства ФИО1, массой 29,02 г, содержит в своем составе наркотические средства: ацетилкодеин, 6-моноацетилморфин, диацетилморфин (героин) (т. 1 л.д. 115-118). Из протокола обследования участка местности от 14.11.2024 усматривается, что в ходе обследования участка местности в 1 метре от первого подъезда &lt;...&gt; расположена скамейка, на которой имеется металлическая ножка, к которой магнитом прикреплен сверток из белой изоленты с веществом внутри. Данный сверток изъят и упакован в конверт (т. 1 л.д.64-66). Согласно справке об исследовании № 804 от 18.11.2024, представленное на исследование вещество, изъятое в ходе обследования участка местности, расположенного у первого подъезда &lt;...&gt; в г. Твери, массой 0,30 г, содержит в своем составе наркотические средства: ацетилкодеин, 6-моноацетилморфин, диацетилморфин (героин). 0,01 г от исследуемого вещества израсходовано при проведении исследования (т. 1 л.д. 71-72). Согласно заключению эксперта № 2255 от 03.12.2024, представленное на экспертизу вещество, изъятое в ходе обследования участка местности, расположенного у первого подъезда &lt;...&gt; в г. Твери, массой 0,29 г, содержит в своем составе наркотические средства: ацетилкодеин, 6-моноацетилморфин, диацетилморфин (героин) (т. 1 л.д. 104-107). Из протокола осмотра предметов от 04.02.2025 усматривается, что, осмотрен сотовый телефон ФИО1 марки «TECNO POVA 4», в котором в мессенджере «Телеграмм» обнаружена переписка с неустановленном лицом под ником «Али», связанная с незаконным оборотом наркотических средств (т. 1 л.д.185-187, 188-204). Анализируя собранные по делу доказательства в своей совокупности, суд приходит к выводу, что вина подсудимого ФИО1 в совершении вышеописанных преступлений доказана полностью. Обстоятельства совершения ФИО1 вышеуказанных преступлений подтверждаются показаниями свидетелей С. А.И., Г. А.И., К. А.Н., М. А.В., К. С.В., Ш. Р.Д., П. М.Ю., С. А.С., Г. О.Г., К. Н.В., которым суд доверяет, поскольку они являются подробными, последовательными, не имеют противоречий, подтверждаются письменными доказательствами по делу, а также согласуются с признательными показаниями подсудимого ФИО1 Оснований подвергать сомнению достоверность вышеперечисленных доказательств, полностью подтверждающих вину подсудимого в совершении рассматриваемых преступлений, у суда не имеется. Мотивом данных преступлений явилась корысть, при этом ФИО1 осознавал, что совершает незаконный оборот наркотических средств и желал этого. При этом, умысел на незаконный сбыт наркотических средств возник у него до выявления его преступных действий сотрудниками полиции. Установленные следствием размеры наркотического средства у суда сомнений не вызывает, поскольку они определены заключениями эксперта, содержание которых обоснованно и мотивированно, а также соответствует требованиям ст. 204 УПК РФ . Экспертные заключения даны специалистом, имеющим соответствующее образование и стаж работы по специальности, его выводы сомнений не вызывают. При этом согласно Постановлению Правительства РФ от 01 октября 2012 № 1002 «Об утверждении значительного, крупного и особо крупного размеров наркотических средств и психотропных веществ для целей статей , 228.1 , и 229.1 Уголовного кодекса Российской Федерации», изъятые в ходе личного досмотра ФИО1 и по месту его жительства наркотические средства, содержащие в своем составе: ацетилкодеин, 6-моноацетилморфин и диацетилморфин (героин), массами 8,88 г и 29,03 г, относятся к крупному размеру; изъятое, в ходе осмотра участка местности, расположенного у первого подъезда &lt;...&gt; в г. Твери, наркотическое средство, содержащее в своем составе: ацетилкодеин, 6-моноацетилморфин и диацетилморфин (героин), массой 0,30 г, не относятся к значительному, крупному или особо крупному размерам. Квалифицирующий признак преступлений – «группой лиц по предварительному сговору», полностью нашел свое подтверждение в ходе рассмотрения уголовного дела, поскольку ФИО1 и неустановленное лицо действовали совместно, согласно заранее распределенным между ними ролям и в соответствии с единым умыслом, направленным на сбыт наркотических средств. Квалифицирующий признак преступлений – «с использованием информационно-телекоммуникационной сети «Интернет»», также нашел свое подтверждение в ходе судебного разбирательства, поскольку ФИО1 по средствам интернет-мессенджера «Телеграмм» договаривался с неустановленным лицом об обстоятельствах сбыта наркотических средств, распределяли между собой преступные роли, передавали друг другу информацию о местах нахождения «тайников-закладок» с наркотическими средствами, предназначенным для последующего сбыта потребителям, тем самым, используя информационно-телекоммуникационную сеть «Интернет», выполняли объективную сторону данных составов преступлений. Между тем, давая оценку квалификации содеянного, суд полагает, что органами предварительного расследования действия ФИО1 по фактам изъятых у него наркотических средств, в ходе его личного досмотра и обнаруженных по месту его жительства, излишне квалифицированы, как два самостоятельных состава преступления. Данные наркотические средства были приобретены ФИО1 в одно время, то есть единомоментно, в одном и том же месте, являются одного вида и всей общей массой хранились им для последующего незаконного сбыта наркозависимым лицам. При таких обстоятельствах, суд считает, что действия ФИО1 на сбыт наркотического средства – героин, изъятого у него в ходе личного досмотра и по месту его жительства, охватывались единым умыслом, в связи с чем, в этой части его действия необходимо квалифицировать, как один эпизод преступления. Таким образом, действия ФИО1 подлежат следующей квалификации: - по ч. 3 ст. , п. «г» ч. 4 ст. 228.1 УК РФ , как покушение на незаконный сбыт наркотического средства, с использованием информационно-телекоммуникационной сети «Интернет», группой лиц по предварительному сговору, в крупном размере; - по ч. 3 ст. , п. «а» ч. 3 ст. 228.1 УК РФ , как покушение на незаконный сбыт наркотического средства, с использованием информационно-телекоммуникационной сети «Интернет», группой лиц по предварительному сговору. При назначении наказания подсудимому суд, в соответствии со ст. 60 УК РФ , учитывает характер и степень общественной опасности преступлений, данные о личности подсудимого, смягчающие наказание обстоятельства, влияние назначенного наказания на исправление осужденного и на условия жизни его семьи, а также обстоятельства, в силу которых преступления не были доведены до конца. Суд учитывает, что ФИО1 совершил покушение на два особо тяжких преступления. Обстоятельств, отягчающих наказание ФИО1 в соответствии со ст. 63 УК РФ , судом не установлено. Обстоятельствами, смягчающими наказание ФИО1 в соответствии с п.п. «г, и» ч. 1 ст. 61 УК РФ суд признает наличие у него на иждивении малолетнего ребенка; в качестве явки с повинной его объяснение (т. 1 л.д. 42-43), в котором он сообщил о совершенных им преступлениях до возбуждения уголовного дела; активное способствование раскрытию и расследованию преступления, поскольку ФИО1 изначально дал признательные показания, подтвердил их в ходе судебного следствия, добровольно сообщил об имеющихся у него наркотических средствах, представил следствию информацию, которая легла в основу обвинения. Суд также в соответствии с ч. 2 ст. 61 УК РФ учитывает ФИО1 в качестве обстоятельств, смягчающих наказание: полное признание вины, заявление о раскаянии, состояние здоровья, а именно наличие тяжелых заболеваний, наличие регистрации и постоянного места жительства, наличие на иждивении близких родственников и состояние их здоровья, удовлетворительные характеристики. ФИО1 состоит на диспансерном наблюдении у нарколога с диагнозом синдром зависимости от опиоидов (т. 2 л.д. 46), согласно заключению эксперта № 280 от 11.02.2025 в принудительных мерах медицинского характера не нуждается (т. 1 л.д. 148-149), его вменяемость у суда сомнений не вызывает. С учётом личности подсудимого ФИО1, характера, тяжести и общественной опасности совершенных преступлений, наличия смягчающих и отсутствия отягчающих наказание обстоятельств, суд считает, что для достижения целей наказания, установленных ч. 2 ст. 43 УК РФ и исправления осуждённого, ФИО1 за каждое преступление следует назначить наказание в виде реального лишения свободы. При этом, окончательное наказание подлежит назначению по правилам ч. 2 ст. 69 УК РФ путем частичного сложения наказаний. Обстоятельств, которые позволяли бы при назначении наказания ФИО1 применить ст. 73 УК РФ , судом не установлено. Учитывая совокупность смягчающих обстоятельств, суд считает возможным не назначать ФИО1 дополнительных наказаний, считая назначение основного наказания достаточным для исправления осужденного. При назначении наказания подсудимому ФИО1 суд учитывает требования ч. 3 ст. , ч. 1 ст. 62 УК РФ , в связи с чем, наказание в отношении ФИО1 по каждому эпизоду подлежит назначению ниже низшего предела, предусмотренного санкциями ч.ч. 3, 4 ст. 228.1 УК РФ , без ссылки на ст. 64 УК РФ . При этом, исключительных обстоятельств, которые позволяли при назначении наказания ФИО1 применить ст. 64 УК РФ судом не установлено. В соответствии с п. «в» ч. 1 ст. 58 УК РФ местом отбывания наказания ФИО1 следует назначить исправительную колонию строгого режима. С учетом фактических обстоятельств преступлений и степени их общественной опасности, суд не находит оснований для изменения категории преступлений в соответствии с ч. 6 ст. 15 УК РФ . Оснований для применения ст.ст. 53.1 , 72.1 , , , 82.1 УК РФ , прекращения уголовного дела либо освобождения ФИО1 от уголовной ответственности и наказания, в том числе по медицинским показаниям, судом не установлено. Гражданский иск по уголовному делу не заявлен. Судом установлено, что при совершении рассматриваемых преступлений, ФИО1 использовался мобильный телефон марки «TECNO POVA 4» модель «TECNO LD7n», принадлежащий последнему. При таких обстоятельствах, суд считает, что указанный мобильный телефон в соответствии с п. «г» ч. 1 ст. 104.1 УК РФ подлежит конфискации, то есть принудительному безвозмездному изъятию и обращению в собственность государства. Судьба вещественных доказательств по делу подлежит разрешению в соответствии с правилами ч. 3 ст. 81 УПК РФ . По делу имеются процессуальные издержки: 16361 рубль – сумма, выплаченная адвокату Соколовой Н.В. за оказание юридической помощи ФИО1 в связи с участием адвоката в уголовном судопроизводстве по назначению на стадии предварительного следствия (т. 2 л.д. 132). Оснований для освобождения подсудимого ФИО1 от взыскания процессуальных издержек суд не находит, поэтому они подлежат взысканию с подсудимого в полном объеме. На основании изложенного, руководствуясь ст.ст. - , - , - УПК Российской Федерации, суд приговорил: ФИО1 признать виновным в совершении преступлений, предусмотренных ч. 3 ст. , п. «г» ч. 4 ст. 228.1 ; ч. 3 ст. , п. «а» ч. 3 ст. 228.1 УК Российской Федерации, и назначить наказание: - по ч. 3 ст. , п. «г» ч. 4 ст. 228.1 УК Российской Федерации в виде лишения свободы сроком на 07 (Семь) лет; - по ч. 3 ст. , п. «а» ч. 3 ст. 228.1 УК Российской Федерации в виде лишения свободы сроком на 06 (Шесть) лет. В соответствии с ч. 2 ст. УК Российской Федерации по совокупности преступлений, путем частичного сложения назначенных наказаний окончательно назначить ФИО1 наказание в виде лишения свободы сроком на 07 (Семь) лет 06 (Шесть) месяцев с отбыванием наказания в исправительной колонии строгого режима. Меру пресечения ФИО1 до вступления приговора в законную силу оставить без изменения в виде заключения под стражу. Срок отбывания наказания в виде лишения свободы исчислять со дня вступления приговора в законную силу. В соответствии с ч. 3.2 ст. 72 УК РФ зачесть ФИО1 в срок лишения свободы время содержания его под стражей в порядке меры пресечения с 14 ноября 2024 года до дня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 На основании п. «г» ч. 1 ст. 104.1 УК РФ конфисковать, то есть принудительно, безвозмездно изъять и обратить в собственность государства мобильный телефон марки «TECNO POVA 4» модель «TECNO LD7n», хранящийся в камере хранения вещественных доказательств СУ УМВД России по г. Твери. Вещественные доказательства по уголовному делу № 1-204/2025 (следственный № 12401280038001566, квитанция № 13) по вступлению приговора в законную силу: - наркотические средства – вещества, содержащие в своем составе ацетилкодеин, 6-моноацетилморфин, диацетилморфин (героин), общей массой 29,01 г, упакованные в сейф-пакет № 89185513, хранящиеся в камере хранения вещественных доказательств СУ УМВД России по г. Твери – хранить в камере хранения вещественных доказательств СУ УМВД России по г. Твери до принятия решения по выделенному уголовному делу по признакам состава преступления, предусмотренного п. «г» ч. 4 ст. 228.1 УК РФ ; - DVD-R диск – хранить в материалах уголовного дела; - электронные весы, моток изоленты белого цвета, первоначальную упаковку свертков, хранящиеся в камере хранения вещественных доказательств СУ УМВД России по г. Твери – уничтожить; - сим-карту, банковские карты «Альфа банк» №; ПАО «Сбербанк» №; «Тинькофф» №, хранящиеся в камере хранения вещественных доказательств СУ УМВД России по г. Твери – возвратить по принадлежности осуждённому ФИО1 На основании ст. 132 УПК РФ взыскать с осуждённого ФИО1 в доход федерального бюджета Российской Федерации процессуальные издержки в сумме 16361 (Шестнадцать тысяч триста шестьдесят один) рубль – сумма, выплаченная адвокату Соколовой Н.В. за оказание юридической помощи ФИО1 в связи с участием адвоката в уголовном судопроизводстве по назначению на стадии предварительного расследования. Приговор может быть обжалован в апелляционном порядке в судебную коллегию по уголовным делам Тверского областного суда через Заволжский районный суд г. Твери в течение 15 суток со дня постановления, а осуждённым, содержащейся под стражей, в тот же срок со дня вручения копии приговора. В случае подачи апелляционной жалобы осужденный вправе заявить ходатайство о своем участии в рассмотрении уголовного дела судом апелляционной инстанции. Председательствующий судья С.В. Струсовский Суд: Заволжский районный суд г. Твери (Тверская область) (подробнее) Судьи дела: Струсовский Станислав Валерьевич (судья) (подробнее)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