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Златоуст</w:t>
      </w:r>
    </w:p>
    <w:p>
      <w:pPr>
        <w:spacing w:after="200"/>
        <w:jc w:val="center"/>
      </w:pPr>
      <w:r>
        <w:rPr>
          <w:rFonts w:ascii="Times New Roman" w:hAnsi="Times New Roman" w:eastAsia="Times New Roman" w:cs="Times New Roman"/>
          <w:b w:val="0"/>
          <w:i w:val="0"/>
          <w:sz w:val="22"/>
        </w:rPr>
        <w:t>26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воспроизведении файла под наименованием «1» была обнаружена запись с цветным изображением без звукового сопровождения. На видеозаписи отображен вход в торговый зал магазина «ДНС», расположенного по адресу: Челябинская область, г. Златоуст, пр. Мира, дом №22. На изображении в левом верхнем углу видно надпись «03.06.2025 19:15:00», что является отображением даты просматриваемой видеозаписи и времени её записи. При просмотре видеозаписи видно, как в помещение торгового зала магазина «ДНС», расположенного по адресу: Челябинская область, г. Златоуст, пр. Мира, дом №22 в 19:15:02 часов прошли двое мужчин. Первый мужчина – на вид около 45 лет, высокого роста, худощавого телосложения. Одет в кепку красного цвета, кофту черного цвета, брюки черного цвета, обувь черного цвета, на спине у мужчины рюкзак синего цвета с надписью «ЛДПР» (далее по тексту мужчина №1). Второй мужчина – на вид около 35 лет, высокого роста, худощавого телосложения. Одет в куртку черно-красного цвета, брюки черного цвета, обувь черно-красного цвета, на спине у мужчины рюкзак черного цвета (далее по тексту мужчина №2). По видеозаписи видно, как мужчины прошли в торговый зал магазина. В 19:15:05 часов видеозапись обрывается. Участвующий в ходе осмотра предметов подозреваемый ФИО2 пояснил, что на осматриваемой видеозаписи мужчина №2 – это он, а мужчина №1 – это его знакомый ФИО8 Подозреваемый ФИО2 пояснил, что это он и ФИО8 03.06.2025 в 19 часов 15 минут пришли в помещение магазина «ДНС», расположенного по адресу: Челябинская область, г. Златоуст, пр. Мира, дом №22, где совершили хищение портативной колонки.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воспроизведении файла под наименованием «2» была обнаружена запись с цветным изображением без звукового сопровождения. На видеозаписи отображен торговый зал магазина «ДНС», расположенного по адресу: Челябинская область, г. Златоуст, пр. Мира, дом №22. На изображении в левом верхнем углу видно надпись «03.06.2025 19:15:15», что является отображением даты просматриваемой видеозаписи и времени её записи. При просмотре видеозаписи видно, как в 19:15:17 часов у стеллажа с электроникой находятся двое мужчин. Первый мужчина – на вид около 45 лет, высокого роста, худощавого телосложения. Одет в кепку красного цвета, кофту черного цвета, брюки черного цвета, обувь черного цвета, на спине у мужчины рюкзак синего цвета с надписью «ЛДПР» (далее по тексту мужчина №1). Второй мужчина – на вид около 35 лет, высокого роста, худощавого телосложения. Одет в куртку черно-красного цвета, брюки черного цвета, обувь черно-красного цвета, на спине у мужчины рюкзак черного цвета (далее по тексту мужчина №2). По видеозаписи видно, как мужчины находятся у стеллажа, где расположены музыкальные колонки и между собой переговариваются. Затем мужчина №1 с полки стеллажа взял коробку с портативной колонкой и ее рассматривает. Мужчина №2 в это время находится рядом с мужчиной №1. Далее мужчина №1 передает коробку с портативной колонкой мужчине №2 и мужчина №2 ставит коробку обратно на стеллаж. В 19:16:20 часов мужчина №1 берет с полки стеллажа ту же самую коробку с портативной колонкой, открывает коробку, достает портативную колонку и передает ее мужчине №2. Мужчина №2 берет колонку и убирает в левый карман надетой на нем кофты. В 19:16:45 часов мужчина №1 кладет коробку из-под портативной колонки обратно на стеллаж и в 19:17:01 мужчины отходят от указанного стеллажа. В 19:17:05 часов видеозапись обрывается. Участвующий в ходе осмотра предметов подозреваемый ФИО2 пояснил, что на осматриваемой видеозаписи мужчина №2 – это он, а мужчина №1 – это его знакомый ФИО8 Подозреваемый ФИО2 пояснил, что это он и ФИО8 03.06.2025 в 19 часов 15 минут пришли в помещение магазина «ДНС», расположенного по адресу: Челябинская область, г. Златоуст, пр. Мира, дом №22, где совершили хищение портативной колонки, а именно ФИО8 взял со стеллажа портативную колонку в коробке и передал ее ФИО2, но ФИО2 увидел на коробке антикражные магниты и поставил коробку обратно, и сказал, что с антикражными магнитами ее не похитить, но ФИО8 взял обратно колонку с портативной колонкой, вытащил ее из коробки, и колонку передал ему, а он убрал колонку в карман своей кофты. После чего, они вышли из помещения магазина, не оплатив товар.</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воспроизведении файла под наименованием «3» была обнаружена запись с цветным изображением без звукового сопровождения. На видеозаписи отображен вход/выход в торговый зал магазина «ДНС», расположенного по адресу: Челябинская область, г. Златоуст, пр. Мира, дом №22. На изображении в левом верхнем углу видно надпись «03.06.2025 19:17:20», что является отображением даты просматриваемой видеозаписи и времени её записи. При просмотре видеозаписи видно, как из помещения торгового зала магазина «ДНС», расположенного по адресу: Челябинская область, г. Златоуст, пр. Мира, дом №22 в 19:17:25 часов вышли двое мужчин. Первый мужчина – на вид около 45 лет, высокого роста, худощавого телосложения. Одет в кепку красного цвета, кофту черного цвета, брюки черного цвета, обувь черного цвета, на спине у мужчины рюкзак синего цвета с надписью «ЛДПР» (далее по тексту мужчина №1). Второй мужчина – на вид около 35 лет, высокого роста, худощавого телосложения. Одет в куртку черно-красного цвета, брюки черного цвета, обувь черно-красного цвета, на спине у мужчины рюкзак черного цвета (далее по тексту мужчина №2). В 19:17:28 часов видеозапись обрывается. Участвующий в ходе осмотра предметов представитель потерпевшего ФИО12 пояснил, что осматриваемая видеозапись является записью с камер видеонаблюдения, установленных в торговом зале магазина «ДНС», расположенного по адресу: Челябинская область, г. Златоуст, пр. Мира, дом №22. Время и дата видеозаписи соответствуют реальным дате и времени. Далее ФИО12 пояснил, что 03.06.2025 в помещение магазина прошли двое мужчин: мужчина №1 и мужчина №2, и прошли к стеллажу, где расположены музыкальные колонки, и мужчина №1 с полки стеллажа взял коробку с портативной колонкой JBL GO 4 BLUE (4.2 Bт, Bluetooth 5/3) и ее рассматривает. Второй мужчина находится рядом. Далее мужчина №1 передал коробку с портативной колонкой JBL GO 4 BLUE (4.2 Bт, Bluetooth 5/3) мужчине №2 и мужчина №2 ставит коробку обратно на стеллаж. Далее ФИО12 пояснил, что мужчин №1 взял с полки стеллажа ту же самую коробку с портативной колонкой JBL GO 4 BLUE (4.2 Bт, Bluetooth 5/3), открывал коробку, достал портативную колонку и передал ее мужчине №2. Мужчина №2 взял колонку и убирал в левый карман надетой на нем кофты. Далее мужчины вышли из помещения магазина, не оплатив товар. Участвующий в ходе осмотра предметов подозреваемый ФИО2 пояснил, что на осматриваемой видеозаписи мужчина №2 – это он, а мужчина №1 – это его знакомый ФИО8 Подозреваемый ФИО2 пояснил, что это он и ФИО8 03.06.2025 в 19 часов 15 минут пришли в помещение магазина «ДНС», расположенного по адресу: Челябинская область, г. Златоуст, пр. Мира, дом №22, где совершили хищение портативной колонки, и после чего, вышли из помещения магазина, не оплатив похищенную колонку. Также с участием только представителя потерпевшего осмотрена коробка из-под портативной колонки JBL GO 4 BLUE (4.2 Bт, Bluetooth 5/3). Коробка прямоугольной формы, выполненная из картона белого цвета. С лицевой стороны коробки имеется изображение колонки «JBL». С боковой стороны коробки имеется надпись, выполненная красителем черного цвета: SN:DTO151-GO0147762, модель «JBL GO 4», цвет BLUE. При открытии коробки в ней обнаружен кабель, черного цвета, предназначенный для зарядки аккумуляторной батареи портативной колонки. На коробке антикражные магниты отсутствуют. Участвующий в ходе осмотра предметов представитель потерпевшего ФИО12 пояснил, данная коробка принадлежит ООО «ДНС Ритейл», и в которой находилась портативная колонка JBL GO 4 BLUE (4.2 Bт, Bluetooth 5/3), которую 03.06.2025 похитили двое мужчин. ФИО12 пояснил, что после обнаружения пустой коробки, антикражные магниты с коробки они сняли. До хищения портативной колонки, на коробке находился антикражный магнит (т. 2 л.д. 17-30, 46-65). «По факту хищения имущества, принадлежащего ООО «ДНС Ритейл», совершенного 04.06.2025» Оглашенными с согласия сторон показаниями представителя потерпевшего ФИО12 на следствии, из которых следует, что он работает в должности управляющего магазина «ДНС», расположенного по адресу: Челябинская область, г. Златоуст пр. Мира, дом №22. 19.06.2025 он находился на своем рабочем месте, а именно в помещении магазина «ДНС», расположенного по адресу: Челябинская область, г. Златоуст пр.Мира, дом №22, и просматривал записи с камер видеонаблюдения. При просмотре записей с камер видеонаблюдения, он увидел, что 04.06.2025 в 15:49 в помещение нашего магазина прошли двое мужчин. Первый мужчина - на вид около 45 лет, высокого роста, худощавого телосложения. Одет в кепку красного цвета, футболку белого цвета, брюки серого цвета, обувь черного цвета, на спине у мужчины рюкзак синего цвета с надписью «ЛДПР» (мужчина №1). Следом за мужчиной №1 прошел второй мужчина - на вид около 35 лет, высокого роста, худощавого телосложения. Одет в футболку белого цвета, брюки черного цвета, обувь черно-красного цвета, на спине у мужчины рюкзак черного цвета (мужчина №2). Мужчина №1 прошел к стеллажу с электроникой и рассматривает товар. Далее по видеозаписи видно, что мужчина №1 с верхней полки стеллажа берет коробку с колонкой и держит ее в руках. В этот момент к мужчине №1 подошел мужчина №2 и мужчина №1 передает коробку с колонкой мужчине №2, а мужчина №2 взял коробку с колонкой и убирал ее в рюкзак мужчине №1. Далее указанные мужчины отошли от стеллажа с электроникой, и подошли к стеллажу, где расположены наушники. Далее по видеозаписи видно, как мужчина №1 с полки стеллажа взял коробку с наушниками и убирал их в правый карман своих брюк, а мужчина №2 в это время находится рядом с мужчиной №1 и наблюдает за окружающей обстановкой. После чего мужчины отошли от стеллажа и вышли из помещения магазина, не оплатив товар. После проведенной инвентаризации в магазине, было установлено, что мужчины похитили следующее имущество: - наушники проводные JBL T110 BLAK (внутриканальные, микр., кабель - 1.2 м/3.5 мм, черный), в количестве одной штуки, стоимостью 850 рублей. Данная цена сформирована следующим образом: стоимость товара без учета НДС составляет 559,16 рублей (закупочная цена), с учетом налога на добавленную стоимость (НДС торговая наценка) в размере 20% стоимость составила 670,99 рублей, и розничная стоимость колонки составила 850 рублей, то есть сумма 179 рублей 01 копейка является прибылью магазина. Данный товар 04.06.2025 ни в какой акции не участвовал. - колонка портативная Fiero Vortex X IPX6 FR480 (30 Bт, Bluetooth, AUX, IPX6, 5 часов, черная), в количестве одной штуки, стоимостью 4099 рублей. Данная цена сформирована следующим образом: стоимость товара без учета НДС составляет 3141,67 рубль (закупочная цена), с учетом налога на добавленную стоимость (НДС торговая наценка) в размере 20% стоимость составила 3770 рублей, и розничная стоимость колонки составила 4099 рублей, то есть сумма 329 рублей является прибылью магазина. Данный товар 04.06.2025 ни в какой акции не участвовал. Таким образом, ущерб ООО «ДНС Ритейл» причинен на общую сумму 4949 рублей. Ущерб не возмещен, на удовлетворении исковых требований настаивает (т. 1 л.д. 75-80, 100-102). Оглашенными с согласия сторон на основании ч. 1 ст. 281 УПК РФ показаниями свидетеля ФИО7 на следствии, из которых следует, что он работает в ООО «ДНС-Ритейл» сеть магазинов «ДНС» в должности универсального продавца магазина «ДНС». Магазин, в котором он работает, расположен по адресу: Челябинская область, г. Златоуст пр. Мира, дом №22. 19.06.2025 он находился на своем рабочем месте в вышеуказанном магазине. В утреннее время, от управляющего нашего магазина - ФИО12 ему стало известно, что те же самые мужчины, которые совершили хищение портативной колонки из помещения нашего магазина, вновь совершили кражу из магазина, а именно портативной колонки и наушников. Они совместно с ФИО12 прошли в подсобное помещение, где решили просмотреть записи с камер видеонаблюдения. При просмотре записей с камер видеонаблюдения, установлено, что 04.06.2025 в 15:49 в помещение нашего магазина прошли двое мужчин. Первый мужчина - на вид около 45 лет, высокого роста, худощавого телосложения. Одет в кепку красного цвета, футболку белого цвета, брюки серого цвета, обувь черного цвета, на спине у мужчины рюкзак синего цвета с надписью «ЛДПР» (мужчина №1). Следом за мужчиной №1 прошел второй мужчина - на вид около 35 лет, высокого роста, худощавого телосложения. Одет в футболку белого цвета, брюки черного цвета, обувь черно-красного цвета, на спине у мужчины рюкзак черного цвета (мужчина №2). Мужчина №1 прошел к стеллажу с электроникой и рассматривает товар. Далее по видеозаписи видно, что мужчина №1 с верхней полки стеллажа берет коробку с колонкой и держит ее в руках. В этот момент к мужчине №1 подошел мужчина №2 и мужчина №1 передает коробку с колонкой мужчине №2, а мужчина №2 взял коробку с колонкой и убирал ее в рюкзак мужчине №1. Далее указанные мужчины отошли от стеллажа с электроникой, и подошли к стеллажу, где расположены наушники. Далее по видеозаписи видно, как мужчина №1 с полки стеллажа взял коробку с наушниками и убирал их в правый карман своих брюк, а мужчина №2 в это время находится рядом с мужчиной №1 и наблюдает за окружающей обстановкой. После чего мужчины отошли от стеллажа и вышли из помещения магазина, не оплатив товар. После проведенной инвентаризации в магазине, было установлено, что мужчины похитили следующее имущество: - наушники проводные JBL T110 BLAK (внутриканальные, микр., кабель - 1.2 м/3.5 мм, черный), в количестве одной штуки, стоимостью 850 рублей; - колонку портативную Fiero Vortex X IPX6 FR480 (30 Bт, Bluetooth, AUX, IPX6, 5 часов, черная), в количестве одной штуки, стоимостью 4099 рублей (т.1 л.д.124-128). Кроме того, виновность подсудимого в указанном преступлении подтверждается также и письменными доказательствами по делу, а именно: - заявлением ФИО12 от 19.06.2025, в котором последний просит привлечь к уголовной ответственности неустановленных лиц, которые 04.06.2025 в дневное время, находясь в помещении магазина «ДНС», расположенного по адресу: Челябинская область, г. Златоуст, пр. Мира, дом №22, путем свободного доступа, тайно похитили имущество ООО «ДНС Ритейл» на сумму 4949 рублей, причинив материальный ущерб на указанную сумму (т.1 л.д. 58); - протоколом осмотра места происшествия от 19.06.2025, согласно которого осмотрено помещение магазина «ДНС», расположенного по адресу: &lt;...&gt;. В ходе осмотра места происшествия обнаружен и изъят CD-R диск, с записью с камер видеонаблюдения за 04.06.2025 с помещения магазина «ДНС», расположенного по адресу: Челябинская область, г. Златоуст, пр. Мира, дом №16, упакованный в белый конверт (т.1 л.д. 61-65); - справкой об ущербе ООО «ДНС Ритейл», согласно которой 04.06.2025 из помещения магазина «ДНС», расположенного по адресу: Челябинская область, г. Златоуст, пр. Мира, дом №22 похищены товароматериальные ценности на сумму 4949 рублей, в том числе стоимость наушников Джибиэль составила 850 рублей, стоимость колонки Фиеро фортекс составила 4099 рублей (т.1 л.д. 93); - протоколом обыска от 05.06.2025, согласно которому в жилище подозреваемого ФИО8 по адресу: &lt;адрес&gt;, изъят рюкзак синего цвета, с надписью «ЛДПР» (т.2 л.д. 4-8); - протоколами осмотра предметов от 02.07.2025 с участием представителя потерпевшего ФИО12, от 07.07.2025 с участием подозреваемого ФИО2 и его защитника Васильева М.А. согласно которым осмотрен: - CD-R диск. 4,7 GB. С помощью дисковода ПК, диск был воспроизведен. При открытии на диске обнаружено три файла, под названием «VID_20250604_ 007», «VID_20250604_964», «VID_20250604_710».</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воспроизведении файла под наименованием «VID_20250604_ 007» была обнаружена запись с цветным изображением без звукового сопровождения. На видеозаписи отображен вход в торговый зал магазина «ДНС», расположенного по адресу: Челябинская область, г. Златоуст, пр. Мира, дом №22. На изображении в левом верхнем углу видно надпись «04.06.2025 15:49:02», что является отображением даты просматриваемой видеозаписи и времени её записи. При просмотре видеозаписи видно, как в помещение торгового зала магазина «ДНС», расположенного по адресу: Челябинская область, г. Златоуст, пр. Мира, дом №22 в 15:49:05 часов прошли двое мужчин. Первый мужчина – на вид около 45 лет, высокого роста, худощавого телосложения. Одет в кепку красного цвета, футболку белого цвета, брюки серого цвета, обувь черного цвета, на спине у мужчины рюкзак синего цвета с надписью «ЛДПР» (далее по тексту мужчина №1). Следом за мужчиной №1 прошел второй мужчина – на вид около 35 лет, высокого роста, худощавого телосложения. Одет в футболку белого цвета, брюки черного цвета, обувь черно-красного цвета, на спине у мужчины рюкзак черного цвета (далее по тексту мужчина №2). По видеозаписи видно, как мужчины прошли в торговый зал магазина. В 15:49:15 часов видеозапись обрывается. Участвующий в ходе осмотра предметов подозреваемый ФИО2 пояснил, что на осматриваемой видеозаписи мужчина №2 – это он, а мужчина №1 – это его знакомый ФИО8 Подозреваемый ФИО2 пояснил, что это он и ФИО8 04.06.2025 в 15 часов 49 минут пришли в помещение магазина «ДНС», расположенного по адресу: Челябинская область, г. Златоуст, пр. Мира, дом №22, где совершили хищение портативной колонки и наушников.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воспроизведении файла под наименованием «VID_20250604_964» была обнаружена запись с цветным изображением без звукового сопровождения. На видеозаписи отображен торговый зал магазина «ДНС», расположенного по адресу: Челябинская область, г. Златоуст, пр.Мира, дом №22. На изображении в левом верхнем углу видно надпись «04.06.2025 15:49:35», что является отображением даты просматриваемой видеозаписи и времени её записи. При просмотре видеозаписи видно, как у стеллажа с электроникой находится мужчина – на вид около 45 лет, высокого роста, худощавого телосложения. Одет в кепку красного цвета, футболку белого цвета, брюки серого цвета, обувь черного цвета, на спине у мужчины рюкзак синего цвета с надписью «ЛДПР» (далее по тексту мужчина №1). По видеозаписи видно, что мужчина №1 находится у стеллажа с электроникой и рассматривает товар. Затем мужчина №1 с верхней полки стеллажа берет коробку с колонкой и держит ее в руках. В 15:49:58 часов к мужчине №1 подходит мужчина - на вид около 35 лет, высокого роста, худощавого телосложения. Одет в футболку белого цвета, брюки черного цвета, обувь черно-красного цвета, на спине у мужчины рюкзак черного цвета (далее по тексту мужчина №2) и мужчины между собой переговариваются. Затем в 15:50:20 часов мужчина №1 передает коробку с колонкой мужчине №2, мужчина №2 берет коробку с колонкой и убирает ее в рюкзак мужчине №1. Мужчина №1 в это время смотрит по сторонам. После чего, мужчина отходят от указанного стеллажа. В 15:50:35 часов видеозапись обрывается. Участвующий в ходе осмотра предметов подозреваемый ФИО2 пояснил, что на осматриваемой видеозаписи мужчина №2 – это он, а мужчина №1 – это его знакомый ФИО8 Подозреваемый ФИО2 пояснил, что это он и ФИО8 04.06.2025 в 15 часов 49 минут пришли в помещение магазина «ДНС», расположенного по адресу: Челябинская область, г. Златоуст, пр. Мира, дом №22, где совершили хищение портативной колонки, а именно ФИО8 взял со стеллажа портативную колонку в коробке и передал ему колонку, а он убрал портативную колонку в коробке в рюкзак к ФИО8</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воспроизведении файла под наименованием «VID_20250604_710» была обнаружена запись с цветным изображением без звукового сопровождения. На видеозаписи отображен торговый зал магазина «ДНС», расположенного по адресу: Челябинская область, г. Златоуст, пр.Мира, дом №22. На изображении в левом верхнем углу видно надпись «04.06.2025 15:50:38», что является отображением даты просматриваемой видеозаписи и времени её записи. При просмотре видеозаписи видно, как у стеллажа, где расположены наушники, находятся двое мужчин, первый мужчина – на вид около 45 лет, высокого роста, худощавого телосложения. Одет в кепку красного цвета, футболку белого цвета, брюки серого цвета, обувь черного цвета, на спине у мужчины рюкзак синего цвета с надписью «ЛДПР» (далее по тексту мужчина №1), второй мужчина – на вид около 35 лет, высокого роста, худощавого телосложения. Одет в футболку белого цвета, брюки черного цвета, обувь черно-красного цвета, на спине у мужчины рюкзак черного цвета (далее по тексту мужчина №2) и мужчины между собой переговариваются. По видеозаписи видно, что в 15:51:20 часов мужчина №1 с полки берет коробку с наушниками и убирает их в правый карман своих брюк, мужчина №2 в это время находится рядом с мужчиной №1 и наблюдает за окружающей обстановкой. После чего в 15:51:45 часов мужчины отходят от стеллажа и направляются к выходу из магазина. В 15:52:02 часов мужчины выходят из магазина и видеозапись обрывается. Участвующий в ходе осмотра предметов представитель потерпевшего ФИО12 пояснил, что осматриваемая видеозапись является записью с камер видеонаблюдения, установленных в торговом зале магазина «ДНС», расположенного по адресу: Челябинская область, г. Златоуст, пр. Мира, дом №22. Время и дата видеозаписи соответствуют реальным дате и времени. Далее ФИО12 пояснил, что 04.06.2025 в помещение магазина прошли двое мужчин: мужчина №1 и мужчина №2, и мужчина №1 подошел к стеллажу, где расположены портативные колонки и с верхней полки стеллажа взял коробку с портативной колонкой Fiero Vortex X IPX6 FR480 (30 Bт, Bluetooth, AUX, IPX6, 5 часов, черная). В этот момент к мужчине №1 подошел мужчина №2 и мужчина №1 передал коробку с портативной колонкой Fiero Vortex X IPX6 FR480 (30 Bт, Bluetooth, AUX, IPX6, 5 часов, черная) мужчине №2, и мужчина №2 убрал портативную колонку в рюкзак мужчине №1. Далее ФИО12 пояснил, что указанные мужчины прошли к стеллажу с наушниками, где мужчина №1 с полки взял коробку с наушниками проводные JBL T110 BLAK (внутриканальные, микр., кабель – 1.2 м/3.5 мм, черный) и убирал их в правый карман своих брюк, а мужчина №2 в это время смотрел по сторонам. После чего в 15:51:45 мужчины отходят от стеллажа и направляются к выходу из магазина. Далее мужчины вышли из помещения магазина, не оплатив товар. Участвующий в ходе осмотра предметов подозреваемый ФИО2 пояснил, что на осматриваемой видеозаписи мужчина №2 – это он, а мужчина №1 – это его знакомый ФИО8 Подозреваемый ФИО2 пояснил, что это он и ФИО8 04.06.2025 в 15 часов 49 минут пришли в помещение магазина «ДНС», расположенного по адресу: Челябинская область, г. Златоуст, пр. Мира, дом №22, где совершили хищение портативной колонки, а именно ФИО8 взял со стеллажа портативную колонку в коробке и передал ему колонку, а он убрал портативную колонку в коробке в рюкзак к ФИО8 После чего, ФИО8 взял со стеллажа коробку с наушниками и убрал их в карман своих брюк. После чего, они вышли из помещения магазина, не оплатив товар. Также с участием только подозреваемого ФИО2 и его защитника Василеьва М.А. осмотрен рюкзак, выполненный из ткани синего цвета. Осматриваемый рюкзак имеет два отсека, оборудованные замком-молнией желтого цвета. На момент осмотра рюкзак пустой. На лицевой стороне рюкзака, имеется надпись, выполненная красителем желтого цвета «ЛДПР». Выше надписи изображен герб с изображением птицы и имеется надпись, выполненная красителем желтого цвета «Свобода», «Патриотизм», «Закон». Участвующий в ходе осмотра предметов подозреваемый ФИО2 пояснил, что осматриваемый рюкзак принадлежит ФИО8, в который они находясь в помещении «ДНС», расположенного по адресу: Челябинская область, г. Златоуст, пр. Мира, дом №22 04.06.2025 положили коробку с колонкой, после чего вышли из помещения указанного магазина, не оплатив товар (т. 2 л.д. 17-23, 46-53). «По факту хищения имущества, принадлежащего ООО «Агроторг», совершенного 05.06.2025» Оглашенными с согласия сторон на основании ч. 1 ст. 281 УПК РФ показаниями представителя потерпевшего ФИО13 на следствии, из которых следует, что он работает в должности директора магазина «Пятерочка», расположенного по адресу: Челябинская область, г. Златоуст ул. Урицкого, дом №11д/1. В данном магазине действует система самообслуживания, по всему периметру торгового зала установлены камеры видеонаблюдения. У сети магазинов «Пятерочка» имеется категорированный департамент, который регулирует ценообразование. Представители магазина «Пятерочка» созваниваются с поставщиками. Если поставщики готовы предложить большие объемы товара по заниженной цене, то магазины «Пятерочка» закупают большой объем данных товаров и данные товары встают в категорию «Промо», то есть акционные товары. Из федеральной торговой сети в магазины «Пятерочка», посредством программы «Джи К», один раз в неделю (по вторникам) поступают обновленные цены на товар, а по колбасной продукции и присевам два раза в неделю. При этом может пояснить, что в программе «Джи К» указана розничная цена (по которой выставляется товар на продажу с учетом НДС и прибыли), а также указана закупочная цена (по которой товар приобретен без учета НДС). При этом, исчисление НДС производится на основании Налогового Кодекса РФ. Так, согласно Налогового Кодекса РФ реализация колбасной продукции и присевов облагается НДС по ставке 20 %. На основании поступивших цен, продавцы обновляют ценники на товарах в торговом зале магазина. Как правило, чем больше объем закупленного товара, тем дешевле его стоимость. Розничная стоимость колбасной продукции и присевов в магазине рассчитывается исходя из: стоимости товара с учетом налога на добавочную стоимость (НДС) в размере 20%, а также с учетом прибыли магазина, в которую включены и расходы магазина, такие как: затраты на логистику (транспортные расходы, связанные с доставкой товара), оплата заработной платы сотрудникам магазина (продавцы, грузчики, уборщицы), оплата арендной платы помещений и услуг ЖКХ (водоснабжение, электричество), техническое обслуживание магазина (обслуживание кассовых аппаратов, холодильных витрин, морозильных камер) и другое. 05.06.2025 он находился на своем рабочем месте в магазине «Пятерочка» и просматривал видеозапись с камер видеонаблюдения, установленных в магазине «Пятерочка» и обнаружил, что 05.06.2025 в 11:18 в помещение магазина прошли двое мужчин. Первый мужчина - на вид около 45 лет, высокого роста, худощавого телосложения. Одет в кепку красного цвета, кофту синего цвета, брюки черного цвета, обувь черного цвета, на спине у мужчины рюкзак синего цвета с надписью «ЛДПР» (мужчина №1). Второй мужчина - на вид около 35 лет, высокого роста, худощавого телосложения. Одет в куртку черно-красного цвета, брюки черного цвета, обувь черно-красного цвета, на спине у мужчины рюкзак черного цвета (мужчина №2). Указанные мужчины подошли к холодильникам с колбасной продукцией. Далее по видеозаписи он увидел, что мужчина №2 открывает дверцу холодильника и с верхней полки стеллажа берет две палки колбасы, мужчина №1 в это время наблюдает за окружающей обстановкой. Далее он увидел, что мужчина №1 и мужчина №2 подошли к стеллажу с кондитерскими изделиями, и мужчина №2 убрал в рюкзак мужчине №1 две палки колбасы. Далее по видеозаписи он увидел, что в 11:20 у стеллажей с присевами находятся указанные мужчины, и мужчина №1 взял с полки стеллажа одну банку тушенки, мужчина №2 также с той же самой полки взял банку тушенки. Далее мужчина №1 передал банку тушенки мужчине №2 и мужчина №2 убрал две банки тушенки в рюкзак мужчине №1. После чего, в 11:20 мужчины вышли из помещения магазина. После проведенной инвентаризации в нашем магазине, было установлено, что похищено следующее имущество: - говядина туш. ГОСТ в/с ж/б 338 гр, в количестве 2-х банок, стоимостью за одну банку 218 рублей 39 копеек, на общую сумму 436 рублей 78 копеек. Так, розничная цена 1 банка говядины туш.338 гр. по состоянию на 05.06.2025 составляла 218 рублей 39 копеек. Данная цена сформирована следующим образом: стоимость товара без учета НДС составляет 154 рубля 99 копеек (закупочная цена), с учетом налога на добавленную стоимость (НДС) в размере 20% стоимость составила 185 рублей 99 копеек, а сумма в размере 32 рубля 40 копеек является прибылью магазина, в которую включены и расходы магазина. Данный товар 05.06.2025 ни в какой акции не участвовал. - колбаса Испанская ДЫМ ДЫМ. с/к п/с 200 грамм, в количестве 2-х палок, стоимостью за одну упаковку 226 рублей 99 копеек, на общую сумму 459 рубля 98 копеек. Так, розничная цена у упаковки колбасы Испанская ДЫМ ДЫМ. с/к п/с 200 грамм (каждая) по состоянию на 05.06.2025 составляла 226 рублей 99 копеек. Данная цена сформирована следующим образом: стоимость товара без учета НДС составляет 104 рубля 99 копеек (закупочная цена), с учетом налога на добавленную стоимость (НДС) в размере 20% стоимость составила 125 рублей 99 копеек, а сумма в размере 101 рубль является прибылью магазина, в которую включены и расходы магазина. Данный товар 05.06.2025 ни в какой акции не участвовал. Стоимость, указанную на ценнике товара, который был похищен 05.06.2025, он определил, осмотрев холодильную витрину и стеллаж с присевами, на которых находился похищенный товар, сразу же после обнаружения хищения. Таким образом, ущерб ООО «Агроторг» причинен на общую сумму 890 рублей 76 копеек. Ущерб не возмещен, на удовлетворении исковых требований настаивает (т. 1 л.д. 108-113, 121-123). Оглашенными с согласия сторон на основании ч. 1 ст. 281 УПК РФ показаниями свидетеля ФИО10 на следствии, из которых следует, что она работает в ООО «Агроторг» сеть магазинов «Пятерочка» в должности администратора магазина «Пятерочка». Магазин, в котором она работает расположен по адресу: Челябинская область, г. Златоуст ул. Урицкого, дом №11д/1. 05.06.2025 была ее рабочая смена. В это время она находилась в торговом зале. В этот день, к ней подошел директор магазина - ФИО13 и пояснил, что при просмотре записей с камер видеонаблюдения тот обнаружил, что 05.06.2025 из помещения магазина было совершено хищение ТМЦ. Она прошла в подсобное помещение и решила просмотреть записи с камер видеонаблюдения. При просмотре записей с камер видеонаблюдения за 05.06.2025 она увидела, что 05.06.2025 в 11:18 в помещение нашего магазина прошли двое мужчин. Первый мужчина - на вид около 45 лет, высокого роста, худощавого телосложения. Одет в кепку красного цвета, кофту синего цвета, брюки черного цвета, обувь черного цвета, на спине у мужчины рюкзак синего цвета с надписью «ЛДПР» (мужчина №1). Второй мужчина - на вид около 35 лет, высокого роста, худощавого телосложения. Одет в куртку черно-красного цвета, брюки черного цвета, обувь черно-красного цвета, на спине у мужчины рюкзак черного цвета (мужчина №2). Мужчины подошли к холодильникам с колбасной продукцией. Далее по видеозаписи она увидела, что мужчина №2 открыл дверцу холодильника и с верхней полки стеллажа взял две палки колбасы, а мужчина №1 в это время смотрел по сторонам. Далее она увидела, что мужчина №1 и мужчина №2 прошли к стеллажу с кондитерскими изделиями, где мужчина №2 убрал в рюкзак мужчине №1 две палки колбасы. Далее по видеозаписи она увидела, что в 11:20 у стеллажей с присевами находятся указанные мужчины, где мужчина №1 взял с полки стеллажа одну банку тушенки, и мужчина №2 также с той же самой полки взял банку тушенки. Далее мужчина №1 передал банку тушенки мужчине №2 и мужчина №2 убрал две банки тушенки в рюкзак мужчине №1. После чего мужчины вышли из помещения магазина, не оплатив товар. После проведенной инвентаризации было установлено, что указанные парни похитили имущество на общую сумму 890 рублей 76 копеек (т.1 л.д. 130-133). Кроме того, виновность подсудимого в указанном преступлении подтверждается также и письменными доказательствами по делу, а именно: - заявлением ФИО13 от 05.06.2025, в котором последний просит привлечь к уголовной ответственности неустановленных лиц, которые 05.06.2025 в утреннее время, находясь в помещении магазина «Пятерочка», расположенного по адресу: Челябинская область, г. Златоуст, ул. Урицкого, дом №11д/1, путем свободного доступа, тайно похитили имущество ООО «Агроторг» на сумму 890 рублей 76 копеек, причинив материальный ущерб на указанную сумму (т.1 л.д. 45); - протоколом осмотра места происшествия от 05.06.2025, согласно которому осмотрено помещение магазина «Пятерочка», расположенного по адресу: Челябинская область, г. Златоуст, ул. Урицкого, дом №11д/1. В ходе осмотра места происшествия обнаружено и изъято: CD-R диск, с записью с камер видеонаблюдения за 05.06.2025 с помещения магазина «Пятерочка», расположенного по адресу: Челябинская область, г. Златоуст, ул. Урицкого, дом №11д/1, упакованный в белый конверт (т.1 л.д. 48-51); - справкой об ущербе ООО «Агроторг», согласно которой 05.06.2025 из помещения магазина «Пятерочка», расположенного по адресу: Челябинская область, г. Златоуст, ул. Урицкого, дом №11д/1, похищены товароматериальные ценности на сумму 890 рублей 76 копеек (т.1 л.д. 119); - протоколом обыска от 05.06.2025, согласно которого в жилище подозреваемого ФИО8 по адресу: &lt;адрес&gt;, изъят рюкзак синего цвета с надпись «ЛДПР» (т.2 л.д. 4-8); - протоколами осмотра предметов от 04.07.2025 с участием представителя потерпевшего ФИО13, от 07.07.2025 с участием подозреваемого ФИО2 и защитника Васильева М.А., согласно которым осмотрены CD-R диск. 4,7 GB. С помощью дисковода ПК, диск был воспроизведен. При открытии на диске обнаружено файл, под названием «05.06.2025».</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воспроизведении файла под наименованием «05.06.2025» была обнаружена запись с цветным изображением без звукового сопровождения. На видеозаписи отображен вход в торговый зал магазина «Пятерочка», расположенного по адресу: Челябинская область, г. Златоуст, ул. Урицкого, дом №11д/1. На изображении в левом верхнем углу видно надпись «05.06.2025 11:17:56», что является отображением даты просматриваемой видеозаписи и времени её записи. При просмотре видеозаписи видно, как в помещение торгового зала магазина «Пятерочка», расположенного по адресу: Челябинская область, г. Златоуст, ул. Урицкого, дом №11д/1 в 11:18:02 прошли двое мужчин. Первый мужчина – на вид около 45 лет, высокого роста, худощавого телосложения. Одет в кепку красного цвета, кофту синего цвета, брюки черного цвета, обувь черного цвета, на спине у мужчины рюкзак синего цвета с надписью «ЛДПР» (далее по тексту мужчина №1). Второй мужчина – на вид около 35 лет, высокого роста, худощавого телосложения. Одет в куртку черно-красного цвета, брюки черного цвета, обувь черно-красного цвета, на спине у мужчины рюкзак черного цвета (далее по тексту мужчина №2). По видеозаписи видно, как мужчины прошли в торговый зал магазина. Далее по видеозаписи видно, что в 11:19:25 у холодильников с колбасной продукцией находятся мужчина №1 и мужчина №2. Далее в 11:19:30 мужчина №2 открывает дверцу холодильника и с верхней полки стеллажа берет две палки колбасы, мужчина №1 в это время наблюдает за окружающей обстановкой. Далее по видеозаписи видно, что мужчина №1 и мужчина №2 в 11:20:05 подошли к стеллажу с кондитерскими изделиями, и мужчина №2 убирает в рюкзак мужчине №1 две палки колбасы. Далее по видеозаписи видно, что в 11:20:10 у стеллажей с присевами находятся мужчина №1 и мужчина №2. Далее в 11:20:11 мужчина №1 берет с полки стеллажа банку тушенки, мужчина №2 также с той же самой полки берет банку тушенки. Далее в 11:20:13 мужчина №1 передает банку тушенки мужчине №2 и мужчина №2 убирает две банки тушенки в рюкзак мужчине №1. После чего, в 11:20:17 мужчины отходят от стеллажа с присевами. В 11:20:35 мужчины выходят из помещения магазина. После чего, видеозапись обрывается. Участвующий в ходе осмотра предметов представитель потерпевшего ФИО13 пояснил, что осматриваемая видеозапись является записью с камер видеонаблюдения, установленных в торговом зале магазина «Пятерочка», расположенного по адресу: Челябинская область, г. Златоуст, ул. Урицкого, дом №11д/1. Время и дата видеозаписи соответствуют реальным дате и времени. Далее ФИО13 пояснил, что 05.06.2025 в помещение магазина прошли двое мужчин: мужчина №1 и мужчина №2, которые подошли к холодильникам с колбасной продукцией. Далее ФИО13 пояснил, что мужчина №2 открывал дверцу холодильника и с верхней полки холодильника взял две палки колбасы Колбаса Испанская ДЫМ ДЫМ. с/к п/с 200 грамм, и после чего мужчины отошли от указанного холодильника и подошли к стеллажам с кондитерскими изделиями, где мужчина №2 убрал две палки колбасы в рюкзак мужчине №1. Далее ФИО13 пояснил, что мужчина №1 и мужчина №2 подошли к стеллажам с присевами, где мужчина №1 взял банку тушенки говядина туш. ГОСТ в/с ж/б 338 гр., и мужчина №2 взял банку тушенки говядина туш. ГОСТ в/с ж/б 338 гр. После чего, мужчина №1 передал банку тушенки мужчине №2 и мужчина №2 убирал две банки тушенки в рюкзак мужчине №1. После чего, мужчины вышли из помещения магазина, не оплатив товар. Участвующий в ходе осмотра предметов подозреваемый ФИО2 пояснил, что на осматриваемой видеозаписи мужчина №2 – это он, а мужчина №1 – это его знакомый ФИО8 (т. 1 л.д. 35-37, 46-53). Исследованные судом доказательства получены с соблюдением требований уголовно-процессуального закона, согласуются между собой и по ряду существенных моментов дополняют друг друга. Вышеперечисленные доказательства суд признает допустимыми, относимыми, достоверными, а в совокупности – достаточными для вывода о виновности ФИО2 в инкриминируемых ему деяниях. В том числе, виновность ФИО2 объективно подтверждается показаниями представителей потерпевших ФИО12, ФИО13, свидетелей ФИО7, ФИО10 Оснований не доверять показаниям представителей потерпевших и свидетелей у суда не имеется, поскольку доказательства личной заинтересованности указанных лиц в исходе дела отсутствуют, названные лица предупреждались об ответственности за дачу заведомо ложных показаний, их показания последовательны и логичны. Стоимость похищенного имущества у потерпевшего ООО «ДНС Ритейл» имущества: двух портативных колонок и проводных наушников, у потерпевшего ООО «Агроторг: двух банок тушенки и колбасы, судом устанавливается из показаний представителей потерпевших, справок об ущербе и не оспаривается подсудимым. Суд учитывает, что сам подсудимый ФИО2 свою вину в инкриминируемых преступлениях не оспаривает, в ходе предварительного следствия он давал полностью изобличающие себя показания, не оспаривая, что он совместно с лицом, уголовное дело в отношении которого выделено в отдельное производство, похитил: 03.06.2025 в магазине «ДНС», расположенном по адресу: &lt;...&gt;, - портативную колонку; 04.06.2025 в том же магазине – портативную колонку и проводные наушники; 05.06.2025 в магазине «Пятерочка», расположенном по адресу: &lt;...&gt; – две банки тушенки и две колбасы. Каких-либо оснований для самооговора ФИО2 суд не усматривает. В судебном заседании подсудимый полностью подтвердил свои показания на следствии, каких-либо дополнений не высказал. Совершенные подсудимым преступления по фактам хищений имущества, принадлежащего ООО «ДНС Ритейл» и ООО «Агроторг», являются оконченными, поскольку подсудимый распоряжался похищенным имуществом по своему усмотрению. Судом достоверно установлено, что при совершении хищения имущества действия ФИО2 в каждом случае носили тайный характер, поскольку не были очевидны для окружающих, что прямо следует из показаний подсудимого и характера его действий. Кроме того, установлено, что ФИО2 действовал умышленно, противоправно, при этом он каждый раз – 03, 04 и 05 июня 2025 года, совершая свои противоправные действия, предвидел возможность безвозмездного обращения чужого имущества в свою пользу и желал этого. Кроме того, похищая имущество потерпевших подсудимый ФИО2 и лицо, уголовное дело в отношении которого выделено в отдельное производство, действовали и по предварительному сговору друг с другом, поскольку о совершении хищения товарно-материальных ценностей из магазинов «ДНС» и «Пятерочка» указанные лица договорились заранее, распределили свои роли и действовали в соответствии с ними, их действия были направлены на достижение единой цели, при этом они явно действовали в интересах друг друга, поскольку ни один из них не препятствовал другому в совершении противоправных действий, наоборот, каждый помогал друг другу и совершал действия, в конечном итоге направленные на достижение преступного результата, и только в результате их совместных и согласованных действий стала возможной реализация корыстного умысла, в связи с чем квалифицирующий признак кражи по фактам хищения имущества ООО «ДНС Ритейл» и ООО «Агроторг» – их совершение «группой лиц по предварительному сговору» нашел свое объективное подтверждение. Таким образом, действия подсудимого ФИО2 подлежат квалификации по хищению имущества ООО «ДНС Ритейл», совершенных 03.06.2025 и 04.06.2025, по хищения имущества ООО «Агроторг», совершенного 05.06.2025, по каждому из трёх названных фактов, - по п. «а» ч.2 ст. Уголовного кодекса Российской Федерации как кража, то есть тайное хищение чужого имущества, совершенная группой лиц по предварительному сговору. Вменяемость подсудимого ФИО2 не вызывает у суда никаких сомнений. Странностей в его поведении не наблюдается. На учете у психиатра он не состоит (т. 1 л.д. 203), с 2023 года состоит на учете у нарколога с диагнозом: наркомания вследствие употребления психостимуляторов (т. 1 л.д. 205). Согласно заключению судебно-психиатрического эксперта № от 30.07.2025 ФИО2 в момент совершения инкриминируемых ему деяний психическим расстройством (хроническим, временным острым, слабоумием или иным болезненным состоянием психики) не страдал и не страдает в настоящее время, а обнаруживал и обнаруживает в настоящее время &lt;данные изъяты&gt;. В моменты совершения преступлений он находился в состоянии простого алкогольного опьянения. ФИО2 мог во время совершения инкриминируемых ему деяний и может в настоящее время осознавать фактический характер и общественную опасность своих деяний и ими руководить. Опасности по психическому состоянию для себя и других лиц ФИО2 не представляет. В применении к нему принудительных мер медицинских характера не нуждается. По состоянию здоровья способен правильно воспринимать обстоятельства, имеющие значение для дела и давать о них правильные показания (т.2 л.д.77-79). Поэтому суд признает ФИО2 вменяемым и подлежащим уголовной ответственности. Сведениями о наличии у ФИО2 каких-либо заболеваний, препятствующих привлечению его к уголовной ответственности в силу ст. Уголовного кодекса Российской Федерации, суд не располагает. Оснований для постановления приговора без назначения наказания или освобождения ФИО2 от наказания, не имеется. В соответствии с ч. 3 ст. Уголовного кодекса Российской Федерации при назначении подсудимой наказания суд учитывает характер и степень общественной опасности совершенных преступлений, личность подсудимого, а также влияние назначенного наказания на его исправление и на условия жизни его семьи. Суд учитывает, что ФИО2 совершены три оконченных умышленных преступления, которые в соответствии с ч.3 ст. 15 УК РФ отнесены к категории средней тяжести, все преступления направлены против собственности. Обсуждая личность ФИО2, суд принимает во внимание, что он является гражданином Российской Федерации, имеет постоянное место жительства, участковым полиции по месту жительства характеризуется удовлетворительно (т. 1 л.д. 237), на учете у психиатра не состоит (т. 1 л.д. 203). В качестве обстоятельств, смягчающих наказание подсудимому, по каждому преступлению, суд учитывает: - признание им своей вины, его раскаяние в содеянном, намерение возместить ущерб, неудовлетворительное состояние здоровья подсудимого, обусловленное имеющимися у него заболеваниями, в том числе: наличие инвалидности 3 группы, наличие психических и поведенческих расстройств, неудовлетворительное состояние здоровья его сестры, обусловленное имеющимися у неё заболеваниями (ч. 2 ст. 61 УК РФ ); - активное способствование раскрытию и расследованию преступлений, изобличению и уголовному преследованию соучастника преступления, что судом усматривается из объяснений ФИО2 (т. 1 л.д. 55-56, 66), в которых он рассказал о своей роли в совершенных преступлениях, роли соучастника (п. «и» ч.1 ст. 61 УК РФ ). При этом суд не усматривает оснований для признания вышеприведенных письменных объяснений ФИО2 в качестве явок с повинной, поскольку у следствия имелись достаточные доказательства, подтверждающие его причастность к совершению указанных преступлений и его сообщения о совершенных преступлениях от 06 июня 2025 года и от 19 июня 2025 года не являлись в полной мере добровольными, поскольку были сделаны только после установления его причастности к совершенным преступлениям со стороны правоохранительных органов, что сам ФИО2 не оспаривал в судебном заседании. К отягчающему наказание обстоятельству по каждому преступлению суд в соответствии с п. «а» ч.1 ст. 63 УК РФ относит рецидив преступлений, образованный судимостью по приговору Калининского районного суда г. Челябинска от 16 апреля 2015 года, которым ФИО2 был осужден за совершение умышленного тяжкого преступления к лишению свободы, которое отбывал реально. По смыслу закона, нахождение лица в состоянии опьянения не является безусловным основанием для признания этого обстоятельства, отягчающим наказание. Характер преступлений и обстоятельства их совершения свидетельствуют о том, что действия подсудимого обусловлены лишь корыстной заинтересованностью. Сам факт совершения исследуемых преступлений в состоянии опьянения, учитывая отсутствие на тот момент какого-либо конфликта между участвующими лицами, не свидетельствует о повышении общественной опасности хищения, что является необходимым условием для применения положений ч. 1.1 ст. 63 УК РФ . Учитывая вышеизложенное, а также с учетом характера и степени общественной опасности совершенных преступлений, обстоятельств их совершения, личности подсудимого, суд считает, что ФИО2 следует назначить по каждому преступлению наказание лишь в виде лишения свободы, что в полной мере будет отвечать целям восстановления социальной справедливости, а также его исправления, тогда как назначение ему более мягких видов наказания, предусмотренных санкцией указанных статей, не будет отвечать вышеуказанным целям. При определении размера наказания в виде лишения свободы по каждому преступлению, суд учитывает и применяет положения ч.2 ст. 68 УК РФ (с учетом рецидива преступлений). При наличии отягчающего наказание обстоятельства отсутствуют законные основания для применения положений ч. 1 ст. 62 УК РФ и ч. 6 ст. 15 УК РФ . Кроме того, с учётом характера и степени общественной опасности преступлений, обстоятельств их совершения, соблюдая требования о строго индивидуальном подходе к назначению наказания, суд не находит оснований для применения к подсудимому по каждому преступлению положений ч. 2 ст. 53.1 УК РФ , ч. 3 ст. 68 УК РФ , а также считает, что установленные в ходе судебного разбирательства и признанные судом смягчающими наказание обстоятельства, не могут быть признаны исключительными ни каждое в отдельности, ни в совокупности, в связи с чем, положения ст. 64 УК РФ не применимы. Вместе с тем, учитывая совокупность смягчающих наказание обстоятельств, суд приходит к выводу, что исправление подсудимого возможно без назначения ему дополнительного наказания по каждому из преступлений в виде ограничения свободы. Окончательное наказание ФИО2 следует назначить по правилам ч.2 ст. Уголовного кодекса Российской Федерации, применяя принцип частичного сложения назначенных наказаний, не находя оснований для применения принципа поглощения менее строгого наказание более строгим. Оснований для применения к подсудимому положений ст. 73 УК РФ суд не усматривает, поскольку у ФИО2 сформировалось стойкое противоправное поведение и его исправление не может быть достигнуто без реального отбывания наказания в виде лишения свободы. ФИО2 совершены преступления средней тяжести, ранее он отбывал наказание в виде лишения свободы и в его действиях имеет место рецидив преступлений, следовательно, в соответствии с п. «в» ч.1 ст. 58 УК РФ для отбывания наказания ФИО2 следует направить в исправительную колонию строгого режима. Потерпевшими заявлены гражданские иски о взыскании с подсудимого в свою пользу суммы ущерба: ООО «ДНС Ритейл» в сумме 9 548 руб. (т. 2 л.д. 101), ООО «Агроторг» в сумме 890,76 руб. (т. 2 л.д. 104). Подсудимый ФИО2 исковые требования признал в полном объеме. Суд, руководствуясь ст. 1064 ГК РФ , полагает исковые требования подлежащими удовлетворению в полном объеме, так как указанный размер причиненного ущерба подтверждается материалами дела и признан подсудимым, в связи с чем, с него подлежит взысканию в пользу ООО «ДНС Ритейл» сумма ущерба в размере 9548 руб., в пользу ООО «Агроторг» сумма ущерба в размере 890,76 руб. Вопрос о судьбе вещественных доказательств подлежит разрешению в соответствии с ч.3 ст. 81 Уголовно-процессуального кодекса Российской Федерации. В целях исполнения приговора, а также учитывая личность подсудимого, суд полагает необходимым до вступления приговора в законную силу изменить ФИО2 меру пресечения на заключение под стражу. Руководствуясь ст.ст. , - Уголовного процессуального кодекса Российской Федерации, суд п р и г о в о р и л: ФИО2 признать виновным в совершении преступлений, предусмотренных: - п. «а» ч.2 ст. Уголовного кодекса Российской Федерации (хищение имущества ООО «ДНС Ритейл» 03.06.2025); - п. «а» ч.2 ст. Уголовного кодекса Российской Федерации (хищение имущества ООО «ДНС Ритейл» 04.06.2025); - п. «а» ч.2 ст. Уголовного кодекса Российской Федерации (хищение имущества ООО Агроторг» 05.06.2025), и назначить ему наказание за совершение каждого из вышеуказанных преступлений в виде лишения свободы сроком на один год восемь месяцев. На основании ч.2 ст. Уголовного кодекса Российской Федерации по совокупности преступлений путем частичного сложения назначенных наказаний, окончательно назначить ФИО2 наказание в виде лишения свободы сроком на два года с его отбыванием в исправительной колонии строгого режима. До вступления приговора в законную силу изменить ФИО2 меру пресечения с подписки о невыезде и надлежащем поведении на заключение под стражу, взять под стражу в зале суда. Срок отбывания наказания исчислять со дня вступления приговора в законную силу. На основании п. «а» ч. 3.1 ст. Уголовного кодекса Российской Федерации зачесть ФИО2 в срок отбытия наказания время содержания под стражей с 26 августа 2025 года до дня вступления приговора в законную силу, исходя из расчета один день содержания под стражей за один отбывания наказания в исправительной колонии строгого режима. Взыскать с ФИО2 в счет возмещения ущерба причиненного преступлением в пользу общества с ограниченной ответственностью «Агроторг» (ОГРН &lt;***&gt;, ИНН &lt;***&gt;) сумму в размере 890 (восемьсот девяносто) рублей 76 копеек, в пользу общества с ограниченной ответственностью «ДНС Ритейл» (ОГРН &lt;***&gt;, ИНН &lt;***&gt;) сумму в размере 9 548 (девять тысяч пятьсот сорок восемь) рублей. По вступлении приговора в законную силу вещественные доказательства: - CD-R диски, - хранить при уголовном деле; - рюкзак синего цвета с надписью «ЛДПР», находящийся в камере хранения вещественных доказательств ОП «Новозлатоустовский», - передать лицу, указанному в письменном ходатайстве ФИО2, а при непоступлении в суд данного заявления до дня вступления приговора в законную силу – уничтожить; - коробку из-под портативной колонки JBL GO 4 BLUE (4.2 Bт, Bluetooth 5/3), переданную на хранение представителю потерпевшего ФИО12, - считать переданным по принадлежности, освободив его от обязанности хранения. Приговор может быть обжалован в апелляционном порядке в Челябинский областной суд в течение 15 суток со дня провозглашения, а осужденными, содержащимися под стражей, в тот же срок, со дня вручения им копии приговора. В случае подачи апелляционной жалобы, осужденные вправе ходатайствовать о своем участии в рассмотрении дела судом апелляционной инстанции, о чем должно быть указано в их апелляционных жалобах. В случае подачи апелляционного представления или апелляционных жалоб другими участниками судопроизводства, затрагивающих интересы осужденного, ходатайство об участии в рассмотрении уголовного дела судом апелляционной инстанции подается осужденным в течение 10 суток с момента вручения ему копии апелляционного представления либо апелляционных жалоб. Председательствующий: Приговор вступил в законную силу 22.10.2025. Суд: Златоустовский городской суд (Челябинская область) (подробнее) Судьи дела: Сержантов Дмитрий Евгеньевич (судья) (подробнее) Последние документы по делу: Апелляционное постановление от 21 октября 2025 г. по делу № 1-381/2025 Приговор от 25 августа 2025 г. по делу № 1-381/2025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