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учетом клинической картины заболевания, установленного в БУ «Урайская городская клиническая больница» диагноза, а также учитывая причину смерти, Е.С.Г. была показана специализированная медицинская помощь в стационарных условиях по профилю «кардиология» в первичном сосудистом отделении. В соответствии с клиническими рекомендациями при подозрении на ОКСбпST рекомендуется интенсивное наблюдение за пациентами в блоке (палате) интенсивной терапии с дистанционным наблюдением за электрокардиографическими данными (мониторированием ЭКГ) для контроля ритма сердца, пока не будет подтверждено или отвергнуто наличие ОКСбпST, определен риск неблагоприятного исхода, выбрана стратегия ведения пациента и исключены другие угрожающие жизни заболевания и осложнения. На базе БУ «Урайская городская клиническая больница» с 16.01.2022 года должно было функционировать первичное сосудистое отделение, организованное в соответствии с требованиями Приложений № 30 – 32 Приказа Министерства здравоохранения Российской Федерации от 15.11.2012 № 918н «Об утверждении Порядка оказания медицинской помощи больным с сердечно-сосудистыми заболеваниями», что подтверждается пунктом 2 и приложением 4 Приказа Департамента здравоохранения Ханты-Мансийского автономного округа – Югры № 2174 от 29.12.2021 года «О совершенствовании оказания специализированной медицинской помощи пациентам с острым коронарным синдромом в медицинских организациях Ханты-Мансийского автономного округа – Югры». БУ «Урайская городская клиническая больница» по адресу &lt;адрес&gt;, в соответствии с Лицензией на медицинскую деятельность № ЛО-86-01-003360 от 11.07.2019 года имела право оказывать по указанному адресу специализированную медицинскую помощь по профилю «кардиология». Учитывая вышеизложенное, указанное выше первичное сосудистое отделение должно было функционировать в период оказания медицинской помощи Е.С.Г., ДД.ММ.ГГГГ года рождения. Термином «первичное сосудистое отделение» обозначается кардиологическое отделение с палатой реанимации и интенсивной терапии для больных с острым коронарным синдромом. Согласно приложению № 31 Приказа Министерства здравоохранения Российской Федерации от 15.11.2012 № 918н «Об утверждении Порядка оказания медицинской помощи больным с сердечно-сосудистыми заболеваниями» в штатном расписании ПСО отсутствует врач-невролог. Также врач-невролог не предусмотрен в терапевтическом отделении, согласно приложению № 8 Приказа Министерства здравоохранения Российской Федерации от 15.11.2012 № 923н «Об утверждении Порядка оказания медицинской помощи взрослому населению по профилю «терапия». Медицинская помощь в ПСО оказывается врачами-кардиологами, а в терапевтическом отделении врачами-терапевтами. В рассматриваемом случае медицинская помощь Е.С.Г. вопреки действующим порядкам оказания медицинской помощи оказывалась врачом-неврологом в условиях палаты интенсивной терапии терапевтического отделения. Квалификация врача-невролога не отвечает требованиям, предъявляемым к врачам-кардиологам и врачам-терапевтам Приказом Министерства здравоохранения Российской Федерации от 08.10.2015 № 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 и Приказом Минздравсоцразвития России от 23.07.2010 №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информации, предоставленной БУ «Урайская городская клиническая больница» (том № 3, л.д. 122-159), оснащение терапевтического отделения с палатой интенсивной терапии не соответствует требованиям приложения № 9 Приказа Министерства здравоохранения Российской Федерации от 15.11.2012 № 923н «Об утверждении Порядка оказания медицинской помощи взрослому населению по профилю «терапия», поскольку в представленных документах отсутствуют Консоль палатная прикроватная настенная (п. 18), Набор реанимационный (п. 22), Система палатной сигнализации (п. 36), а также не соответствует требованиям, предъявляемым к оснащению ПСО приложением № 32 Приказа Министерства здравоохранения Российской Федерации от 15.11.2012 № 918н «Об утверждении Порядка оказания медицинской помощи больным с сердечно-сосудистыми заболеваниями», так как в терапевтическом отделении отсутствует необходимое медицинское оборудование.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Критериями оценки качества медицинской помощи осмотр кардиологом пациента с ОКС должен быть выполнен не позднее 5 минут от момента поступления. В данном случае медицинская помощь, как было указано выше, оказывалась врачом-неврологом в условиях палаты интенсивной терапии терапевтического отделения. Осмотр кардиологом в течение 5 минут проведен не был. При этом необходимо отметить, что дистанционная консультация кардиолога была проведена 18.06.2022 в 23:21 (через 53 минуты от момента поступления), что соответствует Приказу Департамента здравоохранения Ханты-Мансийского автономного округа – Югры от 16.10.2015 № 1153 «Об организации кардиологических дистанционно-консультационных пунктов в медицинских организациях здравоохранения Ханты-Мансийского автономного округа – Югры».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биохимическом исследовании крови не проведено исследование полного липидного спектра.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клиническими рекомендациями, а также стандартом оказания медицинской помощи всем пациентам с подозрением на ОКСбпST рекомендуется дистанционное наблюдение за электрокардиографическими данными (мониторирование ЭКГ) для своевременного выявления опасных нарушений сердечного ритма. Согласно данным материалов гражданского дела (протокол допроса свидетеля К.А., постовой медицинской сестры), а также данных медицинской документации (осмотр дежурного врача 19.06.2022 в 01:10), Е.С.Г. проводился постоянный мониторинг ЧСС и сердечного ритма. Согласно указанному протоколу допроса при остановке сердечной деятельности аппарат не издал звуковой сигнал. Учитывая вышеизложенное, можно высказаться о том, что мониторирование ЭКГ проводилось ненадлежащим образом.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Клиническими рекомендациями для оценки прогноза при ОКСбпST рекомендуется использовать шкалу GRACE, которая включает такие параметры как возраст, ЧСС, систолическое АД, класс по Killip, уровень креатинина, а также такие факторы, как остановка сердца при поступлении, смещения сегмента ST, инверсия зубца T, повышенный уровень маркеров некроза миокарда в крови (при создании данной шкалы использовали сердечный тропонин «обычной» чувствительности). Значение каждого параметра оценивается в баллах, затем подсчитывается общая сумма, которая обозначает риск смерти в стационаре: - низкий риск (&lt;1%) – сумма баллов ? 108; - умеренный риск (1–3%) - 109–140; - высокий риск (&gt; 3%) - ? 141. При оказании медицинской помощи Е.С.Г. не проведен расчет риска по шкале GRACE в нарушение вышеуказанных клинических рекомендаций, а также Приказа Департамента здравоохранения Ханты-Мансийского автономного округа – Югры от 29.12.2021 № 2174 «О совершенствовании оказания специализированной медицинской помощи пациентам с острым коронарным синдромом в медицинских организациях Ханты-Мансийского автономного округа-Югры», в соответствии с которым запись о степени риска должна быть сделана в истории болезни не позднее 2 часов от момента поступления пациента.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Е.С.Г. назначена тройная антитромботическая терапия (клопидогрел, ацетилсалициловая кислота, гепарин), однако необходимо отметить, что клопидогрел и ацетилсалициловая кислота назначены в поддерживающих дозах, минуя нагрузочные; гепарин вводился подкожно по 5000 ЕД * 2 раза в день, тогда как при ОКСбпST рекомендовано внутривенное его введение.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данным представленной медицинской документации не проведена экспертиза временной нетрудоспособности в соответствии с требованиями Приказа Министерства здравоохранения Российской Федерации от 23.08.2016 № 625н «Об утверждении Порядка проведения экспертизы временной нетрудоспособности»; Приказа Министерства здравоохранения Российской Федерации от 23.11.2021 № 1089н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Нарушен п. 4.11. Приказа Минздравсоцразвития России от 05.05.2012 № 502н «Об утверждении порядка создания и деятельности врачебной комиссии медицинской организации» - в медицинской карте стационарного больного №2611 из БУ «Урайская городская клиническая больница» на имя Е.С.Г., ДД.ММ.ГГГГ года рождения, отсутствует протокол заседания врачебной комиссии по изучению случая смерти пациента Е.С.Г. в целях выявления причины смерти, а также выработки мероприятий по устранению нарушений в деятельности медицинской организации и медицинских работников в случае, если такие нарушения привели к смерти пациента. По данным гистологического исследования выявлены признаки фибрилляции желудочков, что может свидетельствовать о том, что на фоне очага ишемии миокарда, который явился аритмогенной зоной, развился пароксизм фибрилляции желудочков, приведший к летальному исходу. Нарушения при организации медицинской помощи Е.С.Г. (оказание медицинской помощи врачом-неврологом в условиях ПИТ терапевтического отделения вместо отделения реанимации и интенсивной терапии первичного сосудистого отделения), ненадлежащим образом проведенное мониторирование витальных функций, которое, вероятно, могло позволить своевременно выявить жизнеугрожающие нарушения ритма сердца (в данном случае фибрилляцию желудочков) и провести соответствующие мероприятия для их устранения (сердечно-легочную реанимацию, дефибрилляцию), повышали вероятность наступления неблагоприятного исхода. В то же время необходимо отметить, что ОКС – это жизнеугрожающее состояние, прогноз при котором непредсказуем даже при тщательном выполнении всех необходимых лечебно-диагностических мероприятий. Фибрилляция желудочков является жизнеугрожающим, потенциально смертельным нарушением ритма, представляет собой дезорганизованную электрическую активность миокарда желудочков, в основе которой лежит механизм re-entry. Во время фибрилляции желудочков их полноценные сокращения прекращаются, что клинически проявляется остановкой кровообращения, сопровождающейся потерей сознания, отсутствием пульсации и АД на крупных артериях, отсутствием сердечных тонов и дыхания. При этом на ЭКГ регистрируются частые (300 до 400 в минуту), нерегулярные, не имеющие четкой конфигурации электрические осцилляции с меняющейся амплитудой. Фибрилляция достаточно быстро может перейти в асистолию. Учитывая вышеизложенное, даже своевременное проведение реанимационных мероприятий и дефибрилляции не могло гарантировать наступление благоприятного исхода. Отсутствие осмотра кардиолога в течение 5 минут от момента поступления, отсутствие оценки по шкале GRACE, неполное исследование липидного спектра при поступлении не оказали влияния на тактику лечения, течение и исход заболевания. С учетом данных аутопсии (отсутствие значимого поражения коронарного русла, стеноза коронарных артерий, отсутствие осложненной атеросклеротической бляшки, признаков атеротромбоза), нарушения, допущенные при лечении (отсутствие нагрузочных доз антиагрегантов, неверный путь введения гепарина), также не оказали существенного влияния на течение и исход заболевания. При определении наличия причинно-следственной связи доказыванию подлежит возможность или невозможность наступления негативных (неблагоприятных) последствий и их значимость при отсутствии выявленных недостатков оказания медицинской помощи и иных причин (заболеваний, патологических состояний, индивидуальных особенностей), которые сами по себе либо через развитие осложнений могли привести к неблагоприятному исходу (последствиями) или оказать влияние на неблагоприятный исход, а исключение недостатков оказания медицинской помощи гарантировало бы наступление благоприятного исхода. Согласно принятым в судебной медицине положениям наличие прямой причинной связи между недостатком (дефектом) в оказании медицинской помощи и неблагоприятным исходом признают: - если недостаток (дефект) в оказании медицинской помощи (услуги) явился непосредственной причиной неблагоприятного исхода; - если при опасном для жизни состоянии при объективной возможности проведения не были проведены все необходимые лечебные мероприятия, обеспечивающие при своевременном правильном их осуществлении благоприятный прогноз в 100% случаев. Учитывая вышеизложенное, прямая причинно-следственная связь между действиями медицинских работников БУ «Урайская городская клиническая больница» и бюджетного учреждения Ханты-Мансийского автономного округа - Югры «Окружная клиническая больница» и наступлением смерти Е.С.Г., а также между выявленными дефектами при оказании медицинской помощи и наступлением смерти Е.С.Г., не усматривается. Согласно данным материалов гражданского дела пленки ЭКГ от 18.06.2022 (в 22:28 ив 22:47), направленные врачу-кардиологу БУ «Окружная клиническая больница», полностью идентичны оригиналам термолент, предоставленных для проведения судебно-медицинской экспертизы. При изучении предоставленной термоленты от 18.06.2022 в 22:28 в рамках настоящей экспертизы выявлено нарушение внутрижелудочковой проводимости по правой ножке п. Гиса. На данной ЭКГ имеются признаки некачественной записи (дрейф изолинии в стандартных отведениях), что могло послужить причиной неправильной интерпретации этой пленки врачом функциональной диагностики УГКБ. В связи с некачественной записью достоверно интерпретировать ее не представляется возможным. При изучении предоставленной термоленты от 18.06.2022 в 22:47 в рамках настоящей экспертизы выявлено: «Ритм синусовый, ЧСС 85 в мин. Нарушение внутрижелудочковой проводимости по правой ножке п. Гиса. На этой записи ЭКГ артефактов нет (что было расценено врачом функциональной диагностики как положительная динамика). На представленной записи ЭКГ отсутствуют признаки острого инфаркта миокарда. Депрессии сегмента ST в I, II, с наметившимся подъемом в III отведениях на представленных пленках ЭКГ не отмечается. Согласно имеющимся в материалах гражданского дела выводам экспертов Санкт-Петербургского института независимой экспертизы ими было принято во внимание описание пленок ЭКГ врачом функциональной диагностики УГКБ, при этом оригиналы термопленок экспертами не изучались, в связи с чем выводы сделаны, исходя из ошибочного описания ЭКГ врачом функциональной диагностики УГКБ. Диагноз «Острый коронарный синдром без подъема сегмента ST» был установлен сотрудниками БУ «Урайская городская клиническая больница» обоснованно на основании жалоб, клинической картины заболевания, данных лабораторно-инструментальных методов обследования. С учетом клинических симптомов: впервые возникший приступ в грудной клетке, склонность к артериальной гипертензии (АД 170/100 мм рт. ст.), тахикардия (пульс 93 в мин.) при поступлении, наличие ожирения, нарушения углеводного обмена (СХК 7,1 ммоль/л от 18.06.2022 г.), акроцианоз губ и носогубного треугольника при первичном осмотре, нельзя исключить острое нарушение коронарной гемодинамики, что может трансформироваться в инфаркт миокарда или нестабильную стенокардию. Рекомендации врача-кардиолога БУ «Окружная клиническая больница» (динамическое наблюдение ЭКГ, контроль тропонина через 6 часов, по необходимости чаще, ведение пациента - как с подозрением на острый коронарный синдром, с последующей повторной дистанционной консультацией, при ухудшении состояния пациента немедленная транспортировка в Региональный сосудистый центр для проведения ЧКВ) соответствовали клиническим рекомендациям и приказу Департамента здравоохранения Ханты-Мансийского автономного округа – Югры от 16.10.2015 № 1153 «Об организации кардиологических дистанционно-консультационных пунктов в медицинских организациях здравоохранения Ханты-Мансийского автономного округа – Югры». В соответствии с клиническими рекомендациями при подозрении на ОКСбпST рекомендуется интенсивное наблюдение за пациентами в блоке (палате) интенсивной терапии с дистанционным наблюдением за электрокардиографическими данными (мониторированием ЭКГ) для контроля ритма сердца, пока не будет подтверждено или отвергнуто наличие ОКСбпST, определен риск неблагоприятного исхода, выбрана стратегия ведения пациента и исключены другие угрожающие жизни заболевания и осложнения. Основные группы препаратов назначены в соответствии с установленным диагнозом согласно Клиническим рекомендациям. Противопоказанного лечения Е.С.Г. не назначалось. Тактика лечения выбрана верно в соответствии с установленным диагнозом, однако имеются нарушения клинических рекомендаций в части дозировки препаратов для антиагрегантной терапии (отсутствие нагрузочных доз клопидогрела и ацекардола) и пути введения гепарина (при остром коронарном синдроме необходимо внутривенное введение). У пациентов с ОКСбпST и признаками умеренного (промежуточного) риска неблагоприятного исхода (что имело место у Е.С.Г.) рекомендуется проведение КГ с намерением выполнить реваскуляризацию миокарда, которую можно отсрочить до 72 ч. после госпитализации, с целью снижения риска рецидива ишемии миокарда. Таким образом, Е.С.Г. был показан перевод в РСЦ и выполнение коронароангиографии через 24-72 ч после госпитализации с целью решения вопроса о дальнейшей тактике лечения. На момент оказания медицинской помощи в БУ «Урайская городская клиническая больница» показаний для оперативного лечения (ЧКВ) у Е.С.Г. не имелось. Поскольку, согласно представленной медицинской документации, не были выявлены признаки биологической смерти, проведение реанимационных мероприятий было целесообразным; реанимационные мероприятия проведены обоснованно, в полном объеме. Указанное заключение повторной экспертизы суд оценивает как допустимое и достоверное доказательство по делу, выводам экспертизы не противоречат и иные представленные в материалы дела доказательства, подтвердившие наличие дефектов в оказании медицинской помощи Е.С.Г. Так, 29.07.2022 комиссией БУ «Урайская городская клиническая больница» под председательством заместителя руководителя по медицинской части М.В. проведен разбор случая смерти пациента Е.С.Г. (протокол заседания КИЛИ от 29.07.2022 № 61, запись журнала врачебной комиссии по стационару № 61). На заседании комиссии по изучению летального исхода (КИЛИ) были установлены дефекты оказанной медицинской помощи Е.С.Г.: диагностика и лечение проведены согласно Клиническим рекомендациям Острый коронарный синдром без подъема ST электрокардиограммы с нарушениями; установлено несоответствие дозировки препаратов: АСК, Гепарин, Клопидогрель – не соответствуют клиническим рекомендациям; при проведении ЭКГ не проведена запись V7-V8-V9 для оценки изменений по задней стенке ЛЖ; выявлены дефекты в части сбора анамнеза – отсутствуют данные о ранее принимаемом/не принимаемом лечении, его эффективности при лечении существующей гипертонической болезни; при формулировке диагноза Гирептоническая болезнь не указывается стадия, степень, риск осложнений; при индексе массы тела 34,4 диагноз ожирение первой степени не вынесен; отсутствие листа наблюдения за пациентом при указании на мониторный контроль. Некачественно оказанная Е.С.Г. медицинская помощь также подтверждается проведенной ООО «АльфаСтрахование - ОМС» внеплановой целевой экспертизой качества медицинской помощи Е.С.Г. за период с 18.06.2022 по 19.06.2022 в БУ «Урайская городская клиническая больница» № от 05 сентября 2022 г., по результатам которой установлены нарушения при оказании медицинской помощи в виде невыполнения, несвоевременного или ненадлежащего выполнения необходимых пациенту диагностических и (или) лечебных мероприятий: не проведено необходимое исследование тропонинов Т при госпитализации, не сделан биохимический анализ крови по оценке нарушений липидного обмена, общий анализ мочи не выполнен, не проведена терапия фибринолитическими препаратами не позднее 30 минут от момента поступления в стационар, не выполнена Эхо-КГ с обязательной оценкой ФВ ЛЖ (фракции выброса левого желудочка) во время госпитализации, не в полном объеме проведена диагностика и мониторинг функций миокарда. Решением комиссии филиала ТФОМС Югры в городе Урае по рассмотрению разногласий МО И СМО по результатам контроля объемов, сроков, качества и условий предоставления медицинской помощи по обязательному медицинскому страхованию от 06 февраля 2023 г. претензия бюджетного учреждения Ханты-Мансийского автономного округа - Югры «Урайская городская клиническая больница» оставлена без удовлетворения. В данном решении содержится ссылка на заключение специалистов-экспертов ТФОМС и эксперта качества медицинской помощи, согласно которой сбор информации (опрос, физикальное обследование, лабораторные и инструментальные исследования, консультации/консилиумы) по данным Европейское общество кардиологов, Всемирная Федерация Сердца, 2012: предпочтительными маркерами для диагностики ИМ являются высокочувствительное измерение и интерпретация уровней кардиальных тропонинов. В данном случае были исследованы тропонины Т, что не противоречит требованиям приказа М3 РФ № 158н, где исследования разных уровней тропонинов перечислены, что позволяет использовать для диагностики обе методики. Пациент поступил 18.06.22 в 22:28 с летальным исходом 19.06.22 в 04:18, отсутствие проведения ОАМ, липидного профиля и ЭХО- КГ обусловлено кратковременностью нахождения в стационаре, что не противоречит требованиям Клинических рекомендаций (ЭХО-КГ в срок не позднее 24 ч. от госпитализации). Обследования назначены при первичном осмотре. Не проведена оценка риска по шкалам GRAGE, CRUSADE. Не проводилось мониторного наблюдения ЭКГ при наличии на ЭКГ крупноочагового инфаркта миокарда нижней стенки с формированием зубца Q и подъемом ST при поступлении. Диагноз (формулировка, содержание, время постановки) основной не указана локализация инфаркта миокарда, неверно интерпретирована ЭКГ с подъемом ST при поступлении, в обосновании диагноза данные ЭКГ отсутствуют, обоснование диагноза не соответствует клинико-инструментальным данным. Осложнение: ОСН не указана степень тяжести по Killip сопутствующий: ГБ в данном случае является фоновым заболеванием, сформирован без указания стадии, степени, риска. Оказание медицинской помощи, в том числе назначение лекарственных препаратов и (или) медицинских изделий: не определены показания/противопоказания к назначению фибринолитических препаратов. Преемственность (обоснованность перевода, содержание рекомендаций) не переведен в ПИТ по причине отсутствия мест. Выводы: Невыполнение, несвоевременное или ненадлежащее выполнение необходимых пациенту диагностических и (или) лечебных мероприятий, в соответствии с порядками оказания медицинской помощи, на основе клинических рекомендаций и с учетом стандартов медицинской помощи, создавшее риск прогрессирования имеющегося заболевания. Несоответствие результатов обследования клиническому диагнозу, приведшее к ухудшению состояния здоровья застрахованного лица, либо создавшее риск прогрессирования имеющегося заболевания, Департаментом здравоохранения ХМАО-Югры 18.08.2022 принят акт ведомственного контроля качества и безопасности медицинской деятельности БУ «Урайская городская клиническая больница», в котором выявлены следующие нарушения: диагностические мероприятия выполнены не в полном объеме, пациент не осмотрен врачом – кардиологом, не выполнена эхокардиография, исследование крови для оценки липидного обмена, не соблюден режим дозировки антикоагулянта, при приеме пациента ДД.ММ.ГГГГ дежурным врачом приемно-диагностического отделения не детализированы жалобы, нарушена формулировка диагноза, не назначены диагностические мероприятия в полном объеме. Стороной истцов в материалы дела было представлено заключение № 586/2023-12202711019033064/2023, проведенной в рамках расследования уголовного дела комиссионной судебно-медицинской экспертизы в АНО «Санкт-Петербургский институт независимой экспертизы» в период с 09.11.2023 по 11.12.2023, из выводов которой следует, что смерть Е.С.Г. наступила в результате остро развившегося у него инфаркта левого желудочка, сущность наступившего исхода болезни Е.С.Г. состоит в остановке сердечной деятельности, наступившей в результате недостаточного кровоснабжения и развития некроза в сердечной мышце левого желудочка. По результату проведенного исследования усматриваются следующие недостатки (дефекты) медицинской помощи в Урайской городской клинической больнице: неверно была выбрана тактика ведения пациента лечащим врачом и дежурным реаниматологом о госпитализации пациента в палату терапевтического отделения, поскольку состояние пациента было жизнеугрожающим в связи с признаками острого инфаркта миокарда с подъёмом сегмента ST, то есть были основания для госпитализации пациента в реанимационное отделение по жизненным показателям, недостаточный контроль (мониторинг) витальных функций в палате терапевтического отделения, не было своевременно диагностировано ухудшение состояния пациента, несвоевременность начала реанимационных мероприятий. Недостатки (дефекты) медицинской помощи в Урайская городская клиническая больница, которые связаны консультацией дежурного кардиолога ОКБ г. Ханты-Мансийска: дежурным кардиологом ОКБ г. Ханты-Мансийска не было расценено как жизнеугрожающее состояние пациента в связи с признаками острого инфаркта миокарда с подъемом сегмента ST до данным ЭКГ, дежурным кардиологом ОКБ г. Ханты-Мансийска с учетом признаков острого коронарного синдрома с подъемом сегмента ST не была рекомендована госпитализация в реанимационное отделение с последующей эвакуацией пациента по экстренным показателям в специализированное кардиологическое отделение стационара ОКБ г. Ханты-Мансийска для всестороннего обследования и лечения пациента. С учетом клинической оценки пациенту требовалось в более ранние сроки через 2-3 часа повторное назначение и проведение анализа на тропонин, а не через 6 часов как было назначено. Объем лечения острого коронарного синдрома с подъемом сегмента ST не был достаточным - тромботическая терапия не проводилась пациенту. Недостатки оказания медицинской помощи Е.С.Г., указанные выше, имели место со стороны лечащего врача и дежурного реаниматолога БУ ХМАО-Югры «Урайская городская клиническая больница». Снижение риска наступления опасных последствий могло быть на этапе получения лечащим врачом БУ «Урайская городская клиническая больница» консультации при условии соответствующих клинической оценке пациента рекомендаций дежурного кардиолога по оказанию адекватной медицинской помощи в условиях районной больницы и необходимости принятия мер по маршрутизации пациента с острой сердечной патологией на этап специализированной медицинской помощи в профильное кардиологическое отделение ОКБ г. Ханты-Мансийска. Недостатки оказания медицинской помощи усматриваются в действиях лечащего врача, дежурного реаниматолога и дежурного кардиолога. Нельзя исключить, что при правильном и своевременном оказании медицинской помощи, проведении обследований, иных медицинских мероприятий было возможным избежать наступления неблагоприятного исхода. С учетом клинической оценки пациента и данных ЭКГ медицинские работники имели возможность предвидеть риски наступления опасных последствий в связи с прогрессированием сердечной патологии у пациента при неоказании адекватной медицинской помощи. Наступление благоприятного исхода в случае отсутствия недостатков медицинской помощи носит вероятностный характер. Нельзя исключить, что при качественном и своевременном оказании медицинской помощи Е.С.Г. было возможно избежать неблагоприятного исхода. Были основания для организации транспортировки для оказания медицинской помощи Е.С.Г. в БУ ХМАО-Югры «Окружная клиническая больница». В настоящее время следователем по уголовному делу назначена повторная экспертиза, заключение не получено, лица, подлежащие привлечению к уголовной ответственности не установлены, обвинение не предъявлено, обвинительный приговор судом не постановлен. В части незначительных противоречий с выводами судебной экспертизы суд оценивает как достоверные выводы проведённой по определению суда повторной комиссионной экспертизы, поскольку заключение эксперта, полученное по результатам проведения внесудебной экспертизы, не могут признаваться экспертными заключениями по рассматриваемому делу. Такое заключение признано судом иным документом, допускаемым в качестве письменного доказательства. На основании анализа приведённого правового регулирования и установленных судом юридически значимых обстоятельств дела суд пришёл к выводу о том, что иск о компенсации морального вреда к БУ «Урайская городская клиническая больница» подлежит частичному удовлетворению, поскольку материалами дела установлен факт оказания медицинской помощи ненадлежащего качества, и на ответчика должна быть возложена обязанность по компенсации причиненного истцам морального вреда по основаниям, предусмотренным статьями , 1101 ГК РФ . Вопреки позиции ответчика, выявленные недостатки оказания медицинской помощи, безусловно, причиняли нравственные страдания истцам, которые вправе были рассчитывать на квалифицированную и своевременную медицинскую помощь их отцу и благоприятный исход в виде продолжения его жизни, пострадало охраняемое законом такое нематериальное благо, как сложившиеся родственные и семейные связи, характеризующиеся близкими отношениями, духовным и эмоциональным родством между членами семьи (Истцами) и умершим Е.С.Г. Данный ответчик не выполнил возлагаемую на него обязанность доказать наличие оснований для освобождения от ответственности за ненадлежащее оказание медицинской помощи, в частности отсутствие вины в оказании медицинской помощи, не отвечающей установленным требованиям, отсутствие вины в дефектах такой помощи, способствовавших наступлению неблагоприятного исхода, а также отсутствие возможности при надлежащей квалификации врачей, правильной организации лечебного процесса оказать пациенту необходимую и своевременную помощь, избежать неблагоприятного исхода. Суд признаёт подтверждёнными следующие дефекты в оказании медицинской помощи Е.С.Г. в БУ «Урайская городская клиническая больница»: осмотр кардиологом в течение 5 минут проведен не был, не был собран полный анамнез заболевания, неполно проведены исследования, при биохимическом исследовании крови не проведено исследование полного липидного спектра, неверно была выбрана тактика ведения пациента лечащим врачом и дежурным реаниматологом о госпитализации пациента в палату терапевтического отделения, дистанционное наблюдение за электрокардиографическими данными (мониторирование ЭКГ) для своевременного выявления опасных нарушений сердечного ритма проводилось ненадлежащим образом, не была оказана специализированная медицинская помощь в стационарных условиях по профилю «кардиология» в первичном сосудистом отделении в соответствии с клиническими рекомендациями интенсивное наблюдение в блоке (палате) интенсивной терапии с дистанционным наблюдением за электрокардиографическими данными (мониторированием ЭКГ) для контроля ритма сердца, а в палате терапевтического отделения, куда был помещён Е.С.Г., отсутствовало необходимое медицинское оборудование, в палату реанимации пациент не был помещён, в кардиологическом отделении не создана палата интенсивной терапии для больных с острым коронарным синдромом, что подтвердила в судебном заседании представитель ответчика. Оснащение терапевтического отделения не соответствует требованиям приложения № 9 Приказа Министерства здравоохранения Российской Федерации от 15.11.2012 № 923н. Медицинская помощь Е.С.Г. вопреки действующим порядкам оказания медицинской помощи оказывалась врачом-неврологом в условиях палаты терапевтического отделения, тогда как квалификация врача-невролога не отвечает требованиям, предъявляемым к врачам-кардиологам и врачам-терапевтам, чем в том числе обусловлен неверный и неполный доклад врача- невролога Лагодич при получении консультации у кардиолога БУ ХМАО-Югры «Окружная клиническая больница» и выявленные нарушения клинических рекомендаций в части дозировки препаратов для антиагрегантной терапии (отсутствие нагрузочных доз клопидогрела и ацекардола) и пути введения гепарина (при остром коронарном синдроме необходимо внутривенное введение). Не был рассчитан показатель риска смерти в стационаре. Нельзя исключить, что при качественном и своевременном оказании медицинской помощи Е.С.Г. было возможно избежать неблагоприятного исхода, в том числе при транспортировке для оказания медицинской помощи Е.С.Г. в БУ ХМАО-Югры «Окружная клиническая больница». Об ухудшении состояния пациента лечащим врачом не было доложено дежурному кардиологу, дополнительная консультация не получена, полученные рекомендации не выполнены. Нарушения при организации медицинской помощи Е.С.Г. в БУ «Урайская городская клиническая больница» (оказание медицинской помощи врачом-неврологом в условиях терапевтического отделения вместо отделения реанимации и интенсивной терапии первичного сосудистого отделения), ненадлежащим образом проведенное мониторирование витальных функций, которое, вероятно, могло позволить своевременно выявить жизнеугрожающие нарушения ритма сердца (в данном случае фибрилляцию желудочков) и провести соответствующие мероприятия для их устранения (сердечно-легочную реанимацию, дефибрилляцию), повышали вероятность наступления неблагоприятного исхода, хотя прямая причинно-следственная связь между выявленными недостатками и наступлением смерти Е.С.Г. не подтверждена материалами дела. Необходимо отметить, что ОКС (Острый коронарный синдром) – это жизнеугрожающее состояние, прогноз при котором непредсказуем. Даже при отсутствии выявленных нарушений действующих нормативно-правовых актов, клинических рекомендаций невозможно гарантировать наступление неблагоприятного исхода. В тоже время непредсказуемость не означает неизбежность смерти, данного обстоятельства не подтвердил Ответчик в ходе судебного разбирательства. Нарушений в части качества оказания медицинской помощи БУ «Окружная клиническая больница» не подтверждено, дистанционная консультация кардиолога была проведена 18.06.2022 в 23:21 (через 53 минуты от момента поступления), что соответствует Приказу Департамента здравоохранения Ханты-Мансийского автономного округа – Югры от 16.10.2015 № 1153 «Об организации кардиологических дистанционно-консультационных пунктов в медицинских организациях здравоохранения Ханты-Мансийского автономного округа – Югры». Рекомендации врача-кардиолога БУ «Окружная клиническая больница» (динамическое наблюдение ЭКГ, контроль тропонина через 6 часов, по необходимости чаще, ведение пациента - как с подозрением на острый коронарный синдром, с последующей повторной дистанционной консультацией, при ухудшении состояния пациента немедленная транспортировка в Региональный сосудистый центр для проведения ЧКВ) соответствовали клиническим рекомендациям и приказу Департамента здравоохранения Ханты-Мансийского автономного округа – Югры от 16.10.2015 № 1153 «Об организации кардиологических дистанционно-консультационных пунктов в медицинских организациях здравоохранения Ханты-Мансийского автономного округа – Югры», что подтверждено заключением указанной выше повторной судебной экспертизы. Таким образом, смертью Е.С.Г. при лечении которого установлены факты некачественного оказания медицинской помощи причинены нравственные страдания (моральный вред) лично членам его семьи родным детям ФИО1, ФИО2 и падчерице ФИО18, которую Е.С.Г. воспитывал с 4 лет и у них возникли близкие семейные отношения, что подтверждается как доводами Истцом, семейными фотографиями различных лет, так и показаниями свидетеля О.Е., активной позицией Вознесенской по установлению причин смерти Е.С.Г., которого она считала и называла отцом, многократными обращениями и жалобами в связи с отказом в возбуждении уголовного дела, инициированием проверок качества оказания медицинской помощи. Все истцы признаны потерпевшими по уголовному делу. Таким образом, суд пришёл к убеждению, что у каждого из истцов возникло право на компенсацию морального вреда, учитывая наличие предусмотренных законом оснований и условий ответственности за причинение вреда, а именно нравственных страданий Истцов в связи со смертью членами их семьи (отца), ненадлежащим оказанием медицинской помощи Е.С.Г. лично Истцам (то есть членам семьи) причинены нравственные страдания вследствие нарушения принадлежащих лично им неимущественных прав и нематериальных благ, моральный вред выражается, в частности, в негативных переживаниях в связи с утратой родственника вследствие некачественного оказания медицинской помощи, переживаниях по поводу недооценки со стороны медицинских работников тяжести его состояния, непринятия всех возможных мер для оказания Е.С.Г. необходимой и своевременной помощи, которая могла бы позволить избежать неблагоприятного исхода, переживаниях, обусловленных осознанием того обстоятельства, что близкого человека можно было бы спасти оказанием надлежащей медицинской помощи. Несомненно, что в связи со смертью близкого человека, в данном случае отца, каждый человек испытывает нравственные страдания, что является общеизвестным фактом, суд учитывая несомненные переживания Истцов, их отчаяние из-за невозможность повлиять на летальный исход и изменить результат при нахождении и наблюдении в лечебном учреждении, в котором пациенту была оказана медицинская помощь с недостатками. При определении размера компенсации морального вреда суд в совокупности оценил указанные выше конкретные незаконные действия БУ «Урайская городская клиническая больница», соотнес их с тяжестью причиненных Истцам нравственных страданий и индивидуальными особенностями личности каждого, учёл, что ФИО1 на момент смерти отца был несовершеннолетним, проживал в ним и находился на его иждивении, перенесенное потрясение негативно отразилось на его психоэмоциональном состоянии, о чём он сообщил суду, указав, что отец проводил с ним много времени, учил готовить, ремонтировать автомобиль, они вместе ходили на рыбалку, всей семьей отмечали праздники, работали на даче, ему очень не хватает отца, он не успел научить его водить автомобиль, после смерти отца ФИО19 стал замкнутым, от мысли о том, что отцу была оказана некачественная медицинская помощь и отец мог бы быть жив ФИО19 испытывает негативные эмоции, тревогу, отчаяние, разочарование. Из характеристики из БУ «Урайский политехнический колледж» на ФИО1 следует, что он часто подвержен депрессивному настроению, апатии, у него отмечается высокий уровень тревожности. Из результатов психологического исследования от 26.08.2025 следует, что у Илия обнаружен высокий уровень тревожности, тяжелая степень депрессии, рекомендована консультация психиатра и клинического психолога. Допрошенная свидетель О.Е. – мать истцов показала суду, что ФИО19 при упоминании об отце постоянно плачет, также сообщила суду, что у них очень дружная семья, они совместно с Е.С.Г., детьми и внуками отмечали все праздники, Е.С.Г. дарил подарки дочерям и сыну, внукам, был очень внимательным и заботливым, поддерживал детей во всех жизненных обстоятельствах, истца ФИО3 Е.С.Г. считал дочерью, воспитывал ее с 4-х лет, отводил в детский сад, посещал школу, присутствовал на родительских собраниях, заботился о внуках – детях ФИО3, любил их, содержал всех истцов, в том числе и ФИО3 до совершеннолетия. Истцы гордятся своим отцом, он мог бы многому их научить, но не успел. Истец ФИО2 пояснила, что потеря отца легла тяжелым грузом на её сердце, из-за невосполнимой утраты и скорби у неё возросла тревожность, страх за себя, родных и близких. Произошедшее нанесло всем членам семьи и ей неописуемые моральные страдания, на фоне которых все бытовые или какие-либо еще проблемы блекнут, теряя свою значимость, ведь самое главное это жизнь, жизнь за которую нужно бороться. Из объяснений ФИО2 следует, что она всегда видела бесконечную любовь в глазах отца, папа всегда старался уделять ей все свое свободное время, помогал в учебе, ходил в школу, они вместе выбирали будущую профессию Истца, она закончила медицинское училище, папа ею гордился и радовался больше всех, но после смерти отца сделала для себя вывод, что никогда не сможет быть медицинским работником, идет полнейшее отторжение. На нервной почве от потрясения смертью папы у неё ухудшилось состояние здоровья, окончательный диагноз не поставлен и она очень боится врачебной ошибки. Она часто думает, не мучился ли отец, когда умирал, ведь он был совсем один... Истец ФИО3 при обращении с иском, в письменном обосновании причинённого вреда, в судебном заседании последовательно утверждала, что больше 3 лет с момента смерти отчима Е.С.Г., воспитывавшего её с детства, ставшего для нее папой, а её детям лучшим дедушкой, испытывает нравственные страдания и негативные переживания из-за убеждения, что в результате некачественно оказанной медицинской помощи её отцу Е.С.Г., которому требовалась квалифицированная помощь специалистов, «в 58 лет ему не дали даже шанса жить». Вознесенская описала свои переживания, как чувство безысходности, когда стояла у могилы отца, ей пришлось быть "старшей" и взять ответственность за похороны на себя, потому что папу нужно проводить достойно в последний путь, а мама, сестра и брат горько плачут и не понимают, что происходит..., первый год отец снился ей 2-3 раза в месяц, всю беременность четвёртым ребенком она провела в следственном комитете, пытаясь доказать, что папа не мог умереть просто так, изучила много информации, проконсультироваться по ведению медицинской документации. Указанные доводы Истца о семейном положении, обращениях в связи со смертью Е.С.Г. подтверждаются материалами дела, уопиями уголовного дела, фотографиями. Вознесенская также указала, что отец был замечательным человеком, научившим её ценить семью, быть честной и справедливой, отстаивать свои права и права дорогих людей, её боль от этой потери не исчезнет никогда, она живёт с чувством вины, что не позвонила ему вечером, когда его госпитализировали, испытывает чувство панического страха за здоровье близких при обращении в больницу, не перестает до сих пор плакать, вспоминая веселые моменты из жизни их семьи, когда папа был с ними, понимая, что это никогда не вернуть. Учитывая указанные нравственные переживания Истцов, приведённые заслуживающие внимание фактические обстоятельства дела, а также требования разумности и справедливости, соразмерности компенсации последствиям нарушения прав как основополагающие принципы, предполагающие установление судом баланса интересов сторон, степень вины ответчика, объем допущенных нарушений медицинских услуг, а также тот факт, что допущенные в отношении Е.С.Г. нарушения не находятся в причинно-следственной связи с возникновением неблагоприятных последствий (исхода) в виде смерти, суд считает, что размер компенсации морального вреда по 500000 рублей каждому из истцов будет соответствовать требованиям разумности и справедливости. Суд пришёл к убеждению, что такая сумма компенсации морального вреда, подлежащая взысканию с ответчика, соразмерна последствиям нарушения и компенсирует перенесенные нравственные страдания Истцов, поможет сгладить их остроту. Заявленные иски по сумме требований не соответствуют принципам разумности и справедливости, установленным обстоятельствам дела. Оставляя исковые требования Еремеева Илия Сергеевича к бюджетному учреждению Ханты-Мансийского автономного округа – Югры «Урайская городская клиническая больница» и бюджетному учреждению Ханты-Мансийского автономного округа – Югры «Окружная клиническая больница» о возмещении вреда в связи с потерей кормильца без удовлетворения, суд исходит из того, что не установлено оснований для применения положений ст. 1088 ГК РФ , предусматривающей, что в случае смерти потерпевшего (кормильца)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 поскольку причинная связь между действиями (бездействием) ответчиков и смертью Е.С.Г. не установлена. Судом обсуждался вопрос о взыскании с ответчика штрафа, при этом учтено, что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(часть 2 статьи 84 Федерального закона "Об основах охраны здоровья граждан в Российской Федерации").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(часть 4 статьи 84 Федерального закона "Об основах охраны здоровья граждан в Российской Федерации"). К отношениям, связанным с оказанием платных медицинских услуг, применяются положения Закона Российской Федерации от 7 февраля 1992 года N 2300-I "О защите прав потребителей" (часть 8 статьи 84 Федерального закона "Об основах охраны здоровья граждан в Российской Федерации"). В пункте 9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к отношениям по предоставлению гражданам медицинских услуг, оказываемых медицинскими организациями в рамках добровольного и обязательного медицинского страховании, применяется законодательство о защите прав потребителей. Пунктом 6 статьи Закона Российской Федерации от 7 февраля 1992 г. N 2300-I "О защите прав потребителей" предусмотрено, что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Исходя из изложенного положения Закона Российской Федерации от 7 февраля 1992 г. N 2300-I "О защите прав потребителей", устанавливающие в том числе в пункте 6 статьи 13 ответственность исполнителя услуг за нарушение прав потребителя в виде штрафа в размере пятидесяти процентов от суммы, присужденной судом в пользу потребителя за несоблюдение в добровольном порядке удовлетворения требований потребителя, подлежат применению к отношениям в сфере охраны здоровья граждан при оказании гражданину платных медицинских услуг. При этом основанием для взыскания в пользу потребителя штрафа является отказ исполнителя, в данном случае исполнителя платных медицинских услуг, в добровольном порядке удовлетворить названные в Законе Российской Федерации от 7 февраля 1992 г. N 2300-I "О защите прав потребителей" требования потребителя этих услуг. Суд не усматривает оснований для взыскания штрафа с бюджетного учреждения Ханты-Мансийского автономного округа – Югры «Урайская городская клиническая больница», поскольку ФИО11 медицинская помощь оказывалась бесплатно, и у медицинского учреждения отсутствовали оснований для добровольного удовлетворения требований истцов, вопрос о качестве оказанной ФИО11 медицинской помощи разрешался в процессе судебного разбирательства по настоящему делу, для выяснения этого вопроса судом по ходатайству истцов по делу была назначена повторная судебно-медицинская экспертиза. После исследования и установления юридически значимых обстоятельств, установив некачественное оказание медицинской помощи в процессе судебного разбирательства, суд определил размер компенсации морального вреда. Позиция отражена в определении Судебной коллегии по гражданским делам Верховного Суда Российской Федерации от 15.07.2019 N 44-КГ19-7. В силу ст. , 103 ГПК РФ с ответчика подлежит взысканию госпошлина, от уплаты которой были освобождены истцы. На основании изложенного, руководствуясь статьями - Гражданского процессуального кодекса Российской Федерации, суд решил: Иск Еремеева Илия Сергеевича, ФИО2 и ФИО3 к бюджетному учреждению Ханты-Мансийского автономного округа – Югры «Урайская городская клиническая больница» о компенсации морального вреда удовлетворить частично. Взыскать с бюджетного учреждения Ханты-Мансийского автономного округа – Югры «Урайская городская клиническая больница» (ИНН &lt;***&gt;) пользу Еремеева Илия Сергеевича (ИНН №) компенсации морального вреда в размере 500000 рублей, в пользу ФИО3 (ИНН №) компенсации морального вреда в размере 500000 рублей, и в пользу ФИО2 (ИНН №) компенсацию морального вреда в размере 500000 рублей. Исковые требования Еремеева Илия Сергеевича, ФИО2 и ФИО3 к бюджетному учреждению Ханты-Мансийского автономного округа – Югры «Окружная клиническая больница» о компенсации морального вреда и исковые требования Еремеева Илия Сергеевича к бюджетному учреждению Ханты-Мансийского автономного округа – Югры «Урайская городская клиническая больница» и бюджетному учреждению Ханты-Мансийского автономного округа – Югры «Окружная клиническая больница» о возмещении вреда в связи с потерей кормильца оставить без удовлетворения. Взыскать с бюджетного учреждения Ханты-Мансийского автономного округа – Югры «Урайская городская клиническая больница» в местный бюджет муниципального образования городской округ город Урай государственную пошлину в размере 300 рублей. Решение суда может быть обжаловано в суд ХМАО - Югры через Урайский городской суд. Апелляционные жалоба, представление могут быть поданы в течение месяца со дня принятия решения суда в окончательной форме. Решение суда в окончательной форме принято 12.09.2025. Председательствующий судья Е.П.Шестакова Суд: Урайский городской суд (Ханты-Мансийский автономный округ-Югра) (подробнее) Ответчики: БУ ХМАО-Югры "Окружная клиническая больница" (подробнее) БУ ХМАО-Югры "Урайская городская клиническая больница" (подробнее) Иные лица: Прокурор города Урай ХМАО-Югры (подробнее) Судьи дела: Шестакова Елена Павловна (судья) (подробнее) Последние документы по делу: Решение от 11 сентября 2025 г. по делу № 2-11/2025 Решение от 16 февраля 2025 г. по делу № 2-11/2025 Решение от 11 февраля 2025 г. по делу № 2-11/2025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