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Неустановленным органами следствия лицом, действующим в составе организованной преступной группы, согласно ранее разработанному преступному плану и ролям, отведенным каждому, в точно неустановленное в ходе следствия время не позднее 15 октября 2024 года, во исполнение единого преступного умысла, направленного на хищение денежных средств у лица пенсионного возраста - Б.В.Г., путем обмана в значительном размере, в интересах всех участников организованной группы, находящихся в неустановленном органами следствия месте, был осуществлён звонок с абонентского номера телефона – № на абонентский номер телефона - №, используемый Б.В.Г., &lt;дата&gt; года рождения, находящейся по адресу: &lt;адрес&gt;, &lt;адрес&gt;&lt;адрес&gt;, и в ходе телефонного разговора, в процессе которого неустановленное лицо, путем сообщения заведомо ложных сведений, ввело в заблуждение Б.В.Г., и добилось получения от последней кода, пришедшего Б.В.Г. на ее мобильный телефон. В дальнейшем в продолжении своего единого преступного умысла, неустановленное органами следствия лица, действующим в составе организованной преступной группы, согласно ранее разработанному преступному плану и ролям отведенным каждому, в точно неустановленное время, но не позднее 13 часов 44 минут 16 октября 2024 осуществили звонки на абонентский номер мобильного телефона №, используемого Б.В.Г., с целью формирования у последней представления об авторитетности звонивших и установления с ней межличностного контакта, для облегчения совершения преступления, представившись сотрудником полиции - «А.Д.И.» и введя тем самым Б.В.Г. в заблуждение, сообщив несоответствующую действительности информацию о том, что находящиеся в квартире Б.В.Г. денежные средства, будут изъяты с целью проверки законности их получения и с целью их сохранения данные денежные средства необходимо передать курьеру. В результате неустановленные лица сформировали в ходе неоднократных бесед ложное представление у потерпевшей о действительности, лишив ее бдительности, при этом соучастники организованной группы путем обмана убедили Б.В.Г. добровольно передать им принадлежащие ей денежные средства, о чем был уведомлен ФИО1 В результате чего, будучи убежденной, что информация, полученная от сотрудников полиции правдивая, Б.В.Г., не позднее 13 часов 44 минут 16 октября 2024 года, находясь по адресу: &lt;адрес&gt;, &lt;адрес&gt;&lt;адрес&gt;, подготовила наличные денежные средства в размере 195 000 рублей для передачи мнимому курьеру, которые упаковала в полиэтиленовый пакет, не представляющий материальной ценности. В это же время, во исполнение совместного единого преступного умысла, направленного на незаконное завладение денежными средствами, принадлежащими Б.В.Г., участник организованной преступной группы –ФИО1, в точно неустановленном следствием месте неустановленным способом получил от неустановленного в ходе следствием лица, участника организованной преступной группы, подложные банковские документы, а именно: распечатанное на листе формата А4 уведомление от имени Центрального Банка Российской Федерации (Банк России) об изъятии денежных средств у Б.В.Г. для передачи последней с целью введение ее в заблуждение о якобы законности изъятия денежных средств для проведения регистрации декларирования денежных средств. После чего во исполнение своего совместного единого преступного умысла, направленного на мошенничество, по «Заявке» неустановленного лица, поступившей ФИО1 в мобильном мессенджере «Телеграмм», он 16 октября 2024 года, точное время в ходе следствия не установлено, проследовал на автомобиле ООО «ЯндексТакси» государственный регистрационный знак &lt;адрес&gt; по адресу: &lt;адрес&gt; по месту жительства Б.В.Г., прибыв по указанному адресу 16 октября 2024 в 14 часов 08 минут. В продолжение совместного единого преступного умысла участников организованной преступной группы, в период времени с 14 часов 08 минут по 14 часов 15 минут 16 октября 2024 года, ФИО1, находясь у &lt;адрес&gt;&lt;адрес&gt;&lt;адрес&gt; действуя умышленно, во исполнении единого преступного всех участников организованной преступной группы, по заранее подготовленной ложной информации обратился к Б.В.Г. и передал последней заранее полученное от неустановленного лица, являющимся членом преступной группы, подложные вышеуказанные банковские документы, в свою очередь Б.В.Г., будучи введенная в заблуждение ФИО1 и участниками организованной преступной группы, передала ФИО1, принадлежащие ей денежные средства в сумме 195 000 рублей, находившиеся в полиэтиленовом пакете, после чего ФИО1 в 14 часов 15 минут 16 октября 2024 года с места совершения преступления скрылся на автомобиле ООО «Яндекс Такси» с похищенными денежными средства в размере 195 000 рублей, принадлежащими Б.В.Г., которыми в последствии распорядился совместно с участниками организованной преступной группы по своему усмотрению. Таким образом, ФИО1 и неустановленные органами следствия лица, путем обмана, действуя в составе организованной группы, похитили принадлежащие Б.В.Г. денежные средства на общую сумму 195 000 рублей, причинив потерпевшей значительный материальный ущерб. В судебном заседании подсудимый ФИО1 виновным себя в совершении двух преступлений, предусмотренных ч.4 ст. 159 УК РФ при обстоятельствах, указанных в обвинительном заключении, признал полностью, в содеянном раскаялся. С учетом полного признания своей вины, от дачи подробных показаний по существу дела отказался. В судебном заседании на основании п.3 ч.1 ст. 276 УПК РФ были оглашены показания ФИО1, данные им на стадии предварительного следствия. Так, при допросе на стадии предварительного следствия в качестве подозреваемого от 26.10.2024 г. ФИО1 показывал, что примерно 02.04.2024 года, он приехал в Российскую Федерацию. Работал сначала в Раменском районе Московской области в разных организациях. 01.07.2024 года он уехал в г. Москва, где на проспекте Мира снял квартиру. 04.08.2024 года, он поехал работать на склад «ОЗОН» в г. Онитищи, где познакомился с Щ.А., с которым проработал до 26.09.2024 года, после чего ФИО2 позвал работать его в г. Ногинск Московской области, где он стал проживать по адресу: ул. 200 лет города, д. 2, в общежитии от компании в которую они устроились. Примерно 08.10.2024 года его пригласил погулять в г. Москву, его знакомый ФИО10, который звонил ему с абонентского номера: &lt;***&gt;, с которым он ранее познакомился в г. Москве. Около 17 часов 00 минут он приехал в район «Москва-сити», где его ждал ФИО10 и его друг (анкетные данные ему неизвестны). Когда он подошёл к тем у них завязался разговор, в ходе которого к Артёму подошел неизвестный ему человек и передал ему крупную сумму денег, а именно 1 700 000 рублей. Он спросил у Артема, чем тот сейчас занимается и откуда у него такой заработок. Артем рассказал ему про схему заработка, а именно пояснил, что занимается нелегальной работой, по сути мошенничеством. Из-за большой прибыли его заинтересовал заработок. Он спросил у Артема, может ли он сотрудничать с ним и выходить на такой же доход, Артем ответил ему положительно и сказал, что передаст его контакты человеку, на которого тот работает. Около 22 часов 00 минут 08.10.2024 в мессенджере «Телеграмм» ему пришло сообщение от пользователя с ником @oleg_morin, в котором содержалось предложение по заработку денежных средств. Он ответил согласием. Олег спросил, ясна ли ему суть работы, он пояснил, что нет. Далее Олег начал инструктировать его по его действиям по работе, а именно о том, что он обязан был получать пакет документов от сотрудников, которые на него работают, а далее выезжать на адреса и забирать денежные средства, после получения денежных средств он должен был через мессенджер «Телеграмм» связываться с аккаунтом @Bitcoin_24p, заказывать себе пропуск для прохода в башню «Федерация» на территории комплекса «Москва-сити», а далее денежные средства которые он получит от неизвестных ему лиц, должен будет положить на криптокошелек TLESJDf3ZqKNtsYjDjUXvnpYxvCb7pF2Ya, от каждой такой сделки он будет получать около 10 000 рублей. Он сразу сказал, что для него это не проблема, и он готов приступить к работе завтра. Олег сразу добавил его в беседу в мессенджере «Телеграмм», где было около 32 участников. В данной беседе были разные роли у сотрудников. Олег был главный, далее шли операторы, которые звонили неизвестным ему лицам и путём обмана получали сведения, где те живут и говорили о том, что приедет курьер и заберет деньги. Также в этой беседе состояли сотрудники реальных банков, которые давали информацию о людях, у которых есть накопления и где те живут. Так оператор узнавал номера телефонов от сотрудников банка и уже осуществляли свою роль, помимо них также в беседе была и его роль - курьера. 11.10.2024г. он в рабочей беседе получил сообщение о том, что есть работа. Он получил заказ, распечатал документ, который прислал ему оператор, документ был якобы от центрального банка и прописана сумма, которую должна будет передать неизвестная ему женщина. Он выехал с домашнего адреса до адреса: &lt;адрес&gt;, по прибытию на адрес он поднялся до квартиры, постучался, к двери подошла женщина, он назвал кодовое слово, та открыла дверь и передала ему денежные средства в пакете, деньги он не считал, так как деньги прописаны были в документе, который он распечатал. После получения денежных средств, он вызывал такси до башни «Федерация» комплекса «Москва-сити» за наличную оплату. По прибытию в конечную точку, его встретил ФИО10, которому он передал пакет с денежными средствами, чтобы тот положил деньги на кошелек. После передачи денег он проследовал к себе домой. 19.10.2024 ему позвонил таксист, который его обычно подвозил и сказал, что его разыскивает полиция, он сразу начал переживать и начал собирать вещи и менять места жительства. Позже он решил уехать из страны потому что очень испугался и купил билеты в республику Беларусь. Также о данном случае он сообщил в рабочую беседу и его сразу оттуда удалили. Это стало конечной точкой и он решил уехать к себе на родину. 25.10.2024г. в г. Смоленск на вокзале его сняли с рейса и задержали сотрудники полиции (т. 1 л.д. 113-117). При допросе в качестве обвиняемого от 26.10.2024 и 19.02.2025 ФИО1 подтвердил показания данные им при допросе в качестве подозреваемого. Обстоятельства, изложенные в постановлении о привлечении в качестве обвиняемого, подтвердил, вину в совершенном преступлении признал полностью, в содеянном раскаялся (т.1, л.д. 122-126, 201-203). Между тем при допросе в качестве обвиняемого от 12.05.2025 ФИО1 вину в предъявленном ему обвинении в совершении двух преступлений, предусмотренных ст. ч. 4 УК РФ в составе преступной группы он не признал, считает, что его действия необходимо квалифицировать по ч. 3 ст. , ч. 2 ст. 159 УК РФ . Вину по факту от 16.10.2025 года он не признает. Ранее по данному факту он себя оговаривал (т. 2 л.д. 85-89) При допросе в качестве обвиняемого от 23.06.2025 ФИО1 вину в совершении преступления от 12.10.2024 и 16.10.2024 признает, в содеянном раскаивается, обязуется возместить ущерб по данным преступлениям (т.2, л.д.175-178). При допросе в качестве обвиняемого от 26.06.2025 ФИО1 вину в предъявленном ему обвинении признал полностью, пояснил, что 12 октября 2024 года забрал денежные средства в г. Электросталь у женщины и 16 октября 2024 года забрал денежные средства в г. Электростали по 4-ый Коммунальный пр-д г. Электростали у женщины, пенсионерке. Вину признает полностью, за время в СИЗО все понял, осознал. Ущерб обещается погасить. Со следствием сотрудничал, для опознания преступной группы следствию информацию дополнительно дал (т. 2 л.д. 240-242). После оглашения указанных показаний, ФИО1 подтвердил, что он полностью признает свою вину в совершении преступления, при обстоятельствах, указанных в обвинительном заключении. Подтверждает показания, данные им на первоначальных допросах в качестве подозреваемого и последние показания в качестве обвиняемого, где вину свою признает полностью. Те показания, в которых он вину не признает, не подтверждает. Противоречия в показаниях на стадии предварительного следствия объяснил осознанием своей вины. Проанализировав представленные суду доказательства, выслушав и оценив показания подсудимого ФИО1, потерпевших, свидетелей, исследовав письменные материалы дела, суд пришел к выводу о том, что вина подсудимого установлена и доказана. Доказательствами вины подсудимого суд признает: По факту мошеннических действий в отношении ФИО4, вина подсудимого ФИО1 подтверждается следующими доказательствами по делу. Показания потерпевшей ФИО4, данные ею в ходе предварительного следствия и оглашенные в судебном заседании с согласия сторон, из которых следует, что 11 октября 2024 г. ей на домашний телефон поступил звонок от неизвестного лица. Звонивший представился сотрудником «Элтелеком» и сообщил о необходимости продления договора обслуживания домашнего телефона. Она ответила, что может прийти в офис «Элтелекома», на это звонивший ей ответил, что нет необходимости приходить, достаточно по телефону сообщить ему серию и номер паспорта, номер мобильного телефона. Она продиктовала эти данные звонившему, на это ей звонивший сообщил, что на следующей неделе ей пришлют договор по почте. На следующий день ей на домашний телефон позвонил мужчина и представился сотрудником МВД ФИО3 и сообщил, что с ее банковского счета кто-то пытался снять деньги, но он предотвратил подозрительную операцию. Звонивший уточнил, не переводила ли она сама или ее родственники денежные средства на Украину, она естественно ответила, что не переводила. После этого звонивший сообщил ей, что замешаны сотрудники банка, она предположила что «Сбербанка», так как у нее счета только там. Далее Роман сказал, что с ней свяжется представитель банка для решения вопроса о том, что кто-то пытался с ее счета перевести денежные средства. В этот же день, 12.10.2024 ей поступил звонок в мессенджере «WhatsApp» от молодого человека с номера №, который представился сотрудником Банка России Ж.В., для того, чтобы она удостоверилась в том, что он действительно представитель данного банка, он в мессенджере прислал ей документ от лица Банка России. Все это происходило во время разговора с Виталием. Он также уточнил, совершала ли она переводы на Украину, она ответила, что ни она ни ее родственники никаких переводов не совершали. Виталий ей также сообщил, что сейчас проводится операция по выявлению недобросовестных сотрудников банка. Во время разговора Виталий уточнял, сколько у нее счетов и в каких банках, также уточнял есть ли у нее наличные денежные средства. Она сообщила, что счета у нее только в «Сбербанке», а также сообщила, что у нее дома имеются наличные денежные средства в размере 730 000 рублей, которые она копит на ремонт. После этого Виталий сообщил ей, чтобы данные наличные денежные средства при обысках и проверках налоговой не сочли мошенническими, их необходимо передать курьеру, чтобы он их доставил Виталию и тот в свою очередь перепишет номера купюр, зарегистрирует их и в понедельник вернет мне денежные средства. Также Виталий сообщил ей, что ей сейчас позвонит следователь ФИО5, чтобы в дальнейшем она подала заявление о мошеннических схемах в отношении ее. С Максимом она разговаривала в мессенджере «WhatsApp» по видеосвязи. Максим звонил с номера №. У Максима было продолговатое лицо, длинная шея, широкие плечи, темные волосы. Других примет она не запомнила. Максим сообщил ей, что после того, как ее денежные средства будут проверены и она получит документы о том, что она не участвовала в переводах денежных средств на Украину, он подъедет к ней, после чего она должна будет написать заявление о мошенничестве. В этот же день, во время очередного разговора с Виталием, к ней приехал курьер. Курьер ростом примерно 170 см, черные кудрявые волосы, одет был в черно-белую куртку, под курткой была какая-то спортивная кофта, через плече у него была сумка черная в длину примерно 35-40 см. Данного молодого человека она сможет опознать. Курьер позвонил в домофон, сказал кодовое слово «Ж.В.», она его пустила, он поднялся к общей двери тамбура, за которой располагается ее и соседская квартира, она ему молча передала денежные средства. Курьер ей передал документ, который подтверждает, что она передала 730 000 рублей в ЦБ РФ. Денежные средства у нее были в основном купюрами по 5000 и по 1000 рублей. Она положила их в прозрачный пакет и отдала курьеру. Практически все время она находилась на связи с Виталием. После передачи денег Виталий прервал звонок, через некоторое он снова позвонил ей и спросил все ли у нее хорошо, а также сказал, что свяжется с ней в понедельник. На этом разговор с Виталием закончился. Через некоторое время она подумала, что стала жертвой мошенников, и в понедельник утром, она сообщила о случившемся сыну, и он сказал, что необходимо обратиться в полицию, что она и сделала. От мошеннических действий неизвестных лиц ей причинен материальный ущерб в размере 730 000 рублей. Данный ущерб является для нее значительным (т. 1 л.д. 52-54). Показания свидетеля Г.С.Д., данные им в ходе предварительного следствия и оглашенные в судебном заседании с согласия сторон, из которых следует, он переехал в город Ногинск в сентябре 2024 года и в период с 01 октября 2024 по настоящее время подрабатывает водителем «Яндекс-Такси» на арендованном автомобиле марки «Киа Рио» государственный регистрационный знак №. В начале октября 2024 года ему на его мобильный телефон онлайн поступил заказ о доставки от точки по адресу: &lt;...&gt; и отвести по адресу, в который в настоящий момент он не помнит. Он приехал по данному адресу и в автомобиль к нему сел молодой человек, который представился ему как Парвиз. Они поехали по указанному адресу. В ходе движения, молодой парень, который представился ему как Парвиз, попросил у него личный номер для того, чтобы пользоваться его услугами такси без использования агрегатора Яндекс, на что он продиктовал ему свой номер телефона. Парвиз был ростом примерно 175-180 см, худощавого телосложения, волосы темного цвета. В настоящее время, в связи с прошедшем временем опознать данного молодого человека он не сможет. Доехав до места назначения, Парвиз вышел из автомобиля и ушел, он же направился на другие вызова. 12.10.2024 ему на его мобильный телефон поступил звонок от Парвиза и попросил забрать его с адреса: &lt;...&gt;, на что он согласился. После чего он приехал по указанному адресу примерно в 15 часов 47 минут. Парвиз сел к нему в автомобиль и попросил довести его в город Москва, в район Москва-Сити, точного адреса он не помнит. Когда он привез его по указанному адресу, Парвиз вышел из автомобиля и попросил его подождать, сказав, что все оплатит, после чего ушел. Отсутствовал тот длительное время, после чего вернулся и попросил отвезти его в город Ногинск. Прибыв в город Ногинск он высадил его в центре, в районе железнодорожного вокзала. После этого он данного пассажира неоднократно подвозил, так как у него был его личный номер телефона, поэтому заказы совершались не через агрегатор, а по личному звонку. В частности, 14.10.2024 он подвозил Парвиза из города Москвы к ресторану «Мёд», расположенный в г. Ногинске. По дороге нашего следования они забирали какого-то знакомого Парвиза. Парвиз с ним расплачивался наличными денежными средствами. Хочет добавить, что после того как он дал объяснение сотрудникам полиции 15.10.2024 года он так же предоставил им детализацию по его мобильному телефону за 12.10.2024 год. Так же после того как он дал объяснение, примерно через неделю к нему на его мобильный телефон звонил Парвиз, в ходе общения с которым он сказал ему, чтобы тот явился в полицию и дал объяснение по факту мошеннических действий. О том, что ему звонил Парвиз, он так же сообщил сотрудникам полиции (т. 2 л.д. 24-26). Показания свидетеля В.М.В., данные им в ходе предварительного следствия и оглашенные в судебном заседании с согласия сторон, из которых следует, что в октябре 2024 года и в настоящее время он работает в «Яндекс-такси». Работу он осуществляет на автомобиле марки «Черри тига 7про» государственный регистрационный знак №. 12 октября 2024 года он осуществлял трудовую деятельность. 12 октября 2024 года в 15 часов 15 минут ему в приложении «Яндекс-такси» поступил заказ № 219971. В рамках данного заказа необходимо было забрать пассажира по адресу: &lt;...&gt; и доставить по адресу: &lt;...&gt;. Прибыв по адресу: &lt;...&gt;, в его автомобиль такси сел на задние пассажирские сидения молодой человек. Примет данного молодого человека он не запомнил. Опознать его он не сможет. Когда молодой человек сел к нему в автомобиль, тот поздоровался, и сказал, что очень торопится, попросил его как можно быстрее довезти его до места назначения, за это тот передаст ему 2000 рублей. Он согласился на его предложение, так как поездка по агрегатору стоила 775 рублей. В 15 часов 44 минуты 12 октября 2024 года он приехал по адресу: &lt;...&gt;, и остановился у данного дома. Данный дом имел один подъезд и он остановился около него. После чего, пассажир вышел из автомобиля, а он же закрыл заказ и сразу же поехал на следующий заказ. Куда пошел данный молодой человек, когда вышел из автомобиля он не обратил внимание. Видеорегистратор в салоне автомобиля отсутствует (т. 2 л.д. 29-31). Приведенные показания взаимосвязаны с достаточной совокупностью других исследованных в судебном заседании доказательств: Заявлением ФИО4, в котором она просит привлечь к уголовной ответственности неизвестных ей лиц, которые в период с 11.10.2024 по 12.10.2024 обманным путем завладели принадлежащими ей денежными средствами в размере 730 000 рублей, который для нее значительный (т. 1 л.д. 4). Протоколом осмотра предметов о том, что с участием потерпевшей ФИО4 осмотрен ее мобильный телефон добровольно ею выданный, марки «Redmi Note 7» imei1: №, imei2: №, который в дальнейшем признан и приобщен в качестве вещественного доказательства к материалам уголовного дела и возвращен на ответственное хранение потерпевшей ФИО4 (т. 1 л.д. 11-15, 16 т. 2 л.д. 39) Протоколом осмотра места происшествия - площадка 6 этажа &lt;адрес&gt;, с участием потерпевшей ФИО4, где со слов последней она передала денежные средства ФИО1, изъят документ «Уведомление ФИО4 от 12.10.2024» на 1 листе (т. 1 л.д. 17-21). Протоколом предъявления лица для опознания, в ходе которого потерпевшая ФИО4 среди статистов опознала по росту, плотному телосложению, черным густым волосам на голове, черным густым бровям, по форме губ и овалу лица - ФИО1 как мужчину, которому 12.10.2024 около 15 часов 00 минут по адресу: &lt;адрес&gt; около &lt;адрес&gt; передала денежные средства в размере 730 000 рублей якобы для передачи в Центральный Банк России (т. 1 л.д. 94-97). Протоколом осмотра предметов о том, что осмотрен документ «Уведомление ФИО4 от 12.10.2024», детализация звонков с абонентского номера телефона &lt;***&gt;, которые признаны и приобщены в качестве вещественных доказательств и хранятся при материалах уголовного дела (т. 2 л.д. 32-36, 37, 38). По факту мошеннических действий в отношении Б.В.Г., вина подсудимого ФИО1 подтверждается следующими доказательствами по делу. Показания потерпевшей Б.В.Г., данные ею в ходе предварительного следствия и оглашенные в судебном заседании с согласия сторон, согласно которых 15.10.2024 года примерно в 11 часов 54 минуты она находилась дома и ей на мобильный телефон поступил входящий звонок от абонентского номера №, звонившая девушка представилась сотрудником «Ростелекома» и пояснила, что ей необходимо перезаключить договор по стационарному телефону, она будучи уверенной в законности данного действия, согласилась, после чего девушка ей пояснила, что необходимо продиктовать код из смс, который придёт. Через некоторое время ей пришёл код в смс сообщении, который она продиктовала звонившей. После чего звонившая девушка завершила разговор. Утром 16.10.2024 года ей поступил звонок от абонентского номера №, звонившее лицо представилось капитаном полиции А.Д.И., данный мужчина ней пояснил, что от ее имени был осуществлен перевод денежных средств в размере 300 000 рублей на спонсирование Украинской армии. Она испугалась и пояснила, что ничего не переводила, после этого мужчина спросил у нее сколько у нее имеется наличных денежных средств и пояснил, что это необходимо для того, чтобы переписать купюры и проверить законным ли путём она их получила. Она, думая что звонивший действительно является сотрудником правоохранительных органов, ответила, что у нее есть 195 000 рублей, на что мужчина пояснил, ей, что через некоторое время приедет человек и ей ему необходимо будет передать денежные средства в размере 195 000 рублей, а он ей передаст документ, подтверждающий получение денежных средств от нее, так же звонивший пояснил, что как проверят купюры на предмет их законности, деньги ей будут возвращены. Она согласилась и стала ждать человека. Через некоторое время ей снова позвонил А.Д.И. и пояснил, что к ее дому подъехал человек, она оделась и вышла на улицу, где увидела молодого человека 20-25 лет, худощавого телосложения, одет был в черную кепку, коричневую жилетку, белую кофту, черные штаны, белые кроссовки. Она подошла к данному молодому человеку и в период времени с 13 часов 50 минут по 14 часов 27 минут 16.10.2024 года передала ему денежные средства в размере 195 000 рублей, а молодой человек ей передал уведомление о том, что принял от нее денежные средства. После чего данный молодой человек ушёл в неизвестном ей направлении. О случившемся она рассказала родственникам и 19.10.2024 года они ее привезли в полицию писать заявление. От мошеннических действий неизвестных лиц ей причинен материальный ущерб в размере 195 000 рублей. Данный ущерб является для нее значительным (т. 1 л.д. 159-161, т. 2 л.д. 44-45). Показания свидетеля Ж.Д.К., в судебном заседании о том, что в настоящее время он работает в должности заместителя командира взвода ОР ППСП УМВД России по г.о. Электросталь Московской области. До этого он работал в должности оперуполномоченного ОУР УМВД России по г.о. Электросталь Московской области. 19 октября 2024 года в УМВД России по г.о. Электросталь поступило обращение Б.В.Г., проживающей по адресу: &lt;адрес&gt;, &lt;адрес&gt;&lt;адрес&gt;, по факту мошеннических действий. После чего им был осуществлён выезд по указанному адресу, где Б.В.Г., пояснила, что с 15 октября 2024 года ей на телефон поступил звонок от неустановленного лица, представившегося сотрудником «Ростелекома». В ходе общения с которым Б.В.Г. сообщила ему код, который пришел к ней в смс-уведомлении. В дальнейшем, утром 16 октября 2024 года к ней на ее стационарный телефон поступил звонок от неизвестного мужчины, который пояснил, что осуществился перевод денежных средств в размере 300 000 рублей на спонсирование Украинской армии. Та испугалась, на что мужчина ей пояснил, чтобы заблокировать данный перевод, необходимо переписать и проверить купюры, законным ли та путем их получила. После чего Б.В.Г. сообщила сколько у нее имеется дома денежных средств, мужчина сказал, что за деньгами приедет другой мужчина, который передаст ей уведомление о том, что данные денежные средства взяты у нее на хранение, а та передаст ему денежные средства, которые будут проверены и возвращены, на что последняя согласилась. Через какое-то время к ней приехал мужчина, которому она на улице возле его дома передала ему денежные средства в размере 195 000 рублей, а мужчина передал ей уведомление, что он принял денежные средства. После чего данный молодой человек ушел. Затем та поняла, что ее обманули и 19 октября 2024 года обратилась в полицию. Им был проведен осмотр места происшествия, а именно участок местности, расположенный около &lt;адрес&gt;&lt;адрес&gt;. В ходе осмотра ним установлена видеокамера, захватывающая территорию, где происходила передача денежных средств неустановленному лицу. На видеозаписи было видно, что к ее дому в 16 октября 2024 года в 14 часов 09 минут подъезжает автомобиль «Такси», из которого выходит молодого человека 20-25 лет, худощавого телосложения, одет был в черную кепку, коричневую жилетку, белую кофту, черные штаны, белые кроссовки. Через некоторое время описанный выше молодой человек подходит к калитке дома, а из дома к калитке подходит Б.В.Г. Молодой человек передает ей уведомление, Б.В.Г. осматривает его и в 14 часов 15 минут передает молодому человеку денежные средства, упакованные в полимерный пакет. После чего молодой человек уходит. Данная видеозапись двумя видеофайлами была перекопирована на электронный носитель DVD-диск, который был изъят и упакован в бумажный конверт. Приведенные показания взаимосвязаны с достаточной совокупностью других исследованных в судебном заседании доказательств: Заявлением Б.В.Г., в котором она просит привлечь к уголовной ответственности неизвестных ей лиц, которое 16.10.2024 ввели ее в заблуждение и мошенническим способом завладели принадлежащими ей денежными средствами в размере 195 000 рублей. Данная сумма является для нее значительной (т. 1 л.д. 145). Протоколом осмотра места происшествия - участка местности, расположенного у &lt;адрес&gt;&lt;адрес&gt;, где со слов участвующей в осмотре Б.В.Г. она передала денежные средства неустановленному лицу 16.10.2024; изъят документ «Уведомление Б.В.Г.», CD-R диск с видеозаписями (т. 1 л.д. 149-152). Протоколом осмотра предметов о том, что осмотрен цифровой носитель CD-R диск с двумя фрагментами видеозаписями на которых запечатлены моменты, когда ФИО1 16.10.2024 года на автомобиле «Яндекс.Такси» белого цвета прибыл по адресу: &lt;адрес&gt;, &lt;адрес&gt; и где получает сверток, в котором находятся денежные средства у Б.В.Г.; на основании постановления признан и приобщён к делу в качестве вещественного доказательства (т. 1 л.д. 236-244, 247, 248-249). Протоколом осмотра предметов о том, что осмотрен документ «Уведомление Б.И.Г. от 16.10.2024», на основании постановления признан и приобщён к делу в качестве вещественного доказательства (т. 2 л.д. 32-36, 37, 38). Протоколом осмотра предметов о том что, с участием ФИО1 и его защитника осмотрен цифровой носитель CD-R диск с двумя фрагментами видеозаписями на которых запечатлены моменты, когда ФИО1 на автомобиле «Яндекс.Такси» белого цвета в 14 часов 09 минут 16.10.2024 прибыл по адресу: &lt;адрес&gt;, 4-ый &lt;адрес&gt; и где в 14 часов 15 минут 16.10.2024 получает сверток в котором находятся денежные средства от Б.В.Г. (т. 2 л.д. 245-253). Кроме того, доказательствами вины подсудимого ФИО1 в совершении всех вышеперечисленных преступлений в отношении потерпевших суд признаёт: Протокол личного досмотра ФИО1, проведенного 26.10.2024 в период времени с 07 часов 50 минут до 07 часов 55 минут по адресу: &lt;...&gt;,в ходе которого у последнего изъяты: банковская карта VISA Gold №; банковская карта «Тинькофф Банк» №; банковская карта «BELARUSBANK» №; банковские карты «Сбербанк» №№, 2202 2083 4948 5269; сим-карта «Билайн» с номером № в пластиковой упаковке; мобильный телефон в корпусе черного цвета марки «Apple» модели «iPhone XR» IMEI: №, IMEI2: № (т. 1 л.д. 57-58). Протокол осмотра предметов о том, что с участием ФИО1 осмотрен мобильный телефон мобильный телефон в корпусе черного цвета марки «Apple» модели «iPhone XR» IMEI: №, IMEI2: №, на котором находится переписка с неустановленными лицами и история поездок на «Яндекс Такси», указанный телефон изъят (т. 1 л.д. 64-72). Протокол дополнительного осмотра предметов, согласно которому осмотрены банковская карта VISA Gold №; банковская карта «Тинькофф Банк» №; банковская карта «BELARUSBANK» №; банковские карты «Сбербанк» №№, 2202 2083 4948 5269; сим-карта «Билайн» на номер № в пластиковой упаковке; мобильный телефон в корпусе черного цвета марки «Apple» модели «iPhone XR» IMEI: №, IMEI2: №. В ходе осмотра мобильного телефона обнаружены скриншоты, согласно которым 12 октября 2024 года в 15 часов 21 минуту имеется скриншот, на котором изображен экран мобильного телефона, на котором открыт «Яндекс Такси», где указан водитель «М.», автомобиль №, адрес подачи «улица 200 лет Города, 2», прибытие «&lt;адрес&gt;» в 15 часов 43 минуты. Так же в приложении «Фото» имеется скриншот от 16 октября 2024 года в 13 часов 37 минут, на котором изображен экран мобильного телефона, на котором открыт «Яндекс Такси», где указан водитель «Александр» белый Geely Atlas Pro «№» подача в 13 часов 44 минуты «площадь Ленина, 2А» и прибытие «&lt;адрес&gt;». Так же в приложении «Фото» имеется скриншот от 16 октября 2024 года в 14 часов 22 минуты, на котором изображен экран мобильного телефона, на котором открыт «Яндекс Такси», где указан водитель «Сирожиддин» желтый Volkswagen Polo «№» подача в 14 часов 27 минуты «4№» и прибытие «Москва-Сити, Город Столиц-КВ». Данные мобильный телефон, сим-карта, банковские карты признаны и приобщены в качестве вещественных доказательств к материалам уголовного дела и сданы на ответственное хранение в камеру хранения вещественных доказательств УМВД России по г.о. Электросталь Московской области (т. 2 л.д. 1-9, 10-11, 12-13, 14). Протокол осмотра предметов о том, что осмотрен мобильный телефон в корпусе черного цвета марки «Apple» модели «iPhone XR» в прозрачном силиконовом чехле IMEI: 35 307510 773380 5, IMEI2: 35 307510 753077 1. В ходе осмотра мобильного телефона в приложении «Яндекс GO» в разделе сведения о профиле имеется логин parwin.gasanoff, имя пользователя – ФИО6, номер телефона – &lt;***&gt;. В приложении «Telegram» имеется контакт без диалога записанный как «Олег Моринес» с именем пользователя «@oleg_morin». Просмотрев приложение «Фото» установлено, что имеется скриншот экрана телефона на котором изображен открытое приложение «Яндекс GO» в котором указан водитель «М.» автомобиль &lt;***&gt; 790рус, адрес подачи «&lt;адрес&gt;», прибытие «Юбилейная, 9» примерное прибытие в 15 часов 43 минуты. Согласно сведенью скриншот экрана сделан &lt;дата&gt; в 15:21. В приложении «Фото» имеется скриншот экрана телефона на котором изображен открытое приложение «Яндекс GO» в котором указан водитель «Александр» белый Geely Atlas Pro «С752ТМ 716» подача примерно в 13 часов 44 минуты «площадь Ленина, 2А» и прибытие «4-й &lt;адрес&gt;, 3». Согласно сведенью скриншот экрана сделан &lt;дата&gt; в 13:37. В приложении «Фото» имеется скриншот экрана телефона на котором изображен открытое приложение «Яндекс GO» в котором указан водитель «Сирожиддин» желтый Volkswagen Polo «Р570ОХ 799» подача в 14 часов 27 минуты «4-й &lt;адрес&gt;, 3» и прибытие «Москва-Сити, &lt;адрес&gt;-КЗ». Согласно сведенью скриншот экрана сделан 16 октября 2024 года в 14:22. (т. 2 л.д. 215-223). Протокол осмотра предметов о том, что осмотрены детализация звонков абонентского номера +№ согласно которой установлено, что осуществлялись звонки и смс-сообщения с абонентским номером телефона +№, а именно: 10 октября 2024 года: в 16:18 и в 16:33 осуществляются входящие звонки; 11 октября 2024 года: в 16:18, в 16:33 осуществляются входящие звонки; 11 октября 2024 года: в 14:56, в 15:23, в 18:46 входящие звонки и в 18:46 исходящий звонок; 12 октября 2024 года: в 13:53, в 15:12 входящие звонки, в 15:24 исходящий звонок, в 13:55, в 13:56 входящие и исходящие сообщения; 12 октября 2024 года в 12:34, в 13:57, в 17:43 входящие звонки, в 14:59, 17:00 исходящие звонки; и ответ с Банка АО «Тбанка» по банковской карте №. Данные документы признаны и приобщены к материалам уголовного дела и хранятся при уголовном деле (т. 2 л.д. 225-226, 227, 200-206, т.1 л.д.30-40). Оценивая доказательства, суд отмечает, что приведенные доказательства получены с соблюдением требований уголовно-процессуального закона. Они согласуются между собой по фактическим обстоятельствам, времени, дополняют друг друга и не содержат существенных противоречий, в связи с чем, суд признает данные доказательства допустимыми и достоверными. Их совокупность достаточна для признания вины подсудимого. Признавая достоверность сведений, сообщенных потерпевшими и свидетелями, суд исходит из того, что их допросы проводились с соблюдением требований уголовно-процессуального закона, а показания, положенные судом в основу приговора, согласовываются с достаточной совокупностью других доказательств по делу и подтверждаются реально произошедшими событиями. Никаких поводов для оговора подсудимого у потерпевших и свидетелей не имелось. Не установлено по делу и каких-либо данных, указывающих на их заинтересованность в исходе дела. Кроме того, в материалах дела не имеется и в суде не представлено доказательств, свидетельствующих об искусственном создании органом уголовного преследования доказательств обвинения. Действия подсудимого ФИО1 и неустановленных следствием лиц носили совместный и согласованный характер, что свидетельствует о наличии именно сплоченности и соорганизованности преступной группы, состоявшейся, как до начала совершения преступлений, так и в процессе их совершения. Данные действия были направлены именно на получение денежных средств с потерпевших, путем обмана, по разработанной руководителем группы- неустановленным следствием соучастником схеме, которые в последующем распределялись между участниками данной группы. О совершении преступлений в составе организованной группы свидетельствует вышеприведенная совокупность исследованных судом доказательств. При оценке действий подсудимого во время совершения им преступлений, суд учитывал высокий уровень организованности данной группы лиц, объединившихся для совершения ряда аналогичных преступлений направленных на завладение денежными средствами потерпевших, разработку плана совершения преступлений, стабильный постоянный характер деятельности с четко распределенными ролями внутри группы, подбор участников, длительный период деятельности, а также их целенаправленные и совместные действия, направленные на реализацию общего умысла. Все указанные обстоятельства свидетельствуют именно о сплоченности действий преступной группы, в которую входил подсудимый и устойчивом характере, что характерно именно для квалифицирующего признака "организованная группа". То, что члены организованной группы не всегда были осведомлены о совершении преступлений иными участниками организованной группы само по себе не может опровергнуть установленный судом факт существования группы, поскольку, исходя из условий ее деятельности и особенностей предмета преступлений, участники организованной группы могут быть осведомлены о роли других участников лишь в необходимых случаях, что фактически и имело место по настоящему делу. Квалифицируя действия подсудимого, суд установил, что подсудимый ФИО1 в составе организованной группы, после того как неустановленные лица, разговаривая с потерпевшими ФИО4 и Б.В.Г. по телефону, сообщили несоответствующую действительности информацию, убедили последних, что находящиеся в их квартирах денежные средства будут изъяты сотрудниками налоговой службы и с целью их сохранения данные денежные средства необходимо передать курьеру, о чем был уведомлен ФИО1, который во исполнение единого преступного умысла всех участников организованной преступной группы, направился по адресам потерпевших с целью изъятия у последних денежных средств. ФИО1 являясь участником организованной группы, осуществлял в ее составе противоправные действия в отношении потерпевших ФИО4 и Б.В.Г., со дня вступления в организованную группу не позднее 11октября 2024 года и до момента его задержания 26 октября 2024 года, когда его (ФИО1) преступная деятельность была пресечена сотрудниками полиции. Квалифицирующие признаки «в крупном размере» и «с причинением значительного ущерба гражданину» нашли свое подтверждение в судебном заседании, поскольку потерпевшей ФИО4 был причинен материальный ущерб на сумму 730 000 рублей, что согласно пункта 4 примечания к ст. 158 УК РФ является крупным размером; потерпевшей Б.В.Г. причинен материальный ущерб в размере 195 000 рублей, что с учетом примечания к ст. 158 УК РФ , а также материального положения потерпевшей и ее пенсионного возраста, является для нее значительным ущербом. По смыслу части 5 статьи 35 УК РФ участники организованной группы несут уголовную ответственность за участие в преступлении, в подготовке или совершении которых они участвовали. Поэтому суд признает ФИО1 виновным в совершении двух преступлений, предусмотренных ч. 4 ст. 159 УК РФ (в отношении потерпевших ФИО4 и Б.В.Г.). Похитив денежные средства потерпевших соисполнители имели реальную возможность распорядиться полученными денежными средствами по своему усмотрению и распоряжались ими, в связи с чем преступления оцениваются судом как оконченные. Проанализировав все представленные доказательства с учетом требований уголовно- процессуального закона об их относимости, допустимости, достоверности и признав их совокупность достаточной, суд приходит к выводу о доказанности вины подсудимого ФИО1 в совершении установленных судом преступлений и квалифицирует его действия по ч.4 ст. 159 УК РФ (в отношении потерпевшей ФИО4) – как мошенничество, то есть хищение чужого имущества путем обмана, совершенное организованной группой, в крупном размере; по ч.4 ст. 159 УК РФ (в отношении потерпевшей Б.В.Г.) - как мошенничество, то есть хищение чужого имущества путем обмана, с причинением значительного ущерба гражданину, совершенное организованной группой. Назначая подсудимому ФИО1 наказание, суд учитывает характер и степень общественной опасности преступления, личность виновного, а также влияние назначенного наказания на исправление подсудимого и условия жизни его семьи. Так, подсудимым ФИО1 совершены два умышленных преступления, которые относятся к категории тяжких против собственности. Смягчающими наказание ФИО1 обстоятельствами суд, в соответствии с п. «и» ч.1 ст. 61 УК РФ признает активное способствование расследованию преступления, выразившееся в сообщении о достигнутых договоренностей с иными лицами о совершении групповых преступлениях, о преступных ролях иных участников организованной группы, чем способствовал установлению обстоятельств подлежащих доказыванию, а в соответствии с ч. 2 ст. 61 УК РФ – признание им своей вины, раскаяние в содеянном, его молодой возраст. Отягчающих наказание ФИО1 обстоятельств, в соответствии со ст. 63 УК РФ , судом не установлено. Судом проверено психическое состояние подсудимого. Согласно заключения комиссии экспертов от 18.03.2025 № 242 ФИО1 хроническим психическим расстройством, слабоумием или каким-либо иным расстройством психической деятельности не страдает и не страдал ранее, в момент инкриминируемого ему деяния и к моменту производства по настоящему уголовному делу может осознавать фактический характер своих действий, их общественную опасность и руководить ими. В период, относящийся к совершению инкриминируемого ФИО1 деяния, какого-либо временного болезненного расстройства психической деятельности он не обнаруживал, мог осознавать фактический характер своих действий, их общественную опасность и руководить ими. В настоящее время, по своему психическому состоянию ФИО1, может осознавать фактический характер, общественную опасность своих действий и руководить ими, может правильно воспринимать обстоятельства, имеющие значение для дела и давать о них показания, может предстать перед судом и нести ответственность за содеянное, может принимать участие в проводимых следственных действиях, судебном разбирательстве. В применении принудительных мер медицинского характера, в направлении на стационарную судебно-психиатрическую экспертизу ФИО1 не нуждается (т. 1 л.д. 232-235). Заключение комиссии экспертов у суда сомнений не вызывает, свидетельствует о вменяемости подсудимого ФИО1, в связи с чем суд приходит к выводу о том, что преступления ФИО1 совершал будучи вменяемым. С учетом конкретных обстоятельств совершения преступлений, его характера и степени общественной опасности, принимая во внимание, что подсудимым совершены тяжкие преступления против собственности в отношении лиц пенсионного и пожилого возвраста, материальный ущерб, причиненный в результате преступления не возмещен, а также данных о личности подсудимого, его отношения к содеянному, обстоятельств, смягчающих наказание, влияния назначаемого наказания на исправление подсудимого и на условия жизни его семьи, суд не находит возможным исправление подсудимого ФИО1 без изоляции от общества и оснований для применения при назначении наказания положений ст. 73 УК РФ , в связи с чем, назначает подсудимому ФИО1 наказание в виде реального лишения свободы, поскольку только такое наказание будет способствовать обеспечению предусмотренных ч. 2 ст. 43 УК РФ целей наказания. Поскольку исключительные обстоятельства судом по делу установлены не были - положения ст. , ч. 6 ст. 15 УК РФ применению к ФИО1 не подлежат. При назначении наказания ФИО1 суд применяет правила ч.1 ст. 62 УК РФ , поскольку обстоятельства для этого судом установлены. При этом суд приходит к выводу об отсутствии оснований для назначения ФИО1 дополнительных наказаний в виде штрафа и ограничения свободы. Вид исправительного учреждения в соответствии с п. «б» ч.1 ст. 58 УК РФ ФИО1 суд определяет в виде исправительной колонии общего режима. Обсуждая вопрос о возмещении имущественного вреда потерпевшей ФИО4 на сумму в размере 730 000 рублей 00 копеек, потерпевшей Б.В.Г. на сумму 195 000 рублей, то суд считает, что данные требования подлежат полному удовлетворению. Согласно ч. 3 ст. 42 УПК РФ потерпевшему обеспечивается возмещение имущественного вреда, причиненного преступлением. На основании части 1 статьи 1064 Гражданского кодекса Российской Федерации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Поскольку судом установлено, что виновными действиями ФИО1 потерпевшим ФИО4 и Б.В.Г. причинен имущественный ущерб, который до настоящего времени не возмещен, то он обязан возместить ущерб, причиненный в результате совершенных им противоправных действий. В судебном заседании ФИО1 гражданские иски признал, заявил о намерении погасить иски. Разрешая судьбу вещественных доказательств, суд приходит к следующим выводам. Судом установлено, что органом предварительного расследования выделено в отдельное производство уголовное дело №42501460047000377 в отношении неустановленных лиц на основании постановления от 12.05.2025 года (том 2, л.д.66-67). На основании ст. 81 УПК РФ , так как вещественные доказательства по настоящему уголовному делу являются таковыми и по выделенному в отдельное производство уголовному делу в отношении иного соучастника преступления, не рассмотренному в суде, а вещественные доказательства имеют значение для всесторонности и объективности его разрешения, то их следует хранить в местах, ранее установленных следствием, до принятия соответствующего решения по вышеуказанному уголовному делу. Поскольку в связи с рассмотрением данного уголовного дела имеются процессуальные издержки в размере 6920 рублей, выплаченных адвокату Кутузовой О.В., участвовавшей по назначению в ходе судебного разбирательства за оказание юридической помощи подсудимому ФИО1, суд, руководствуясь требованиями ст. 132 УПК РФ , считает необходимым взыскать их с подсудимого ФИО1 По изложенному, руководствуясь ст.ст. - 309 УПК РФ , ст. 1064 ГК РФ , суд П Р И Г О В О Р И Л: ФИО1 признать виновным в совершении двух преступлений, предусмотренных ч.4 ст. 159 УК РФ , и назначить наказание: По ч.4 ст. 159 УК РФ (в отношении потерпевшей ФИО4) в виде лишения свободы на срок четыре года; По ч.4 ст. 159 УК РФ (в отношении потерпевшей Б.В.Г.) в виде лишения свободы на срок три года. На основании ч. 3 ст. 69 УК РФ по совокупности преступлений путем частичного сложения наказаний, назначить ФИО1 окончательное наказание в виде лишения свободы на срок ЧЕТЫРЕ года ШЕСТЬ месяцев с отбыванием наказания в исправительной колонии общего режима. Меру пресечения, избранную ФИО1 в виде заключения под стражу, до вступления приговора в законную силу сохранить. Срок отбывания наказания осужденному ФИО1 исчислять со дня вступления приговора в законную силу. Зачесть в срок лишения свободы период содержания ФИО1 под стражей со дня задержания 26 октября 2024 года до дня вступления приговора в законную силу на основании п. «б» ч. 3.1 ст. 72 УК РФ из расчета один день содержания под стражей за полтора дня отбывания наказания в виде лишения свободы. Гражданский иск потерпевших ФИО4 и Б.В.Г. удовлетворить полностью. Взыскать с ФИО1 в пользу ФИО4 в счет возмещения материального ущерба 730 000 (семьсот тридцать тысяч) руб. Взыскать с ФИО1 в пользу Б.В.Г. в счет возмещения материального ущерба 195 000 (сто девяносто пять тысяч) руб. Взыскать с ФИО1 в счет федерального бюджета процессуальные издержки, связанные с выплатой вознаграждения адвокату Кутузовой О.В. в размере 6 920 (шесть тысяч девятьсот двадцать) рублей 00 копеек. Вещественные доказательства хранить в местах, ранее установленных органом предварительного расследования, до разрешения выделенного уголовного дела. Приговор может быть обжалован в апелляционном порядке в судебную коллегию по уголовным делам Московского областного суда через Электростальский городской суд Московской области в течение 15 суток со дня его провозглашения, а осужденным, находящимся под стражей, - в тот же срок со дня вручения ему копии приговора. В случае подачи апелляционной жалобы осужденный имеет право ходатайствовать о своем участии в рассмотрении уголовного дела судом апелляционной инстанции. Данное ходатайство осужденным должно быть изложено в апелляционной жалобе либо в отдельном ходатайстве, поданном в срок, установленный для подачи апелляционной жалобы. Также осужденный вправе поручать осуществление своей защиты в суде апелляционной инстанции избранному им защитнику либо ходатайствовать перед судом о назначении защитника. Председательствующий Е.В. Жемчугина Суд: Электростальский городской суд (Московская область) (подробнее) Судьи дела: Жемчугина Екатерина Валерьевна (судья) (подробнее) Последние документы по делу: Постановление от 4 ноября 2025 г. по делу № 1-134/2025 Постановление от 16 сентября 2025 г. по делу № 1-134/2025 Приговор от 2 сентября 2025 г. по делу № 1-134/2025 Приговор от 7 августа 2025 г. по делу № 1-134/2025 Приговор от 2 июня 2025 г. по делу № 1-134/2025 Приговор от 23 апреля 2025 г. по делу № 1-134/2025 Приговор от 22 апреля 2025 г. по делу № 1-134/2025 Приговор от 24 марта 2025 г. по делу № 1-134/2025 Приговор от 11 марта 2025 г. по делу № 1-134/2025 Приговор от 10 марта 2025 г. по делу № 1-134/2025 Приговор от 10 марта 2025 г. по делу № 1-134/2025 Приговор от 5 марта 2025 г. по делу № 1-134/2025 Приговор от 26 февраля 2025 г. по делу № 1-134/2025 Приговор от 25 февраля 2025 г. по делу № 1-134/2025 Постановление от 19 февраля 2025 г. по делу № 1-134/2025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По кражам Судебная практика по применению нормы ст. 158 УК РФ Соучастие, предварительный сговор Судебная практика по применению норм ст. 34, 35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