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ФИО2, ФИО3, ФИО4, администрации Жердевского муниципального округа Тамбовской области об установлении границ земельного участка, о признании права собственности на земельный участок, о признании постановления администрации города Жердевка Тамбовской области от 05.05.1998 № незаконным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ФИО2 к ФИО1 о признании права общей долевой собственности на земельный участок, о разделе земельного участка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границы земельного участка, площадью &lt;данные изъяты&gt; м2, кадастровый номер: №, расположенного по адресу: &lt;адрес&gt;, принадлежащего ФИО1 в соответствии с координатами межевых точек по схеме № приложения к заключению судебной землеустроительной экспертизы от 08.07.2025 № по межевым точкам 1-9-8-7-6-5-3-4 (отображен синим цветом).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границы земельного участка, площадью &lt;данные изъяты&gt; м2, расположенного по адресу: &lt;адрес&gt;, в соответствии с координатами межевых точек по схеме № приложения к заключению судебной землеустроительной экспертизы от 08.07.2025 № по межевым точкам 2-5-6-7-8-9.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общей долевой собственности на &lt;данные изъяты&gt; долю земельного участка, площадью &lt;данные изъяты&gt; м2, расположенного по адресу: &lt;адрес&gt;, в соответствии с координатами межевых точек по схеме № приложения к заключению судебной землеустроительной экспертизы от 08.07.2025 № по межевым точкам 2-5-6-7-8-9.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право общей долевой собственности на &lt;данные изъяты&gt; доли земельного участка, площадью &lt;данные изъяты&gt; м2, расположенного по адресу: &lt;адрес&gt;, в соответствии с координатами межевых точек по схеме № приложения к заключению судебной землеустроительной экспертизы от 08.07.2025 № по межевым точкам 2-5-6-7-8-9.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Разделить земельный участок, площадью &lt;данные изъяты&gt; м2, расположенного по адресу: &lt;адрес&gt;, в соответствии с координатами межевых точек по схеме № приложения к заключению судебной землеустроительной экспертизы от 08.07.2025 № по межевым точкам 2-5-6-7-8-9 в соответствии в размером идеальных долей ФИО1 &lt;данные изъяты&gt; доля, ФИО2 &lt;данные изъяты&gt; доли по варианту раздела в схеме № приложения к заключению судебной землеустроительной экспертизы от 08.07.2025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в собственность ФИО1 земельный участок № площадью &lt;данные изъяты&gt; м2, по адресу: &lt;адрес&gt;, межевые точки с координатами указанными в схеме № заключения судебной землеустроительной экспертизы от 08.07.2025 №. Межевые точки 5-6-7-8.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в собственность ФИО2 земельный участок №, площадью &lt;данные изъяты&gt; м2, по адресу: &lt;адрес&gt; межевые точки с координатами указанными в схеме № заключения судебной землеустроительной экспертизы от 08.07.2025 №. Межевые точки 2-5-8-9.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право собственности на земельный участок №, площадью &lt;данные изъяты&gt; м2, по адресу: &lt;адрес&gt;, межевые точки с координатами указанными в схеме № заключения судебной землеустроительной экспертизы от 08.07.2025 №. Межевые точки 2-5-8-9.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земельный участок №, площадью &lt;данные изъяты&gt; м2, по адресу: &lt;адрес&gt;, межевые точки с координатами указанными в схеме № заключения судебной землеустроительной экспертизы от 08.07.2025 №. Межевые точки 5-6-7-8.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Координаты межевых точек указаны в схеме № приложения к заключению судебной землеустроительной экспертизы от 08.07.2025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Заключение судебной землеустроительной экспертизы от 08.07.2025 № является неотъемлемой частью решение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ФБУ "Тамбовская лаборатория судебной экспертизы" о возмещении расходов на эксперта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в пользу ФБУ "Тамбовская лаборатория судебной экспертизы" МЮ РФ расходы на эксперта в сумме 15 000 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в пользу ФБУ "Тамбовская лаборатория судебной экспертизы" МЮ РФ расходы на эксперта в сумме 15 000 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исполнения решения в части взыскания расходов на эксперта с ФИО2, ФИО1 перечислить на расчетный счет ФБУ Тамбовская лаборатория судебной экспертизы МЮ РФ с депозитного счета суда, открытого в Управлении судебного департамента в Тамбовской области в счет оплаты расходов за производство судебной землеустроительной экспертизы от 08.07.2025 № денежную сумму в размере 30000 рублей (по 15000 рублей с каждого ответчика).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ФИО2 с депозитного счета суда, открытого в Управлении судебного департамента в Тамбовской области денежную сумму &lt;данные изъяты&gt; 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ФИО1 с депозитного счета суда, открытого в Управлении судебного департамента в Тамбовской области денежную сумму, внесенную на расходы эксперта &lt;данные изъяты&gt; 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возмещение за счет федерального бюджета расходов на эксперта (судебная землеустроительная экспертиза от 08.07.2025 №) по гражданскому делу № по иску ФИО1 к ФИО2, ФИО3, ФИО4, администрации Жердевского муниципального округа Тамбовской области об установлении границ земельного участка, о признании права общей долевой собственности на земельный участок, о признании постановления администрации города Жердевка Тамбовской области от 05.05.1998 № незаконным, по иску ФИО2 к ФИО1 о признании права общей долевой собственности на земельный участок, о разделе земельного участка в сумме 106 232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ФИО1 к ФИО2, ФИО3, ФИО4, администрации Жердевского муниципального округа Тамбовской области об установлении границ земельного участка, о признании права собственности на земельный участок в остальной части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ФИО1 к ФИО2, администрации Жердевского муниципального округа Тамбовской области о признании постановления администрации города Жердевка Тамбовской области от 05.05.1998 г. № незаконным отказать. Решение суда может быть обжаловано в апелляционном порядке в Тамбовский областной суд через Жердевский районный суд в течение месяца со дня принятия решения суда в окончательной форме. Мотивированное решение суда составлено 22.09.2025. Председательствующий судья А.В. Власов Суд: Жердевский районный суд (Тамбовская область) (подробнее) Ответчики: Администрация Жердевского муниципального округа Тамбовской области (подробнее) Судьи дела: Власов А.В. (судья) (подробнее) Последние документы по делу: Решение от 8 сентября 2025 г. по делу № 2-10/2025 Решение от 20 апреля 2025 г. по делу № 2-10/2025 Решение от 8 апреля 2025 г. по делу № 2-10/2025 Решение от 31 марта 2025 г. по делу № 2-10/2025 Решение от 27 февраля 2025 г. по делу № 2-10/2025 Решение от 12 февраля 2025 г. по делу № 2-10/2025 Решение от 9 января 2025 г. по делу № 2-10/2025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