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22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покушение, то есть умышленные действия непосредственно направленные на незаконный сбыт наркотических средств, с использованием электронных и информационно-телекоммуникационных сетей (включая сеть «Интернет»), совершенный организованной группой, в значительном размере, если при этом преступление не было доведено до конца по независящим от этого лица обстоятельствам, при следующих обстоятельствах. В неустановленное следствием время, но не позднее 25 октября 2020 г. неустановленные лица, обладая организаторскими способностями и знаниями в области маркетинговых систем глобальной сети «Интернет», из корыстных побуждений, незаконно создали организованную группу (далее - ОГ), с целью совместного совершения тяжких и особо тяжких преступлений в виде незаконного сбыта наркотических средств на территории Российской Федерации бесконтактным способом, посредством созданного для этих целей интернет-магазина «___», действующего на сайте «___.___» и интернет-мессенджере «___». Функции членов ОГ обеспечивают бесперебойную работу по сбыту наркотиков с единой целью получения всеми участниками материальной выгоды. Схема сбыта наркотических средств предусматривает организованную руководителем ОГ поставку крупной партии наркотиков на территории на которых действует ОГ. Наркотические средства помещаются в тайники для «склада» либо оформляются пересылки оптовых партий почтовым отправлением на имя «склада», который хранит и фасует наркотические средства и формируем менее крупные партии для «мини-складов». Последние в свою очередь фасуют наркотические средства на более мелкие «разовые дозы», предназначенные для розничного сбыта, для бесконтактной передачи «закладчикам», которые размещают «разовые дозы» наркотических средств в тайниках непосредственно для потребителей наркотических средств. В неустановленный период времени, но до 20 часов 48 минут 09 марта 2024 г. к ФИО1, посредством сети «Интернет» в мессенджере «___» обратилось неустановленное лицо под неустановленным псевдонимом, которое предложило трудоустроиться в качестве «закладчика» в интернет-магазин «___». В ходе переписки ФИО1 было разъяснено, что работа связана со сбытом наркотиков, условия и порядок работы «закладчиком» наркотиков, сведения о вознаграждении, а также требования при трудоустройстве. ФИО1, ознакомившись с полученной информацией, осознавая организованный характер преступной деятельности, из корыстных побуждений, желая получить источник преступного дохода, умышленно, с целью вступления в составе ОГ, выполняя обязательное условие трудоустройства, отправил фотоизображение своего лица с паспортом гражданина Российской Федерации в развернутом виде. После чего, ФИО1 был направлен членом ОГ, другому неустановленному члену ОГ, выполняющему функции «оператора» под псевдонимом «___ ___ ___» (имя пользователя ___»), который в дальнейшем координировал действия ФИО1 по незаконному сбыту наркотических средств. В период времени с 20 часов 48 минут 09 марта 2024 г. до 11 часов 02 минут 19 января 2025 г. ФИО1, действуя в составе ОГ совместно с неустановленными лицами, выполняя в ОГ функции «закладчика», реализуя единый умысел на незаконный сбыт наркотических средств, действуя умышленно, из корыстных побуждений, координируя свои действия с «оператором» ОГ, получал через тайники мелкооптовые партии наркотических средств, расфасовывал их на разовые дозы в удобную для незаконного сбыта упаковку, оборудовал тайники с разовыми дозами наркотических средств в разных местах на территории г. Якутска, фотографировал местонахождение тайников на свой сотовый телефон, определял их координаты, составлял описания тайников, загружал описание тайников с ссылками на их фотоизображения с указанием места в чате с «оператором» ОГ, уведомляя его таким образом о месте оборудованного тайника с наркотиками для последующего незаконного сбыта потребителям, а также направлял отчеты о проделанной работе «оператору» ОГ для получения вознаграждения за выполненную работу. Вознаграждение за выполненную работу ФИО1, получал от неустановленного члена ОГ на основе отчетов о выполненной работе, направленных «оператору» ОГ. Денежные средства заработанные за незаконный сбыт наркотических средств ФИО1 использовал на личные нужды. В неустановленное время 13 января 2025 г. «оператор» ОГ посредством сети «Интернет» в мессенджере «___» отправил ФИО1 ссылку на фотографии и описание тайника, оборудованного в неустановленном месте на территории г. Якутска, в котором была сокрыта очередная партия наркотического средства ___, весом не менее 0,303 гр. (в значительном размере) дав указание ФИО1, получить его, расфасовать, а затем разместить в тайниках в разных местах на территории г. Якутска для дальнейшего незаконного сбыта потребителям. Затем с неустановленного времени 13 января 2025 г. до 15 часов 46 минут 15 января 2025 г. ФИО1, выполняя функции «закладчика» наркотических средств, действуя в составе ОГ с неустановленными лицами, следуя указанию «оператора» ОГ прибыл в неустановленное место на территории г. Якутска, где используя свой сотовый телефон, ориентируясь по полученным фотографиям, описанию и географическим координатам, обнаружил тайник с партией наркотического средства ___, весом не менее 0,303 гр. ФИО1, сообщив об этом посредством сети «Интернет» оператору ОГ, извлек и стал незаконно хранить наркотическое средство при себе, а затем по месту своего жительства по адресу: ____ с целью дальнейшего незаконного сбыта. После этого, с неустановленного времени 13 января 2025 г. до 15 часов 46 минут 15 января 2025 г. ФИО1, выполняя функции «закладчика» наркотических средств, следуя указанию «оператора» ОГ, находясь по адресу: ____, расфасовал полученное при вышеуказанных обстоятельствах наркотическое средство на «разовые» дозы для потребителей с помощью ранее приобретенных фасовочных материалов в неустановленное количество свертков, которые стал незаконно хранить по вышеуказанному адресу, в целях последующего незаконного сбыта. Затем в вышеуказанный период времени ФИО1, имея при себе расфасованное наркотическое средство ___, весом не менее 0,303 гр., сокрыл часть вышеуказанного наркотического средства в неустановленном количестве по различным местам в г. Якутске, а также сокрыл 1 сверток с наркотическим средством ___, весом 0,303 гр. (в значительном размере) в тайнике, оборудованном на свае у столба линии электропередачи, находящегося возле дома ____ В ходе оборудования тайников с наркотическим средством ФИО1 с помощью фотокамеры своего сотового телефона, зафиксировал месторасположение оборудованных им тайников, для направления «оператору» ОГ и последующего пополнения витрины интернет-магазина «___», в целях последующего незаконного сбыта и получения вознаграждения за выполненную работу. Однако, ФИО1 и другие неустановленные члены ОГ, несмотря на созданные условия не смогли довести до конца умысел на незаконный сбыт наркотического средства ___ в значительном размере по независящим от них обстоятельствам, поскольку в период времени с 18 часов 40 минут до 19 часов 10 минут 15 января 2025 г. сотрудниками полиции в ходе проведения оперативно-розыскного мероприятия «Обследование помещений, зданий, сооружений, участков местности и транспортных средств» на участке местности, расположенном возле дома ____, на свае у столба линии электропередачи, обнаружен и изъят один сверток с наркотическим средством ___, весом 0,303 гр. (заключение эксперта № от 14.04.2025). 22 января 2025 г. в 14 часов 21 минуту ФИО1 был задержан сотрудниками полиции в ходе проведения оперативно-розыскного мероприятия «Наблюдение» возле дома ____. Согласно Постановлению Правительства РФ № 681 от 30.06.1998 «Об утверждении перечня наркотических средств, психотропных веществ и их прекурсоров, подлежащих контролю в Российской Федерации» (в ред. Постановления Правительства РФ № 882 от 30.10.2010) N-метилэфедрон и его производные относятся к наркотическим средствам. Согласно Постановлению Правительства Российской Федерации от 01.10.2012 № 1002 «Об утверждении значительного, крупного и особо крупного размеров наркотических средств и психотропных веществ, для целей статей , 228.1 и Уголовного кодекса РФ», вес наркотического средства N-метилэфедрон и его производных от 0,2 гр. до 1 гр. составляет значительный размер.</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и ФИО2 совершили незаконные приобретение и хранение без цели сбыта наркотических средств в значительном размере, при следующих обстоятельствах. 22 января 2025 г. в период времени с 11 часов 00 минут до 11 часов 30 минут ФИО1 и ФИО2, находясь по адресу____ являясь потребителями наркотических средств, находясь в состоянии наркотического опьянения, заведомо зная об уголовной ответственности за их незаконный оборот, желая испытать наркотическое опьянение, решили приобрести наркотическое средство с целью совместного употребления, без цели сбыта, тем самым вступили в предварительный сговор на незаконные приобретение и хранение наркотических средств в значительном размере. Реализуя свой преступный умысел, ФИО2, в период времени с 11 часов 30 минут до 12 часов 28 минут 22 января 2025 г., находясь вместе с ФИО1 в кафе «У Вани» расположенном по адресу____, действуя группой лиц по предварительному сговору, используя свой сотовый телефон марки «iPhone 11», посредством сети «Интернет», осуществил вход в свой личный кабинет на интернет-площадке магазинов по продаже наркотических средств «___», где на сайте интернет-магазина ___», оформил заказ на покупку наркотического средства масло каннабиса (гашишное масло), в значительном размере и стоимостью ___ рублей. Получив реквизиты для оплаты заказа ФИО2 их сообщил ФИО1, который осуществил перевод со своего счёта открытого в ПАО «Сбербанк» в размере ___ рублей неустановленному лицу, тем самым оплатив стоимость вышеуказанного наркотического средства. После осуществления оплаты ФИО2 в чате интернет-магазина «___» получил сообщение с фотоизображением, описанием и координатами тайника с приобретенным наркотическим средством, оборудованного по географическим координатам ____ После чего, в период времени с 12 часов 28 минут до 13 часов 50 минут 22 января 2025 г. ФИО2 и ФИО1, действуя группой лиц по предварительному сговору, продолжая свой преступный умысел, направленный на незаконные приобретение и хранение наркотических средств без цели сбыта для личного употребления, на автомобиле «Lexus LX 470» с государственными регистрационными знаками № под управлением ФИО1, прибыли по вышеуказанному адресу, где ФИО2, используя свой сотовый телефон марки «iPhone 11», ориентируясь по фотографии, описанию места и координатам, полученным в чате интернет-магазина «___», обнаружил тайник из которого извлек ёмкость с незаконно приобретенным наркотическим средством масло каннабиса (гашишное масло), весом 0,616 гр. (в значительном размере). Затем, ФИО2, сев в салон автомобиля «Lexus LX 470» с государственными регистрационными знаками №, под управлением ФИО1, положил на торпеду автомобиля приобретенное при вышеуказанных обстоятельствах наркотическое средство. Таким образом, ФИО1 и ФИО2 умышленно, без цели сбыта наркотических средств и для личного употребления, стали незаконного хранить наркотическое средство в значительном размере в период с 13 часов 50 минут до 16 часов 00 минут 22 января 2025 г. в салоне автомобиля «Lexus LX 470» с государственным регистрационным знаком № по пути следования до дома ____, то есть до момента изъятия сотрудниками полиции. 22 января 2025 г. в 14 часов 21 минуту сотрудниками полиции в ходе проведения оперативно-розыскного мероприятия «Наблюдение» возле дома ____, по подозрению в незаконном обороте наркотических средств, остановлен вышеуказанный автомобиль, под управлением ФИО1 и с находящимся внутри в качестве пассажира ФИО2 22 января 2025 г. в период времени с 16 часов 00 минут до 16 часов 40 минут в ходе проведения сотрудниками полиции оперативно-розыскного мероприятия «Обследование помещений, зданий, сооружений, участков местности и транспортных средств» проведенного с участием ФИО1, в салоне автомобиля «Lexus LX 470» с государственным регистрационным знаком №, припаркованного возле дома ____, на переднем пассажирском сидении обнаружена и изъята пластиковая емкость с наркотическим средством масло каннабиса (гашишное масло) весом 0,616 гр. (заключение эксперта № от 14.04.2025). Подсудимый ФИО1 вину в предъявленном обвинении по ч. 1 ст. 228 УК РФ признал. Вину по п. «а» ч. 4 ст. 228.1 УК РФ не признал в полном объеме и показал, что он не является распространителем наркотических веществ и никогда не вступал в организованную преступную группу. Никакого «тайника» с наркотическим средством на ____ он не оборудовал. Весной 2024 г. в мессенджере «____» ФИО1 наткнулся на объявление о дополнительном заработке. В объявлении просили лиц, которых заинтересовало объявление, поставить плюс. После того как ФИО1 из интереса поставил плюс, ему написал человек с ником «___» и попросил для подтверждения того, что ФИО1 не робот, отправить ему фотографию с паспортом. ФИО1 отправил ему фотографию и после этого поинтересовался, какая предлагается работа. Ему было сообщено, что предлагается работа курьера и при этом работа будет незаконной. Тогда ФИО1 отказался от такой работы, но из любопытства проходил обучение, каким именно образом оборудуются закладки с наркотическим средством. Затем он окончательно отказался трудоустраиваться в магазин по продаже наркотических средств и удалил всю переписку. Денежная суммы, которые он переводил своей супруге, были отправлены ФИО1 ___ в счет возврата долга. Осенью 2024 г. ФИО1 обеспечивал ___, и ему вернули данные денежные средства. ___. Также ФИО1 не может пояснить почему, что на его телефон направлялись географические координаты с нахождением «тайников» с наркотическими средствами. Подсудимый ФИО2 вину в предъявленном обвинении по ч. 1 ст. 228 УК РФ признал в полном объеме. Суду показал, что раскаивается в содеянном и в настоящее время наркотические средства не потребляет. Воспользовался положениями ст. 51 Конституции РФ и от дачи показаний отказался. Показания ФИО2, данные в ходе предварительного следствия, по ходатайству государственного обвинителя были исследованы судом в соответствии с п. 3 ч. 1 ст. 276 УПК РФ . Из оглашенных показаний ФИО2 следует, что он впервые попробовал «гашиш» в конце января 2025 г. С ФИО1 знаком с 2019 г. и отношения между ними дружеские. 22 января 2025 г. примерно в 11 часов 30 минут ФИО1 на автомобиле «Lexus LX 470» с государственными регистрационными знаками № приехал к дому ФИО2 по адресу: г____ Они поехали на ____, где остановились около кафе «У ___», которое расположено по адресу: г. Якутск, ____ Затем ФИО2, используя свой сотовый телефон марки «iPhone 11» посредством сети «Интернет», зашёл на сайт интернет-магазина «___», действующий на интернет-площадке «___», ввёл свой логин и оформил заказ на покупку наркотического средства масло каннабиса (гашишное масло) стоимостью ___ рублей. Получил реквизиты для оплаты заказа и сообщил ФИО1, который со своего счёта перевел ___ рублей неустановленному лицу, тем самым оплатив стоимость «гашиша». После этого ФИО2 получил сообщение с фотоизображением, описанием и координатами «тайника» с приобретенным наркотическим средством. «Тайник» был оборудован вблизи ____ Примерно в период времени с 12 часов 30 минут до 13 часов 50 минут 22 января 2025 г. ФИО2 и ФИО1 на вышеуказанном автомобиле прибыли в ____ где ФИО2 используя свой сотовый телефон марки «iPhone 11», ориентируясь по описанию места и координатам, полученным в чате интернет-магазина «___», обнаружил «тайник» из которого достал пластиковую ёмкость с «гашишом». Найденную емкость ФИО2 положил на торпеду автомобиля, чтобы вещество растаяло, и его можно было употребить. Когда они подъехали к дому ____, то их автомобиль остановили сотрудники полиции, которые провели досмотр автомобиля и обнаружили пластиковую емкость с наркотическим средством масло каннабиса (гашишное масло). Свою вину в незаконном приобретении, хранении без цели сбыта наркотических средств в значительном размере ФИО2 признаёт полностью (т. 3 л.д. 147-150; т. 4 л.д. 24-26; л.д.160-162). После оглашения данных показаний в судебном заседании, подсудимый ФИО2 их полностью подтвердил. Допросив подсудимого ФИО1, огласив показания подсудимого ФИО2, изучив и проанализировав представленные сторонами доказательства, суд приходит к выводу о виновности подсудимых в совершении инкриминируемых преступлениях. По преступлению, предусмотренному ч. 3 ст. - п. «а» ч. 4 ст. 228.1 УК РФ вина подсудимого ФИО1 подтверждается совокупностью следующих доказательств. В судебном заседании была допрошена свидетель ___ А.А., которая показала, что работает оперуполномоченным по ОВД Управления по контролю за оборотом наркотиков МВД по РС(Я). Свидетель подтвердила, что на бетонной свае у дома ____ был обнаружен сверток, выполненный из фрагмента изоленты черного цвета, который был изъят сотрудниками полиции. В ходе последующего исследования было установлено, что в свертке находилось наркотическое средство. В ходе осмотра телефона ФИО1 было установлено, что в телефоне имеется фотография этого же места. При этом имеются расхождения в геолокации между фотографией в телефоне ФИО1 и фотографией, которую выполнила сотрудник полиции ФИО3 Свидетель объяснила данное обстоятельство тем, что она при фотографировании «привязала» место обнаружения свертка к номеру дома, который находился позади сваи. Фотография в телефоне ФИО1 указывает другой адрес, поскольку фотографирование производится через специальное приложение, которое автоматически «привязывает» место фотографирования (геолокацию) к ближайшему адресу дома. Это возможно, когда человек фотографировал то же место, но при этом отошел немного назад от этого столба и в этой связи телефон автоматически «привязал» геолокацию к сзади стоящему дому. Фактически дома, где расположена бетонная свая, находятся друг против друга. Кроме того, свидетель показала, что после задержания ФИО1 производился оперативный эксперимент, а именно переписка с его телефона с оператором интернет-магазина по продаже наркотических средств. В судебном заседании по ходатайству государственного обвинителя и с согласия сторон были оглашены показания свидетеля ___ Н.А. Из оглашенных показаний свидетеля ___ Н.А. следует, что 15 января 2025 г. в период времени с 18 до 19 часов, когда он проходил возле ____, к нему подошли сотрудники полиции и пригласили поучаствовать в качестве понятного при обследовании территории по вышеуказанному адресу. На обследуемом участке находился столб высоковольтной линии электропередачи и бетонная свая. В верхней части сваи на заснеженной поверхности, был обнаружен и изъят свёрток, выполненный из фрагмента изоляционной ленты чёрного цвета. Внутри свертка был обнаружен прозрачный полимерный пакетик с зажимом, внутри находилось светлого цвета порошкообразное вещество. После чего данный обнаруженный свёрток был упакован в конверт, на котором участвующие лица поставили свои подписи, сотрудники полиции опечатали конверт оттиском печати синего цвета (т. 3, л.д. 12-14). Наряду с приведенными показаниями свидетелей, виновность ФИО1 подтверждается исследованными в судебном заседании следующими письменными материалами дела: - материалами оперативно-розыскной деятельности представленными постановлением от 23.01.2025 и в том числе: протоколом личного досмотра ФИО1 с фототаблицей; протоколом обследования транспортного средства «Lexus LX 470» с государственными регистрационными знаками №, который принадлежит ФИО1 (т. 1, л.д. 31- 60); - протоколом исследования участка местности от 15.01.2025 из которого следует, что на участке местности по адресу____, на бетонной свае стоящей у деревянного столба линии электропередачи был обнаружен сверток выполненный из фрагмента изоленты черного цвета; при вскрытии свертка обнаружен прозрачный полиэтиленовый пакетик с зажимом с веществом кристаллообразного светлого цвета; сверток с упакованными материалами помещен в пакет № 1 (т. 1, л.д. 90-96); - справкой об исследовании ЭКЦ МВД по РС(Я) № 13/ф от 16.01.2025, согласно которой вещество в пакетике из пакета № 1 содержит в своём составе наркотическое средство ___; вес вещества (наркотического средства) в пакетике из пакета № 1 составил 0,303 гр.; указанное наркотическое средство обнаружено и изъято 15.01.2025 в ходе ОРМ «Обследований помещений и зданий сооружений участков местности и транспортных средств» на участке местности расположенного у д. ____т. 1, л.д. 101-102); - протоколом обыска от 23 января 2025 г., который проводился в доме по адресу: ____ (адрес проживания ФИО1); в ходе обыска были изъяты: фрагменты бутылки, канцелярский нож, ножницы, скатерть с новогодней тематикой, изолента, ножницы, цилиндрический предмет (фальшфейер), ворсистый напольный ковер белого цвета (т. 1, л.д. 105-111); - заключением эксперта № от 14.04.2025, согласно которому представленное на исследование вещество в пакетике из пакета № 1, весом на момент проведения экспертизы 0,283 гр., обнаружено и изъято 15.01.2025 возле дома по адресу: ____ свае у столба линии электропередачи, содержит в своём составе наркотическое средство ?-Пирролидиновалерофенон-производное N-метилэфедрона; согласно копии справки об исследовании № от 16.01.2025 вес вещества из пакета № 1 составил 0,303 гр. (т. 1, л.д. 118-121); - заключением эксперта № 161/ф от 28.03.2025 согласно которому в смывах с настольной скатерти из пакета № 1, канцелярского ножа и ножниц из пакета № 3, фальшфейра, ножниц и рулона липкой ленты из пакета № 4, напольного коврика из пакета № 5 были обнаружены следовые количества наркотического средства ___; в смывах с одного фрагмента полимерной бутылки с прикрепленным пакетом и фрагментом фольги на горловине, трех фрагментов бутылки из прозрачного бесцветного полимерного материала и пакета из прозрачного бесцветного полимерного материала из пакета № 6 обнаружены следовые количества наркотического средства тетрагидроканнабинола (наркотически активного компонента каннабисной группы) и сопутствующих ему каннабиноидов - каннабидиола, каннабинола, а также никотина; данные предметы обнаружены и изъяты 23.01.2025 в ходе обыска по адресу: ____ (т. 1, л.д. 139-145); - протоколом осмотра предметов от 28.05.2025 в ходе которого осмотрены изъятые в ходе обыска в жилище ФИО1: фрагменты бутылки, канцелярский нож, ножницы, скатерть, изолента, цилиндрический предмет (фальшфейер), ковер белого цвета, пакет с таблеткам; банковские карты: «Тинькофф», «Газпромбанк» «Сбер» «Алмазэргиэнбанк», «Альфа Банк», пакетик из прозрачного бесцветного полимерного материала с комплементарной застежкой и полоской красной цветом вдоль горловины пакетика, в котором содержится сухое порошкообразное веществом с комками, пакет из бесцветного прозрачного полимерного материала, в котором содержатся две таблетки круглой дискообразной формы, пакет из бесцветного прозрачного полимерного материала, внутри которого находится фрагмент листа бумаги с цветным изображением сигаретных пачек и табака «___», измельченная растительная масса, похожая на табак (т. 1, л.д. 158-167); - протоколом осмотра сайта от 17.05.2025 согласно которому осмотрен сайт «___.___»; при загрузке указанного сайта обнаружены различные разделы; объявления о вакансиях закладчиков; ассортимент магазина; требования к работникам; прилагается фототаблица (т. 1, л.д. 199-207); - протоколом осмотра предметов от 01.02.2025 в ходе которого осмотрен автомобиль «Lexus LX 470» с государственным регистрационным номером № регион, принадлежащий ФИО1 (т. 1, л.д. 208-209); - протоколом осмотра предметов от 26.06.2025 в ходе которого осмотрен ответ ГИБДД МВД России № от 25.06.2025; в ходе осмотра установлено, что автомобиль, принадлежащий ФИО1 15 января 2025 г. в период с 15:25:39 до 17:07:21 передвигался по г. Якутску и был зафиксирован с применением работающих в автоматическом режиме с использованием специальных технических средств в районе улиц ____ (т. 1, л.д. 247- 249); - протоколом осмотра предметов от 24.06.2025 в ходе которого осмотрены: выписка по банковской карте на имя ФИО4 (супруга подсудимого ФИО1); в ходе осмотра движения денежных средств по счету карты с 01.01.2025 по 25.01.2025 установлено, что 22.01.2025 в 05:12:26 осуществлен перевод на сумму 10 000 р. со счета принадлежащего ФИО1; 22.01.2025 в 07:07:44 осуществлен перевод на сумму ___ р. на номер счета, принадлежащий ФИО1; выписка по банковскому счету на имя ФИО1; в ходе осмотра движения денежных средств по счету карты с 01.01.2025 по 24.01.2025 установлено, что 22.01.2025 в 00:00:00 осуществлен перевод на сумму ___ р. со счета принадлежащего ФИО4; 22.01.2025 в 00:00:00 осуществлен перевод на сумму 10 000 р. со счета принадлежащего ФИО4; 22.01.2025 в 00:00:00 осуществлен перевод на сумму ___ р. со счета ФИО4; 22.01.2025 в 00:00:00 осуществлен перевод на сумму ___ р. со счета, принадлежащего ФИО1 на счёт ООО «ОЗОН БАНК» (т. 2, л.д. 47-55); - протоколом осмотра предметов от 21.06.2025 в ходе которого осмотрен в том числе: 1) протокол исследования предметов и документов от 23.01.2025 согласно которому в присутствии понятых был осмотрен сотовый телефон «Айфон 11», принадлежащий ФИО1 из которого следует, что в приложении «Телеграмм» имеется переписка между ФИО1 с пользователем под ником «___ ___ ___», использующего логин ___»; из изученной переписки следует, что «___ ___ ___» 22 января 2025 г. отправляет сообщения ФИО1, где приветствует его и дословно пишет: «очень нужно что ты сделал адреса с экстази» и «его уже очень жду все сколько, когда ты там будешь в якутске»; 2) акт проведения оперативно-розыскного мероприятия «оперативный эксперимент» из которого следует, что оперативные сотрудники полиции изучив манеру общения ФИО1 с «оператором» - «___ ___ ___» в период времени с 24.01.2025 по 26.01.2025 от имени ФИО1 осуществляли текстовую переписку в мессенджере «Телеграм» с «оператором» интернет-магазина по продаже наркотических средств; из переписки которую вели оперативные сотрудники полиции с членом ОГ от имени ФИО1 следует, что «___ ___ ___» отправлял сообщения ФИО1 в которых торопит его оборудовать «тайники» с наркотическими средствами; сотрудники полиции от имени ФИО1 (который на то время заключен под стражу) ссылаясь на различные семейные и бытовые обстоятельства откладывают оборудование данных «тайников»; в дневное время 25.01.2025 «___ ___ ___» отправляет ФИО1 сообщение с указанием местонахождения наркотического средства («клада»), который необходимо подобрать и оборудовать «тайники»; 25.01.2025 в вечернее время 2025 «___ ___ ___» отправляет ФИО1 сообщение с указанием местонахождения второго наркотического средства («клада»), который необходимо подобрать и оборудовать «тайники»; при этом «___ ___ ___» просит ФИО1 в обязательном порядке подобрать весь вес наркотического средства, поскольку в противном случае руководство назначает ему большие штрафы»; в ходе «Оперативного эксперимента» из незаконного оборота на двух участках местности на территории ____ была изъята крупная партия наркотического средства, весом 909,95 гр., предназначенная для сбыта потребителям на территории г. Якутска и предотвращена поставка наркотических средств потребителям (т. 2, л.д.171-179); - протоколом осмотра предметов от 10.05.2025 в ходе которого осмотрен, изъятый 22.01.2025 в ходе личного досмотра ФИО1 его сотовый телефон марки «iPhone 11» черного цвета; при просмотре сотового телефона приложения «___»&gt;«___» обнаружено 697 фотографий с изображениями оснований стволов деревьев, заборов, столбов, колесных шин, заброшенного автомобиля, газопроводных труб; на всех фотографиях в верхней правой части имеются географические координаты с указанием адреса и индекса; представлены фотоизображения с электронными весами с прозрачным пакетом с содержимым порошкообразного вещества; фасованные свертки, выполненные из изоленты черного цвета, которые сфотографированы на фоне ладони; некоторые фотографии выполнены на фоне напольного ворсистого светлого цвета коврика и настольной скатерти с цветными изображениями на новогоднюю тематику (схожих с теми, что изъяты в ходе обыска в доме ФИО1); фотографии с изображениями: ножниц, изоленты и свертков расфасованных на различное количество экземпляров; на самой первой фотографии имеется изображение самого ФИО1, который 09 марта 2024 г. сфотографировал свое лицо (сделал «сэлфи») со своим раскрытым паспортом гражданина Российской Федерации; среди фотографий имеется также фотография с изображением бетонной сваи у дома ____ (т. 2, л.д. 182-264); - приговором Якутского городского суда РС(Я) от 06 марта 2025 г., вступившего в законную силу (т. 3, л.д. 181-190). Остальные оглашенные государственным обвинителем материалы дела не имеют доказательственного значения для разрешения данного уголовного дела. По преступлению предусмотренному ч. 1 ст. 228 УК РФ вина подсудимых ФИО1 и ФИО2 подтверждается совокупностью следующих доказательств. В судебном заседании по ходатайству государственного обвинителя и с согласия сторон были оглашены показания свидетеля ___ В.И. Из оглашенных показаний свидетеля ___ В.В. следует, что 22 января 2025 г. в обеденное время на ___ к нему подошли сотрудники полиции и пригласили поучаствовать в качестве понятного при личном досмотре. Затем ___ В.В. подвели к мужчине, который представился ФИО1 В присутствии ___ В.В. и второго понятого сотрудники полиции начали производить личный досмотр ФИО1 В ходе досмотра у ФИО1 был обнаружен и изъят сотовый телефон марки «iPhon 11» в корпусе чёрного цвета и банковские карты. Досмотр производился по адресу: ____ автомобильный магазин «___». В ходе личного досмотра ФИО1 вёл себя спокойно и ничего не говорил. После чего обнаруженное было упаковано в конверт, на котором участвующие лица поставили свои подписи, сотрудники полиции опечатали конверт оттиском печати синего цвета (т. 3, л.д. 16-18). Наряду с признательными показаниями подсудимого ФИО2, оглашенными в судебном заседании, показаниями подсудимого ФИО1, который полностью признал свою вину, оглашенными показаниями свидетеля, виновность подсудимых ФИО1 и ФИО2 подтверждается исследованными в судебном заседании следующими письменными материалами дела: - материалами оперативно-розыскной деятельности представленными постановлением от 23.01.2025 и в том числе: протоколами личных досмотров ФИО1 и ФИО2; протоколом обследования транспортного средства «Lexus LX 470» с государственными регистрационными знаками №, который принадлежит ФИО1; на переднем пассажирском сидении данного автомобиля была обнаружена и изъята пластиковая емкость с наркотическим средством (т. 1, л.д. 31- 60); - справкой об исследовании ЭКЦ МВД по РС(Я) № 23/ф от 23.01.2025, согласно которой вещество весом на момент исследования 0,674 гр. из пакета № 1, обнаруженное и изъятое 22.01.2025в автомобиле «Лексус 470» с государственным номером № регион под управлением ФИО1 является маслом каннабиса (гашишное масло), которое относится к наркотическим средствам; вес сухого остатка масла каннабиса (гашишного масла) составил 0,616 гр. (т. 1 л.д. 65) - заключением эксперта №ф от 14.04.2025 согласно которому представленное на исследование вещество в банке из пакета № 1, весом на момент проведения экспертизы 0,607 гр., обнаруженное и изъятое 22.01.2025 в ходе ОРМ «Обследований помещений и зданий сооружений участков местности и транспортных средств автомобиля «Лексус 470» с государственным номером № регион под управлением ФИО1 по адресу: ____ является маслом каннабиса (гашишным маслом), которое относится к наркотическим средствам; согласно копии справки об исследовании № 23/ф от 23.01.2025 вес масла каннабиса (гашишного масла) из пакета № 1 на момент проведения первоначального исследования составил 0,674 гр., вес после высушивания составлял 0,616 гр. (т. 1, л.д. 129-131); - протоколом осмотра предметов от 10.03.2025 в ходе которого осмотрен изъятый 22.01.2025 в ходе личного досмотра ФИО2 сотовый телефон марки «iPhone 11»; в телефоне содержится переписка между ФИО1 и ФИО2, которые договариваются о встрече для совместного употребления наркотического средства; в телефоне имеется чек по операции Сбербанка согласно которому ФИО1 направил денежные средства в размере ___ рублей в счет оплаты за наркотическое средство (т. 1, л.д. 193); - протоколом осмотра места происшествия с участием ФИО2 от 09.07.2025; в ходе осмотра ФИО2 показал место обнаруженной им «закладки» с наркотическим средством, расположенное вблизи ____ Все вышеперечисленные материалы уголовного дела, исследованные судом, соответствуют требованиям УПК РФ и являются допустимыми доказательствами. Суд придает им доказательственное значение, поскольку они собраны без нарушения требований УПК РФ. Суд должен их признать достоверными и относимыми к рассматриваемому уголовному делу. Нарушений уголовно-процессуального закона при проведении предварительного следствия не допущено. Анализ всех вышеприведенных показаний, а также материалов уголовного дела, то есть доказательств в своей совокупности подтверждает, что именно подсудимые совершили преступления при обстоятельствах, установленных в суде и изложенных в описательной части приговора. По преступлению, предусмотренному ч. 3 ст. - п. «а» ч. 4 ст. 228.1 УК РФ . В судебном заседании ФИО1 свою вину в совершенном преступлении не признал в полном объеме и суду показал, что он не являлся распространителем наркотических веществ и не вступал в организованную преступную группу. Он только проходил обучение каким именно образом оборудуются тайники, но потом решил прекратить общение с оператором интернет-магазина по продаже наркотических средств. После сопоставления данных показаний подсудимого с представленными доказательствами по уголовному делу, суд приходит к выводу о том, что показания ФИО1 противоречат доказательствам, исследованным в суде, и не соответствуют фактическим обстоятельствам дела. Суд расценивает показания подсудимого ФИО1, как стратегию защиты и способ избежать уголовной ответственности. По мнению суда вина ФИО1 достоверно установлена, а его виновность полностью доказана на основании исследованных в судебном заседании доказательств. Исследованные доказательства необходимо признать достаточными для признания ФИО1 виновным в совершении инкриминируемого преступления. При этом сведений об искусственном создании доказательств по делу либо об их фальсификации сотрудниками правоохранительных органов не добыто. Следственные действия, их ход, содержание и результаты, зафиксированные в соответствующих протоколах и документах, суд признает достоверными доказательствами, поскольку они проведены надлежащими должностными лицами, в пределах предоставленных им полномочий, в полном соответствии с требованиями УПК РФ. Каких-либо замечаний и уточнений относительно их содержания от участвующих лиц не поступило, что отражено в процессуальных документах. Суд также установил, что оперативно-розыскные мероприятия проводилось в соответствии с требованиями Федерального закона РФ «Об оперативно-розыскной деятельности» от 12.08.1995 "Наблюдение" № 144-ФЗ и УПК РФ. Кроме того, суд приходит к выводу, что результаты оперативно-розыскного мероприятия переданы органу предварительного расследования в соответствии с требованиями УПК РФ. Каких-либо провокационных действий со стороны сотрудников полиции в отношении ФИО1 совершены не было, а умысел на совершение незаконного оборота наркотических веществ сформировался у ФИО1 самостоятельно и не зависел от действий лиц, принимавших участие в оперативно-розыскном мероприятии. Об умысле ФИО1 на сбыт наркотического средства свидетельствуют сведения, которые содержатся в его телефоне, который был осмотрен следователем и оформлен в протоколе осмотра, который был изучен в ходе судебного заседания. В телефоне ФИО1 обнаружена его фотография с раскрытым паспортом. Подсудимый в судебном заседании не оспаривал, что направил данную фотографию оператору интернет-магазина по реализации наркотических средств. По мнению суда, направление своей фотографии с данными своего паспорта свидетельствует о том, что данными действиями ФИО1 фактически подтвердил свое трудоустройство и вступление в ОГ. Пояснения ФИО1 о том, что свою фотографию с паспортом он отправил незнакомому человеку только для того, чтобы подтвердить, что он не робот, представляются суду надуманными и не соответствующими действительности. Кроме того, в телефоне ФИО1 обнаружено большое количество фотографий местности (более 500). На данных фотографиях представлены фотоизображения оснований стволов деревьев, участки местности возле заборов, столбов и газопроводных труб. Необходимо принять во внимание, что на всех фотографиях имеются географические координаты с указанием адреса и индекса. К пояснениям подсудимого, что он только проходил обучение и в этой связи и производил фотографирование, а фактически никаких «тайников» с наркотическим средством не оборудовал, суд относится критически. Так на одной из фотографий из телефона ФИО1 имеется изображение бетонной сваи, которая полностью совпала с фотографией этой же бетонной сваи в протоколе исследования участка местности от 15 января 2025 г. При этом сотрудниками полиции в снегу на указанной бетонной свае был обнаружен сверток с наркотическим средством. То, что адрес указанный сотрудниками полиции, а именно: ____ не совпадает с адресом геолокации этой же бетонной сваи на фотографии из телефона ФИО1 ____) не является основанием для признания того, что подсудимый не причастен к совершению инкриминируемого ему преступления. Допрошенная в судебном заседании сотрудник полиции показала, что при описании места изъятия наркотического средства она указала дом, который расположен за забором от бетонной сваи и в то же время при фотографировании этой же бетонной сваи с дороги, то есть с некоторого отдаления, фотография благодаря специальному приложению, автоматически «привязывает» геолокацию к ближайшему адресу дома. В данном случае к дому, который расположен напротив дома ____ Суд, сличив представленные фотографии, приходит к выводу о том, что и на фотографии из телефона ФИО1 и фотографии к протоколу оперативно-розыскного мероприятия представлено фотоизображение одной и той же бетонной сваи. При этом ФИО1 произвел фотографирование данной бетонной сваи 15 января 2025 г. в 15 часов 45 минут. В этот же день после 19 часов сотрудниками полиции на этой же бетонной свае обнаружен и изъят сверток с наркотическим веществом. Таким образом, данное обстоятельство полностью опровергает версию подсудимого о том, что он производил фотографирование пустых участков (проходил обучение). Кроме того, в сотовом телефоне ФИО1 представлено большое количество фотографий на которых изображены: электронные весы, на которых находится пакеты с содержимым в виде порошкообразного вещества, ножницы, изолента, большое количество свертков расфасованных на различное количества экземпляров. Необходимо обратить внимание, что некоторые фотографии свертков выполнены на фоне напольного коврика светлого цвета и на фоне настольной скатерти с цветными изображениями на новогоднюю тематику. Аналогичные коврик и скатерть были изъяты в доме ФИО1 в ходе обыска. Каких-либо пояснений, объясняющих наличие такого рода фотографий в своем телефоне, подсудимый не представил. В судебном заседании было изучено заключение эксперта № 161/ф от 28.03.2025 согласно которому в смывах с настольной скатерти, канцелярского ножа, ножниц, рулона липкой ленты и напольного коврика были обнаружены следовые количества наркотического средства ___ Следовые количества наркотического средства были обнаружены и в смывах с фрагмента полимерной бутылки и фрагмента фольги на горловине, трех фрагментов бутылки из прозрачного бесцветного полимерного материала и пакета из прозрачного бесцветного полимерного материала. Все вышеуказанные предметы были обнаружены и изъяты 23 января 2025 г. в ходе обыска жилища ФИО1 по адресу: ____ Оснований не доверять заключению эксперта, установившего следовые количества наркотических средств, у суда не имеется. Экспертное заключение проведено компетентным экспертом, имеющим двадцатидвухлетний стаж по экспертной специальности. Вывод эксперта являются научно обоснованным и аргументированным. Заключение эксперта соответствуют требованиям ст. 204 УПК РФ и согласуется с другими исследованными в судебном заседании доказательствами. В судебном заседании был изучен, в том числе и «Оперативный эксперимент», проведенный оперативными сотрудниками полиции, которые посредством телефона ФИО1 вступили от его имени в переписку с членом ОГ под ником «___ ___ ___». Из осмотренной переписки следует, что член ОГ «___ ___ ___» знает ФИО1 доверяет ему и без каких-либо сомнений, несмотря на то что сотрудники полиции допустили ошибку при указании веса наркотического средства, дважды сообщает местонахождение «складов» с наркотическим средством для того, чтобы ФИО1 изготовил мелкооптовые партии наркотиков и оборудовал «тайники». В ходе «Оперативного эксперимента» из незаконного оборота была изъята крупная партия наркотического средства, весом 909,95 гр., которая была направлена член ОГ «___ ___ ___» и была предназначена для сбыта потребителям на территории г. Якутска. Указанный «Оперативный эксперимент» однозначно подтверждает причастность ФИО1 к незаконному обороту наркотических средств и полностью опровергает доводы подсудимого о том, что он только проходил обучение на «закладчика». Представляется достаточно очевидным, что член ОГ с ником «___ ___ ___» не стал бы отправлять крупные партии наркотиков человеку, который только проходит обучение на «закладчика». В судебном заседании были изучены сведения, представленные из ГАИ г. Якутска и из которых следует, что автомобиль, принадлежащий ФИО1, 15 января 2025 г. в период с 15:25:39 до 17:07:21 передвигался по г. Якутску и был зафиксирован, в том числе в районе Сергеляхского шоссе, то есть в том районе, где находится дом по адресу: ____ Каких-либо объективных, убедительных, бесспорных доказательств, подтверждающих позицию подсудимого, стороной защиты суду не представлено. Доводы подсудимого сводятся к возложению ответственности на сотрудников полиции, которые применяли в отношении ФИО1 незаконные методы воздействия. Согласно п. 12 постановления Пленума Верховного Суда РФ от 29 ноября 2016 г. № 55 «О судебном приговоре», если подсудимый объясняет изменение или отказ от полученных в присутствии защитника показаний тем, что они были даны под принуждением в связи с применением к нему недозволенных методов ведения расследования, то судом должны быть приняты достаточные и эффективные меры по проверке такого заявления подсудимого. Так как в ходе предварительного следствия ФИО1 от дачи каких-либо показаний отказался, то суд соответствующую проверку не организовывал. Суд расценивает приведенные доводы подсудимого как способ его защиты с целью ввести суд в заблуждение и избежать уголовной ответственности за содеянное. Давая правовую оценку действиям подсудимого, суд исходит из установленных приведенными выше доказательствами обстоятельств дела. Согласно ч. 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 лиц. Суд считает, что данный квалифицирующий признак (совершение преступления организованной группой) нашел свое подтверждение в ходе судебного разбирательства. Из изученных материалов дела следует, что подсудимый ФИО1, выполняя объективную сторону преступления, действовал в составе организованной группы, которая характеризовалась устойчивостью, организованностью, сплоченностью, конспирацией, детальным планированием совершаемых преступлений, четким распределением ролей и обязанностей участников, целью деятельности которой являлся незаконный оборот наркотических средств. ФИО1, исходя из изученных материалов дела, осознавал наличие в группе иерархии, подчинение другому лицу и необходимость исполнения его указаний для достижения общего преступного результата. Как установлено судом, роль ФИО1, как соучастника организованной группы, заключалась в исполнении обязанностей «закладчика» наркотических средств. Суд приходит к выводу, что все участники организованной группы, в том числе подсудимый ФИО1, не могли не осознавать противоправность своей деятельности, что подтверждается их действиями, содержанием переписок и тем, что деятельность организованной группы была законспирирована. Совместные действия участников ОГ приводили к достижению преступного результата, а именно сбыту наркотических средств. Как установлено судебным следствием, не позднее 25 октября 2020 г. была создана организованная группа с целью совершения тяжких и особо тяжких преступлений в виде незаконного сбыта наркотических средств на территории Российской Федерации, бесконтактным способом, посредством созданного для этих целей интернет-магазина «___», действующего в том числе, в интернет-мессенджере «___». Данная ОГ имеет определенную организационно-иерархическую структуру с распределением ролей, характеризуется организованностью, масштабностью, долгосрочностью, отработанной схемой преступлений, устойчивостью состава и единым умыслом на сбыт наркотиков. Обстоятельства создания, деятельности данной ОГ, распределения ролей в ней, установлены в том числе, приговором Якутского городского суда РС(Я) от 06 марта 2025 г., вступившего в законную силу и изученного в судебном заседании (т. 3, л.д. 181-190). Обстоятельства, установленные данным приговором, судом признаются без дополнительной проверки, в соответствии со ст. 90 УПК РФ . Мотивом совершения преступления явилось желание подсудимого ФИО1 из корыстных побуждений незаконно сбыть наркотическое средство и извлечь от его сбыта материальную выгоду в виде денежных средств. Согласно заключению эксперта определен вид и размер наркотического средства, вес которого относится к значительному размеру. Квалифицирующий признак - с использованием электронных и информационно-телекоммуникационных сетей (включая сеть «Интернет») также нашел свое объективное подтверждение. Место и время совершения преступления суд считает установленными органом предварительного следствия верно, поскольку подтверждаются показаниями свидетеля и письменными доказательствами, исследованными в судебном заседании. Действия подсудимого ФИО1 судом квалифицируются по п. «а» ч. 4 ст. 228.1 УК РФ , как покушение, то есть умышленные действия лица, непосредственно направленные на незаконный сбыт наркотических средств, с использованием электронных и информационно-телекоммуникационных сетей (включая сеть «Интернет»), совершенный организованной группой, в значительном размере, если при этом преступление не было доведено до конца по независящим от этого лица обстоятельствам. По преступлению предусмотренному ч. 1 ст. 228 УК РФ . Оглашенные признательные показания подсудимого ФИО2, которые он подтвердил в судебном заседании, об обстоятельствах совершенного им преступления соответствуют предъявленному обвинению. Показания ФИО2 последовательны, согласуются с другими доказательствами, исследованными в судебном заседании, в том числе с показаниями свидетеля ___ В.В., протоколами личного досмотра, осмотра предметов и документов, места происшествия и заключением эксперта. Подсудимый ФИО1 в судебном заседании свою вину в совершении преступления по ч. 1 ст. 228 УК РФ тоже не оспаривал и с обвинением был согласен. Проведенная по делу экспертиза полностью соответствует требованиям уголовно – процессуального закона, выполнена специалистом, в квалификации которого сомнений не возникает. Данным заключением установлен предмет преступления, а именно наркотическое средство и его размер. Время, место и способ совершения преступления установлены показаниями подсудимого ФИО2, свидетеля ___ В.В., а также иными материалами, исследованными в судебном заседании. Преступление совершено подсудимыми ФИО1 и ФИО2 с прямым умыслом, поскольку они, заведомо зная о том, что несанкционированное приобретение и хранение наркотических средств запрещены законодательством Российской Федерации, решили умышленно незаконно приобрести и хранить без цели сбыта наркотические средства в значительном размере для личного употребления. Мотивом преступления явилось желание подсудимых испытать наркотическое опьянение от приема наркотических средств. Согласно Постановления Правительства Российской Федерации от 30.06.1998 № 681 «Об утверждении перечня наркотических средств, психотропных веществ, и их прекурсоров, подлежащих контролю в Российской Федерации, масло каннабиса (гашишное масло), включен в перечень наркотических средств, психотропных веществ и их прекурсоров, и являются наркотическим средством. Квалифицирующий признак «в значительном размере» подтверждается тем обстоятельством, что вес изъятого наркотического средства, в соответствии с Постановлением Правительства РФ № 1002 от 01.10.2012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для целей статей , 228.1 , и 229.1 УК РФ » относится к значительному размеру. Оценив каждое доказательство с точки зрения относимости, допустимости, достоверности, а совокупность доказательств с точки зрения достаточности, суд находит вину ФИО1 и ФИО2 в совершении вышеизложенного преступления доказанной. Таким образом, давая юридическую оценку действиям подсудимых ФИО1 и ФИО2, суд квалифицирует из действия по ч. 1 ст. 228 УК РФ , как незаконные приобретение, хранение без цели сбыта наркотических средств, в значительном размере. На учете у врача-нарколога и психиатра подсудимые не состоят. Учитывая, что отсутствуют какие–либо сведения о наличии психических заболеваний, суд признает подсудимых ФИО1 и ФИО2 вменяемыми и подлежащими уголовной ответственности за свои противоправные действия. Суд, изучив личность подсудимого ФИО1, установил, что он судимостей не имеет. ФИО1 женат, несовершеннолетних детей на иждивении не имеет. У ФИО1 имеется ___ Суд, изучив личность подсудимого ФИО2 установил, что он ранее не судим. ___ Обстоятельством, смягчающим наказание подсудимого ФИО1 по преступлению, предусмотренному ч. 1 ст. 228 УК РФ будет являться признание вины. В качестве иных смягчающих наказание обстоятельств суд признает у подсудимого ФИО1 по обоим преступлениями наличие ___ Обстоятельств, отягчающих наказание по преступлению, предусмотренному п. «а» ч. 4 ст. 228.1 УК РФ у подсудимого ФИО1, предусмотренных ч. 1 ст. 63 УК РФ , судом не установлено. При назначении вида и меры наказания в качестве обстоятельства, смягчающего наказание подсудимому ФИО2 ___ При назначении вида и меры наказания в качестве обстоятельства, смягчающего подсудимому ФИО2 наказание в соответствии с п. «и» ч. 1 ст. 61 УК РФ суд признает активное способствование расследованию и раскрытию преступления. Так, в судебном заседании установлено, что сразу после задержания ФИО2 предоставил сотрудникам полиции информацию о деталях совершенного им преступления и тем самым оказал помощь правоохранительным органам в выяснении обстоятельств преступления, которые ранее не были известны сотрудникам полиции, то есть активно способствовал раскрытию и расследованию преступления. В качестве иных смягчающих наказание обстоятельств суд признает у ФИО2 в соответствии с ч. 2 ст. 61 УК РФ суд признает: полное признание вины, раскаяние в содеянном, состояние здоровья ребенка и положительную характеристику с места работы. Отягчающим наказание обстоятельством в отношении подсудимых ФИО1 и ФИО2 по преступлению, предусмотренному ч. 1 ст. 228 УК РФ суд признает в соответствии с п. «в» ч. 1 ст. 63 УК РФ совершение преступления в составе группы лиц по предварительному сговору. Преступление, инкриминируемое подсудимому ФИО5 (п. «а» ч. 4 ст. 22.1 УК РФ ) относится к категории особо тяжких преступлений. С учетом степени общественной опасности совершенного преступления, целей и мотивов, направленных на быстрое, легкое получение денежных средств от незаконного сбыта наркотических средств, а также пресечение его деятельности сотрудниками правоохранительных органов, суд не находит оснований для изменения категории совершенного подсудимым преступления на менее тяжкое, в соответствии с ч. 6 ст. 15 УК РФ . Поскольку совершенное ФИО1 и ФИО2 преступление по ч. 1 ст. 228 УК РФ относится к категории преступлений небольшой тяжести, оснований для рассмотрения вопроса об изменении категории преступления на менее тяжкое в соответствии с ч. 6 ст. 15 УК РФ не имеется. Также суд не может признать совокупность смягчающих наказание обстоятельств исключительными и применить к подсудимым правила ст. 64 УК РФ , так как цели и мотивы не указывают на существенное уменьшение степени общественной опасности совершенных преступлений. Кроме смягчающих и отягчающих наказание обстоятельств, при решении вопроса о назначении подсудимым наказания, в соответствии со ст.ст. , 60 УК РФ , суд учитывает обстоятельства, характеризующие личности подсудимых, обстоятельства совершения, тяжесть, характер и степень общественной опасности преступлений, влияние назначенного наказания на исправление осужденных и на условия жизни их семей. Санкция ч. 4 ст. 228.1 УК РФ безальтернативно предусматривает единственный вид основного наказания - лишение свободы. Суд, с учетом данных о личности подсудимого ФИО1, степени повышенной общественной опасности преступления, которое направлено против здоровья населения и общественной нравственности, его роли при его совершении, а также с учетом справедливости и обеспечения достижения цели наказания, приходит к выводу, что подсудимый представляет опасность для общества и считает, что его исправление возможно только с изоляцией от общества и в соответствии с п. «в» ч. 1 ст. 58 УК РФ считает необходимым назначить меру наказания, связанную с реальным лишением свободы с отбыванием наказания в исправительной колонии строгого режима, что восстановит социальную справедливость, окажет необходимое положительное воздействие на исправление подсудимого и предупредит совершение им новых преступлений. Кроме того, при назначении наказания ФИО1 подлежит применению положения ч. 3 ст. 66 УК РФ , согласно которому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УК РФ за оконченное преступление. Обсуждая вопрос о назначении дополнительного наказания в виде штрафа и лишения права занимать определенные должности или заниматься определенной деятельностью, суд с учетом наличия ряда смягчающих обстоятельств, отсутствия отягчающих обстоятельств, личности подсудимого считает возможным не назначать дополнительные наказания, поскольку исправление ФИО1 возможно в ходе отбытия основного наказания. В силу ч. 1 ст. 56 УК РФ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предусмотренных ст. 63 УК РФ , за исключением преступлений, предусмотренных ч. 1 ст. 228 УК РФ . Принимая во внимание характер и степень общественной опасности содеянного, данные о личности ФИО1, суд назначает подсудимому по ч. 1 ст. 228 УК РФ наказание в виде лишения свободы. С учетом справедливости и обеспечения достижения цели наказания, трудоспособного возраста подсудимого ФИО2, его личности, имущественного положения, суд считает необходимым назначить ему наказание в виде штрафа. По мнению суда, наказание в виде штрафа восстановит социальную справедливость, окажет необходимое положительное воздействие на исправление подсудимого ФИО2 и предупредит совершение им новых преступлений. Принимая во внимание, что судом ФИО2 назначается наказание, не являющееся наиболее строгим, предусмотренным санкцией ч. 1 ст. 228 УК РФ , оснований для применения ч. 1 ст. 62 УК РФ не имеется. Кроме того, в действиях ФИО2 установлено отягчающее наказание обстоятельство, что так же не позволяет применить положения ч. 1 ст. 62 УК РФ . По смыслу закона, принадлежащие обвиняемому орудия, оборудование и иные средства совершения преступления (п. «г» ч. 4 ст. 228.1 УК РФ ) подлежат конфискации судом (при отсутствии оснований для их передачи в соответствующие учреждения или уничтожения) по делам о преступлениях, перечень которых законом не ограничен. В судебном заседании достоверно установлено, что принадлежащий ФИО1 автомобиль марки «Lexus LX 470» с государственными регистрационными знаками № использовался подсудимым в качестве орудия совершения преступления и признан по делу вещественным доказательством, суд принимает решение об его конфискации. Суд также приходит к выводу о необходимости конфискации принадлежащего ФИО2 сотового телефона марки «Айфон» в собственность государства, поскольку в соответствии с п. «г» ч. 1 ст. 104.1 УК РФ данный сотовый телефон являлся орудием совершения преступления. Исходя из фактических обстоятельств дела ФИО2 посредством указанного телефона, открыв через браузер сайт интернет-магазина, незаконно приобрел наркотическое средство для личного потребления. Судьбу остальных вещественных доказательств необходимо разрешить в порядке ст.ст. - 82 УПК РФ . Гражданский иск по делу не заявлен. Процессуальные издержки, связанные с участием в уголовном деле адвоката Долганова Г.В., подлежат выплате из средств федерального бюджета с последующим взысканием с осужденного ФИО2 в порядке регресса, принимая во внимание его трудоспособный возраст и согласие выраженное в судебном заседании. На основании изложенного и руководствуясь ст.ст. , - 309 УПК РФ , ПРИГОВОРИЛ: ФИО1 признать виновным в совершении преступлений, предусмотренных ч. 3 ст. - п. «а» ч. 4 ст. 228.1 , ч. 1 ст. 228 УК РФ и назначить ему наказание: - по ч. 3 ст. - п. «а» ч. 4 ст. 228.1 УК РФ в виде лишения свободы сроком на 12 (двенадцать) лет без штрафа и без лишения права занимать определенные должности либо заниматься определенной деятельностью; - по ч. 1 ст. 228 УК РФ в виде лишения свободы сроком на 1 (один) год. На основании ч. 2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12 (двенадцать) лет 6 (шесть) месяцев без штрафа и без лишения права занимать определенные должности либо заниматься определенной деятельностью с отбыванием наказания в исправительной колонии строгого режима. Меру пресечения ФИО1 в виде заключения под стражу оставить без изменения до вступления приговора в законную силу. Срок отбытия наказания ФИО1 исчислять со дня вступления приговора в законную силу. Зачесть ФИО1 в срок отбытия наказания время его содержания под стражей с 22 января 2025 г. до дня вступления приговора в законную силу в соответствии с ч. 3.2 ст. 72 УК РФ из расчета один день содержания под стражей за один день лишения свободы. ФИО2 признать виновным в совершении преступления, предусмотренного ч. 1 ст. 228 УК РФ и назначить ему наказание в виде штрафа в размере 30 000 (тридцати тысяч) рублей. Меру пресечения ФИО2 в виде подписки о невыезде и надлежащем поведении - оставить без изменения до вступления приговора в законную силу, затем отменить. Оплату штрафа произвести в течение 60 дней со дня вступления приговора в законную силу по следующим реквизитам: в пользу МВД по РС(Я): Получатель УФК по РС(Я) (МВД по РС(Я) л/с &lt;***&gt;. Банк Отделение - НБ Республика Саха (Якутия) г. Якутск, № - денежные взыскания (штрафы) и иные суммы, взыскиваемые с лиц, виновных в совершении преступлений. Вещественные доказательства по уголовному делу по вступлению приговора в законную силу в виде: ответа ПАО «Сбербанк»; сведений из ГАИ МВД России № от 25.06.2025; ответ на запрос ПАО «Вымпелком» от 02.06.2025; ответ на запрос ПАО «Мобильные ТелеСистемы» с приложением CD-R диска; постановление о возбуждении уголовного дела; рапорт об обнаружении признаков преступления; протокол исследования предметов и документов от 23.01.2025; рапорт; распоряжение; протокол обследования с фототаблицей; постановление о назначении физико-химической экспертизы; заключение эксперта; акт проведения оперативно-розыскного мероприятия «оперативный эксперимент»; постановление о рассекречивании сведений, составляющих государственную тайну; постановление о приостановлении предварительного следствия; постановления о возбуждении уголовного дела; рапорт об обнаружении признаков преступления; распоряжение; протокол обследования; постановление о назначении физико-химической экспертизы; заключение эксперта; постановление о приостановлении предварительного следствия. Вещественное доказательство, находящиеся на хранении у свидетеля ФИО4 в виде автомобиля «Lexus LX 470» с государственным регистрационным номером № регион - конфисковать в доход государства. Вещественное доказательство находящиеся на хранении у ФИО2 в виде сотового телефона «Iphone 11» - конфисковать в доход государства. Приговор может быть обжалован в течение 15 суток в Верховный суд Республики Саха (Якутия) с момента провозглашения, а осужденным ФИО1, содержащимся под стражей, в тот же срок с момента получения копии приговора. В случае обжалования приговора разъяснить сторонам право в течение 10 суток со дня провозглашения приговора заявить ходатайство о своём участии при рассмотрении уголовного дела судом апелляционной инстанции. Разъяснить осужденным, что они имеют право поручить осуществление своей защиты избранным им защитникам либо ходатайствовать перед судом о назначении защитников, осужденные имеют право пригласить защитников по своему выбору, отказаться от защитников, ходатайствовать о назначении других защитников (ч. 4 ст. 16 УПК РФ ). Разъяснить осужденным, что в случае неявки приглашенных защитников в течение 5 суток суд вправе предложить пригласить других защитников, а в случае отказа – принять меры по назначению защитников по своему усмотрению. Также разъяснить, что в течение 10 суток со дня вручения осужденным копии апелляционного представления, затрагивающих их интересы, они могут заявить ходатайство о своём участии при рассмотрении этого представления судом апелляционной инстанции. Судья Е.В. Лукин Суд: Якутский городской суд (Республика Саха (Якутия)) (подробнее) Судьи дела: Лукин Евгений Витальевич (судья) (подробнее)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