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Судебный пристав-исполнитель вправе по заявлению взыскателя или собственной инициативе вынести постановление о временном ограничении на выезд должника из Российской Федерации при неисполнении должником - гражданином или должником, являющимся индивидуальным предпринимателем, в установленный для добровольного исполнения срок без уважительных причин, содержащихся в выданном судом или являющемся судебным актом исполнительном документе следующих требований: 3) иных требований, если сумма задолженности по исполнительному документу (исполнительным документам) составляет &lt;данные изъяты&gt; и более.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неисполнения должником - гражданином или должником, являющимся индивидуальным предпринимателем, по истечении двух месяцев со дня окончания срока для добровольного исполнения требований, указанных в п. 3 ч. 1 настоящей статьи, судебный пристав-исполнитель вправе по заявлению взыскателя или собственной инициативе вынести постановление о временном ограничении на выезд должника из Российской Федерации, если сумма задолженности по исполнительному документу (исполнительным документам) превышает &lt;данные изъяты&gt;.</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Если исполнительный документ не является судебным актом или выдан не на основании судебного акта, то судебный пристав-исполнитель или взыскатель, участвующий в соответствующем исполнительном производстве, вправе обратиться в суд с заявлением об установлении для должника временного ограничения на выезд из Российской Федерации с соблюдением правил, установленных ч. 1 и 2 настоящей статьи. Пунктами 47, 49 постановления Пленума Верховного Суда Российской Федерации от 17 ноября 2015 года №50 «О применении судами законодательства при рассмотрении некоторых вопросов, возникающих в ходе исполнительного производства» согласно ст. 67 Закона об исполнительном производстве временное ограничение на выезд из Российской Федерации может устанавливаться в отношении граждан, которые являются должниками в исполнительном производстве. В случаях, когда в соответствии со ст. 67 Закона об исполнительном производстве взыскатель или судебный пристав-исполнитель обращаются в суд с заявлением об установлении временного ограничения на выезд должника из Российской Федерации, срок действия такого временного ограничения по общему правилу устанавливается судом с учетом конкретных обстоятельств дела, но не более срока, указанного заявителем. Исходя из приведенных норм права ограничение права на выезд за пределы государства является серьезной мерой ограничения конституционных прав гражданина Российской Федерации, основанием для применения которых является уклонение гражданина от исполнения обязательств, наложенных на него судом или иным полномочным государственным органом. Являясь мерой воздействия на должника, уклоняющегося от исполнения обязательств, ограничение выезда с территории Российской Федерации может быть применено к должнику только в том случае, если это уклонение носит виновный, противоправный характер. При этом должна учитываться соразмерность применяемой меры последствиям неисполненного обязательства, должны быть представлены доказательства, подтверждающие факт явного уклонения должника от возложенных на него обязательств. В силу части 1 статьи 64 Закона об исполнительном производстве исполнительными действиями являются совершаемые судебным приставом-исполнителем в соответствии с настоящим Федеральным законом действия, направленные на создание условий для применения мер принудительного исполнения, а равно на понуждение должника к полному, правильному и своевременному исполнению требований, содержащихся в исполнительном документе, перечень которых содержится в данной статье. Судебный пристав-исполнитель вправе устанавливать временные ограничения на пользование должником специальным правом, предоставленным ему в соответствии с законодательством Российской Федерации. Из материалов дела следует, что на исполнении в ОСП по ВАШ по г. Брянску находятся исполнительные производства № возбужденные на основании исполнительных документов: акт по делу об административном правонарушении № от ДД.ММ.ГГГГ, выданный органом: ОБ ДПС Госавтоинспекции УМВД России по г. Брянску, предмет исполнения: штраф ГИБДД, сумма долга &lt;данные изъяты&gt;, акт по делу об административном правонарушении № от ДД.ММ.ГГГГ, выданный органом: ОБ ДПС Госавтоинспекции УМВД России по г. Брянску, предмет исполнения: штраф ГИБДД, сумма долга &lt;данные изъяты&gt;, акт по делу об административном правонарушении № от ДД.ММ.ГГГГ, выданный органом: ОБ ДПС Госавтоинспекции УМВД России по г. Брянску, предмет исполнения: штраф ГИБДД, сумма долга &lt;данные изъяты&gt;, акт по делу об административном правонарушении № от ДД.ММ.ГГГГ, выданный органом: ОСП по ВАШ по г. Брянску УФССП России по Брянской области, предмет исполнения: штраф по постановлению должностного лица ФССП России, сумма долга &lt;данные изъяты&gt;, постановление судебного пристава-исполнителя № от ДД.ММ.ГГГГ, выданный органом: ОСП по ВАШ по г. Брянску, предмет исполнения: исполнительский сбор, сумма долга &lt;данные изъяты&gt;, акт по делу об административном правонарушении № от ДД.ММ.ГГГГ, выданный органом: Отдел Госавтоинспекции МО МВД России «Жуковский», предмет исполнения: штраф ГИБДД, сумма долга &lt;данные изъяты&gt;, акт по делу об административном правонарушении № от ДД.ММ.ГГГГ, выданный органом: Отдел Госавтоинспекции МО МВД России «Жуковский», предмет исполнения: штраф ГИБДД, сумма долга &lt;данные изъяты&gt; Постановление о возбуждении исполнительного производства № от ДД.ММ.ГГГГ направлялось должнику ФИО3 ДД.ММ.ГГГГ, по месту его регистрации по адресу: &lt;адрес&gt; путем почтового отправления ШПИ №. Постановление о возбуждении исполнительного производства № от ДД.ММ.ГГГГ направлялось должнику ФИО3 ДД.ММ.ГГГГ, через систему электронного документооборота ЕПГУ и прочитано ФИО3 ДД.ММ.ГГГГ. Постановление о возбуждении исполнительного производства № от ДД.ММ.ГГГГ направлялось должнику ФИО3 ДД.ММ.ГГГГ, через систему электронного документооборота ЕПГУ и прочитано ФИО3 ДД.ММ.ГГГГ. Постановление о возбуждении исполнительного производства № от ДД.ММ.ГГГГ направлялось должнику ФИО3 ДД.ММ.ГГГГ, через систему электронного документооборота ЕПГУ и прочитано ФИО3 ДД.ММ.ГГГГ. Постановление о возбуждении исполнительного производства № от ДД.ММ.ГГГГ направлялось должнику ФИО3 ДД.ММ.ГГГГ, через систему электронного документооборота ЕПГУ и прочитано ФИО3 ДД.ММ.ГГГГ. Постановление о возбуждении исполнительного производства № от ДД.ММ.ГГГГ направлялось должнику ФИО3 ДД.ММ.ГГГГ, через систему электронного документооборота ЕПГУ и прочитано ФИО3 ДД.ММ.ГГГГ. ДД.ММ.ГГГГ вынесено постановление об объединении в сводное производство с присвоением № Постановление об объединении в сводное производство от ДД.ММ.ГГГГ № направлялись должнику ДД.ММ.ГГГГ путем почтового отправления ШПИ № по адресу регистрации должника. В силу положений п. 1 ст. 165.1 Гражданского кодекса Российской Федерации, юридически значимое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Таким образом, материалами дела подтверждается, что копия постановлений о возбуждении в отношении ФИО3 исполнительных производств направлялись должнику по адресу, указанному в исполнительном документе и путем электронного документооборота. Согласно ст. 30 Закон об исполнительном производстве судебный пристав-исполнитель в трехдневный срок со дня поступления к нему исполнительного документа выносит постановление о возбуждении исполнительного производства либо об отказе в возбуждении исполнительного производства (ч. 8). Если исполнительный документ впервые поступил в службу судебных приставов, то судебный пристав-исполнитель в постановлении о возбуждении исполнительного производства устанавливает срок для добровольного исполнения должником содержащихся в исполнительном документе требований и предупреждает должника о принудительном исполнении указанных требований по истечении срока для добровольного исполнения (ч. 11). Срок для добровольного исполнения составляет пять дней со дня получения должником постановления о возбуждении исполнительного производства (ч. 12). Из ч. 17 ст. 30 Закон об исполнительном производстве следует, что копия постановления судебного пристава-исполнителя о возбуждении исполнительного производства не позднее дня, следующего за днем вынесения указанного постановления, направляется взыскателю, должнику, а также в суд, другой орган или должностному лицу, выдавшим исполнительный документ. При этом, в соответствии с Инструкцией по делопроизводству в Федеральной службе судебных приставов (утверждена приказом Федеральной службы судебных приставов от 10 декабря 2010 года №682) постановление о возбуждении исполнительного производства направляется должнику регистрируемым почтовым отправлением с уведомлением о вручении адресату (п. 4.8.3.4). В соответствии со ст. 67 Закон об исполнительном производстве, если исполнительный документ, сумма задолженности по которому превышает тридцать тысяч рублей, или исполнительный документ неимущественного характера выданы не на основании судебного акта или являются судебным актом, то взыскатель или судебный пристав-исполнитель вправе обратиться в суд с заявлением об установлении для должника временного ограничения на выезд из российской Федерации. Согласно предоставленным материалам исполнительного производства должнику ФИО3 постановления о возбуждении вышеуказанных исполнительных производств направлялись путем почтовых отправлений и при помощи электронного документооборота. Кроме того, из материалов исполнительного производства усматривается, что должник в течение длительного периода, не исполняет требования исполнительного документа, что нарушает законные интересы взыскателя. Все вышеуказанные обстоятельства административным ответчиком не оспорено и доказательств обратного не предоставлено. Согласно справке о задолженности в отношении должника ФИО3 задолженность по сводному исполнительному производству №-СД на ДД.ММ.ГГГГ составляет &lt;данные изъяты&gt; по административным штрафам ГИБДД и &lt;данные изъяты&gt; по взысканию исполнительского сбора, а всего в размере &lt;данные изъяты&gt; В связи с тем, что у должника ФИО3 перед административным истцом имеется задолженность, превышающая тридцать тысяч рублей, до настоящего времени должник не исполнил вышеуказанные постановления и, учитывая, что установление для должника временного ограничения на выезд из Российской Федерации необходимо для своевременного, полного и правильного исполнения требований исполнительных документов – постановления о взыскании штрафов за нарушение ПДД, суд считает необходимым удовлетворить административный иск и установить временное ограничение на выезд из Российской Федерации в отношении ФИО3 до исполнения обязательств по сводному исполнительному производству № Каких-либо оснований, делающих невозможным установить ограничения на выезд за пределы Российской Федерации, судом не установлено. Согласно ч. 2 ст. Кодекса административного судопроизводства Российской Федерации размер и порядок уплаты государственной пошлины устанавливаются законодательством Российской Федерации о налогах и сборах. Подпунктом 19 п. 1 ст. 333.36 Налогового кодекса Российской Федерации от уплаты государственной пошлины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освобождаются государственные органы, органы местного самоуправления, выступающие по делам, рассматриваемым Верховным Судом Российской Федерации, судами общей юрисдикции, мировыми судьями, в качестве истцов (административных истцов) или ответчиков (административных ответчиков). В соответствии с ч. 1 ст. Кодекса административного судопроизводства Российской Федерации с административного ответчика следует взыскать государственную пошлину в размере 3000 рублей, от уплаты которой административный истец освобожден в силу закона. На основании изложенного, руководствуясь ст. ст. - Кодекса административного судопроизводства Российской Федерации, суд РЕШИЛ: административный иск судебного пристава-исполнителя отделения судебных приставов по взысканию административных штрафов по г. Брянску Управления федеральной службы судебных приставов по Брянской области ФИО2 об установлении временного ограничения на выезд из Российской Федерации должника ФИО3- удовлетворить. Установить временное ограничение на выезд из Российской Федерации для ФИО3, ДД.ММ.ГГГГ года рождения, уроженца &lt;данные изъяты&gt;, до исполнения обязательств по сводному исполнительному производству №. Взыскать с ФИО3, &lt;данные изъяты&gt;, государственную пошлину в доход местного бюджета в размере 3000 руб. Решение может быть обжаловано в Брянский областной суд в течение месяца со дня изготовления решения в окончательной форме, путем принесения апелляционной жалобы через Бежицкий районный суд г. Брянска. Председательствующий судья А.Н. Коваленко Решение в окончательной форме изготовлено 8 октября 2025 года. Председательствующий судья А.Н. Коваленко Суд: Бежицкий районный суд г. Брянска (Брянская область) (подробнее) Истцы: Судебный пристав-исполнитель ОСП по ВАШ по г. Брянску УФССП России по Брянской области Лямичева Татьяна Николаевна (подробнее) Иные лица: ОБ ДПС Госавтоинспекции УМВД России по г.Брянску (подробнее) Отдел Госавтоинспекции МО МВД России "Жуковский" (подробнее) Судьи дела: Коваленко А.Н.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