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Показаниями свидетелей Свидетель №1 и Свидетель №2, сотрудников полиции, из которых видно, что в начале июня 2025 г. в УНК ГУ МВД России по Саратовской области поступила оперативная информация о группе лиц, занимающихся незаконным сбытом наркотического средства «мефедрон» через тайники-закладки, с использованием сети «Интернет», на территории г. Саратова и Саратовской области. В ходе проверки информации было установлено, что в данную преступную группу входит ФИО1, который реализует оптовую партию наркотических средств путем оборудования тайниковых закладок на территории г. Саратова для сбыта через интернет платформу «Telegram». &lt;дата&gt; примерно в 11 часов Свидетель №1 и Свидетель №2 организовали пост наблюдения по месту жительства ФИО1 у &lt;адрес&gt;. В ходе проведения ОРМ «наблюдение» ими было установлено, что примерно в 13 часов ФИО1 вышел из подъезда дома, на такси прибыл в частный сектор Октябрьского района г. Саратова, где в период с 14 часов 20 минут до 14 часов 50 минут на различных участках местности много раз нагибался к земле и что-то прятал, после чего отходил в сторону фотографировал данный участок на мобильный телефон и производил в нем какие-то манипуляции. После этого ФИО1 на такси приехал на железнодорожный вокзал, где примерно в 15 часов 10 минут &lt;дата&gt; был ими задержан и доставлен в административное здание УНК ГУ МВД России по Саратовской области, где Свидетель №1 провел его личный досмотр. В ходе личного досмотра у ФИО1 был изъят мобильный телефон марки «Samsung» модель «Galaxy A54», IMEI1: №, IMEI2: №, с абонентским номером +№. В ходе осмотра – с согласия ФИО1 - телефона в нем была обнаружена его переписка в интернет приложении «Telegram», сообщения с информацией о тайниках с наркотическими средствами и ссылки, фотографии тайников с наркотическими средствами, с отметкой точного местоположения, которые ФИО1 оборудовал &lt;дата&gt;. Также была изъята банковская карта ПАО Сбербанк № на его имя. В ходе досмотра ФИО1 сообщил, что проживает в арендуемой квартире по адресу: &lt;адрес&gt;. После этого &lt;дата&gt; Свидетель №1 с участием ФИО1 и понятых произвел осмотр места происшествия - жилища ФИО1 по адресу: &lt;адрес&gt;, в ходе которого из-под ванны были изъяты: двое весов, изоляционная лента черного цвета в количестве 4 штук, пакет с «зип-локами», 2 чайных ложки с остатками вещества светлого цвета, картонная коробка, в которой находилось 26 глиняных шаров, каждый из которых содержал сверток из изоленты черного цвета, внутри которой находился полимерный пакет с застежкой по типу «зип-лок» с веществом светлого цвета; контейнер, в котором находилось порошкообразное вещество светлого цвета; полимерный пакет с застежкой по типу «зип-лок» с порошкообразным веществом светлого цвета и другие предметы. Кроме того, &lt;дата&gt; Свидетель №2 с участием ФИО1 произвел осмотры места происшествия, в ходе которых ФИО1 указал места оборудованных им в этот день тайников с наркотическими средствами, где были обнаружены и изъяты шары из пластилина с содержимым внутри, со слов ФИО1 – наркотическим средством «солью», а именно: на &lt;адрес&gt; и &lt;адрес&gt;, на &lt;адрес&gt;, и &lt;адрес&gt;, на &lt;адрес&gt;, на &lt;адрес&gt;, на &lt;адрес&gt;, &lt;адрес&gt; &lt;адрес&gt; &lt;адрес&gt; &lt;адрес&gt; &lt;адрес&gt; &lt;адрес&gt; (т. 2 л.д. 23-34, 35-44). Вину подсудимого также подтверждают следующие доказательства: протокол осмотра места происшествия от &lt;дата&gt;, согласно которому на участке местности у &lt;адрес&gt; по географическим координатам &lt;адрес&gt;, обнаружен и изъят шар из пластилина с содержимым внутри (т. 1 л.д. 160-165), справка об исследовании № 1428 от &lt;дата&gt;, согласно которой представленное на исследование вещество, изъятое &lt;дата&gt; в ходе осмотра места происшествия у &lt;адрес&gt; по географическим координатам &lt;адрес&gt;, массой 0,29 г, является наркотическим средством - смесью, в состав которой входит наркотическое средство PVP – производное наркотического средства N-метилэфедрон (т. 1 л.д. 168), заключение эксперта № 1819 от &lt;дата&gt;, согласно которому представленное на экспертизу вещество (объект № 16), массой 0,28 г, обнаруженное и изъятое &lt;дата&gt; в ходе осмотра места происшествия, произведенного на участке местности на &lt;адрес&gt; по географическим координатам &lt;адрес&gt;,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протокол осмотра места происшествия от &lt;дата&gt;, согласно которому по месту жительства ФИО1 по адресу: &lt;адрес&gt;, обнаружены и изъяты: 2 электронных весов, 2 ложки; 4 рулона изоляционной ленты черного цвета, картонная коробка, пакет с пакетами с застежкой «зип-лок», 2 брикета с пастой для лепки, другие предметы (т. 1 л.д. 40-47); заключение эксперта № 1821/1822/1824 от &lt;дата&gt;, согласно которому: на поверхностях представленных на экспертизу двух ложек и картонной коробки зеленого цвета, обнаруженных и изъятых &lt;дата&gt; в ходе осмотра места происшествия по месту жительства ФИО1 по адресу: &lt;адрес&gt;, обнаружено наркотическое средство PVP - производное наркотического средства N-метилэфедрон. На поверхностях двух электронных весов, обнаруженных и изъятых &lt;дата&gt; в ходе осмотра места происшествия по месту жительства ФИО1, обнаружено наркотическое средство PVP - производное наркотического средства N-метилэфедрон, и наркотическое средство мефедрон (4-метилметкатинон). На поверхностях: 4 рулонов изоляционной ленты; 2 пакетов с пастой для моделирования «JOVI» и вскрытой упаковки от пасты для моделирования «JOVI»; контейнера из прозрачного бесцветного полимерного материала с крышкой зеленого цвета, изъятых &lt;дата&gt; по адресу: &lt;адрес&gt;, обнаружен биологический материал, который произошел от ФИО1 На поверхностях коробки зеленого цвета; ручек двух ложек; 27 фрагментов изоляционной ленты черного цвета, изъятых &lt;дата&gt; по адресу: &lt;адрес&gt;, обнаружен биологический материал, который произошел от смешения генетического материала двух или более лиц, одним из которых является ФИО1 Фрагменты изоляционной ленты черного цвета из упаковок №№ 1-14, изъятые &lt;дата&gt; в ходе осмотров места происшествия, произведенных на участках местности, расположенных: на &lt;адрес&gt; по географическим координатам &lt;адрес&gt; и &lt;адрес&gt; на &lt;адрес&gt; по географическим координатам &lt;адрес&gt; и &lt;адрес&gt;; на &lt;адрес&gt; по географическим координатам &lt;адрес&gt;; на &lt;адрес&gt; по географическим координатам &lt;адрес&gt;; на &lt;адрес&gt; по географическим координатам &lt;адрес&gt;, &lt;адрес&gt;, &lt;адрес&gt;, &lt;адрес&gt;, &lt;адрес&gt;, &lt;адрес&gt;, &lt;адрес&gt;; по месту жительства ФИО1 по адресу: &lt;адрес&gt;, и два рулона изоляционной ленты черного цвета из упаковки № 15, изъятые &lt;дата&gt; по месту жительства ФИО1 по указанному адресу, могли быть как частями единого целого, так, в равной мере, частями любого другого рулона изоляционной ленты черного цвета с аналогичными характеристиками (т. 2 л.д. 111-144); протокол осмотра места происшествия от &lt;дата&gt; на участке местности, расположенном у &lt;адрес&gt;, где ФИО1 &lt;дата&gt; был задержан (т. 1 л.д. 169-174); протокол осмотра предметов: наркотические средства, обнаруженные и изъятые &lt;дата&gt; в ходе производства 14 осмотров места происшествия, и их первоначальными упаковками - фрагментами пластичного материала серого цвета, фрагментами изоляционной ленты черного цвета, полимерных пакетов типа «зип-лок» (т. 2 л.д. 39-57, 58-64), протокол осмотра предметов: мобильный телефон марки «Samsung» модель «Galaxy A54», IMEI1: №, IMEI2: №, с сим-картой оператора сотовой связи &lt;данные изъяты&gt;» абонентский номер +№, изъятый в ходе личного досмотра ФИО1, в котором обнаружены приложения «Telegram», «Conota Камера», содержащие переписку с информацией о тайниках с наркотическими средствами и ссылками к ним; в том числе фотографии 13 тайников с наркотическими средствами, с отметкой точного местоположения наркотического средства, оборудованных ФИО1 &lt;дата&gt;; банковская карта Сбербанка №, принадлежащей ФИО9, изъятая в ходе личного досмотра ФИО1; предметы, обнаруженные и изъятые &lt;дата&gt; в ходе осмотра места происшествия по месту жительства ФИО1; компакт диск СD-R, содержащий выписку ПАО Сбербанк о движении денежных средств по банковскому счету № банковской карты №, открытому на имя ФИО1, из которой видно, что период с &lt;дата&gt; по &lt;дата&gt; приход денежных средств составил 499860 рублей 62 копейки (т. 3 л.д. 1-19, 20); рапорт о разрешения проведения оперативно-розыскного мероприятия «Наблюдение» от &lt;дата&gt; в отношении ФИО1 М.С. (т. 1 л.д. 184),рапорт от &lt;дата&gt; о результатах проведения сотрудниками 6 отдела УНК ГУ МВД России по Саратовской области оперативно-розыскного мероприятия «Наблюдение» в отношении ФИО1, деятельность которого по незаконному обороту наркотических средств была пресечена (т. 1 л.д. 185), акт личного досмотра ФИО1 от &lt;дата&gt;, в соответствии с которым у него обнаружено и изъято: мобильный телефон марки «Samsung» модель «Galaxy A54», IMEI1: №, IMEI2: №, абонентский номер +№; банковская карта ПАО Сбербанк № на его имя; образцы буккального эпителия (т. 1 л.д. 186-200).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Вышеизложенные показаниями свидетелей Свидетель №1 и Свидетель №2; протокол осмотра места происшествия от &lt;дата&gt;, согласно которому на участке местности у &lt;адрес&gt; по географическим координатам &lt;адрес&gt;, обнаружен и изъят шар из пластилина с содержимым внутри (т. 1 л.д. 151-156), справка об исследовании № 1427 от &lt;дата&gt;, согласно которой представленное на исследование вещество, изъятое &lt;дата&gt; в ходе осмотра места происшествия у &lt;адрес&gt; по географическим координатам 51.521510 45.972230, массой 0,27 г, является наркотическим средством - смесью, в состав которой входит наркотическое средство PVP – производное наркотического средства N-метилэфедрон (т. 1 л.д. 159), заключение эксперта № 1819 от &lt;дата&gt;, согласно которому представленное на экспертизу вещество (объект № 15), массой 0,26 г, изъятое &lt;дата&gt; в ходе осмотра места происшествия на участке местности на &lt;адрес&gt; по географическим координатам &lt;адрес&gt;,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вышеуказанные заключение эксперта № 1821/1822/1824 от &lt;дата&gt; (т. 2 л.д. 111-144), протоколы осмотра места происшествия от &lt;дата&gt; по месту жительства ФИО1 (т. 1 л.д. 40-47) и на месте его задержания (т. 1 л.д. 169-174), протоколы осмотра предметов (т. 2 л.д. 39-57, 58-64), (т. 3 л.д. 1-19, 20), рапорта (т. 1 л.д. 184, 185), акт личного досмотра ФИО1 (т. 1 л.д. 186-200).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Вышеизложенные показаниями свидетелей Свидетель №1 и Свидетель №2; протокол осмотра места происшествия от &lt;дата&gt;, согласно которому на участке местности у &lt;адрес&gt; по географическим координатам &lt;адрес&gt; обнаружен и изъят шар из пластилина с содержимым внутри (т. 1 л.д. 142-147), справка об исследовании № 1426 от &lt;дата&gt;, из которой следует, что представленное на исследование вещество, изъятое &lt;дата&gt; в ходе осмотра места происшествия у &lt;адрес&gt; по географическим координатам 51.52227 45.97029, массой 0,32 г, является наркотическим средством - смесью, в состав которой входит наркотическое средство PVP – производное наркотического средства N-метилэфедрон (т. 1 л.д. 150), заключение эксперта № 1819 от &lt;дата&gt;, в соответствии с которым представленное на экспертизу вещество (объект № 14), массой 0,31 г, обнаруженное и изъятое &lt;дата&gt; в ходе осмотра места происшествия, произведенного на участке местности на &lt;адрес&gt; по географическим координатам &lt;адрес&gt;,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вышеуказанные заключение эксперта № 1821/1822/1824 от &lt;дата&gt; (т. 2 л.д. 111-144), протоколы осмотра места происшествия от &lt;дата&gt; по месту жительства ФИО1 (т. 1 л.д. 40-47) и на месте его задержания (т. 1 л.д. 169-174), протоколы осмотра предметов (т. 2 л.д. 39-57, 58-64), (т. 3 л.д. 1-19, 20), рапорта (т. 1 л.д. 184, 185), акт личного досмотра ФИО1 (т. 1 л.д. 186-200).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Вышеизложенные показаниями свидетелей Свидетель №1 и Свидетель №2; протокол осмотра места происшествия от &lt;дата&gt;, согласно которому на участке местности у &lt;адрес&gt; по географическим координатам &lt;адрес&gt; обнаружен и изъят шар из пластилина с содержимым внутри (т. 1 л.д. 133-138), справка об исследовании № 1425 от &lt;дата&gt;, согласно которой представленное на исследование вещество, изъятое &lt;дата&gt; в ходе осмотра места происшествия у &lt;адрес&gt; по географическим координатам &lt;адрес&gt;, массой 0,28 г, является наркотическим средством - смесью, в состав которой входит наркотическое средство PVP – производное наркотического средства N-метилэфедрон (т. 1 л.д. 141), заключение эксперта № 1819 от &lt;дата&gt;, из которого следует, что представленное на экспертизу вещество (объект № 13), массой 0,27 г, обнаруженное и изъятое &lt;дата&gt; в ходе осмотра места происшествия на участке местности на &lt;адрес&gt; по географическим координатам 51.523280 45.967720,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вышеуказанные заключение эксперта № 1821/1822/1824 от &lt;дата&gt; (т. 2 л.д. 111-144), протоколы осмотра места происшествия от &lt;дата&gt; по месту жительства ФИО1 (т. 1 л.д. 40-47) и на месте его задержания (т. 1 л.д. 169-174), протоколы осмотра предметов (т. 2 л.д. 39-57, 58-64), (т. 3 л.д. 1-19, 20), рапорта (т. 1 л.д. 184, 185), акт личного досмотра ФИО1 (т. 1 л.д. 186-200).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Вышеизложенные показаниями свидетелей Свидетель №1 и Свидетель №2; протокол осмотра места происшествия от &lt;дата&gt;, согласно которому на участке местности у &lt;адрес&gt; по географическим координатам &lt;адрес&gt; обнаружен и изъят шар из пластилина с содержимым внутри (т. 1 л.д. 124-129), справка об исследовании № 1424 от &lt;дата&gt;, в соответствии с которой представленное на исследование вещество, изъятое &lt;дата&gt; в ходе осмотра места происшествия у &lt;адрес&gt; по географическим координатам &lt;адрес&gt;, массой 0,30 г, является наркотическим средством - смесью, в состав которой входит наркотическое средство PVP – производное наркотического средства N-метилэфедрон (т. 1 л.д. 132), заключение эксперта № 1819 от &lt;дата&gt;, из которого следует, что представленное на экспертизу вещество (объект № 12), массой 0,29 г, обнаруженное и изъятое &lt;дата&gt; в ходе осмотра места происшествия на участке местности на &lt;адрес&gt; по географическим координатам &lt;адрес&gt;,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вышеуказанные заключение эксперта № 1821/1822/1824 от &lt;дата&gt; (т. 2 л.д. 111-144), протоколы осмотра места происшествия от &lt;дата&gt; по месту жительства ФИО1 (т. 1 л.д. 40-47) и на месте его задержания (т. 1 л.д. 169-174), протоколы осмотра предметов (т. 2 л.д. 39-57, 58-64), (т. 3 л.д. 1-19, 20), рапорта (т. 1 л.д. 184, 185), акт личного досмотра ФИО1 (т. 1 л.д. 186-200).</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Вышеизложенные показаниями свидетелей Свидетель №1 и Свидетель №2; протокол осмотра места происшествия от &lt;дата&gt;, согласно которому на участке местности у &lt;адрес&gt; по географическим координатам &lt;адрес&gt; обнаружен и изъят шар из пластилина с содержимым внутри (т. 1 л.д. 115-120), справка об исследовании № 1423 от &lt;дата&gt;, в соответствии с которой представленное на исследование вещество, изъятое &lt;дата&gt; в ходе осмотра места происшествия у &lt;адрес&gt; по географическим координатам &lt;адрес&gt;, массой 0,23 г, является наркотическим средством - смесью, в состав которой входит наркотическое средство PVP – производное наркотического средства N-метилэфедрон (т. 1 л.д. 123), заключение эксперта № 1819 от &lt;дата&gt;, согласно которому представленное на экспертизу вещество (объект № 11), массой 0,22 г, обнаруженное и изъятое &lt;дата&gt; в ходе осмотра места происшествия на &lt;адрес&gt; по географическим координатам &lt;адрес&gt;,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вышеуказанные заключение эксперта № 1821/1822/1824 от &lt;дата&gt; (т. 2 л.д. 111-144), протоколы осмотра места происшествия от &lt;дата&gt; по месту жительства ФИО1 (т. 1 л.д. 40-47) и на месте его задержания (т. 1 л.д. 169-174), протоколы осмотра предметов (т. 2 л.д. 39-57, 58-64), (т. 3 л.д. 1-19, 20), рапорта (т. 1 л.д. 184, 185), акт личного досмотра ФИО1 (т. 1 л.д. 186-200).</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Вышеизложенные показаниями свидетелей Свидетель №1 и Свидетель №2; протокол осмотра места происшествия от &lt;дата&gt;, согласно которому на участке местности у &lt;адрес&gt; по географическим координатам &lt;адрес&gt; обнаружен и изъят шар из пластилина с содержимым внутри (т. 1 л.д. 106-111), справка об исследовании № 1422 от &lt;дата&gt;, согласно которой представленное на исследование вещество, изъятое &lt;дата&gt; в ходе осмотра места происшествия у &lt;адрес&gt; по географическим координатам &lt;адрес&gt;, массой 0,46 г, является наркотическим средством - смесью, в состав которой входит наркотическое средство PVP – производное наркотического средства N-метилэфедрон (т. 1 л.д. 114), заключение эксперта № 1819 от &lt;дата&gt;, согласно которому представленное на экспертизу вещество (объект № 10), массой 0,45 г, обнаруженное и изъятое &lt;дата&gt; в ходе осмотра места происшествия на &lt;адрес&gt; по географическим координатам 51.524260 45.965390,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вышеуказанные заключение эксперта № 1821/1822/1824 от &lt;дата&gt; (т. 2 л.д. 111-144), протоколы осмотра места происшествия от &lt;дата&gt; по месту жительства ФИО1 (т. 1 л.д. 40-47) и на месте его задержания (т. 1 л.д. 169-174), протоколы осмотра предметов (т. 2 л.д. 39-57, 58-64), (т. 3 л.д. 1-19, 20), рапорта (т. 1 л.д. 184, 185), акт личного досмотра ФИО1 (т. 1 л.д. 186-200).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по ул. 10 линия &lt;адрес&gt;. Вышеизложенные показаниями свидетелей Свидетель №1 и Свидетель №2; протокол осмотра места происшествия от &lt;дата&gt;, согласно которому на участке местности у &lt;адрес&gt; по ул. 10 линия &lt;адрес&gt; по географическим координатам &lt;адрес&gt; обнаружен и изъят шар из пластилина с содержимым внутри (т. 1 л.д. 97-102), справка об исследовании № 1421 от &lt;дата&gt;, из которой видно, что представленное на исследование вещество, изъятое &lt;дата&gt; в ходе осмотра места происшествия у &lt;адрес&gt; по географическим координатам &lt;адрес&gt;, массой 0,48 г, является наркотическим средством - смесью, в состав которой входит наркотическое средство PVP – производное наркотического средства N-метилэфедрон (т. 1 л.д. 105), заключение эксперта № 1819 от &lt;дата&gt;, согласно которому представленное на экспертизу вещество (объект № 9), массой 0,47 г, обнаруженное и изъятое &lt;дата&gt; в ходе осмотра места происшествия на &lt;адрес&gt; по географическим координатам &lt;адрес&gt;,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вышеуказанные заключение эксперта № 1821/1822/1824 от &lt;дата&gt; (т. 2 л.д. 111-144), протоколы осмотра места происшествия от &lt;дата&gt; по месту жительства ФИО1 (т. 1 л.д. 40-47) и на месте его задержания (т. 1 л.д. 169-174), протоколы осмотра предметов (т. 2 л.д. 39-57, 58-64), (т. 3 л.д. 1-19, 20), рапорта (т. 1 л.д. 184, 185), акт личного досмотра ФИО1 (т. 1 л.д. 186-200).</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Вышеизложенные показаниями свидетелей Свидетель №1 и Свидетель №2; протокол осмотра места происшествия от &lt;дата&gt;, согласно которому на участке местности у &lt;адрес&gt; по географическим координатам 51.524920 45.960090 обнаружен и изъят шар из пластилина с содержимым внутри (т. 1 л.д. 88-93), справка об исследовании № 1420 от &lt;дата&gt;, в соответствии с которой представленное на исследование вещество, изъятое &lt;дата&gt; в ходе осмотра места происшествия у &lt;адрес&gt; по географическим координатам &lt;адрес&gt;, массой 0,29 г, является наркотическим средством - смесью, в состав которой входит наркотическое средство PVP – производное наркотического средства N-метилэфедрон (т. 1 л.д. 96), заключение эксперта № 1819 от &lt;дата&gt;, из которого следует, что представленное на экспертизу вещество (объект № 8), массой 0,28 г, обнаруженное и изъятое &lt;дата&gt; в ходе осмотра места происшествия на &lt;адрес&gt; по географическим координатам 51.524920 45.960090,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вышеуказанные заключение эксперта № 1821/1822/1824 от &lt;дата&gt; (т. 2 л.д. 111-144), протоколы осмотра места происшествия от &lt;дата&gt; по месту жительства ФИО1 (т. 1 л.д. 40-47) и на месте его задержания (т. 1 л.д. 169-174), протоколы осмотра предметов (т. 2 л.д. 39-57, 58-64), (т. 3 л.д. 1-19, 20), рапорта (т. 1 л.д. 184, 185), акт личного досмотра ФИО1 (т. 1 л.д. 186-200).</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Вышеизложенные показаниями свидетелей Свидетель №1 и Свидетель №2; протокол осмотра места происшествия от &lt;дата&gt;, согласно которому на участке местности у &lt;адрес&gt; по географическим координатам &lt;адрес&gt; обнаружен и изъят шар из пластилина с содержимым внутри (т. 1 л.д. 79-84), справка об исследовании № 1419 от &lt;дата&gt;, из которой следует, что представленное на исследование вещество, изъятое &lt;дата&gt; в ходе осмотра места происшествия у &lt;адрес&gt; по географическим координатам 51.525250 45.958760, массой 0,22 г, является наркотическим средством - смесью, в состав которой входит наркотическое средство PVP – производное наркотического средства N-метилэфедрон (т. 1 л.д. 87), заключение эксперта № 1819 от &lt;дата&gt;, в соответствии с которым представленное на экспертизу вещество (объект № 7), массой 0,21 г, обнаруженное и изъятое &lt;дата&gt; в ходе осмотра места происшествия на &lt;адрес&gt; по географическим координатам 51.525250 45.958760,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вышеуказанные заключение эксперта № 1821/1822/1824 от &lt;дата&gt; (т. 2 л.д. 111-144), протоколы осмотра места происшествия от &lt;дата&gt; по месту жительства ФИО1 (т. 1 л.д. 40-47) и на месте его задержания (т. 1 л.д. 169-174), протоколы осмотра предметов (т. 2 л.д. 39-57, 58-64), (т. 3 л.д. 1-19, 20), рапорта (т. 1 л.д. 184, 185), акт личного досмотра ФИО1 (т. 1 л.д. 186-200).</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Вышеизложенные показаниями свидетелей Свидетель №1 и Свидетель №2; протокол осмотра места происшествия от &lt;дата&gt;, согласно которому на участке местности у &lt;адрес&gt; по географическим координатам &lt;адрес&gt; обнаружен и изъят шар из пластилина с содержимым внутри (т. 1 л.д. 70-75), справка об исследовании № 1418 от &lt;дата&gt;, в соответствии с которой представленное на исследование вещество, изъятое &lt;дата&gt; в ходе осмотра места происшествия у &lt;адрес&gt; по географическим координатам 51.524680 45.958170, массой 0,30 г, является наркотическим средством - смесью, в состав которой входит наркотическое средство PVP – производное наркотического средства N-метилэфедрон (т. 1 л.д. 78), заключение эксперта № 1819 от &lt;дата&gt;, согласно которому представленное на экспертизу вещество (объект № 6), массой 0,29 г, обнаруженное и изъятое &lt;дата&gt; в ходе осмотра места происшествия на &lt;адрес&gt; по географическим координатам 51.524680 45.958170,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вышеуказанные заключение эксперта № 1821/1822/1824 от &lt;дата&gt; (т. 2 л.д. 111-144), протоколы осмотра места происшествия от &lt;дата&gt; по месту жительства ФИО1 (т. 1 л.д. 40-47) и на месте его задержания (т. 1 л.д. 169-174), протоколы осмотра предметов (т. 2 л.д. 39-57, 58-64), (т. 3 л.д. 1-19, 20), рапорта (т. 1 л.д. 184, 185), акт личного досмотра ФИО1 (т. 1 л.д. 186-200).</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Вышеизложенные показаниями свидетелей Свидетель №1 и Свидетель №2; протокол осмотра места происшествия от &lt;дата&gt;, согласно которому на участке местности у &lt;адрес&gt; по географическим координатам &lt;адрес&gt; обнаружен и изъят шар из пластилина с содержимым внутри (т. 1 л.д. 61-66), справка об исследовании № 1417 от &lt;дата&gt;, согласно которой представленное на исследование вещество, изъятое &lt;дата&gt; в ходе осмотра места происшествия у &lt;адрес&gt; по географическим координатам &lt;адрес&gt;, массой 0,34 г, является наркотическим средством - смесью, в состав которой входит наркотическое средство PVP – производное наркотического средства N-метилэфедрон (т. 1 л.д. 69), заключение эксперта № 1819 от &lt;дата&gt;, в соответствии с которым представленное на экспертизу вещество (объект № 5), массой 0,33 г, обнаруженное и изъятое &lt;дата&gt; в ходе осмотра места происшествия на &lt;адрес&gt; по географическим координатам 51.524170 45.959310,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вышеуказанные заключение эксперта № 1821/1822/1824 от &lt;дата&gt; (т. 2 л.д. 111-144), протоколы осмотра места происшествия от &lt;дата&gt; по месту жительства ФИО1 (т. 1 л.д. 40-47) и на месте его задержания (т. 1 л.д. 169-174), протоколы осмотра предметов (т. 2 л.д. 39-57, 58-64), (т. 3 л.д. 1-19, 20), рапорта (т. 1 л.д. 184, 185), акт личного досмотра ФИО1 (т. 1 л.д. 186-200).</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эпизоду покушения на незаконный сбыт наркотического средства у &lt;адрес&gt;. Вышеизложенные показаниями свидетелей Свидетель №1 и Свидетель №2; протокол осмотра места происшествия от &lt;дата&gt;, согласно которому на участке местности у &lt;адрес&gt; по географическим координатам &lt;адрес&gt; обнаружен и изъят шар из пластилина с содержимым внутри (т. 1 л.д. 52-57), справка об исследовании № 1416 от &lt;дата&gt;, согласно которой представленное на исследование вещество, изъятое &lt;дата&gt; в ходе осмотра места происшествия у &lt;адрес&gt; по географическим координатам &lt;адрес&gt;, массой 0,31 г, является наркотическим средством - смесью, в состав которой входит наркотическое средство PVP – производное наркотического средства N-метилэфедрон (т. 1 л.д. 60), заключение эксперта № 1819 от &lt;дата&gt;, согласно которому представленное на экспертизу вещество (объект № 4), массой 0,30 г, обнаруженное и изъятое &lt;дата&gt; в ходе осмотра места происшествия на &lt;адрес&gt; по географическим координатам 51.523790 45.960290,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вышеуказанные заключение эксперта № 1821/1822/1824 от &lt;дата&gt; (т. 2 л.д. 111-144), протоколы осмотра места происшествия от &lt;дата&gt; по месту жительства ФИО1 (т. 1 л.д. 40-47) и на месте его задержания (т. 1 л.д. 169-174), протоколы осмотра предметов (т. 2 л.д. 39-57, 58-64), (т. 3 л.д. 1-19, 20), рапорта (т. 1 л.д. 184, 185), акт личного досмотра ФИО1 (т. 1 л.д. 186-200).</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Вину ФИО1 в покушении на незаконный сбыт наркотических средств в крупном размере подтверждают следующие доказательства. Вышеизложенные показаниями свидетелей Свидетель №1 и Свидетель №2; вышеуказанные протоколы осмотра места происшествия от &lt;дата&gt; по месту жительства ФИО1 (т. 1 л.д. 40-47), на месте его задержания (т. 1 л.д. 169-174), протоколы осмотра предметов (т. 2 л.д. 39-57, 58-64), (т. 3 л.д. 1-19, 20), рапорта (т. 1 л.д. 184, 185), акт личного досмотра ФИО1 (т. 1 л.д. 186-200), заключение эксперта № 1821/1822/1824 от &lt;дата&gt; (т. 2 л.д. 111-144), справка об исследовании № 1429 от &lt;дата&gt;, согласно которой представленное на исследование вещество (объекты №№ 1-26), изъятое &lt;дата&gt; в ходе осмотра места происшествия по месту жительства ФИО1 по адресу: &lt;адрес&gt;, суммарной массой 11,26 г, является наркотическим средством - смесью, в состав которой входит наркотическое средство мефедрон (4-метилметкатинон). Представленное на исследование вещество (объект № 27), изъятое &lt;дата&gt; в ходе осмотра места происшествия по месту жительства ФИО1 по адресу: &lt;адрес&gt;, массой 8,98 г, является наркотическим средством - смесью, в состав которой входит наркотическое средство мефедрон (4-метилметкатинон). Представленное на исследование вещество (объект №), изъятое &lt;дата&gt; в ходе осмотра места происшествия по месту жительства ФИО1 по адресу: &lt;адрес&gt;, массой 95,22 г, является наркотическим средством - смесью, в состав которой входит наркотическое средство PVP – производное наркотического средства N-метилэфедрон (т. 1 л.д. 50-51), заключение эксперта № 1819 от &lt;дата&gt;, согласно которому представленные на экспертизу вещества, обнаруженные и изъятые &lt;дата&gt; в ходе осмотра места происшествия по месту жительства ФИО1 по адресу: &lt;адрес&gt;, а именно: вещества (объекты №№ 1, 2) массами 11,00 г и 8,97 г являются наркотическим средством - смесью, в состав которой входят наркотическое средство мефедрон (4-метилметкатинон); вещество (объект № 3) массой 95,21 г является наркотическим средством - смесью, в состав которой входит наркотическое средство PVP - производное наркотического средства N-метилэфедрон (т. 2 л.д. 93-99). Согласно заключению амбулаторной судебно-психиатрической экспертизы с привлечением врача психиатра-нарколога от № 670 от &lt;дата&gt; ФИО1 в настоящее время хроническим психическим расстройством, слабоумием, временным болезненным расстройством психической деятельности или иным расстройством психики не страдает и не страдал ими во время совершения инкриминируемых ему деяний, мог в полной мере осознавать фактический характер и общественную опасность своих действий либо руководить ими; по своему психическому состоянию не представляет собой опасности для себя и других лиц либо возможности причинения им иного существенного вреда; в применении принудительных мер медицинского характера не нуждается; по своему психическому состоянию может участвовать в судебно-следственных действиях и лично осуществлять принадлежащие ему и предусмотренные ст.ст. и 47 УПК РФ процессуальные права. ФИО1 наркоманией, алкоголизмом не страдает, в лечении от наркомании, алкоголизма не нуждается (т. 2 л.д. 155-158). Выводы экспертов суд находит обоснованными, а подсудимого ФИО1 вменяемым и подлежащим уголовной ответственности. Оценив исследованные доказательства в совокупности, суд пришел к выводу о доказанности вины ФИО1 в совершении 13 преступлений, предусмотренных ч. 3 ст. , п.п. «а, б» ч. 3 ст. 228.1 УК РФ , то есть в совершении 13 покушений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 а именно по эпизодам покушений на незаконный сбыт наркотических средств: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 &lt;адрес&gt;.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 &lt;адрес&gt;.</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 &lt;адрес&gt;.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 &lt;адрес&gt;.</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у &lt;адрес&gt;.</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у &lt;адрес&gt;.</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 &lt;адрес&gt;.</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у &lt;адрес&gt;.</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 &lt;адрес&gt;</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у &lt;адрес&gt;. Кроме того, суд находит доказанной вину ФИО1 в совершении преступления, предусмотренного ч. 3 ст. , п. «г» ч. 4 ст. 228.1 УК РФ , то есть в покушении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крупном размере. Действия ФИО1 по каждому указанному эпизоду суд квалифицирует как самостоятельное преступление, поскольку, как установлено в судебном заседании, он имел умысел на незаконный сбыт наркотических средств нескольким лицам при отсутствии с ними предварительной договоренности на реализацию всего объема этих наркотических средств, однако виновный не смог окончить преступления по независящим от него причинам. Квалифицирующий признак совершения преступления с использованием информационно-телекоммуникационных сетей (включая сеть Интернет») подтвержден данными о том, что ФИО1 при совершении всех преступлений использовал компьютерное устройство – мобильный телефон «Samsung Galaxy A54» и установленные в нем программы «Telegram» и «Conota Камера». С помощью программы «Telegram» он вел переписку с неустановленным соучастником о незаконном сбыте наркотиков, в том числе согласовал условия совершения преступлений и свою роль; получил от соучастника информацию о месте нахождения закладок с наркотиками, откуда их извлек; с помощью программы «Conota Камера» сфотографировал места нахождения оборудованным им закладок с наркотиками и определил их географические координаты с целью передачи через приложение «Telegram» соучастнику для незаконного сбыта. Квалифицирующий признак совершения преступления группой лиц по предварительному сговору подтвержден данными о том, что ФИО1 и его неустановленный соучастник совместно совершили все вышеописанные преступления в соответствии с их ролями, заранее договорившись об их совместном совершении, что подтверждено их перепиской в приложении «Telegram» и конкретными действиями ФИО1. Квалифицирующие признаки незаконного сбыта наркотических средств в крупном и значительном размерах подтверждены данными о том, что в соответствии с Постановлением Правительства № 1002 от 01.10.2012 N-метилэфедрон и его производные, за исключением производных, включенных в качестве самостоятельных позиций в перечень, массой свыше 0,2 грамма до 1 грамма признается значительным размером, а свыше 1 грамма до 200 грамм - крупным размером; крупным размером наркотического средства мефедрон (4-метилметкатинон) признается его масса свыше 2,5 грамма до 500 грамм. При назначении наказания суд учитывает характер и степень общественной опасности преступлений, которые относятся к категории особо тяжких преступлений; являются неоконченными; личность виновного, в том числе состояние его здоровья и его близких, влияние наказания на его исправление и условия жизни его семьи, достижение таких целей наказания, как восстановление социальной справедливости и предупреждение совершения новых преступлений. ФИО1 имеет постоянное место жительства, характеризуется положительно, не судим, холост, работал системным администратором, занимался спортом, оказывал гуманитарную помощь, занимался благотворительностью, за что имеет благодарности, грамоты, дипломы; наркоманией не страдает; ФИО1 и его мать имеют хронические заболевания. Смягчающими наказание обстоятельствами суд в соответствии с п. «и» ч. 1, ч. 2 ст. 61 УК РФ признает активное способствование ФИО1 раскрытию и расследованию преступлений, которое выразилось в том, что в ходе личного досмотра он добровольно сообщил сотруднику полиции пароль для разблокировки своего мобильного телефона, в результате чего был получен доступ к его переписке в приложении «Telegram» и фотографиям тайников с наркотиками, имеющим существенное значение для дела; в ходе осмотров места происшествия он показывал конкретные места оборудованных им закладок с наркотиками, место нахождения наркотиков с арендуемой квартире, в результате чего все наркотические средства были обнаружены и изъяты. Также суд признает смягчающими обстоятельствами признание ФИО1 своей вины, раскаяние в содеянном, наличие благодарностей, грамот, дипломов. Отягчающих наказание обстоятельств нет. С учетом характера и степени общественной опасности совершенных преступлений, личности подсудимого и других вышеуказанных обстоятельств, суд пришел к выводу о том, что наказание ФИО1 должно быть назначено в виде реального лишения свободы, поэтому оснований для применения положений ст. 73 УК РФ о назначении условного осуждения, положений ст. 64 УК РФ , а также положений ч. 6 ст. 15 УК РФ об изменении категории преступлений не установлено. Суд учитывает, что согласно ч. 1 ст. 62 УК РФ при наличии смягчающих обстоятельств, предусмотренных пунктами "и" и (или) "к" части первой статьи 61 УК РФ ,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УК РФ. В соответствии с ч. 3 ст. 66 УК РФ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настоящего Кодекса за оконченное преступление. С учетом этих положений закона, а также наличия иных смягчающих обстоятельств наказание виновному следует назначить в виде лишения свободы на срок ниже низшего предела, установленного санкциями частей 3 и 4 статьи 228.1 УК РФ , без ссылки на ст. 64 УК РФ . Оснований для назначения ФИО1 дополнительных видов наказаний не имеется. В соответствии с п. «в» ч. 1 ст. 58 УК РФ ФИО1 как мужчине, осужденному к лишению свободы за совершение особо тяжких преступлений, ранее не отбывавшему лишение свободы, отбывание наказания следует назначить в исправительной колонии строгого режима. Меру пресечения ФИО1 в целях обеспечения исполнения приговора следует изменить с домашнего ареста на заключение под стражу, на срок до вступления приговора в законную силу. На основании ч. 3.2, 3.4 ст. 72 УК РФ ему следует зачесть время нахождения под домашним арестом в период с &lt;дата&gt; до &lt;дата&gt; и время содержания под стражей с &lt;дата&gt; до вступления приговора в законную силу, а также время задержания в соответствии со ст. 91 УПК РФ , включая время фактического задержания &lt;дата&gt;, что подтверждено рапортом старшего оперуполномоченного УНК ГУ МВД России по Саратовской области Свидетель №1 от &lt;дата&gt; (т. 1 л.д. 16-19). Судьбу вещественных доказательств следует решить в соответствии со ст. 81 УПК РФ . При этом мобильный телефон, принадлежащий ФИО1, на основании п. 1 ч. 3 ст. 81 УПК РФ следует конфисковать, обратив его в собственность государства как средство совершения преступлений, при помощи которого виновный получал от соучастника и передавал ему необходимую информацию, связанную подготовкой и совершением преступлений. В этой связи арест, наложенный на данный телефон на основании постановления суда от &lt;дата&gt; (т. 2 л.д. 227), следует отменить. Руководствуясь статьями , - 309 УПК РФ , суд приговорил: ФИО1 признать виновным в совершении тринадцати преступлений, предусмотренных ч. 3 ст. , п.п. «а, б» ч. 3 ст. 228.1 УК РФ , и преступления, предусмотренного ч. 3 ст. , п. «г» ч. 4 ст. 228.1 УК РФ , и назначить ему наказание в виде лишения свободы: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ч. 3 ст. , п.п. «а, б» ч. 3 ст. 228.1 УК РФ по эпизоду покушения на незаконный сбыт наркотического средства у &lt;адрес&gt; - на срок 7 (семь) лет; по ч. 3 ст. , п. «г» ч. 4 ст. 228.1 УК РФ – на срок 9 (девять) лет 6 (шесть) месяцев. На основании ч. 2 ст. 69 УК РФ путем частичного сложения назначенных наказаний окончательное наказание ФИО1 по совокупности преступлений назначить в виде лишения свободы на срок 10 (десять) лет, с отбыванием в исправительной колонии строгого режима. Меру пресечения ФИО1 изменить с домашнего ареста на заключение под стражу, на срок до вступления приговора в законную силу, с содержанием в ФКУ СИЗО-1 УФСИН России по Саратовской области, взять его под стражу в зале суда. Срок отбывания наказания ФИО1 исчислять со дня вступления приговора в законную силу. В соответствии с ч. 3.2, 3.4 ст. 72 УК РФ зачесть время фактического задержания ФИО1 в период с 18 до &lt;дата&gt; и время содержания под стражей в период с &lt;дата&gt; до дня вступления приговора в законную силу из расчета один день за один день лишения свободы, а также зачесть время нахождения его под домашним арестом в период с &lt;дата&gt; до &lt;дата&gt; из расчета два дня за один день лишения свободы. Вещественные доказательства: наркотические средства - смесь, в состав которой входит наркотическое средство PVP – производное наркотического средства N-метилэфедрона, остаточной массой 0,29; 0,32; 0,28; 0,20; 0,27; 0,46; 0,44; 0,21; 0,28; 0,26; 0,30; 0,25; 0,27; 95,20 г; наркотическое средство - смесь, в состав которой входит наркотическое средство мефедрон (4-метилметкатинон), остаточной массой 19,95 г, хранящиеся в ФКУ ЦХиСО ГУ МВД России по Саратовской области по квитанциям №№ 2283 - 2296 от &lt;дата&gt;, - хранить до принятия итогового решения по уголовному делу, выделенному в отношении неустановленного соучастника ФИО1; первоначальную упаковку наркотических средств, хранящуюся в ФКУ ЦХиСО ГУ МВД России по Саратовской области по квитанции № от &lt;дата&gt;, - уничтожить; хранящиеся в ФКУ ЦХиСО ГУ МВД России по Саратовской области по квитанции № от &lt;дата&gt; предметы: мобильный телефон марки «Samsung» модель «Galaxy A54», IMEI1: №, IMEI2: №, с сим-картой оператора сотовой связи ООО «Т2 Мобайл» абонентский номер +№, принадлежащий ФИО1, - конфисковать, обратив в собственность государства; банковскую карту ПАО Сбербанк №, - возвратить ФИО1 через представителя; 2 электронных весов; картонную коробку; 2 ложки; 4 рулона изоленты; пакет с пакетами с застежкой «зип-лок»; 2 брикета с пастой для лепки; упаковку от брикета с пастой для лепки; лист бумаги с текстом - уничтожить; компакт диск СD-R с выписками по банковскому счету ФИО1 - хранить при деле. Арест, наложенный на мобильный телефон «Samsung» «Galaxy A54», принадлежащий ФИО1, отменить. Приговор может быть обжалован в апелляционном порядке в судебную коллегию по уголовным делам Саратовского областного суда через Октябрьский районный суд г. Саратова в течение 15 суток со дня его провозглашения, а осужденным, содержащимся под стражей, - в тот же срок со дня вручения копии приговора. Осужденный вправе ходатайствовать о своем участии в рассмотрении уголовного дела судом апелляционной инстанции, о чем указывается в своей апелляционной жалобе или в возражениях на жалобы, представления, принесенные другими участниками уголовного процесса. Судья С.И. Сотсков Суд: Октябрьский районный суд г. Саратова (Саратовская область) (подробнее) Судьи дела: Сотсков Сергей Иванович (судья) (подробнее) Последние документы по делу: Приговор от 12 октября 2025 г. по делу № 1-185/2025 Апелляционное постановление от 23 июля 2025 г. по делу № 1-185/2025 Приговор от 12 марта 2025 г. по делу № 1-185/2025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