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Гурьевск</w:t>
      </w:r>
    </w:p>
    <w:p>
      <w:pPr>
        <w:spacing w:after="200"/>
        <w:jc w:val="center"/>
      </w:pPr>
      <w:r>
        <w:rPr>
          <w:rFonts w:ascii="Times New Roman" w:hAnsi="Times New Roman" w:eastAsia="Times New Roman" w:cs="Times New Roman"/>
          <w:b w:val="0"/>
          <w:i w:val="0"/>
          <w:sz w:val="22"/>
        </w:rPr>
        <w:t>14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«Организатора и руководителя» – неустановленного лица (группы неустановленных лиц), в обязанности которого входило: определение необходимости приискания соучастников и средств совершения преступлений; распределение между ними ролей и функций; разработка планов преступной группы и создание условий для совершения преступлений; координация и корректировка деятельности соучастников преступлений; оптимальное разделение направлений и средств осуществления преступной деятельности; разработка способов преступной связи, а также способов поддержания дисциплины среди подчиненных сотрудников; организация обеспечения безопасности участников организованной группы, определение методов конспирации; общее руководство преступной организованной группой; определение порядка распределения прибыли, в том числе на выплату заработной платы участникам; приобретение оптовых партий наркотических средств и организация их доставки для получения подчиненными «складами», осуществление иных административных функций по управлению преступной деятельностью в организованной группе.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«Куратора» – неустановленного лица (группы неустановленных лиц), осуществляющего руководство, связанное с незаконным сбытом наркотических средств на определенной территории, в том числе и на территории &lt;адрес &gt;, конспирирующего свою преступную деятельность в мессенджерах «Телеграм» («Tele Messenger») под псевдонимами: «Bear_Klg39» («@bearKLG39»), «El Chapo» (@best_company_sh»); «Миша» (@klg777B), «Миша» (@m_klg_b). В его обязанности входило: осуществление подбора и вовлечение новых участников, координация их деятельности, обучение и проведение их инструктажа правилам производства тайников - «закладок» с наркотическими средствами и соблюдения мер конспирации; обобщение результатов работы подчиненных сотрудников за определенный период времени, с указанием количества и вида проданных наркотических средств и количества вырученных денежных средств; передача указанных сведений для проверки руководству преступной организованной группы с целью осуществления выплат; передача «складам» в мессенджере «Телеграм» информации об отправленных посылках, с сокрытыми в них оптовыми партиями наркотических средств, предназначенных для незаконного сбыта и дача им указаний об их получении, незаконном хранении и помещении в тайники-«закладки»; получение от «складов» сведений о тайниках-«закладках» с расфасованной или не расфасованной мелкооптовой партией наркотического средства (так называемого «мастер-клада»), предназначенной для последующей передачи «закладчиком»; посредством мессенджеров «Телеграм» указание «закладчикам» о необходимости изъятия из тайника-«закладки» расфасованной или не расфасованной мелкооптовой партии наркотического средства (так называемого «мастер-клада»), сообщение «закладчику» сведений о месте нахождения указанного наркотического средства, дача указаний «закладчику» о необходимости оборудования на территории &lt;адрес &gt; тайников-«закладок» с розничными партиями наркотических средств; передача сведений о месте их нахождения с целью их незаконного сбыта разным приобретателям; контроль за количеством наркотических средств, находящихся у подчиненных «закладчиков», а также над выполнением поставленных им задач по незаконному сбыту наркотических средств, получение и проверка отчетов о проделанной работе; разрешение споров; выплата заработной платы подконтрольным ему «закладчикам»; осуществление по указанию «Организатора и руководителя» иных функций по достижении общих преступных целей.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«Менеджера по безопасности» - неустановленных лиц, преступная роль которых в организованной группе заключалась в проведении инструктажа вновь вовлеченных членов организованной группы по соблюдению мер конспирации и анонимности, правил безопасности при получении оптовых партий наркотических средств, оборудовании тайников («закладок»), а также обучении использования мобильных приложений для осуществления фотофиксации оборудованных тайников («закладок») с наркотическими средствами, в зависимости от занимаемой должности, для дальнейшей передаче информации «Куратору».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«Склада» - с 09:01 часов до 11:54 часов ДД.ММ.ГГ ФИО6 и ФИО7, осужденных приговором Гурьевского районного суда &lt;адрес &gt; от ДД.ММ.ГГ, вступившим в законную силу ДД.ММ.ГГ, конспирирующих свою преступную деятельность в мессенджере «Telegram» под псевдонимом «Turbo» (@Love_yourself_93), с ДД.ММ.ГГ по ДД.ММ.ГГ ФИО3 ФИО42, осужденного приговором Центрального районного суда &lt;адрес &gt; от ДД.ММ.ГГ, вступившим в законную силу ДД.ММ.ГГ, конспирирующего в мессенджере «Telegram» свою преступную деятельность под псевдонимом «Чудо» («@purple_staf_39rus»), в период с ДД.ММ.ГГ по ДД.ММ.ГГ «Лицо №», привлеченное к уголовной ответственности отдельно, конспирирующее в сервисе мгновенного обмена электронными сообщениями (мессенджере) «Telegram» свою преступную деятельность под псевдонимом «Серега Неместный» («@Sergyi Mesnyi»); с ДД.ММ.ГГ по ДД.ММ.ГГ «Лицо №», привлеченное к уголовной ответственности отдельно, конспирирующее в сервисе мгновенного обмена электронными сообщениями (мессенджере) «Telegram» свою преступную деятельность под псевдонимами «XZ» («@by_VOGUE», «by@_XZ»); иные неустановленные лица. В обязанности «Склада» входило: получение в мессенджерах «Telegram» сведений от «Куратора» об отправленной ему посылки с сокрытой в ней оптовой партией наркотического средства, предназначенной для незаконного сбыта участниками организованной группы на территории &lt;адрес &gt;, и ее получение и перемещение по месту жительства или в иное безопасное место; извлечение оптовых партий наркотических средств в не расфасованном виде из посылок, их незаконное хранение, фасовка на мелкооптовые партии для «закладчиков» в объемах, указываемых «Организатором и руководителем», либо «Куратором», не превышающих сумму внесенного «закладчиком» залога за наркотические средства; помещение указанных наркотических средств в тайники – «закладки», передача сведений о месте нахождения указанных тайников – «закладок» лицу, выполняющему обязанности «Куратора», с целью организации получения указанных наркотических средств бесконтактным способом «закладчиками» или иными участниками организованной группы; формирование отчета перед «Куратором» о результатах выполненной работы по подготовке наркотических средств к незаконному сбыту с использованием ИТС «Интернет»; осуществление по указанию «Куратора» иных функций по достижении общих преступных целей.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«Кадровых работников, вербовщиков и операторов» - неустановленного лица (группы неустановленных лиц), в обязанности которых входило: спам-рассылка в социальных сетях рекламных объявлений о трудоустройстве курьером с высоким заработком и ссылками на контакты в различных мессенджерах, разъяснение заинтересовавшимся лицам сути предстоящей работы, прием видео-анкеты, а также фотографии личных документов кандидата, либо залога, изучение их личности, проведение обучения и последующей передаче кандидата «Региональному куратору».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«Закладчиков» (кладменов, курьеров, минеров) - с ДД.ММ.ГГ по ДД.ММ.ГГ ФИО6 и ФИО7, осужденных приговором Гурьевского районного суда &lt;адрес &gt; от ДД.ММ.ГГ, вступившим в законную силу ДД.ММ.ГГ, конспирирующих свою преступную деятельность в мессенджере «Telegram» под псевдонимом «Turbo» (@Love_yourself_93); с ДД.ММ.ГГ по ДД.ММ.ГГ ФИО3 ФИО43, осужденного приговором Центрального районного суда &lt;адрес &gt; от ДД.ММ.ГГ, вступившим в законную силу ДД.ММ.ГГ, конспирирующего в мессенджере «Telegram» свою преступную деятельность под псевдонимом «Чудо» («@purple_staf_39rus»); с ДД.ММ.ГГ по ДД.ММ.ГГ «Лицо №», привлеченное к уголовной ответственности отдельно, конспирирующее в сервисе мгновенного обмена электронными сообщениями (мессенджере) «Telegram» свою преступную деятельность под псевдонимом «Серега Неместный» («@Sergyi Mesnyi»); с ДД.ММ.ГГ по ДД.ММ.ГГ ФИО9, осужденного приговором Светлогорского городского суда &lt;адрес &gt; от ДД.ММ.ГГ, вступившим в законную силу ДД.ММ.ГГ, конспирирующего в мессенджере «Telegram» свою преступную деятельность под псевдонимом «XZ» («@by_VOGUE», «@by_XZ»); с ДД.ММ.ГГ до 14:15 часов ДД.ММ.ГГ ФИО4 ФИО44, конспирирующей свою преступную деятельность в мессенджерах «Telegram» под псевдонимом «Эх Эх» («@kiki00734»), иных неустановленных лиц. В их обязанности входило: получение в мессенджерах «Telegram» от «Куратора» информации о месте нахождения тайников («закладок») с мелкооптовыми партиями наркотических средств (в расфасованном либо не расфасованном виде; их извлечение в объеме, не превышающем сумму внесённого залога, перемещение их в безопасное место незаконное хранение указанных наркотических средств, при необходимости их расфасовка в количествах, указанных «Куратором», на розничные партии для их дальнейшего незаконного сбыта покупателям; оборудование на определенной территории &lt;адрес &gt; тайников («закладок») с расфасованными наркотическими средствами для разных приобретателей с соблюдением принципов надежности таковых тайников («закладок») и их фотофиксация; сообщение «Куратору» в мессенджерах «Telegram», Tele Messenger сведений о размещенных по тайникам-«закладкам» с использованием определенной терминологии, обозначающей вид наркотических средств, их упаковку, а также способ оборудования тайника («закладки») и его местонахождение, для последующего незаконного сбыта отдельным покупателям за отдельную плату; формирование отчета перед «Куратором» о результатах выполненной работы по подготовке наркотических средств к незаконному сбыту с использованием ИТС «Интернет»; осуществление по указанию «Организатора и руководителя» либо «Куратора» иных функций по достижении общих преступных целей. За выполнение указанных функций «Организатор и руководитель» либо «Куратор» выплачивал «закладчикам», в частности ФИО4 ФИО45, заработную плату в сумме 450 рублей за каждый оборудованный тайник-«закладку» с наркотическим средством. Согласно разработанному «Организатором и руководителем» механизму совершения преступных деяний, потребитель наркотических средств, на электронной витрине вышеуказанного магазина в предлагаемых позициях выбирал наркотическое средство в необходимом ему количестве, район, в котором ему удобно отыскать тайник (закладку) с наркотическим средством, осуществлял его оплату, после чего в автоматическом режиме на электронной странице указанного виртуального интернет-магазина получал подробные сведения о месте нахождении тайника («закладки») с наркотическим средством, где впоследствии его незаконно приобретал. Реализуя преступный умысел, ФИО4 ФИО46, действуя в составе указанной выше организованной группы, с ДД.ММ.ГГ до 14:15 часов ДД.ММ.ГГ совершила ряд особо тяжких преступлений, связанных с незаконным оборотом наркотических средств на территории &lt;адрес &gt;. Так, с ДД.ММ.ГГ до 14:15 часов ДД.ММ.ГГ, «Организатор и руководитель», реализуя совместный преступный умысел на незаконный сбыт наркотических средств с использованием ИТС «Интернет» посредством интернет-магазина «Kalina Shop» в мессенджере «Telegram», у неустановленного лица, уголовное дело в отношении которого выделено в отдельное производство, незаконно приобрело оптовую партию наркотического средства, в том числе: вещества содержащего в своем составе вещество ?-пирролидиновалерофенон (?-PVP), которое является производным наркотического средства N-метилэфедрон, и следовательно, являющегося наркотическим средством и сообщило о его местонахождении. После чего, с ДД.ММ.ГГ до 14:15 часов ДД.ММ.ГГ ФИО4 ФИО47, которая по его указанию в указанный период в неустановленном месте изъяла из тайника («закладки») оптовую партию вышеуказанного наркотического средства, которую переместила в неустановленном месте, расфасовала следующим образом: - массой не менее 0,86 грамма, что является значительным размером; - массой не менее 1,00 грамма, что является значительным размером; - массой не менее 0,92 грамма, что является значительным размером; - массой не менее 0,92 грамма, что является значительным размером; - массой не менее 0,94 грамма, что является значительным размером; - массой не менее 0,93 грамма, что является значительным размером; - массой не менее 0,99 грамма, что является значительным размером; - массой не менее 0,96 грамма, что является значительным размером; - массой не менее 0,88 грамма, что является значительным размером; - массой не менее 0,93 грамма, что является значительным размером; - массой не менее 0,91 грамма, что является значительным размером; - массой не менее 0,91 грамма, что является значительным размером; - массой не менее 0,72 грамма, что является значительным размером; - массой не менее 0,65 грамма, что является значительным размером; - массой не менее 0,75 грамма, что является значительным размером; - массой не менее 0,62 грамма, что является значительным размером; - массой не менее 0,64 грамма, что является значительным размером; - массой не менее 0,72 грамма, что является значительным размером; - массой не менее 0,75 грамма, что является значительным размером; - массой не менее 0,65 грамма, что является значительным размером; - массой не менее 0,73 грамма, что является значительным размером; - массой не менее 0,76 грамма, что является значительным размером; - массой не менее 0,59 грамма, что является значительным размером; - массой не менее 0,64 грамма, что является значительным размером; - массой не менее 0,69 грамма, что является значительным размером; - массой не менее 0,69 грамма, что является значительным размером; - массой не менее 0,63 грамма, что является значительным размером; - массой не менее 0,61 грамма, что является значительным размером; - массой не менее 0,65 грамма, что является значительным размером; - массой не менее 0,60 грамма, что является значительным размером; - массой не менее 0,72 грамма, что является значительным размером; - массой не менее 0,91 грамма, что является значительным размером; - массой не менее 0,94 грамма, что является значительным размером; - массой не менее 0,89 грамма, что является значительным размером; - массой не менее 0,88 грамма, что является значительным размером; - массой не менее 0,95 грамма, что является значительным размером; - массой не менее 0,87 грамма, что является значительным размером; - массой не менее 0,67 грамма, что является значительным размером; - массой не менее 0,71 грамма, что является значительным размером. После чего ФИО4 ФИО48, действуя умышленно, согласно отведенной ей в организованной преступной группе роли с ДД.ММ.ГГ до 14:15 часов ДД.ММ.ГГ, вышеуказанное наркотическое средство, массой 0,86 грамма, что является значительным размером, разместила в тайник («закладку»), оборудованный на участке местности, расположенном в 78 метрах от &lt;адрес &gt; «В» по &lt;адрес &gt; в &lt;адрес &gt; и в 244 метрах от &lt;адрес &gt;&lt;адрес &gt;, с географическими координатами №, для его незаконного сбыта обособленному приобретателю за отдельную плату, сделав на свой телефон фотографию места вышеуказанного тайника,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ФИО49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14:45 часов до 14:53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ФИО4 ФИО50, действуя умышленно, согласно отведенной ей в организованной преступной группе роли с ДД.ММ.ГГ до 14:15 часов ДД.ММ.ГГ, вышеуказанное наркотическое средство, массой 1,00 грамм, что является значительным размером, разместила его в тайник («закладку»), оборудованный на участке местности, расположенном в 82 метрах от &lt;адрес &gt; «В» по &lt;адрес &gt; муниципального округа &lt;адрес &gt; и в 215 метрах от &lt;адрес &gt; аллея &lt;адрес &gt;, с географическими координатами 54.722508, 20.641864, для его незаконного сбыта обособленному приобретателю за отдельную плату, сделав на свой телефон фотографию места вышеуказанного тайника,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ФИО51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14:55 часов до 15:03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ФИО4 ФИО52, действуя умышленно, согласно отведенной ей в организованной преступной группе роли с ДД.ММ.ГГ до 14:15 часов ДД.ММ.ГГ, ФИО4 ФИО53, вышеуказанное наркотическое средство, массой 0,92 грамма, что является значительным размером, разместила в тайник («закладку»), оборудованный на участке местности, расположенном в 117 метрах от &lt;адрес &gt; «В» по &lt;адрес &gt; и в 176 метрах от &lt;адрес &gt; аллея &lt;адрес &gt;, с географическими координатами 54.722838, 20.641766, для его незаконного сбыта обособленному приобретателю за отдельную плату, сделав на свой телефон фотографию места вышеуказанного тайника,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ФИО54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15:04 часов до 15:13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ФИО4 ФИО55,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0,92 грамма, что является значительным размером, разместила в тайник («закладку»), оборудованный на участке местности, расположенном в 132 метрах от &lt;адрес &gt; «В» по &lt;адрес &gt; и в 154 метрах от &lt;адрес &gt; аллея &lt;адрес &gt;, с географическими координатами №,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ФИО56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15:14 часов до 15:22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того, ФИО4 ФИО57,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0,94 грамма, что является значительным размером, разместила в тайник («закладку»), оборудованный на участке местности, расположенном в 124 метрах от &lt;адрес &gt; аллея &lt;адрес &gt; и в 160 метрах от &lt;адрес &gt; «В» по &lt;адрес &gt;, с географическими координатами №,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ФИО58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15:23 часов до 15:31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Кроме того, ФИО4 ФИО59,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0,93 грамма, что является значительным размером, разместила в тайник («закладку»), оборудованный на участке местности, расположенном в 65 метрах от &lt;адрес &gt; аллея &lt;адрес &gt; и в 239 метрах от &lt;адрес &gt; «В» по &lt;адрес &gt;, с географическими координатами №,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ФИО60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15:32 часов до 15:40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Кроме того, ФИО4 ФИО61,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0,99 грамм, что является значительным размером, разместила в тайник («закладку»), оборудованный на участке местности, расположенном в 130 метрах от &lt;адрес &gt; аллея &lt;адрес &gt; и в 113 метрах от &lt;адрес &gt;, с географическими координатами №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ФИО62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15:41 часов до 15:50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Кроме того, ФИО4 ФИО63,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0,96 грамм, что является значительным размером, разместила в тайник («закладку»), оборудованный на участке местности, расположенном в 161 метрах от &lt;адрес &gt; аллея &lt;адрес &gt; и в 140 метрах от &lt;адрес &gt;, с географическими координатами 54.725492, 20.639349,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ФИО64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15:51 часов до 16:00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Кроме того, ФИО4 ФИО65,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0,88 грамма, что является значительным размером, разместила в тайник («закладку»), оборудованный на участке местности, расположенном в 149 метрах от &lt;адрес &gt; и в 154 метрах от &lt;адрес &gt; аллея &lt;адрес &gt;, с географическими координатами 54.725653, 20.639087,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ФИО66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16:01 часов до 16:10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Кроме того, ФИО4 ФИО67,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0,93 грамма, что является значительным размером, разместила в тайник («закладку»), оборудованный на участке местности, расположенном в 208 метрах от &lt;адрес &gt; и в 225 метрах от &lt;адрес &gt; аллея &lt;адрес &gt;, с географическими координатами 54.726071, 20.638563,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ФИО68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16:11 часов до 16:20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Кроме того, ФИО4 ФИО69,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0,91 грамма, что является значительным размером, разместила в тайник («закладку»), оборудованный на участке местности, расположенном в 140 метрах от &lt;адрес &gt; аллея &lt;адрес &gt; и в 153 метрах от &lt;адрес &gt; «В» по &lt;адрес &gt;, с географическими координатами 54.723187, 20.641637,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ФИО70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16:21 часов до 16:30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Кроме того, ФИО4 ФИО71,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0,91 грамма, что является значительным размером, разместила в тайник («закладку»), оборудованный на участке местности, расположенном в 127 метрах от &lt;адрес &gt; «В» по &lt;адрес &gt; и в 165 метрах от &lt;адрес &gt; аллея &lt;адрес &gt;, с географическими координатами 54.722968, 20.641711,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ФИО72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16:31 часов до 16:38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Кроме того, ФИО4 ФИО73,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0,72 грамма, что является значительным размером, разместила в тайник («закладку»), оборудованный на участке местности, расположенном в 96 метрах от &lt;адрес &gt; «В» по &lt;адрес &gt; и в 198 метрах от &lt;адрес &gt; аллея &lt;адрес &gt;, с географическими координатами 54.722647, 20.641797,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ФИО74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16:39 часов до 16:47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Кроме того, ФИО4 ФИО75,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0,65 грамма, что является значительным размером, разместила в тайник («закладку»), оборудованный на участке местности, расположенном в 71 метрах от &lt;адрес &gt; «В» по &lt;адрес &gt; и в 236 метрах от &lt;адрес &gt; аллея &lt;адрес &gt;, с географическими координатами 54.722322, 20.641930,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ФИО76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16:48 часов до 16:57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Кроме того, ФИО4 ФИО77,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0,75 грамма, что является значительным размером, разместила в тайник («закладку»), оборудованный на участке местности, расположенном в 40 метрах от &lt;адрес &gt; «А» по &lt;адрес &gt; и в 129 метрах от &lt;адрес &gt; «А» по &lt;адрес &gt;, с географическими координатами 54.721847, 20.642072,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ФИО78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16:58 часов до 17:04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Кроме того, ФИО4 ФИО79,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0,62 грамма, что является значительным размером, разместила в тайник («закладку»), оборудованный на участке местности, расположенном в 490 метрах от &lt;адрес &gt; «А» по &lt;адрес &gt; и в 549 метрах от &lt;адрес &gt; по ул. &lt;адрес &gt;, с географическими координатами 54.739953, 20.683215,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ФИО80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11:00 часов до 11:16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Кроме того, ФИО4 ФИО81,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0,64 грамма, что является значительным размером, разместила в тайник («закладку»), оборудованный на участке местности, расположенном в 803 метрах от &lt;адрес &gt; и в 855 метрах от &lt;адрес &gt; по ул. &lt;адрес &gt;, с географическими координатами 54.737131, 20.682212,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ФИО82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11:17 часов до 11:25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Кроме того, ФИО4 ФИО83,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0,72 грамма, что является значительным размером, разместила в тайник («закладку»), оборудованный на участке местности, расположенном в 373 метрах от &lt;адрес &gt; и в 375 метрах от &lt;адрес &gt;, с географическими координатами 54.737304, 20.706634,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ФИО84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11:26 часов до 11:34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Кроме того, ФИО4 ФИО85,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0,75 грамма, что является значительным размером, разместила в тайник («закладку»), оборудованный на участке местности, расположенном в 195 метрах от &lt;адрес &gt; по ул. &lt;адрес &gt; и в 215 метрах от &lt;адрес &gt; по ул. &lt;адрес &gt;, с географическими координатами 54.727067, 20.672479,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ФИО86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11:35 часов до 11:42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Кроме того, ФИО4 ФИО87,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0,65 грамма, что является значительным размером, разместила в тайник («закладку»), оборудованный на участке местности, расположенном в 311 метрах от &lt;адрес &gt; и в 322 метрах от &lt;адрес &gt;, с географическими координатами 54.736705, 20.706449,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ФИО88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11:43 часов до 11:51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Кроме того, ФИО4 ФИО89,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0,73 грамма, что является значительным размером, разместила в тайник («закладку»), оборудованный на участке местности, расположенном в 90 метрах от &lt;адрес &gt; и в 132 метрах от &lt;адрес &gt; и с географическими координатами 54.735009, 20.636155,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ФИО90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11:52 часов до 12:00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Кроме того, ФИО4 ФИО91,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0,76 грамма, что является значительным размером, разместила в тайник («закладку»), оборудованный на участке местности, расположенном в 147 метрах от &lt;адрес &gt; и в 137 метрах от &lt;адрес &gt; и с географическими координатами 54.735301, 20.636012,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ФИО92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12:01 часов до 12:10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Кроме того, ФИО4 ФИО93,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0,59 грамма, что является значительным размером, разместила в тайник («закладку»), оборудованный на участке местности, расположенном в 184 метрах от &lt;адрес &gt; и в 195 метрах от &lt;адрес &gt; и с географическими координатами 54.735724, 20.635833,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ФИО94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12:22 часов до 12:30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Кроме того, ФИО4 ФИО95,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0,64 грамма, что является значительным размером, разместила в тайник («закладку»), оборудованный на участке местности, расположенном в 205 метрах от &lt;адрес &gt; и в 226 метрах от &lt;адрес &gt; и с географическими координатами 54.736003, 20.635716,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ФИО96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12:31 часов до 12:40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Кроме того, ФИО4 ФИО97,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0,69 грамма, что является значительным размером, разместила в тайник («закладку»), оборудованный на участке местности, расположенном в 406 метрах от &lt;адрес &gt; и в 422 метрах от &lt;адрес &gt; по ул. &lt;адрес &gt;, с географическими координатами 54.740824, 20.683839,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ФИО98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12:42 часов до 12:50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Кроме того, ФИО4 ФИО99,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0,69 грамма, что является значительным размером, разместила в тайник («закладку»), оборудованный на участке местности, расположенном в 600 метрах от &lt;адрес &gt; и в 634 метрах от &lt;адрес &gt; по ул. &lt;адрес &gt;, с географическими координатами 54.738930, 20.682744,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ФИО100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12:52 часов до 13:00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Кроме того, ФИО4 ФИО101,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0,63 грамма, что является значительным размером, разместила в тайник («закладку»), оборудованный на участке местности, расположенном в 662 метрах от &lt;адрес &gt; и в 697 метрах от &lt;адрес &gt; по ул. &lt;адрес &gt;, с географическими координатами 54.738446, 20.682626,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ФИО102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13:03 часов до 13:12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Кроме того, ФИО4 ФИО103,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0,61 грамма, что является значительным размером, разместила в тайник («закладку»), оборудованный на участке местности, расположенном в 27 метрах от &lt;адрес &gt; и в 152 метрах от &lt;адрес &gt; и с географическими координатами 54.740240, 20.633946,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ФИО104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11:50 часов до 11:58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Кроме того, ФИО4 ФИО105,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0,65 грамма, что является значительным размером, разместила в тайник («закладку»), оборудованный на участке местности, расположенном в 154 метрах от &lt;адрес &gt; и в 249 метрах от &lt;адрес &gt; и с географическими координатами 54.742533, 20.632923,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ФИО106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12:00 часов до 12:09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Кроме того, ФИО4 ФИО107,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0,60 грамма, что является значительным размером, разместила в тайник («закладку»), оборудованный на участке местности, расположенном в 151 метрах от &lt;адрес &gt; и в 464 метрах от &lt;адрес &gt; и с географическими координатами 54.743058, 20.632720,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ФИО108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12:13 часов до 12:19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Кроме того, ФИО4 ФИО109,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0,72 грамма, что является значительным размером, разместила в тайник («закладку»), оборудованный на участке местности, расположенном в 90 метрах от &lt;адрес &gt; и в 94 метрах от &lt;адрес &gt; и с географическими координатами 54.743551, 20.632471,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ФИО110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12:23 часов до 12:30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Кроме того, ФИО4 ФИО111,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0,91 грамма, что является значительным размером, разместила в тайник («закладку»), оборудованный на участке местности, расположенном в 170 метрах от &lt;адрес &gt; и в 204 метрах от &lt;адрес &gt; и с географическими координатами 54.726284, 20.638221,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ФИО112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12:33 часов до 12:40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Кроме того, ФИО4 ФИО113,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0,94 грамма, что является значительным размером, разместила в тайник («закладку»), оборудованный на участке местности, расположенном в 186 метрах от &lt;адрес &gt; и в 201 метрах от &lt;адрес &gt; и с географическими координатами 54.726627, 20.637745,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ФИО114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12:40 часов до 12:49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Кроме того, ФИО4 ФИО115,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0,89 грамма, что является значительным размером, разместила в тайник («закладку»), оборудованный на участке местности, расположенном в 170 метрах от &lt;адрес &gt; и в 204 метрах от &lt;адрес &gt; и с географическими координатами 54.726948, 20.637272,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ФИО116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12:50 часов до 13:00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Кроме того, ФИО4 ФИО117,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0,88 грамма, что является значительным размером, разместила в тайник («закладку»), оборудованный на участке местности, расположенном в 123 метрах от &lt;адрес &gt; и в 213 метрах от &lt;адрес &gt; и с географическими координатами 54.727237, 20.636814,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ФИО118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13:01 часов до 13:10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Кроме того, ФИО4 ФИО119,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0,95 грамма, что является значительным размером, разместила в тайник («закладку»), оборудованный на участке местности, расположенном в 153 метрах от &lt;адрес &gt; и в 226 метрах от &lt;адрес &gt; и с географическими координатами 54.727472, 20.636481,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ФИО120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13:12 часов до 13:20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Кроме того, ФИО4 ФИО121,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0,87 грамма, что является значительным размером, разместила в тайник («закладку»), оборудованный на участке местности, расположенном в 158 метрах от &lt;адрес &gt; и в 244 метрах от &lt;адрес &gt; и с географическими координатами 54.727722, 20.636197,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ФИО122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13:22 часов до 13:30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Кроме того, ФИО4 ФИО123,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0,67 грамма, что является значительным размером, разместила в тайник («закладку»), оборудованный на участке местности, расположенном в 30 метрах от &lt;адрес &gt; СТ «Чайка» &lt;адрес &gt; и в 35 метрах от &lt;адрес &gt;&lt;адрес &gt;» &lt;адрес &gt; с географическими координатами 54.696496, 20.589038,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ФИО124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14:15 часов до 14:30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Кроме того, ФИО4 ФИО125, действуя умышленно, согласно отведенной ей в организованной преступной группе роли, в период времени с ДД.ММ.ГГ до 14:15 часов ДД.ММ.ГГ, вышеуказанное наркотическое средство, массой 0,71 грамма, что является значительным размером, разместила в тайник («закладку»), оборудованный на участке местности, расположенном в 40 метрах от &lt;адрес &gt; СТ «Чайка» &lt;адрес &gt; и в 30 метрах от &lt;адрес &gt;&lt;адрес &gt;» &lt;адрес &gt; с географическими координатами 54.696506, 20.588199, для его незаконного сбыта обособленному приобретателю за отдельную плату, на которой обозначила координаты и описание месторасположения для сообщения приобретателю. Однако довести до конца свои преступные действия, направленные на незаконный сбыт вышеуказанного наркотического средства в значительном размере в составе организованной группы ФИО4 ФИО126 не смогла по не зависящим от нее обстоятельствам, а именно в связи с ее задержанием ДД.ММ.ГГ в 14:15 часов сотрудниками правоохранительных органов возле &lt;адрес &gt; и изъятием ими в период времени с 14:32 часов до 14:47 часов ДД.ММ.ГГ вышеуказанного наркотического средства из тайника с указанными выше координатами.</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Кроме того, с ДД.ММ.ГГ до 14:15 ДД.ММ.ГГ, «Организатор и руководитель» и «Куратор», умышленно, согласно разработанному преступному плану, в целях последующего незаконного сбыта в составе организованной группы совместно с участниками организованной группы, действующей на территории &lt;адрес &gt;, у неустановленного лица незаконно приобрели оптовую партию наркотических средств, а именно: вещество, содержащее в своем составе вещество ?-пирролидиновалерофенон (?-PVP), которое является производным наркотического средства N-метилэфедрон, и является наркотическим средством, массой наркотического средства не менее 425,85 грамма, что является особо крупным размером и вещество, содержащее в своем составе 4-хлорметкатинон, которое является производным наркотического средства эфедрон (меткатинон) и, является наркотическим средством, массой наркотического средства не менее 378,70 грамма, что является крупным размером. После чего «Организатор и руководитель» и «Куратор» преступной организованной группы, с ДД.ММ.ГГ до 14:15 часов ДД.ММ.ГГ посредством личных сообщений в сервисе мгновенного обмена электронными сообщениями «Telegram» сообщили ФИО4 ФИО127 сведения о месте нахождения тайника («закладки») оптовой партией вышеуказанных наркотических средств («мастер – клада) которую ФИО4 ФИО128 по их указанию в неустановленном месте изъяла из тайника («закладки») и переместила от места незаконного приобретения в находящийся в её пользовании автомобиль «Hyundai Solaris», госномер №, по указанию «Куратора» расфасовала часть из вышеуказанных наркотических средств в удобную для незаконного сбыта упаковку, а именно: наркотическое средство массой 378,70 грамма в свертки в количестве 79 штук, что является крупным размером, наркотическое средство массой 425,85 грамма в 2 полимерных контейнера, что является особо крупным размером, которые поместила в багажник автомобиля «Hyundai Solaris», госномер №, приготовив их к незаконному сбыту с использованием ИТС «Интернет» в составе организованной группы обособленному приобретателю за отдельную плату, после чего, ФИО4 ФИО129, продолжила незаконно хранить, передвигаясь по территории &lt;адрес &gt;, до 16:00 часов ДД.ММ.ГГ, то есть до момента начала досмотра транспортного средства, объектом которого являлся автомобиль «Hyundai Solaris», госномер №, припаркованный у &lt;адрес &gt;. Однако ДД.ММ.ГГ в 14:15 часов ФИО4 ФИО130 была задержана сотрудниками правоохранительных органов возле &lt;адрес &gt;, а приготовленное ей вышеуказанное наркотическое вещество изъято в ходе досмотра автомобиля «Hyundai Solaris», госномер № из незаконного оборота у ФИО4 ФИО131 ДД.ММ.ГГ в с 16:00 часов до 16:40 часов. Подсудимая ФИО4 ФИО132 в судебном заседании виновной себя в инкриминируемом ей преступлении признала полностью, в содеянном искренне раскаялась, и пояснила, что действительно при обстоятельствах, подробно изложенных в описательной части приговора, примерно ДД.ММ.ГГ она решила трудоустроиться в магазин «Kalina shop» в «Телеграме». Во вкладке «РАБОТА» открылся чат с пользователем &lt;данные изъяты&gt;» и с отображаемым именем «Миша». Она написала в данный чат о желании трудоустроиться, на что Миша попросил ее скинуть паспорт или внести залог 5 000 рублей, а также рассказал ей, что ей нужно будет получать партии с наркотиками, их фасовать, оборудовать тайники и отправлять ему информацию об их местоположении. Так, она отправила Мише фотографию паспорта, после чего он проинструктировал ее. За каждую оборудованную закладку ей обещали 450 рублей. Она зарегистрировалась в «Tele Messenger» для общения по работе и начала работать закладчиком наркотиков, она получала партии наркотиков, которые расфасовывала на более мелкие и раскладывала их по тайникам. которые она старалась сразу разложить мастер-клад по закладкам. Таким образом она сделала 39 закладок с наркотическими средствами, а информацию об их местонахождении и фотографии передала Куратору. ДД.ММ.ГГ она была задержана сотрудниками полиции на &lt;адрес &gt; в &lt;адрес &gt;, которыми был произведен досмотр ее автомобиля и обнаружены и изъяты свертки и контейнеры с наркотическими средствами, упаковочный материал, предназначавшиеся для дальнейшего сбыта посредством вышеуказанного магазина через тайники-закладки. Также у нее был обнаружен и изъят мобильный телефон, в котором имелась информация о сделанных ею тайниках-закладках. С ее добровольного согласия телефон был осмотрен, а в последствии по обнаруженной в нем информации сотрудники полиции изъяли 39 закладок с наркотическими средствами, сделанные ею преимущественно в &lt;адрес &gt;. Кроме полного признания подсудимой ФИО4 ФИО133 своей вины в инкриминируемых ей преступлениях, её вина в их совершении полностью подтверждается совокупностью исследованных в судебном заседании доказательств. Из показаний свидетелей ФИО10 (т.9, л.д. 83-84) ФИО11 (т.9, л.д. 85-88), оперуполномоченных 1 отдела УНК УМВД России по &lt;адрес &gt;, а также ФИО15 (т.9, л.д. 89-91) заместителя начальника 1 отдела УНК УМВД России по &lt;адрес &gt; следует, что ДД.ММ.ГГ в ходе проведения мероприятий, направленных на выявление лиц, причастных к незаконному обороту наркотических средств и психотропных веществ была по подозрению в незаконном хранении с целью последующего сбыта с неустановленными лицами через витрину интернет магазина «Kalina Shop» в мессенджере «Telegram» задержана ФИО4 ФИО134, в отношении которой был проведен личный досмотр, в ходе которого у нее были обнаружены мобильный телефон «iPhone 15 Pro» и ключ от автомобиля. После чего ФИО10 совместно со старшим оперуполномоченным 1 отдела УНК УМВД России по &lt;адрес &gt; ФИО12, с участием ФИО4 ФИО135 был произведен досмотр автомобиля «Hyundai Solaris», грз №, находящегося в пользовании ФИО4 ФИО136, припаркованного у &lt;адрес &gt;, в ходе которого, в присутствии понятых было обнаружено и изъято: рюкзак, внутри которого пластиковый контейнер с синей крышкой с кристаллообразным веществом внутри, пластиковый контейнер с зеленой крышкой с кристаллообразным веществом внутри, пластиковый контейнер с голубой крышкой с остатками порошкообразного вещества внутри; полимерные пакеты с застежкой «зип-лок», мотки изоленты различных цветов; электронные весы в корпусе серого цвета с крышкой; электронные весы с изображением; полимерный пакет с застежкой «зип-лок» с 4 свертками в изоленте черного цвета, внутри которых (наощупь) вещество; полимерный пакет с застежкой «зип-лок» с 15 свертками в изоленте синего цвета внутри которых (наощупь) вещество; полимерный пакет с застежкой «зип-лок» с 60 свертками в изоленте черного цвета внутри которых (наощупь) вещество; мобильный телефон «iPhone XS», пластиковая карта банка «ВТБ» (ПАО) №; паспорт гражданина России на имя ФИО4 ФИО137, документы на автомобиль. По данному факту был составлен протокол, в котором все без замечаний расписались. Затем, после получения письменных разрешений был проведен осмотр жилища ФИО4 ФИО138 по адресу: &lt;адрес &gt;, в ходе которого, также в присутствии понятых, в ходе которого была обнаружена и изъята пластиковая карта банка ПАО «Сбербанк». По данному факту также был составлен протокол, в котором все расписались. В тот же день, старшим оперуполномоченным 1 отдела УНК УМВД России по &lt;адрес &gt; ФИО12 было проведено ОРМ «исследование предметов и документов» мобильного телефона «iPhone XS», принадлежащего ФИО4 ФИО139, в ходе которого были получены сведения о местонахождении большого количества оборудованных ФИО4 ФИО140 тайников «закладок», расположенных на территории &lt;адрес &gt; по географическим координатам: 54.696496, 20.589038 и 54.696506, 20.588199, а также на территории &lt;адрес &gt;. ДД.ММ.ГГ, во второй половине дня, по указанию заместителя начальника УМВД России по &lt;адрес &gt; ими, в присутствии двух участвующих лиц, были проведены ОРМ «обследование участка местности», расположенного на &lt;адрес &gt; СТ «Чайка» &lt;адрес &gt;, между домами №№ и 4, по географическим координатам 54.696496, 20.589038, где на глубине 2 см обнаружен и изъят сверток в изоленте синего цвета с веществом внутри. Далее все проследовали по географическим координатам 54.696506, 20.588199, на участок местности по &lt;адрес &gt; СТ «Чайка» &lt;адрес &gt; между домами №№ и 6, где на глубине 2 см также обнаружен и изъят сверток в изоленте синего цвета с веществом внутри. По данным фактам также были составлены протоколы, в который все расписались без замечаний. Впоследствии в результате химического исследования установлено, что обнаруженное в свертках и полимерных контейнерах вещество являются наркотическим средством: производным N-метилэфедрон, и производным эфедрон (меткатинон). Свидетели ФИО13 (т.9, л.д. 71-72) и ФИО14 (т.9, л.д. 74-75), принимавшие участие в качестве присутствующих граждан ДД.ММ.ГГ при проведении ОРМ «обследование участков местности», в ходе предварительного следствия подтвердили факт своего участия в данных ОРМ, в ходе которых в их присутствии сотрудниками полиции по имевшимся у них двум координатам было обнаружено и изъято в каждом месте по одному свертку порошком внутри, которые в их присутствии опечатывались. По данным фактам обнаружения свертков сотрудниками полиции составлялись соответствующие акты, в которых они расписывались без замечаний. Кроме того, свидетель ФИО15 дополнил, что в декабре 2022 года сотрудникам его отдела из оперативных источников стало достоверно известно, что на территории &lt;адрес &gt; действует преступная организованная группа с использованием ИТС «Интернет» в виде виртуального интернет-магазина «KALINA SHOP», расположенного в мессенджере «Telegram», который специализируется на незаконном сбыте наркотических средств и психотропных веществ бесконтактным способом, путем оборудования «тайников-закладок». С целью проверки полученной информации сотрудниками 1 отдела УНК УМВД проводился комплекс оперативно-розыскных мероприятий, направленных на установление таковых лиц, их задержание и документирование преступной деятельности. В результате проводимых мероприятий был задержан ряд лиц, которые строго выполняли отведенные им преступные обязанности по занимаемым должностям. Так, было установлено, что данный Интернет-магазин тщательно подбирает (вербует) участников магазина на различные вакансии (роли), изучая вербуемых, чтобы на магазин работали люди, мало осведомлённые о сбыте наркотиков и не являющиеся их потребителями, с целью избежания «краж», «недовесов» и иных обманных комбинаций, которые совершают наркозависимые закладчики. Процесс вербовки начинается с различных реклам (в том числе трафаретах на стенах), рассылки рандомных сообщений в социальных сетях или в «Telegram». Все желающие тщательно изучались, чтобы определить им конечную роль в преступной группе, в том числе на наличие авто, свободного времени, состав семьи, тягу к наркотикам (чтобы не допускать сотрудников к тем видам наркотиков, которые те употребляют) и прочее. Куратор часто запугивал подконтрольную ему региональную преступную группу, налагал штрафы, а также ставил их в известность о том, что в случае кражи наркотика, либо безответственной работы с ними могут «расправиться». Тем, кто заслуживал доверие, хорошо и ответственно работал, высылали крупные партии наркотиков от 1 до 10 килограммов. По указанию куратора для новых сотрудников мог расфасовать наркотик и сделать «МК» и тот, кто сам работал с полученным наркотиком и делал закладки для конечного потребителя. Общение между всеми участниками организованной группы происходит через куратора Интернет-магазина «KALINA SHOP» в приложении «Telegram», который исключает их личное общение. Куратор указанного магазина дает своим подчиненным в личных переписках в указанном приложении указания по получению, фасовке наркотиков, их раскладке в определённых районах &lt;адрес &gt; и области, передаче ему фотографий и описаний к ним сделанных закладок с наркотиками. Заработная плата каждому участнику организованной группы определялась отдельно в зависимости от условий работы, осуществлялась индивидуально, в зависимости от выполнения работы, основная выплата, в рублях на банковские карты банка «Тинькофф» или в биткоинах на Интернет-кошельки. Особенностью организованной группы являлся тот факт, что все общение между ее членами происходило исключительно в приложении-мессенджере «Telegram» через куратора магазина, конспирирующего свою преступную деятельность под псевдонимами «@bearKLG39», «Bear_Klg39», @m_klg_b» и иными, с отображаемым именем пользователя в основном «Миша», а также иными именами, и исключало общение участников друг с другом. Все движение наркотика проходило также исключительно через куратора магазина. Кроме того, анализ деятельности организованной группы показал высокий уровень анонимности и конспирации, использование новых методов при вербовке лиц, ее устойчивость и взаимозаменяемость ее членов в случае задержания сотрудниками правоохранительных органов или отказа от работы по иным причинам. В настоящее время сотрудниками 1 отдела УНК продолжается установление и задержание лиц, причастных к незаконной деятельности виртуального интернет-магазина «KALINA SHOP». Свидетель ФИО16, старший оперуполномоченный 1 отдела УНК УМВД России по &lt;адрес &gt;, в ходе предварительного следствия дал показания, аналогичные вышеизложенным показаниям свидетелей ФИО10, ФИО11, ФИО15 об обстоятельствах задержания ФИО4 ФИО141, проведения в отношении нее личного досмотра, досмотра ее автомобиля, а также осмотра ее жилища, а также пояснил, что ДД.ММ.ГГ им, на основании письменного разрешения, полученного от ФИО4 ФИО142, было проведено ОРМ «исследование предметов и документов» мобильного телефона «iPhone XS», принадлежащего ФИО4 ФИО143, в результате чего им были получены сведения, подтверждающие ее причастность к незаконному обороту наркотиков, а имено сведения о местонахождении большого количества оборудованных ею тайников «закладок», расположенных на территории &lt;адрес &gt;, а также на территории &lt;адрес &gt;, с указанием географических координат (т.9, л.д. 92-95). Свидетели ФИО17 (т.9, л.д. 63-64) и ФИО18 (т.9, л.д. 67-68), принимавшие участие ДД.ММ.ГГ в качестве присутствующих граждан при личном досмотре ФИО4 ФИО144, досмотре ее автомобиля и осмотре ее жилища, в ходе предварительного следствия подтвердили факт своего участия в указанных мероприятиях, указав, что в их присутствии у ФИО4 ФИО145 был обнаружен мобильный телефон Айфон, также в их присутствии в ее автомобиле были обнаружены контейнеры и свертки с веществами, а также упаковочный материал, а в ее жилище была обнаружена и изъята банковская карта. Согласно протоколу досмотра транспортного средства (т. 1 л.д. 24-25) и протоколу изъятия вещей и документов (т. 1 л.д. 26-27), ДД.ММ.ГГ осмотрен автомобиль «Hyundai Solaris», госномер №, припаркованный у &lt;адрес &gt; в &lt;адрес &gt;, находившийся в пользовании ФИО4 ФИО146, в ходе осмотра которого были обнаружены и изъяты: контейнер с синей крышкой с кристаллообразным веществом внутри; пластиковый контейнер с зеленой крышкой с кристаллообразным веществом внутри; пластиковый контейнер с голубой крышкой с остатками порошкообразного вещества внутри; множество полимерных пакетов с застежкой типа «зип-лок»; множество мотков изоленты различных цветов; электронные весы в корпусе серого цвета с крышкой и электронные весы с изображением; полимерный пакет типа «зип-лок» с четырьмя свертками из изоленты черного цвета с веществом; полимерный пакет типа «зип-лок» с пятнадцатью свертками из изоленты синего цвета с веществом; полимерный пакет типа «зип-лок» с шестьюдесятью свертками из изоленты черного цвета с веществом; мобильный телефон «iPhone XS»; банковская карта «ВТБ» с №; паспорт РФ на имя ФИО4 ФИО147, договор аренды транспортного средства №; свидетельство о регистрации ТС серия 3925 №; водительское удостоверение на имя ФИО4 ФИО148 с серией 9906 №. Из акта проведения ОРМ «исследование предметов и документов» следует, что ДД.ММ.ГГ осмотрен изъятый у ФИО4 ФИО149 мобильный телефон «Iphone XS» и установлено, что в приложении «Telegram» имеется переписка пользователя «@kiki00734» с пользователем «@m_klg_b», который отправляет ссылку на бота с фотохостингом (данный бот конвертирует фотографии в ссылки). Также «@kiki00734», скидывал «@m_klg_b», координирующие фотографии с местами осуществления тайников (закладок) и описательной частью к ним. В диалоге поднималась тема оплаты за проделанную работу, а также присутствовали диспуты Также «@kiki00734», писал «@m_klg_b» о готовности к подъему крупной партии наркотиков, тот просил сделать селфи с жестом руки, после чего, получив фотоподтверждение «@m_klg_b» присылал «@kiki00734» координирующие фотографии с наркотиком, а также просит фотоотчет, после поднятия которого «@kiki00734», присылает фотографии поднятой закладки на электронных весах. Также в телефоне обнаружено приложение «GPS Камера», предназначенное для фотографирования участка местности с точными координатами, что удобно при осуществлении тайников (закладок) с наркотиками; обнаружено приложение «Фото» в котором имеются координирующие фотографии с местами осуществления тайников (закладок);обнаружено приложение «Trust», предназначенное для хранения, обмена и передачи криптовалютных активов (т.1, л.д. 65-66). Как следует из протокола осмотра предметов, ДД.ММ.ГГ был осмотрен оптический диск н/с № от ДД.ММ.ГГ – приложение к указанному выше акту проведения ОРМ «исследование предметов и документов» от ДД.ММ.ГГ и мобильный телефон «IPhone XS». При осмотре диска установлено, что на нем имеются скриншоты мобильного телефона «IPhone XS», в котором установлены приложения: «Тelegram», «GPS» камера, «Trust». В приложении «Телеграм» имеется переписка двух пользователей @kiki00734 и @m_klg_b за период с ДД.ММ.ГГ по ДД.ММ.ГГ, в ходе которой @kiki00734 (ЭхЭх)пересылает второму пользователю (куратору Мише) ссылки на фотохостинги с фотографиями участков местности с указанием на них географических координат, отчитывается о проделанной работе, ведет подсчет заработанных денежных средств. Кроме того, при осмотре мобильного телефона в приложении фото обнаружены координаты мест тайников-закладок, а именно: 54.727067, 20.672479 (ДД.ММ.ГГ 09:49); 54.727067, 20.672479 (ДД.ММ.ГГ 10:53); 54.737304, 20.706634(ДД.ММ.ГГ 10:53); 54.737131, 20.682212(ДД.ММ.ГГ 10:59); 54.738446, 20.682626(ДД.ММ.ГГ 11:00); 54.738930, 20.682744 (ДД.ММ.ГГ 11:01); 54.740824, 20.683839 (ДД.ММ.ГГ 11:12); 54.739953, 20.683215 (ДД.ММ.ГГ 11:13); 54.743551, 20.632471 (ДД.ММ.ГГ 11:30); 54.743058, 20.632720 (ДД.ММ.ГГ 11:31); 54.742533, 20.632923 (ДД.ММ.ГГ 11:32); 54.740240, 20.633946 (ДД.ММ.ГГ 11:34); 54.736003, 20.635716 (ДД.ММ.ГГ 11:38); 54.735724, 20.635833 (ДД.ММ.ГГ 11:38); 54.735301, 20.636012 (ДД.ММ.ГГ 11:39); 54.735009, 20.636155 (ДД.ММ.ГГ 11:40); 54.721847, 20.642072 (ДД.ММ.ГГ 11:53); 54.722322, 20.641930 (ДД.ММ.ГГ 11:54); 54.722647, 20.641797 (ДД.ММ.ГГ 11:55); 54.722968, 20.641711 (ДД.ММ.ГГ 11:55); 54.723187, 20.641637 (ДД.ММ.ГГ 11:56); 54.727722, 20.636197(ДД.ММ.ГГ 12:08); 54.727472, 20.636481 (ДД.ММ.ГГ 12:13); 54.727237, 20.636814 (ДД.ММ.ГГ 12:14); 54.726948, 20.637272 (ДД.ММ.ГГ 12:14); 54.726627, 20.637745 (ДД.ММ.ГГ 12:15); 54.726284, 20.638221 (ДД.ММ.ГГ 12:16); 54.726071, 20.638563 (ДД.ММ.ГГ 12:16); 54.725653, 20.639087 (ДД.ММ.ГГ 12:17); 54.725492, 20.639349 (ДД.ММ.ГГ 12:18); 54.725244, 20.639706 (ДД.ММ.ГГ 12:19); 54.723911, 20.641255 (ДД.ММ.ГГ 12:20); 54.723327, 20.641647 (ДД.ММ.ГГ 12:21); 54.723327, 20.641647 (ДД.ММ.ГГ 12:22); 54.722838, 20.641766 (ДД.ММ.ГГ 12:23); 54.722508, 20.641864 (ДД.ММ.ГГ 12:23); 54.722288, 20.641947 (ДД.ММ.ГГ 12:24); 54.696506, 20.588199 (ДД.ММ.ГГ 12:48); 54.696496, 20.589038 (ДД.ММ.ГГ 12:49) (т.9, л.д. 1-38). Из показаний на предварительном следствии свидетеля ФИО19 (т.9, л.д. 80-82), оперуполномоченного ОНК ОМВД России «Гурьевский» и показаний в судебном заседании свидетеля ФИО20, начальника ОНК ОМВД России «Гурьевский» следует, что в феврале 2025 из УНК УМВД России по &lt;адрес &gt; поступила информация оперативного характера о том, что ДД.ММ.ГГ ими задержана ФИО4 ФИО150, которая с целью последующего сбыта с иными неустановленными лицами через витрину интернет магазина «Kalina Shop» в мессенджере «Telegram» сделала тайники – «закладки» наркотических средств, расположенные на территории &lt;адрес &gt; и &lt;адрес &gt;, в том числе на территории Гурьевского муниципального округа &lt;адрес &gt;, что относится к территориальному ведомству ОМВД России «Гурьевский». При этом, сведения о расположении тайников – «закладок» наркотических средств были обнаружены в изъятом у ФИО4 ФИО151 мобильном телефоне, где были представлены в виде фотографий участков местности с указанием географических координат, в том числе на участков местности с географическими координатами: 54.722288, 20.641947, 54.722508, 20.641864, 54.722838, 20.641766, 54.723044, 20.641690, 54.723911, 20.641255, 54.723327, 20.641647, 54.725492, 20.639349, 54.725244, 20.639706, 54.726071, 20.638563, 54.723187, 20.641637, 54.722968, 20.641711, 54.722647, 20.641797, 54.722322, 20.641930, 54.721847, 20.642072, 54.739953, 20.683215, 54.737131, 20.682212, 54.737304, 20.706634, 54.739953, 20.683215, 54.727067, 20.672479, 54.736705, 20.706449, 54.735009, 20.636155, 54.735301, 20.636012, 54.735724, 20.635833, 54.736003, 20.635716, 54.740824, 20.683839, 54.738930, 20.682744, 54.738446, 20.682626, 54.740240, 20.633946, 54.742533, 20.632923, 54.743058, 20.632720, 54.743551, 20.632471, 54.726284, 20.638221, 54.726627, 20.637745, 54.726948, 20.637272, 54.727237, 20.636814, 54.727472, 20.636481, 54.727722, 20.636197. ДД.ММ.ГГ и ДД.ММ.ГГ на основании распоряжений начальника ОМВД России «Гурьевский» с целью обнаружения и изъятия тайников – «закладок» наркотических средств ими с участием двух приглашенных граждан, был осуществлен выезд к участкам местности, расположенным по географическим координатам указанным выше, которые были установлены при помощи мобильного приложения «2Gis», а именно в &lt;адрес &gt; где на каждом участке местности с вышеуказанными координатами были обнаружены по 1 свертку в изоленте, с веществом внутри каждого. В ходе ОРМ в качестве технических средств для фотофиксации был применен мобильный телефон. По всем фактам обнаружения свертков составлялись протоколы, которые были подписаны всеми участвующими без замечаний. ДД.ММ.ГГ на основании распоряжений начальника ОМВД России «Гурьевский» с целью обнаружения и изъятия тайников – «закладок» наркотических средств проводились ОРМ «обследование участков местности», в ходе которых были обнаружены изъяты по 1 свертку в изоленте с веществом. По каждому факту также составлялись соответствующие протоколы. Впоследствии в результате химических исследований установлено, что обнаруженное в указанных свертках вещество является наркотическим средством – производным N-метилэфедрон. Свидетели ФИО21 (т.9, л.д. 58-60) и ФИО22 (т.9, л.д. 53-55), принимавшие участие в качестве присутствующих граждан 19, 20 и ДД.ММ.ГГ при проведении ОРМ «обследование участков местности», в ходе предварительного следствия подтвердили факт своего участия в данных ОРМ, в ходе которых в их присутствии сотрудниками полиции по имевшимся у них координатам было обнаружено и изъято 14 свертков с веществом внутри, ДД.ММ.ГГ – 13 свертков с порошком внутри и ДД.ММ.ГГ – 10 свертков с порошком внутри, которые в их присутствии опечатывались. По всем фактам обнаружения свертков сотрудниками полиции составлялись соответствующие акты, в которых они расписывались без замечаний. Из протокола осмотра документов, следует, что ДД.ММ.ГГ осмотрена дактилоскопическая карта, содержащая образцы следов рук ФИО4 ФИО152 (т.1, л.д. 113-116). Согласно заключению эксперта № от ДД.ММ.ГГ, № от ДД.ММ.ГГ, на поверхности электронных весов, изъятых в ходе досмотра автомобиля, находящегося в пользовании ФИО4 ФИО153, обнаружены следовые количества наркотических средств: 4-СМС (4-хлорметкатинона), который является производным наркотического средства эфедрон (меткатинон) и a-PVP (a-пирролидиновалерофенон), который является производным N-метилэфедрона. На мотке изоленты имеется два следа пальцев рук, пригодных для идентификации личности (т.1, л.д. 108-111). Согласно заключению эксперта № от ДД.ММ.ГГ, два следа пальцев рук, выявленные на мотке изоленты, оставлены средним и безымянным пальцами правой руки ФИО4 ФИО154 (т.1, л.д. 104-106). Из справки об исследовании № от ДД.ММ.ГГ следует, что представленное на исследование вещество (объекты №) содержит в своем составе 4-хлорметкатинон, которое является производным наркотического средства эфедрон (меткатинон) и, является наркотическим средством. Общая масса наркотического средства на момент исследования составляет 54,78 грамма (т.1, л.д. 30-31). Из справки об исследовании № от ДД.ММ.ГГ следует, что представленное на исследование вещество a-пирролидиновалерофенон (a-PVP), которое является производным наркотического средства N-метилэфедрон, и является наркотическим средством. Общая масса наркотического средства составляет 425,85 грамма. Представленное на исследование вещество (объект №) содержит в своем составе 4-хлорметкатинон, которое является производным наркотического средства эфедрон (меткатинон) и, является наркотическим средством. Масса наркотического средства на момент исследования составляет 323,92 грамма (т.1, л.д. 33-34). Согласно заключению эксперта № от ДД.ММ.ГГ, предоставленное на исследование вещество содержит в своем составе 4-хлорметкатинон, которое является производным наркотического средства эфедрон (меткатинон) и, является наркотическим средством. Общая масса наркотического средства на момент исследования составляет 378,20 грамма. Предоставленное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Общая масса наркотического средства составляет 425,81 грамма (т.1, л.д. 76-80).</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протокола проведения ОРМ «обследование участков местности», ДД.ММ.ГГ был осмотрен участок местности, расположенный в &lt;адрес &gt; с координатами: 54.722288, 20.641947, где был обнаружен и изъят сверток из изоленты (т.3, л.д. 49-52). Из справки об исследовании № от ДД.ММ.ГГ и заключения эксперта № от ДД.ММ.ГГ следует, что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0,86 грамма (т.3, л.д. 55, 68-70). Согласно протоколу осмотра места происшествия, ДД.ММ.ГГ осмотрен участок местности, расположенный в 78 метрах от &lt;адрес &gt; «В» по &lt;адрес &gt; муниципального округа &lt;адрес &gt; и в 244 метрах от &lt;адрес &gt; аллея &lt;адрес &gt; муниципального округа &lt;адрес &gt;, с географическими координатами 54.722288, 20.641947 и установлены географические координаты участка местности 54?43"20.2" северной широты 20?38"31.0" восточной долготы (т.3, л.д. 60-63).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протоколу проведения ОРМ «обследование участков местности», от ДД.ММ.ГГ осмотрен участок местности, расположенный в &lt;адрес &gt; с координатами: 54.722508, 20.641864, в ходе осмотра в снегу был обнаружен и изъят сверток из изоленты желто-зеленого цвета (т.1, л.д. 181-184). Из справки об исследовании № от ДД.ММ.ГГ и заключения эксперта № от ДД.ММ.ГГ следует, что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1,00 грамм (т.1, л.д. 189, 200-202). Согласно протоколу осмотра места происшествия, ДД.ММ.ГГ осмотрен участок местности, расположенный на расстоянии 82 метров от &lt;адрес &gt; «В» по &lt;адрес &gt; и 215 метров от &lt;адрес &gt; муниципального округа и установлены координаты данного участка местности (54.722508, 20.641864) - 54°43"21.0" северной широты 20°38"30.7" восточной долготы (т.1, л.д. 192-195).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был осмотрен участок местности, расположенный в &lt;адрес &gt; с координатами: 54.722838, 20.641766, где был обнаружен и изъят сверток из изоленты (т.3, л.д. 88-91).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0,92 грамма (т.3, л.д. 94, 107-109). Согласно протоколу осмотра места происшествия, ДД.ММ.ГГ осмотрен участок местности, расположенный в 117 метрах от &lt;адрес &gt; «В» по &lt;адрес &gt; муниципального округа &lt;адрес &gt; и в 176 метрах от &lt;адрес &gt; аллея &lt;адрес &gt; муниципального округа &lt;адрес &gt;, с географическими координатами 54.722838, 20.641766 и установлены географические координаты участка местности 54?43"22.2" северной широты 20?38"30.4" восточной долготы (т.3, л.д. 99-102).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 протокола проведения ОРМ «обследование участков местности» следует, что ДД.ММ.ГГ был осмотрен участок местности, расположенный в &lt;адрес &gt; с координатами: 54.723044, 20.641690, где в снегу был обнаружен и изъят сверток из изоленты (т.2, л.д. 96-99).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0,92 грамма (т.2, л.д. 102, 115-117). Из протокола осмотра места происшествия следует, что ДД.ММ.ГГ осмотрен участок местности, расположенный в 132 метрах от &lt;адрес &gt; «В» по &lt;адрес &gt; муниципального округа &lt;адрес &gt; и в 154 метрах от &lt;адрес &gt; аллея &lt;адрес &gt; муниципального округа &lt;адрес &gt;, с географическими координатами 54.723044, 20.641690, установлены географические координаты участка местности 54?43"23.0" северной широты 20?38"30.1" восточной долготы (т.2, л.д. 107-110).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54.723327, 20.641547, где был обнаружен и изъят сверток из изоленты (т.3, л.д. 174-177).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0,94 грамма (т.3, л.д. 180, 194-196). Согласно протоколу осмотра места происшествия, ДД.ММ.ГГ осмотрен участок местности, расположенный в 124 метрах от &lt;адрес &gt; аллея &lt;адрес &gt; муниципального округа &lt;адрес &gt; и в 160 метрах от &lt;адрес &gt; «В» по &lt;адрес &gt; муниципального округа &lt;адрес &gt;, с географическими координатами 54.723327, 20.641547 и установлены географические координаты участка местности 54?43"24.0" северной широты 20?38"29.6" восточной долготы (т.3, л.д. 185-188).</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54.723911, 20.641255, где обнаружен и изъят сверток из изоленты(т.4, л.д. 10-13). Из справки об исследовании № от ДД.ММ.ГГ и заключения эксперта № от ДД.ММ.ГГ следует, что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0,93 грамма (т.4, л.д. 16, 30-32). Согласно протоколу осмотра места происшествия, ДД.ММ.ГГ осмотрен участок местности, расположенный в 65 метрах от &lt;адрес &gt; аллея &lt;адрес &gt; муниципального округа &lt;адрес &gt; и в 239 метрах от &lt;адрес &gt; «В» по &lt;адрес &gt; муниципального округа &lt;адрес &gt;, с географическими координатами 54.723911, 20.641255 и установлены географические координаты участка местности 54?43"26.1" северной широты 20?38"28.5" восточной долготы (т.4, л.д. 21-24).</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54.725244, 20.639706, где обнаружен и изъят сверток из изоленты (т.4, л.д. 51-54). Из справки об исследовании № от ДД.ММ.ГГ и заключения эксперта № от ДД.ММ.ГГ следует, что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0,99 грамма (т.4, л.д. 57, 71-73). Из протокола осмотра места происшествия следует, что ДД.ММ.ГГ осмотрен участок местности, расположенный 130 метрах от &lt;адрес &gt; аллея &lt;адрес &gt; муниципального округа &lt;адрес &gt; и в 113 метрах от &lt;адрес &gt; муниципального округа &lt;адрес &gt;, с географическими координатами 54.725244, 20.639706 и установлены географические координаты участка местности 54?43"30.9" северной широты 20?38"22.9" восточной долготы (т.4, л.д. 62-65).</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Из протокола проведения ОРМ «обследование участков местности» следует, что ДД.ММ.ГГ был осмотрен участок местности, расположенный в &lt;адрес &gt; с координатами: 54.725492, 20.639349, где был обнаружен и изъят сверток из изоленты (т.3, л.д. 9-12). Из справки об исследовании № от ДД.ММ.ГГ и заключения эксперта № от ДД.ММ.ГГ, следует, что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0,96 грамма (т.3, л.д. 15, 28-31). Согласно протоколу осмотра места происшествия, ДД.ММ.ГГ осмотрен участок местности, расположенный в 161 метрах от &lt;адрес &gt; аллея &lt;адрес &gt; муниципального округа &lt;адрес &gt; и в 140 метрах от &lt;адрес &gt; муниципального округа &lt;адрес &gt;, с географическими координатами 54.725492, 20.639349 и установлены географические координаты участка местности 54?43"31.8" северной широты 20?38"21.7" восточной долготы (т.3, л.д. 20-23).</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54.725653, 20.639087, обнаружен и изъят сверток из изоленты (т.3, л.д. 215-218). Из справки об исследовании № от ДД.ММ.ГГ и заключения эксперта № от ДД.ММ.ГГ следует, что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следователь, является наркотическим средством массой 0,88 грамма (т.3, л.д. 221, 236-238). Согласно протоколу осмотра места происшествия, ДД.ММ.ГГ осмотрен участок местности, расположенный в 149 метрах от &lt;адрес &gt; муниципального округа &lt;адрес &gt; и в 154 метрах от &lt;адрес &gt; аллея &lt;адрес &gt; муниципального округа &lt;адрес &gt;, с географическими координатами 54.725653, 20.639087 и установлены географические координаты участка местности 54?43"32.4" северной широты 20?38"20.7" восточной долготы (т.3, л.д. 226-229).</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был осмотрен участок местности, расположенный в &lt;адрес &gt; с координатами: 54.726071, 20.638563, в ходе осмотра в снегу был обнаружен и изъят сверток из изоленты (т.2, л.д. 56-59).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0,93 грамма (т.2, л.д. 62, 75-78). Согласно протокола осмотра места происшествия, ДД.ММ.ГГ осмотрен участок местности, расположенный в 208 метрах от &lt;адрес &gt; муниципального округа &lt;адрес &gt; и в 225 метрах от &lt;адрес &gt; аллея &lt;адрес &gt; муниципального округа &lt;адрес &gt;, с географическими координатами 54.726071, 20.638563, установлены географические координаты участка местности 54?43"33.9" северной широты 20?38"18.8" восточной долготы (т.2, л.д. 67-70).</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был осмотрен участок местности, расположенный в &lt;адрес &gt; с координатами: 54.723187, 20.641637, где был обнаружен и изъят сверток из изоленты (т.2, л.д. 213-216). Из справки об исследовании № от ДД.ММ.ГГ и заключения эксперта № от ДД.ММ.ГГ следует, что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0,91 грамма (т.2, л.д. 219, 232-234). Согласно протоколу осмотра места происшествия, ДД.ММ.ГГ осмотрен участок местности, расположенный в 140 метрах от &lt;адрес &gt; аллея &lt;адрес &gt; муниципального округа &lt;адрес &gt; и в 153 метрах от &lt;адрес &gt; «В» по &lt;адрес &gt; муниципального округа &lt;адрес &gt;, с географическими координатами 54.723187, 20.641637 и установлены географические координаты участка местности 54?43"25.5" северной широты 20?38"29.9" восточной долготы (т.2, л.д. 224-227).</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Согласно протоколу проведения ОРМ «обследование участков местности», от ДД.ММ.ГГ осмотрен участок местности, расположенный в &lt;адрес &gt; с координатами: 54.722968, 20.641711, в ходе осмотра в снегу был обнаружен и изъят сверток из изоленты желто-зеленого цвета (т.1, л.д. 228-231). Из справки об исследовании № от ДД.ММ.ГГ и заключения эксперта № от ДД.ММ.ГГ следует, что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0,91 грамма (т.1, л.д. 234, 247-249). Согласно протоколу осмотра места происшествия, ДД.ММ.ГГ осмотрен участок местности, расположенный на расстоянии 127 метров от &lt;адрес &gt; «В» по &lt;адрес &gt; и 165 метров от &lt;адрес &gt; муниципального округа (54.722968, 20.641711) и установлены координаты данного участка местности 54°43"22.7" северной широты 20°38"30.2" восточной долготы (т.1, л.д. 239-242).</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был осмотрен участок местности, расположенный в &lt;адрес &gt; с координатами: 54.722647, 20.641797, в ходе осмотра в снегу был обнаружен и изъят сверток из изоленты (т.2, л.д. 135-138).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0,72 грамма (т.2, л.д. 141, 154-156). Согласно протоколу осмотра места происшествия, ДД.ММ.ГГ осмотрен участок местности, расположенный в 96 метрах от &lt;адрес &gt; «В» по &lt;адрес &gt; муниципального округа &lt;адрес &gt; и в 198 метрах от &lt;адрес &gt; аллея &lt;адрес &gt; муниципального округа &lt;адрес &gt; с географическими координатами 54.722647, 20.641797, установлены географические координаты участка местности 54?43"21.5" северной широты 20?38"30.5" восточной долготы (т.2, л.д. 146-149).</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был осмотрен участок местности, расположенный в &lt;адрес &gt; с координатами: 54.722322, 20.641930, где был обнаружен и изъят сверток из изоленты (т.2, л.д. 174-177). Согласно справки об исследовании № от ДД.ММ.ГГ и заключению эксперта № от ДД.ММ.ГГ, согласно которой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0,65 грамма (т. 2 л.д. 180, 193-195). Согласно протоколу осмотра места происшествия, ДД.ММ.ГГ осмотрен участок местности, расположенный в в 71 метрах от &lt;адрес &gt; «В» по &lt;адрес &gt; муниципального округа &lt;адрес &gt; и в 236 метрах от &lt;адрес &gt; аллея &lt;адрес &gt; муниципального округа &lt;адрес &gt;, с географическими координатами 54.722322, 20.641930 и установлены географические координаты участка местности 54?43"20.4" северной широты 20?38"31.0" восточной долготы (т.2, л.д. 185-188).</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был осмотрен участок местности, расположенный в &lt;адрес &gt; с координатами: 54.721847, 20.642072, в ходе осмотра в снегу был обнаружен и изъят сверток из изоленты (т.2, л.д. 17-20)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0,75 грамма (т.2, л.д. 23, 36-38). Из протокола осмотра места происшествия следует, что ДД.ММ.ГГ осмотрен участок местности, расположенный в 40 метрах от &lt;адрес &gt; «А» по &lt;адрес &gt; муниципального округа &lt;адрес &gt; и в 129 метрах от &lt;адрес &gt; «А» по ул. &lt;адрес &gt; муниципального округа &lt;адрес &gt;, с географическими координатами 54.721847, 20.642072, установлены географические координаты участка местности 54?43"18.7" северной широты 20?38"31.5" восточной долготы (т.1, л.д. 28-31).</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Из протокола проведения ОРМ «обследование участков местности» следует, что ДД.ММ.ГГ был осмотрен участок местности, расположенный в &lt;адрес &gt; с координатами: 54.739953, 20.683215, где обнаружен и изъят сверток из изоленты (т.3, л.д. 127-130).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0,62 грамма (т.3, л.д. 133, 147-149). Из протокола осмотра места происшествия следует, что ДД.ММ.ГГ осмотрен участок местности, расположенный в 490 метрах от &lt;адрес &gt; муниципального округа &lt;адрес &gt; и в 549 метрах от &lt;адрес &gt; по ул. &lt;адрес &gt; муниципального округа &lt;адрес &gt;, с географическими координатами 54.739953, 20.683215 и установлены географические координаты участка местности 54?44"23.8" северной широты 20?40"59.2" восточной долготы (т.3, л.д. 138-141).</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54.737131, 20.682212, где обнаружен и изъят сверток из изоленты (т.4, л.д. 175-178).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0,64 грамма (т.4, л.д. 180, 194-196). Согласно протоколу осмотра места происшествия, ДД.ММ.ГГ осмотрен участок местности, расположенный в 803 метрах от &lt;адрес &gt; муниципального округа &lt;адрес &gt; и в 855 метрах от &lt;адрес &gt; по ул. &lt;адрес &gt; муниципального округа &lt;адрес &gt;, с географическими координатами 54.737131, 20.682212 и установлены географические координаты участка местности 54?44"13.7" северной широты 20?40"56.0" восточной долготы (т.4, л.д. 185-188).</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54.737304, 20.706634, где обнаружен и изъят сверток из изоленты (т.5, л.д. 10-13).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0,72 грамма (т.5, л.д. 16, 30-32). Из протокола осмотра места происшествия следует, что ДД.ММ.ГГ осмотрен участок местности, расположенный в 373 метрах от &lt;адрес &gt; муниципального округа &lt;адрес &gt; и в 375 метрах от &lt;адрес &gt; муниципального округа &lt;адрес &gt;, с географическими координатами 54.737304, 20.706634 и установлены географические координаты участка местности 54?44"14.3" северной широты 20?40"23.9" восточной долготы (т.5, л.д. 21–24).</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54.727067, 20.672479, где обнаружен и изъят сверток из изоленты (т.4, л.д. 133-136). Из справки об исследовании № от ДД.ММ.ГГ и заключения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0,75 грамма (т.4, л.д. 139, 153-155). Согласно протоколу осмотра места происшествия, ДД.ММ.ГГ осмотрен участок местности, расположенный в 195 метрах от &lt;адрес &gt; по ул. &lt;адрес &gt; муниципального округа &lt;адрес &gt; и в 215 метрах от &lt;адрес &gt; по ул. &lt;адрес &gt; муниципального округа &lt;адрес &gt;, с географическими координатами 54.727067, 20.672479 и установлены географические координаты участка местности 54?43"37.4" северной широты 20?40"20.9" восточной долготы (т.4, л.д. 144-147).</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54.736705, 20.706449, где был обнаружен и изъят сверток из изоленты (т.4, л.д. 92-95).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0,65 грамма (т.4, л.д. 98, 112-114). Из протокола осмотра места происшествия следует, что ДД.ММ.ГГ осмотрен участок местности, расположенный в 311 метрах от &lt;адрес &gt; муниципального округа &lt;адрес &gt; и в 322 метрах от &lt;адрес &gt; муниципального округа &lt;адрес &gt;, с географическими координатами 54.736705, 20.706449 и установлены географические координаты участка местности 54?44"12.1" северной широты 20?40"23.2" восточной долготы (т.4, л.д. 103-106).</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54.735009, 20.636155, где был обнаружен и изъят сверток из изоленты (т.4, л.д. 215-218). Согласно справки об исследовании № от ДД.ММ.ГГ и заключению эксперта № от ДД.ММ.ГГ, согласно которой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0,73 грамма (т.4, л.д. 221, 232-236). Согласно протоколу осмотра места происшествия, ДД.ММ.ГГ осмотрен участок местности, расположенный в 90 метрах от &lt;адрес &gt; муниципального округа &lt;адрес &gt; и в 132 метрах от &lt;адрес &gt; муниципального округа &lt;адрес &gt;, с географическими координатами 54.735009, 20.636155 и установлены географические координаты участка местности 54?44"06.0" северной широты 20?38"10.2" восточной долготы (т.4, л.д. 226 – 229).</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54.735301, 20.636012, где обнаружен и изъят сверток из изоленты (т.5, л.д. 96-99).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0,76 грамма (т.5, л.д. 102, 115-117). Согласно протоколу осмотра места происшествия, ДД.ММ.ГГ осмотрен участок местности, расположенный в 147 метрах от &lt;адрес &gt; муниципального округа &lt;адрес &gt; и в 137 метрах от &lt;адрес &gt; муниципального округа &lt;адрес &gt;, с географическими координатами 54.735301, 20.636012 и установлены географические координаты участка местности 54?44"07.1" северной широты 20?38"09.6" восточной долготы (т.5, л.д. 107-110).</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Из протокола проведения ОРМ «обследование участков местности» следует, что ДД.ММ.ГГ осмотрен участок местности, расположенный в &lt;адрес &gt; с координатами: 54.735724, 20.635833, где обнаружен и изъят сверток из изоленты (т.5, л.д. 136-139).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0,59 грамма (т.5, л.д. 142, 155-157). Согласно протоколу осмотра места происшествия, ДД.ММ.ГГ осмотрен участок местности, расположенный в 184 метрах от &lt;адрес &gt; муниципального округа &lt;адрес &gt; и в 195 метрах от &lt;адрес &gt; муниципального округа &lt;адрес &gt;, с географическими координатами 54.735724, 20.635833 и установлены географические координаты участка местности 54?44"08.6" северной широты 20?38"09.0" восточной долготы восточной долготы (т.5, л.д. 147-150).</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54.736003, 20.635716, где обнаружен и изъят сверток из изоленты (т.5, л.д. 176-179).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0,64 грамма (т.5, л.д. 182-183, 196-198). Согласно протоколу осмотра места происшествия, ДД.ММ.ГГ осмотрен участок местности, расположенный в 205 метрах от &lt;адрес &gt; муниципального округа &lt;адрес &gt; и в 226 метрах от &lt;адрес &gt; муниципального округа &lt;адрес &gt;, с географическими координатами 54.736003, 20.635716 и установлены географические координаты участка местности 54?44"09.6" северной широты 20?38"08.6"восточной долготы восточной долготы (т.5, л.д. 188-191).</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Согласно протокола проведения ОРМ «обследование участков местности», ДД.ММ.ГГ осмотрен участок местности, расположенный в &lt;адрес &gt; с координатами: 54.740824, 20.683839, где обнаружен и изъят сверток из изоленты (т.5, л.д. 217-220). Из справки об исследовании № от ДД.ММ.ГГ и заключения эксперта № от ДД.ММ.ГГ следует, что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0,69 грамма (т.5, л.д. 223, 236-238). Согласно протоколу осмотра места происшествия, ДД.ММ.ГГ осмотрен участок местности, расположенный в 406 метрах от &lt;адрес &gt; муниципального округа &lt;адрес &gt; и в 422 метрах от &lt;адрес &gt; по ул. &lt;адрес &gt; муниципального округа &lt;адрес &gt;, с географическими координатами 54.740824, 20.683839 и установлены географические координаты участка местности 54?44"27.0" северной широты 20?41"01.8" восточной долготы восточной долготы (т.5, л.д. 228-231).</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 где обнаружен и изъят сверток из изоленты (т.5, л.д. 56-60). Согласно справки об исследовании № от ДД.ММ.ГГ и заключение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0,69 грамма (т.5, л.д. 62, 75-77). Согласно протоколу осмотра места происшествия, ДД.ММ.ГГ осмотрен участок местности, расположенный в 600 метрах от &lt;адрес &gt; муниципального округа &lt;адрес &gt; и в 634 метрах от &lt;адрес &gt; по ул. &lt;адрес &gt; муниципального округа &lt;адрес &gt;, с географическими координатами № и установлены географические координаты участка местности 54?44"20.2" северной широты 20?40"57.9" восточной долготы (т.5, л.д. 21 – 24).</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 где обнаружен и изъят сверток из изоленты (т.6, л.д. 10-13).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0,63 грамма (т.6, л.д. 16, 29-31). Согласно протоколу осмотра места происшествия, ДД.ММ.ГГ осмотрен участок местности, расположенный в 662 метрах от &lt;адрес &gt; муниципального округа &lt;адрес &gt; и в 697 метрах от &lt;адрес &gt; по ул. &lt;адрес &gt; муниципального округа &lt;адрес &gt;, с географическими координатами № и установлены географические координаты участка местности 54?44"18.4" северной широты 20?40"57.5" восточной долготы восточной долготы (т.6, л.д. 21-24).</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Согласно протокола проведения ОРМ «обследование участков местности», ДД.ММ.ГГ осмотрен участок местности, расположенный в &lt;адрес &gt; с координатами: №, где обнаружен и изъят сверток из изоленты (т.6, л.д. 102-105).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0,61 грамма (т.6, л.д. 108, 124-127). Согласно протоколу осмотра места происшествия, ДД.ММ.ГГ осмотрен участок местности, расположенный в 27 метрах от &lt;адрес &gt; муниципального округа &lt;адрес &gt; и в 152 метрах от &lt;адрес &gt; муниципального округа &lt;адрес &gt;, с географическими координатами № и установлены географические координаты участка местности 54?44"24.9" северной широты 20?38"02.2" восточной долготы восточной долготы (т.6, л.д. 113-116).</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 где обнаружен и изъят сверток из изоленты (т.7, л.д. 203-206).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0,65 грамма (т.7, л.д. 209, 225-227). Согласно протоколу осмотра места происшествия, ДД.ММ.ГГ осмотрен участок местности, расположенный в 154 метрах от &lt;адрес &gt; муниципального округа &lt;адрес &gt; и в 249 метрах от &lt;адрес &gt; № и установлены географические координаты участка местности 54?44"33.1" северной широты 20?37"58.5" восточной долготы восточной долготы (т.7, л.д. 214-217).</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 где обнаружен и изъят сверток из изоленты (т.7, л.д. 36-39).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0,60 грамма (т.7, л.д. 44, 55-59). Согласно протоколу осмотра места происшествия, ДД.ММ.ГГ осмотрен участок местности, расположенный в 151 метрах от &lt;адрес &gt; муниципального округа &lt;адрес &gt; и в 464 метрах от &lt;адрес &gt; муниципального округа &lt;адрес &gt; и в 244 метрах от &lt;адрес &gt; муниципального округа &lt;адрес &gt;, с географическими координатами 54.743058, 20.632720 и установлены географические координаты участка местности 54?44"35.0" северной широты 20?37"57.8" восточной долготы восточной долготы (т.7, л.д. 47-49).</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54.743551, 20.632471, где обнаружен и изъят сверток из изоленты (т.7, л.д. 77-80). Из справки об исследовании № от ДД.ММ.ГГ и заключения эксперта № от ДД.ММ.ГГ следует, что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0,72 грамма (т.7, л.д. 83, 99-100). Согласно протоколу осмотра места происшествия, ДД.ММ.ГГ осмотрен участок местности, расположенный в 90 метрах от &lt;адрес &gt; муниципального округа &lt;адрес &gt; и в 94 метрах от &lt;адрес &gt; муниципального округа &lt;адрес &gt; и в 244 метрах от &lt;адрес &gt; муниципального округа &lt;адрес &gt;, с географическими координатами № и установлены географические координаты участка местности 54?44"36.8" северной широты 20?37"56.9" восточной долготы восточной долготы (т.7, л.д. 88-91).</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54.726284, 20.638221, где обнаружен и изъят сверток из изоленты (т.7, л.д. 119-122).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с является наркотическим средством массой 0,91 грамма (т.7, л.д. 125, 141-143). Согласно протоколу осмотра места происшествия, ДД.ММ.ГГ осмотрен участок местности, расположенный в 170 метрах от &lt;адрес &gt; муниципального округа &lt;адрес &gt; и в 204 метрах от &lt;адрес &gt; муниципального округа &lt;адрес &gt; и в 244 метрах от &lt;адрес &gt; муниципального округа &lt;адрес &gt;, с географическими координатами № и установлены географические координаты участка местности 54?43"34.6" северной широты 20?38"17.6" восточной долготы восточной долготы (т.7, л.д. 130-133).</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 где обнаружен и изъят сверток из изоленты (т.6, л.д. 196-199).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0,94 грамма (т.6, л.д. 202, 218-221). Согласно протоколу осмотра места происшествия, ДД.ММ.ГГ осмотрен участок местности, расположенный в 186 метрах от &lt;адрес &gt; муниципального округа &lt;адрес &gt; и в 201 метрах от &lt;адрес &gt; муниципального округа &lt;адрес &gt;, с географическими координатами № и установлены географические координаты участка местности 54?43"35.9" северной широты 20?38"15.9" восточной долготы восточной долготы (т.6, л.д. 207-210).</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 где обнаружен и изъят сверток из изоленты (т.7, л.д. 161-164).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0,89 грамма (т.7, л.д. 167, 183-185). Согласно протоколу осмотра места происшествия, ДД.ММ.ГГ осмотрен участок местности, расположенный в 170 метрах от &lt;адрес &gt; муниципального округа &lt;адрес &gt; и в 204 метрах от &lt;адрес &gt; муниципального округа &lt;адрес &gt; и в 244 метрах от &lt;адрес &gt; муниципального округа &lt;адрес &gt;, с географическими координатами № и установлены географические координаты участка местности 54?43"34.6" северной широты 20?38"17.6" восточной долготы восточной долготы (т.7, л.д. 172-175).</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 где обнаружен и изъят сверток из изоленты (т.6, л.д. 149-152). Согласно справки об исследовании № от ДД.ММ.ГГ и заключения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0,88 грамма (т.6, л.д. 155, 171-174). Согласно протоколу осмотра места происшествия, ДД.ММ.ГГ осмотрен участок местности, расположенный в 123 метрах от &lt;адрес &gt; муниципального округа &lt;адрес &gt; и в 213 метрах от &lt;адрес &gt; муниципального округа &lt;адрес &gt;, с географическими координатами №, где установлены географические координаты участка местности 54?43"38.1" северной широты 20?38"12.5" восточной долготы восточной долготы (т.6, л.д. 160-163).</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 где обнаружен и изъят сверток из изоленты (т.6, л.д. 55-58).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0,95 грамма (т.6, л.д. 61, 77-80). Согласно протоколу осмотра места происшествия, ДД.ММ.ГГ осмотрен участок местности, расположенный в 153 метрах от &lt;адрес &gt; муниципального округа &lt;адрес &gt; и в 226 метрах от &lt;адрес &gt; муниципального округа &lt;адрес &gt;, с географическими координатами № и установлены географические координаты участка местности 54?43"48.9" северной широты 20?38"11.3" восточной долготы восточной долготы (т.6, л.д. 66-69).</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&lt;адрес &gt; с координатами: №, где обнаружен и изъят сверток из изоленты (т.6, л.д. 244-247).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0,87 грамма (т.6, л.д. 250, т.7, л.д. 16-18). Согласно протоколу осмотра места происшествия, ДД.ММ.ГГ осмотрен участок местности, расположенный в 158 метрах от &lt;адрес &gt; муниципального округа &lt;адрес &gt; и в 244 метрах от &lt;адрес &gt; муниципального округа &lt;адрес &gt;, с географическими координатами № и установлены географические координаты участка местности 54?43"39.8" северной широты 20?38"10.3" восточной долготы восточной долготы (т.7, л.д. 5-8).</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30 метрах от &lt;адрес &gt;&lt;адрес &gt;» &lt;адрес &gt; и в 35 метрах от &lt;адрес &gt;&lt;адрес &gt; с географическими координатами 54?41"47.4" северной широты 20?35"20.5" восточной долготы (54.696496, 20.589038), где обнаружен и изъят сверток из изоленты с веществом внутри на ощупь (т.8, л.д. 28-33).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0,67 грамма (т. 8, л.д. 36, 52-54).</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Согласно протоколу проведения ОРМ «обследование участков местности», ДД.ММ.ГГ осмотрен участок местности, расположенный в 40 метрах от &lt;адрес &gt;&lt;адрес &gt;&lt;адрес &gt; и в 30 метрах от &lt;адрес &gt;&lt;адрес &gt;» &lt;адрес &gt; с географическими координатами 54?41"47.4" северной широты 20?35"17.5" восточной долготы (54.696506, 20.588199), где обнаружен сверток из изоленты с веществом внутри на ощупь (т.8, л.д. 79-84). Согласно справки об исследовании № от ДД.ММ.ГГ и заключению эксперта № от ДД.ММ.ГГ, представленное на исследование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массой 0,71 грамма (т.8, л.д. 87, 103-105). Согласно протоколов осмотра предметов, были осмотрены наркотические средства эфедрон (меткатинон), вещество содержит в своем составе вещество a-пирролидиновалерофенон (a-PVP), которое является производным наркотического средства N-метилэфедрон, и является наркотическим средством, а также их первоначальные упаковки и упаковки экспертов (т.8, л.д. 117-119, 123-152, т.1, л.д. 144-148, т.6, л.д. 82-83, 129-130, 176-177, 223-224, 167-210), а также осмотрены весы и мотки изоленты разных цветов, изъятые в ходе досмотра автомобиля «Hyundai Solaris», грз №, находившегося в пользовании ФИО4 ФИО155 (т.1, л.д. 91-94). Таким образом, судом установлено, что с ДД.ММ.ГГ по 14:15 часов ДД.ММ.ГГ ФИО4 ФИО156 действуя в составе организованной группы с использованием ИТС «Интернет» посредством виртуального магазина с торговым названием «KALINA SHOP» в сервисе мгновенного обмена электронными сообщениями «Telegram», 39 раз покушалась на незаконный сбыт вещества, содержащего в своем составе вещество ?-пирролидиновалерофенон (?-PVP), которое является производным наркотического средства N-метилэфедрон, и является наркотическим средством, а именно: - массой не менее 0,86 грамма, что является значительным размером; - массой не менее 1,00 грамма, что является значительным размером; - массой не менее 0,92 грамма, что является значительным размером; - массой не менее 0,92 грамма, что является значительным размером; - массой не менее 0,94 грамма, что является значительным размером; - массой не менее 0,93 грамма, что является значительным размером; - массой не менее 0,99 грамма, что является значительным размером; - массой не менее 0,96 грамма, что является значительным размером; - массой не менее 0,88 грамма, что является значительным размером; - массой не менее 0,93 грамма, что является значительным размером; - массой не менее 0,91 грамма, что является значительным размером; - массой не менее 0,91 грамма, что является значительным размером; - массой не менее 0,72 грамма, что является значительным размером; - массой не менее 0,65 грамма, что является значительным размером; - массой не менее 0,75 грамма, что является значительным размером; - массой не менее 0,62 грамма, что является значительным размером; - массой не менее 0,64 грамма, что является значительным размером; - массой не менее 0,72 грамма, что является значительным размером; - массой не менее 0,75 грамма, что является значительным размером; - массой не менее 0,65 грамма, что является значительным размером; - массой не менее 0,73 грамма, что является значительным размером; - массой не менее 0,76 грамма, что является значительным размером; - массой не менее 0,59 грамма, что является значительным размером; - массой не менее 0,64 грамма, что является значительным размером; - массой не менее 0,69 грамма, что является значительным размером; - массой не менее 0,69 грамма, что является значительным размером; - массой не менее 0,63 грамма, что является значительным размером; - массой не менее 0,61 грамма, что является значительным размером; - массой не менее 0,65 грамма, что является значительным размером; - массой не менее 0,60 грамма, что является значительным размером; - массой не менее 0,72 грамма, что является значительным размером; - массой не менее 0,91 грамма, что является значительным размером; - массой не менее 0,94 грамма, что является значительным размером; - массой не менее 0,89 грамма, что является значительным размером; - массой не менее 0,88 грамма, что является значительным размером; - массой не менее 0,95 грамма, что является значительным размером; - массой не менее 0,87 грамма, что является значительным размером; - массой не менее 0,67 грамма, что является значительным размером; - массой не менее 0,71 грамма, что является значительным размером. Данные действия ФИО4 ФИО157 по каждому из 39 преступлений суд квалифицирует как покушение на незаконный сбыт наркотических средств, совершенный с использованием информационно-телекоммуникационной сети «Интернет», организованной группой, в значительном размере, то есть 39 преступлений, каждое из которых предусмотрено ч. 3 ст. , п. «а» ч.4 228-1 УК РФ. Кроме того, судом установлено, что с ДД.ММ.ГГ по 14:15 часов ДД.ММ.ГГ ФИО4 ФИО158 действуя в составе организованной группы с использованием ИТС «Интернет» посредством виртуального магазина с торговым названием «KALINA SHOP» в сервисе мгновенного обмена электронными сообщениями «Telegram», покушалась на незаконный сбыт наркотических средств, а именно: вещества, содержащего в своем составе вещество ?-пирролидиновалерофенон (?-PVP), которое является производным наркотического средства N-метилэфедрон, и является наркотическим средством, массой наркотического средства не менее 425,85 грамма, что является особо крупным размером и вещества, содержащего в своем составе 4-хлорметкатинон, которое является производным наркотического средства эфедрон (меткатинон) и, является наркотическим средством, массой наркотического средства не менее 378,70 грамма, что является крупным размером. Данные действия ФИО4 ФИО159 суд квалифицирует как покушение на незаконный сбыт наркотических средств, совершенный с использованием информационно-телекоммуникационной сети «Интернет», организованной группой, в особо крупном размере, то есть преступление, предусмотренное ч. 3 ст. , ч.5 ст. - 1 УК РФ . Размер наркотического средства определен судом на основании Правительства РФ от ДД.ММ.ГГ №, в соответствии с которым значительным размером наркотического средства N-метилэфедрон является масса от 0,2 грамм до 1 грамма, а особо крупным – свыше 200 грамм; крупным размером наркотического средства эфедрон (меткатинон) является его масса от 2,5 грамм до 500 грамм. О совершении ФИО4 ФИО160 всех преступлений в составе организованной преступной группы свидетельствует следующее. Так, структура организованной группы, в которую входила ФИО4 ФИО161, схема ее преступной деятельности, характеризовалась устойчивостью, иерархичностью, сплоченностью, четким распределением ролей, а также длительным периодом осуществления преступной деятельности, направленной на совершение особо тяжких преступлений в сфере незаконного оборота наркотических средств. При совершении преступлений участники организованной группы соблюдали меры конспирации, полностью исключающие возможность визуального и голосового контакта как непосредственного сбытчика и приобретателя наркотических средств, так и между участниками организованной преступной группы. Каждый участник организованной группы, зная о наличии иных участвующих в совершении преступлений лиц, не обладал информацией об их анкетных данных, что при его задержании позволяло им избежать разоблачения и продолжать преступную деятельность. Оборот денежных средств, связанный с получением прибыли от незаконной деятельности по продаже наркотических средств, выплатой заработной платы участникам организованной группы осуществлялся с использованием пиринговой платёжной интернет-системы «Bitcoin», что затрудняло доступ к получению сведений о переводах денежных средств сотрудниками правоохранительных органов. Задачами организованной группы являлись: незаконное приобретение оптовых партий наркотических средств у неустановленных лиц, их незаконное хранение, а также их незаконный сбыт на территории &lt;адрес &gt; бесконтактным способом посредством ИТС «Интернет» в целях незаконного обогащения ее участников. Кроме того, судом установлено, что преступные действия ФИО4 ФИО162, направленные на незаконный сбыт наркотических средств, как в особо крупном размере, так и в значительных размерах, в составе организованной группы были совершены с использованием сети "Интернет", поскольку она для общения с участниками организованной группы использовала безопасный канал для мгновенного обмена сообщениями (мессенджер) «Telegram» и «Tele Messenger» в ИТС «Интернет», где получала необходимые указания о получении партий наркотиков а также отчитывалась перед другими участниками организованной группы о проделанной работе. При назначении наказания подсудимой в качестве смягчающих обстоятельств суд учитывает полное признание ФИО4 ФИО163 своей вины, чистосердечное раскаяние в содеянном, совершение преступления впервые, активное способствование расследованию преступления, выразившееся в предоставлении оперативным сотрудникам доступа ко всей необходимой информации в ходе проведения оперативно-розыскных мероприятий, положительные характеристики, наличие у нее грамот и благодарственных писем за активное участие в различных школьных мероприятиях, молодой возраст, наличие у нее заболеваний. ФИО4 ФИО164 совершила 40 особо тяжких преступлений, имеющих повышенную степень общественной опасности и направленных против здоровья населения и общественной нравственности, единственно возможным видом наказания за которые уголовный Закон предусматривает лишение свободы. С учетом изложенного, а также с учетом фактических обстоятельств совершения ФИО4 ФИО165 преступлений, ее роли в их совершении, суд полагает, что в целях исправления подсудимой, достижения целей и задач уголовного наказания, а также восстановления социальной справедливости, справедливым будет определение ей наказания в виде лишения свободы без штрафа, которое ей надлежит отбывать в условиях реальной изоляции от общества. При определении размера наказания суд руководствуется положениями ч.3 ст. и ч.1 ст. 62 УК РФ , а при определении окончательного наказания по совокупности преступлений – положениями ч.2 ст. 69 УК РФ , с применением принципа частичного сложения наказаний. Вид исправительного учреждения, в котором ФИО4 ФИО166 надлежит отбывать наказание, определен судом в соответствии с п. «б» ч.1 ст. 58 УК РФ – в исправительной колонии общего режима, в связи с чем в целях исполнения приговора, в отношении ФИО4 ФИО167 до вступления приговора в законную силу мера пресечения подлежит оставлению без изменения. С учетом фактических обстоятельств совершения преступлений, объекта преступного посягательства, оснований для применения к ФИО4 ФИО168 положений ч.6 ст. 15 УК РФ об изменении категории преступления на менее тяжкую, суд не усматривает. Решая вопрос о вещественных доказательствах, а именно наркотических средствах, их первоначальных упаковках и упаковках экспертов, а также мобильных телефонах, суд полагает, что указанные вещественные доказательства могут иметь доказательственное значение по уголовным делам, выделенным из настоящего уголовного дела, окончательное решение по которым не принято, в связи с чем указанные вещественные доказательства необходимо хранить в камере хранения вещественных доказательств УМВД России по &lt;адрес &gt; до принятия по ним решений в рамках уголовных дел № и №, выделенных из настоящего уголовного дела. На основании изложенного, руководствуясь ст.ст. - 309 УПК РФ , суд приговорил: ФИО4 ФИО175 признать виновной в совершении преступлений, предусмотренных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п. «а» ч.4 ст. - , ч.3 ст. , ч.5 ст. - 1 УК РФ , по которым назначить ей наказание: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п. «а» ч.4 ст. - 1 УК РФ – в виде лишения свободы на срок 5 лет; - по ч.3 ст. , ч.5 ст. - 1 УК РФ – в виде лишения свободы на срок 6 лет. На основании ч.2 ст. 69 УК РФ по совокупности преступлений, путем частичного сложения наказаний, окончательно назначить ФИО4 ФИО169 наказание в виде лишения свободы на срок 7 лет 6 месяцев с отбыванием наказания в исправительной колонии общего режима. Меру пресечения ФИО4 ФИО170 до вступления приговора в законную силу оставить прежнюю - заключение под стражу, срок отбытия ей наказания исчислять со дня вступления приговора в законную силу. Зачесть ФИО4 ФИО171 в срок отбытия наказания время её содержания под стражей с ДД.ММ.ГГ (то есть со дня ее фактического задержания) и до дня вступления приговора в законную силу, из расчета один день содержания под стражей за один день отбывания наказания в исправительной колонии общего режима, в соответствии с ч.3-2 ст. 72 УК РФ . После вступления в законную силу приговора вещественные доказательства по квитанциям № от ДД.ММ.ГГ; № от ДД.ММ.ГГ; № от ДД.ММ.ГГ; № от ДД.ММ.ГГ; № от ДД.ММ.ГГ; № от ДД.ММ.ГГ; № от ДД.ММ.ГГ; № от ДД.ММ.ГГ; № от ДД.ММ.ГГ; № от ДД.ММ.ГГ - хранить в камере хранения вещественных доказательств УМВД России по &lt;адрес &gt; до принятия по ним решений по выделенным уголовным делам № и №. - оптические диски DVD-R, договор аренды, дактилокарту ФИО4 ФИО172, карту «ВТБ» - хранить в материалах уголовного дела. Приговор может быть обжалован в апелляционном порядке в Калининградский областной суд через Гурьевский районный суд Калининградской области в течение 15 дней со дня провозглашения, а осужденной ФИО4 - в тот же срок с момента вручения ей копии приговора. Осужденная вправе при обжаловании ходатайствовать об участии в судебном заседании суда апелляционной инстанции, воспользоваться услугами защитника, определяемого ею по соглашению, отказаться от защиты либо воспользоваться услугами защитника, назначенного судом апелляционной инстанции по её ходатайству. Председательствующий Ю.А. Гимазитдинова Дело № 1-117/2025 УИД 39RS0010-01-2025-002410-44 Суд: Гурьевский районный суд (Калининградская область) (подробнее) Судьи дела: Гимазитдинова Юлия Аликовна (судья) (подробнее) Последние документы по делу: Приговор от 13 октября 2025 г. по делу № 1-117/2025 Апелляционное постановление от 12 февраля 2025 г. по делу № 1-117/2025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