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нарушении правил доступа к охраняемой компьютерной информации, содержащейся в критической информационной инфраструктуре Российской Федерации и информационным системам, относящимся к критической информационной инфраструктуре Российской Федерации, повлекшем причинение вреда критической информационной инфраструктуре Российской Федерации, совершенном с использованием своего служебного положения;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изготовлении и хранении в целях использования поддельных платежных карт. Преступления совершены ею при следующих обстоятельствах. Так, АО ФИО24 (ОГРН: ....., ИНН: ....., место нахождения: &lt;адрес&gt;, ул.&lt;адрес&gt; (до 27 февраля 2020 г. - ПАО ФИО25) является кредитной организацией, входит в банковскую систему Российской Федерации и осуществляет банковские операции на основании Универсальной лицензии ..... от 09 апреля 2020 г.), в соответствии с которой АО ФИО26 помимо прочего имеет право осуществлять операции по открытию и ведению банковских счетов физических лиц. Согласно п.6 ст.2 Федерального закона от 26 июля 2017 г. № 187-ФЗ «О безопасности критической информационной инфраструктуры Российской Федерации» (в редакции № 2 от 10 июля 2023 г.) критическая информационная инфраструктура - объекты критической информационной инфраструктуры, а также сети электросвязи, используемые для организации взаимодействия таких объектов. Согласно п.7 ст.2 комментируемого Федерального закона объекты критической информационной инфраструктуры - информационные системы, информационно-телекоммуникационные сети, автоматизированные системы управления субъектов критической информационной инфраструктуры, а согласно п.8 ст.2 субъекты критической информационной инфраструктуры - государственные органы, государственные учреждения, российские юридические лица и (или) индивидуальные предприниматели, которым на праве собственности, аренды или на ином законном основании принадлежат информационные системы, информационно-телекоммуникационные сети, автоматизированные системы управления, функционирующие в сфере здравоохранения, науки, транспорта, связи, энергетики, государственной регистрации прав на недвижимое имущество и сделок с ним, банковской сфере и иных сферах финансового рынка, топливно-энергетического комплекса, в области атомной энергии, оборонной, ракетно-космической, горнодобывающей, металлургической и химической промышленности, российские юридические лица и (или) индивидуальные предприниматели, которые обеспечивают взаимодействие указанных систем или сетей. Согласно п.3 ст.2 значимый объект критической информационной инфраструктуры - объект критической информационной инфраструктуры, которому присвоена одна из категорий значимости и который включен в реестр значимых объектов критической информационной инфраструктуры. Согласно чч.1, 4 и 5 ст.7 категорирование объекта критической информационной инфраструктуры представляет собой установление соответствия объекта критической информационной инфраструктуры критериям значимости и показателям их значений, присвоение ему одной из категорий значимости, проверку сведений о результатах ее присвоения; сведения о результатах присвоения объекту критической информационной инфраструктуры одной из категорий значимости либо об отсутствии необходимости присвоения ему одной из таких категорий субъекты критической информационной инфраструктуры в письменном виде в десятидневный срок со дня принятия ими соответствующего решения направляют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по утвержденной им форме; субъекты критической информационной инфраструктуры в соответствии с критериями значимости и показателями их значений, а также порядком осуществления категорирования присваивают одну из категорий значимости принадлежащим им на праве собственности, аренды или ином законном основании объектам критической информационной инфраструктуры; если объект критической информационной инфраструктуры не соответствует критериям значимости, показателям этих критериев и их значениям, ему не присваивается ни одна из таких категорий. Согласно ст.8 в целях учета значимых объектов критической информационной инфраструктуры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ведет реестр значимых объектов критической информационной инфраструктуры в установленном им порядке. Согласно ч.2 ст.10 одной из основных задач системы безопасности значимого объекта критической информационной инфраструктуры является предотвращение неправомерного доступа к информации, обрабатываемой значимым объектом критической информационной инфраструктуры, уничтожения такой информации, ее модифицирования, блокирования, копирования, предоставления и распространения, а также иных неправомерных действий в отношении такой информации. По результатам проведенной Федеральной службой по техническому и экспортному контролю проверки соблюдения порядка осуществления категорирования и правильности присвоения либо неприсвоения объектам критической информационной инфраструктуры АО ФИО28 категорий значимости, сведения о присвоении объектам критической информационной инфраструктуры категорий значимости на основании ч.7 ст.7 внесены в реестр значимых объектов критической информационной инфраструктуры Российской Федерации, о чем в адрес АО ФИО27 направлено уведомление от 05 июля 2023 г. ..... Одним из объектов критической инфраструктуры, принадлежащем АО ФИО29 на основании простой (неисключительной) лицензии, полученной на основании договора ..... от 07 июня 2012 г., которому присвоена третья категория значимости, является «Автоматизированная банковская система АО «Почта Банк»» (регистрационный номер ..... дата внесения в реестр: 03 июля 2023 г.). На основании изложенного, АО «Почта Банк» является субъектом критической информационной инфраструктуры Российской Федерации, а «Автоматизированная банковская система АО «Почта Банк», являющаяся информационной системой, которая принадлежит Банку на законном основании - на основании простой (неисключительной) лицензии, является значимым объектом критической информационной инфраструктуры РФ. В соответствии с Инструкцией Банка России от 30 июня 2021 г. № 204-И (в редакции № 2 от 10 апреля 2023 г.) «Об открытии, ведении и закрытии банковских счетов и счетов по вкладам (депозитам)» должностные лица Банка осуществляют сбор сведений и документов, необходимых в соответствии с законодательством Российской Федерации и банковскими правилами для открытия счета соответствующего вида, проверку надлежащего оформления документов, полноты предоставленных сведений и их достоверности, наличия у клиента правоспособности (дееспособности), а также выполняют другие функции, предусмотренные настоящей Инструкцией и банковскими правилами. В указанных целях должностные лица банка взаимодействуют с клиентами, их представителями, бенефициарами, иными лицами, запрашивают и получают необходимую информацию. В случаях, предусмотренных банковскими правилами, Банк вправе уполномочить на совершение указанных действий иных лиц, в том числе не являющихся работниками Банка. В соответствии с п.1.5 Положения Банка России № 266-П от 24 декабря 2004 г. (в редакции № 7 от 28 сентября 2020 г.) «Об эмиссии платежных карт и об операциях, совершаемых с их использованием» кредитная организация вправе осуществлять эмиссию банковских карт следующих видов: расчетных (дебетовых) карт, кредитных карт и предоплаченных карт, держателями которых являются физические лица. Расчетная (дебетовая) карта как электронное средство платежа используется для совершения операций ее держателем в пределах расходного лимита - суммы денежных средств клиента. Эмиссия банковских карт для физических лиц, индивидуальных предпринимателей, юридических лиц осуществляется кредитной организацией на основании договора, предусматривающего совершение операций с использованием банковских карт. В соответствии с положением о порядке обслуживания физических лиц - клиентов АО «Почта Банк» (в редакции, утвержденной Приказом от 18 декабря 2023 г. № 23-1048 «Об утверждении Положения о порядке обслуживания физических лиц – клиентов АО ФИО30 (Редакция 31.0), при обращении клиента с целью получения дебетовой карты к сберегательному счету, сотрудник точки продаж (работник отделения почтовой связи Почта России, заключивший с Банком агентский договор и прошедший инструктаж в Банке для выполнения квалифицированных действий, указанных в агентском договоре) осуществляет идентификацию и аутентификацию; консультирует клиента о тарифах обслуживания дебетовой карты; указывает в карточке договора банковского счета клиента 16-тизначный номер, указанный на дебетовой карте, после чего автоматически осуществляется проверка статуса дебетовой карты. В случае, если проверка дебетовой карты успешно завершена, в этом случае, клиенту автоматически направляется одноразовый пароль, который запрашивает сотрудник точки продаж и вводит его значение для подтверждения согласия на получение дебетовой карты. В случае успешной проверки одноразового пароля формируется печатная форма расписки о получении дебетовой карты. Сотрудник точки продаж выдает клиенту дебетовую карту, информирует клиента о необходимости поставить подпись на полосе для подписи, расположенной на оборотной стороне дебетовой карты, собственноручно клиентом. В соответствии с Порядком персонализации и логистики банковских карт АО ФИО31 (в редакции, утвержденной Приказом от 14 июня 2023 г. № 23-0442 «Об утверждении Порядка персонализации и логистики банковских карт АО ФИО32 (Редакция 13.0)» карты в точках продаж П1/С1 (стационарное рабочее место работника Почты России – агента Банка, расположенное в ОПС) до момента их выдачи / уничтожения находится в переносных кэш-боксах / сейфах, с целью исключения доступа к картам третьих лиц. В соответствии со п.1 ст.7 Федерального закона от 07 августа 2001 г. № 115-ФЗ «О противодействии легализации (отмыванию) доходов, полученных преступным путем, и финансированию терроризма» (в редакции № 104 от 19 октября 2023 г.) организации, осуществляющие операции с денежными средствами или иным имуществом, обязаны до приема на обслуживание идентифицировать клиента, то есть при выдаче платежной карты, совершении операций с использованием платежной карты кредитная организация обязана идентифицировать ее держателя. На основании приказа о приеме работника на работу .....к от ДД.ММ.ГГГГ ФИО2 с ДД.ММ.ГГГГ принята на должность оператора связи 01-го класса УФПС &lt;адрес&gt;&lt;данные изъяты&gt;» (с 01 октября 2019 г. реорганизовано в АО ФИО33 В соответствии с условиями агентского взаимодействия с работником отделения почтовой связи АО ФИО34 являющегося Приложением ..... к Приказу ..... от 15 января 2020 г., настоящие условия являются офертой Банка заключить агентский договор в адрес работника отделения почтовой связи АО ФИО35 Акцептом агента оферты Банка является совершение агентом любого из действий, направленных на исполнение поручения Банка, приведших к предоставлению Банком физическим лицам потребительских кредитов, банковских дебетовых и кредитных карт, приему заявлений на заключение соглашения о простой электронной подписи, размещению вкладов, открытию и обслуживанию текущих счетов, приему заявлений на перевод пенсии на сберегательный счет, открытый в Банке, а также иных услуг. ФИО2, являясь в период действия приказа ..... от ДД.ММ.ГГГГ &lt;данные изъяты&gt; УФПС &lt;адрес&gt;&lt;данные изъяты&gt; пройдя необходимое обучение по работе в «Единой автоматизированной системе отделения почтовой связи» на вкладке «Почта Банк», в связи чем ей (ФИО2), посредством личного кабинета Банком предоставлен доступ к «Автоматизированной банковской системе АО ФИО36 являющейся объектом критической информационной инфраструктуры, выполнила одно из действий, предусмотренных условиями агентского взаимодействия с работником отделения почтовой связи АО «Почта России», являющегося Приложением № 3 к Приказу № 20-0012 от 15 января 2020 г., заключив таким образом с Банком агентский договор, вступивший в силу с даты первой зафиксированной агентом, то есть в данном случае ФИО2, в программном обеспечении Банка одобренной заявки на получением клиентом Банка услуги, то есть с ДД.ММ.ГГГГ Таким образом, ФИО2, заключив ДД.ММ.ГГГГ путем публичной оферты договор агентского взаимодействия с АО ФИО41 тем самым согласилась с его основными условиями и приняла на себя обязательства по поручению, от имени и за вознаграждение Банка выполнять действия, предусмотренные условиями агентского взаимодействия с работником отделения почтовой связи АО ФИО42 являющегося Приложением № 3 к Приказу № 20-0012 от 15 января 2020 г., а именно: принимать от клиентов заявления на предоставление услуг; принимать от клиентов подписанное согласие на обработку персональных данных в виде заполненных клиентами бланков, соответствующих форме принципала; оформлять заявки на получение услуг; осуществлять сбор сведений и документов, необходимых для последующей идентификации Банком клиентов; осуществлять фотографирование клиентов, фотографирование/сканирование их документов; проверять полноту и соответствие данных, указанных в заявке на предоставление услуг, и представленных клиентом документах; организовывать подписание клиентом документов, необходимых для предоставления услуг; выдавать клиентам в рамках заключенных договоров банковские карты; осуществлять передачу Банку полного комплекта документов по услугам в соответствии с требованиями к комплекту документов, указанному в личном кабинете; информировать клиентов об остатках на текущем счете, о задолженности по кредиту, а также предоставлять по запросам клиентов иную информацию по услугам; организовывать прием наличных денежных средств для погашения задолженности по кредиту, размещения средств во вклад или на текущий счет, для оплаты услуг страхования, для переводов без открытия счета; организовывать выдачу наличных денежных средств со вклада, c текущего счета, при переводе без открытия счета. На основании приказа о приеме работника на работу .....к/пер от ДД.ММ.ГГГГ ФИО2 с ДД.ММ.ГГГГ переведена на должность - начальника отделения ОПС ..... УФПС &lt;адрес&gt; АО ФИО37 расположенного по адресу: &lt;адрес&gt; Являясь агентом Банка, находясь на рабочем месте по указанному выше адресу, действуя с единым прямым умыслом, направленным на неправомерное воздействие на критическую информационную инфраструктуру Российской Федерации нарушения правил доступа к охраняемой компьютерной информации, содержащейся в критической информационной инфраструктуре Российской Федерации и информационным системам, относящимся к критической информационной инфраструктуре Российской Федерации (№ 1), а, кроме того, на неправомерный оборот средств платежей путем изготовления и хранения в целях использования поддельных платежных карт (№ 2), будучи ознакомленной с правилами, порядком, инструкциями, технологическими картами, информацией по услугам, рекламными информационными материалами, необходимыми ей (ФИО2) для выполнения поручения Банка и размещенными в личном кабинете последней, являясь начальником отделения ОПС ..... и, используя таким образом свое служебное положение, с целью выполнения плановых показателей по реализации банковских продуктов АО ФИО38 и получения вследствие этого вознаграждения в денежном эквиваленте: ДД.ММ.ГГГГ в период времени с 17 часов 00 минут до 17 часов 47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«Почта Банк», воспользовавшись персональными и паспортными данными клиента АО ФИО39 Свидетель №6, обратившегося к ней как сотруднику ОПС ..... за оказанием услуг почтовой связи АО ФИО40 и неосведомленного о её (ФИО2) преступных намерениях, следовательно согласия на совершение банковских операций с его (Свидетель №6) участием не дававшего, в нарушение: Инструкции Банка России № 204-И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«ФИО45 (в редакции, утвержденной Приказом от 18 декабря 2023 г. ..... «Об утверждении Положения о порядке обслуживания физических лиц – клиентов АО ФИО43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ФИО44 (в редакции, утвержденной Приказом от 16 марта 2017 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№6, не имея на то законных оснований, то есть неправомерно, с целью выполнения плановых показателей по реализации банковских продуктов АО «Почта Банк»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ФИО46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№6, осуществила неправомерные действия по заполнению электронной формы заявления о предоставлении расчетной (дебетовой) карты с открытием счета карты, а также заявления об открытии Сберегательного счета, после чего ввела в специальное цифровое поле цифровой код «.....», поступивший Свидетель №6 на номер мобильного телефона: +....., являющийся уникальным кодом для подтверждения операций (предоставление расчетной (дебетовой) карты с открытием счета карты, открытие Сберегательного счета), который Свидетель №6, будучи введенным в заблуждение ФИО2 о необходимости предоставления ей (ФИО1) указанного цифрового кода с целью получения им услуги почтовой связи, сообщил последней. В результате на имя Свидетель №6 были открыты текущий счет ....., сберегательный счет ..... и выпущена неименная дебетовая банковская карта платежной системы «Мир» ....., идентифицированная на имя Свидетель №6 с использованием интерфейса «&lt;данные изъяты&gt;», а недостоверная информация об открытии счетов и выдаче банковской карты автоматически интегрирована в Автоматизированную банковскую систему АО «Почта банк», последствием чего явилась модификация охраняемой компьютерной информации, находящейся в Автоматизированной банковской системе АО ФИО47 содержащей недостоверные сведения об открытии приведенных банковских счетов и выдаче обозначенной эмитированной Банком неименной дебетовой банковской карты, идентифицированной на имя Свидетель №6, который на самом деле клиентом АО ФИО48 не является и согласия на совершение указанных операций не давал.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ФИО49 (в редакции, утвержденной Приказом от 18 декабря 2023 г. ..... «Об утверждении Положения о порядке обслуживания физических лиц – клиентов АО ФИО50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№6 последнему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расходных операции по банковскому счету ....., открытому на имя Свидетель №6, а именно: в 17 часов 48 минут внесение денежных средств в сумме 600 рублей и в 17 часов 49 минут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ФИО51 не вносились. ДД.ММ.ГГГГ в период времени с 17 часов 30 минут до 18 часов 30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ФИО52 воспользовавшись персональными и паспортными данными клиента АО ФИО53 Свидетель №3, обратившегося к ней как сотруднику ОПС ..... за оказанием услуг почтовой связи АО «Почта России» и неосведомленного о её (ФИО2) преступных намерениях, следовательно согласия на совершение банковских операций с его (Свидетель №3) участием не дававшего, в нарушение: Инструкции Банка России № 204-И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ФИО54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ФИО55 (в редакции, утвержденной Приказом от ДД.ММ.ГГГГ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№3, не имея на то законных оснований, то есть неправомерно, с целью выполнения плановых показателей по реализации банковских продуктов АО ФИО56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«Почта Банк»»,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№3,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 поступивший Свидетель №3 на номер мобильного телефона: +....., являющийся уникальным кодом для подтверждения операций (открытие Сберегательного счета), который Свидетель №3, будучи введенным в заблуждение ФИО2 о необходимости предоставления ей (ФИО2) указанного цифрового кода с целью получения им услуги почтовой связи, сообщил последней. В результате был открыт на имя Свидетель №3 сберегательный счет ..... и о выпущена неименная дебетовая банковская карта платежной системы «Мир» ....., идентифицированная на имя Свидетель №3, а недостоверная информация об открытии счета и выдаче карты с использованием интерфейса «Application Programming Interface» автоматически интегрирована в Автоматизированную банковскую систему АО «Почта банк»,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«Почта Банк», содержащей недостоверные сведения об открытии приведенного банковского счета и выдаче обозначенной эмитированной Банком неименной дебетовой банковской карты, идентифицированной на имя Свидетель №3, который на самом деле клиентом АО «Почта Банк» не является и согласия на совершение указанных операций не давал.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ФИО57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№3 последнему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расходных операции по банковскому счету ....., открытому на имя Свидетель №3, а именно: в 12 часов 51 минуту внесение денежных средств в сумме 600 рублей и в 12 часов 52 минуты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ФИО58 не вносились. ДД.ММ.ГГГГ в период времени с 14 часов 30 минут до 15 часов 30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«ФИО59 воспользовавшись персональными и паспортными данными клиента АО ФИО60 Свидетель №7, обратившегося к ней как сотруднику ОПС ..... за оказанием услуг почтовой связи АО ФИО61 и неосведомленного о её (ФИО2) преступных намерениях, следовательно согласия на совершение банковских операций с его (Свидетель №7) участием не дававшего, в нарушение: Инструкции Банка России № 204-И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«Почта Банк» (в редакции, утвержденной Приказом от 18 декабря 2023 г. ..... «Об утверждении Положения о порядке обслуживания физических лиц – клиентов АО ФИО62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ФИО63 (в редакции, утвержденной Приказом от 16 марта 2017 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№7, не имея на то законных оснований, то есть неправомерно, с целью выполнения плановых показателей по реализации банковских продуктов АО ФИО65 и получения вследствие этого вознаграждения в денежном эквиваленте посредством аутентификации по фотографии агента (ФИО2), осуществила вход во вкладку ФИО64 получив таким образом доступ к «Автоматизированной банковской системе АО ФИО66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№7,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«46812», поступивший Свидетель №7 на номер мобильного телефона: +....., являющийся уникальным кодом для подтверждения операций (открытие Сберегательного счета), который Свидетель №7, будучи введенным в заблуждение ФИО2 о необходимости предоставления ей (ФИО2) указанного цифрового кода с целью получения им услуги почтовой связи, сообщил последней. В результате был открыт на имя Свидетель №7 сберегательный счет ..... и о выпущена неименная дебетовая банковская карта платежной системы «Мир» ....., идентифицированная на имя Свидетель №7, а недостоверная информация об открытии счета и выдаче карты с использованием интерфейса «&lt;данные изъяты&gt;» автоматически интегрирована в Автоматизированную банковскую систему АО ФИО68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ФИО67 содержащей недостоверные сведения об открытии приведенного выше банковского счета и выдаче обозначенной эмитированной Банком неименной дебетовой банковской карты, идентифицированной на имя Свидетель №7, который на самом деле клиентом АО «Почта Банк» не является и согласия на совершение указанных операций не давал.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«Почта Банк» (в редакции, утвержденной Приказом от 18 декабря 2023 г. № 23-1048 «Об утверждении Положения о порядке обслуживания физических лиц – клиентов АО «Почта Банк»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№7 последнему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расходные операции по банковскому счету ....., открытому на имя Свидетель №7, а именно: в 16 часов 15 минут внесение денежных средств в сумме 600 рублей и в 16 часов 16 минут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ФИО69 не вносились. ДД.ММ.ГГГГ в период времени с 14 часов 00 минут до 15 часов 00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ФИО70 воспользовавшись персональными и паспортными данными клиента АО ФИО71 Свидетель №4, обратившейся к ней как сотруднику ОПС ..... за оказанием услуг почтовой связи АО ФИО72 и неосведомленного о её (ФИО2) преступных намерениях, следовательно согласия на совершение банковских операций с ее (Свидетель №4) участием не дававшей, в нарушение: Инструкции Банка России № 204-И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ФИО73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ФИО74 (в редакции, утвержденной Приказом от ДД.ММ.ГГГГ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№4, не имея на то законных оснований, то есть неправомерно, с целью выполнения плановых показателей по реализации банковских продуктов АО «Почта Банк»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«Почта Банк»»,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№4,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«22825», поступивший Свидетель №4 на номер мобильного телефона: +....., являющийся уникальным кодом для подтверждения операций (открытие Сберегательного счета), который Свидетель №4, будучи введенной в заблуждение ФИО2 о необходимости предоставления ей (ФИО2) указанного цифрового кода с целью получения ею услуги почтовой связи, сообщила последней. В результате был открыт на имя Свидетель №4 сберегательный счет ..... и выпущена неименная дебетовая банковская карта платежной системы «Мир» ....., идентифицированная на имя Свидетель №4, а недостоверная информация об их открытии и выдаче с использованием интерфейса «&lt;данные изъяты&gt;» автоматически интегрирована в Автоматизированную банковскую систему АО «Почта банк»,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«Почта Банк», содержащей недостоверные сведения об открытии приведенного выше банковского счета и выдаче обозначенной эмитированной Банком неименной дебетовой банковской карты ....., идентифицированной на имя Свидетель №4, которая на самом деле клиентом АО ФИО75 не является и согласия на совершение указанных операций не давала.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в нарушение положения о порядке обслуживания физических лиц – клиентов АО ФИО76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№4 последней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расходные операции по банковскому счету ....., открытому на имя Свидетель №4, а именно: в 16 часов 21 минуту внесение денежных средств в сумме 600 рублей и в 16 часов 22 минуты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ФИО77 не вносились. ДД.ММ.ГГГГ в период времени с 11 часов 00 минут до 12 часов 00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ФИО78 воспользовавшись персональными и паспортными данными клиента АО «ФИО79 Свидетель №5, обратившейся к ней как сотруднику ОПС ..... за оказанием услуг почтовой связи АО ФИО80 и неосведомленного о её (ФИО2) преступных намерениях, следовательно согласия на совершение банковских операций с ее (Свидетель №5) участием не дававшей, в нарушение: Инструкции Банка России .....-И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ФИО81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ФИО82 (в редакции, утвержденной Приказом от 16 марта 2017 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№5, не имея на то законных оснований, то есть неправомерно, с целью выполнения плановых показателей по реализации банковских продуктов АО «Почта Банк»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«Почта Банк»»,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№5,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«78381», поступивший Свидетель №5 на номер мобильного телефона: +....., являющийся уникальным кодом для подтверждения операций (открытие Сберегательного счета), который Свидетель №5, будучи введенной в заблуждение ФИО2 о необходимости предоставления ей (ФИО2) указанного цифрового кода с целью получения ею услуги почтовой связи, сообщила последней. В результате был открыт на имя Свидетель №5 сберегательный счет ..... и выпущена неименная дебетовая банковская карта платежной системы «Мир» ....., идентифицированная на имя Свидетель №5, а недостоверная информация об их открытии и выдаче с использованием интерфейса «Application Programming Interface» автоматически интегрирована в Автоматизированную банковскую систему АО «Почта банк»,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ФИО83 содержащей недостоверные сведения об открытии приведенного выше банковского счета и выдаче обозначенной эмитированной Банком неименной дебетовой банковской карты, идентифицированной на имя Свидетель №5, которая на самом деле клиентом АО ФИО84 не является и согласия на совершение указанных операций не давала.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ФИО85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№5 последней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расходные операции по банковскому счету ....., открытому на имя Свидетель №5, а именно: в 10 часов 47 минут внесение денежных средств в сумме 600 рублей и в 10 часов 49 минут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ФИО86 не вносились. ДД.ММ.ГГГГ в период времени с 12 часов 01 минуты до 13 часов 00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ФИО87 воспользовавшись персональными и паспортными данными клиента АО «Почта России» Свидетель №2, обратившегося к ней как сотруднику ОПС ..... за оказанием услуг почтовой связи АО «Почта России» и неосведомленного о её (ФИО2) преступных намерениях, следовательно согласия на совершение банковских операций с его (Свидетель №2) участием не дававшего, в нарушение: Инструкции Банка России .....-И от ДД.ММ.ГГГГ,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ФИО88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ФИО89 (в редакции, утвержденной Приказом от 16 марта 2017 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№2, не имея на то законных оснований, то есть неправомерно, с целью выполнения плановых показателей по реализации банковских продуктов АО «Почта Банк»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«Почта Банк»»,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№2,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«29762», поступивший Свидетель №2 на номер мобильного телефона: +....., являющийся уникальным кодом для подтверждения операций (открытие Сберегательного счета), который Свидетель №2, будучи введенным в заблуждение ФИО2 о необходимости предоставления ей (ФИО2) указанного цифрового кода с целью получения им услуги почтовой связи, сообщил последней. В результате был открыт на имя Свидетель №2 сберегательный счет ..... и выпущена неименная дебетовая банковская карта платежной системы «Мир» ....., идентифицированная на имя Свидетель №2, а недостоверная информация об открытии и выдаче с использованием интерфейса «&lt;данные изъяты&gt;» автоматически интегрирована в Автоматизированную банковскую систему АО ФИО90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ФИО91», содержащей недостоверные сведения об открытии обозначенного выше банковского счета и выдаче эмитированной Банком приведенной неименной дебетовой банковской карты, идентифицированной на имя Свидетель №2, который на самом деле клиентом АО ФИО92 не является и согласия на совершение указанных операций не давал.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«Почта Банк» (в редакции, утвержденной Приказом от 18 декабря 2023 г. ..... «Об утверждении Положения о порядке обслуживания физических лиц – клиентов АО «ФИО93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№2 последнему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расходные операции по банковскому счету ....., открытому на имя Свидетель №2, а именно: в 10 часов 43 минуты внесение денежных средств в сумме 600 рублей и в 10 часов 45 минут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«ФИО94» не вносились. ДД.ММ.ГГГГ в период времени с 18 часов 55 минут до 19 часов 30 минут в нарушение установленных субъектом критической информационной инфраструктуры Российской Федерации правил доступа к охраняемой компьютерной информации, содержащейся в информационной системе – «Автоматизированная банковская система АО «Почта Банк», воспользовавшись персональными и паспортными данными клиента АО ФИО95 Свидетель №1, обратившегося к ней как сотруднику ОПС ..... за оказанием услуг почтовой связи АО ФИО96 и неосведомленного о её (ФИО2) преступных намерениях, следовательно согласия на совершение банковских операций с его (Свидетель №1) участием не дававшего, в нарушение: Инструкции Банка России .....-И от 30 июня 2021 г., согласно которой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Положения о порядке обслуживания физических лиц – клиентов АО ФИО97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выдача неименной банковской карты к счету осуществляется при обращении клиента; Положений, содержащихся в Технологической карте по оформлению банковских продуктов и предоставлению услуг ПАО «ФИО98 (в редакции, утвержденной Приказом от 16 марта 2017 г. ..... «Об утверждении новых редакций технологических карт»), согласно которых открытие Сберегательного счета/ заключение Договора банковского счета осуществляется при обращении клиента; принципа достоверности информации, являющегося регулятором отношений, возникающих в сфере информации, информационных технологий и защиты информации, установленного п.6 ст.3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используя служебное стационарное компьютерное устройство, путем ввода персонального логина и пароля, осуществила вход в Единую автоматизированную систему отделения почтовой связи, после чего в отсутствие обращения и волеизъявления клиента на получение услуг Банка, действуя, таким образом без ведома и согласия Свидетель №1, не имея на то законных оснований, то есть неправомерно, с целью выполнения плановых показателей по реализации банковских продуктов АО «Почта Банк» и получения вследствие этого вознаграждения в денежном эквиваленте посредством аутентификации по фотографии агента (ФИО2), осуществила вход во вкладку «Почта Банк», получив таким образом доступ к «Автоматизированной банковской системе АО «Почта Банк»», являющейся информационной системой и значимым объектом критической информационной инфраструктуры Российской Федерации, где с использованием персональных и паспортных данных Свидетель №1, осуществила неправомерные действия по заполнению электронной формы заявления об открытии Сберегательного счета, после чего ввела в специальное цифровое поле цифровой код «84830», поступивший Свидетель №1 на номер мобильного телефона: +....., являющийся уникальным кодом для подтверждения операций (открытие Сберегательного счета), который Свидетель №1, будучи введенным в заблуждение ФИО2 о необходимости предоставления ей (ФИО2) указанного цифрового кода с целью получения им услуги почтовой связи, сообщил последней. В результате был открыт на имя Свидетель №1 сберегательный счет ..... и выпущена неименная дебетовая банковская карта платежной системы «Мир» ....., идентифицированная на имя Свидетель №1, а недостоверная информация об открытии и выдаче с использованием интерфейса «&lt;данные изъяты&gt;» автоматически интегрирована в Автоматизированную банковскую систему АО «Почта банк», являющуюся информационной системой и значимым объектом критической информационной инфраструктуры Российской Федерации, последствием чего явилась модификация охраняемой компьютерной информации, находящейся в Автоматизированной банковской системе АО «Почта Банк», содержащей недостоверные сведения об открытии обозначенного выше банковского счета и выдаче приведенной эмитированной Банком неименной дебетовой банковской карты, идентифицированной на имя Свидетель №1, который на самом деле клиентом АО ФИО99 не является и согласия на совершение указанных операций не давал. После чего (в продолжение реализации преступного умысла направленного на неправомерный оборот средств платежей путем изготовления и хранения в целях использования поддельных платежных карт – № 2), в нарушение положения о порядке обслуживания физических лиц – клиентов АО ФИО100 (в редакции, утвержденной Приказом от 18 декабря 2023 г. ..... «Об утверждении Положения о порядке обслуживания физических лиц – клиентов АО «Почта Банк» (Редакция 31.0), согласно которого если проверка дебетовой карты в Автоматизированной банковской системе успешно завершена, сотрудник выдает клиенту дебетовую карту и информирует клиента о необходимости поставить подпись на полосе для подписи, расположенной на оборотной стороне дебетовой карты, банковскую карту, идентифицированную на имя Свидетель №1 последнему не выдала, а с целью дальнейшего использования оставила на хранение на ее (ФИО2) рабочем месте по указанному выше адресу и, затем используя ее (банковскую карту), вставила в эквайринговый терминал оплаты (серийный .....), имеющий подключение к служебному стационарному компьютерному устройству, предоставленному ФИО2, после чего, посредством программного обеспечения ЕАС ОПС, используя внедренные в указанную программу вкладки «Внесение наличных» и «Снятие наличных», осуществила ДД.ММ.ГГГГ две расходные операции по банковскому счету ....., открытому на имя Свидетель №1, а именно: в 10 часов 51 минуту внесение денежных средств в сумме 600 рублей и в 10 часов 53 минуты снятие денежных средств в сумме 600 рублей, создав, таким образом, видимость движения по указанному банковскому счету, при том, что в действительности денежные средства в сумме 600 рублей в кассу АО ФИО101 не вносились. Действия ФИО2 повлекли причинение вреда критической информационной инфраструктуре Российской Федерации, нарушило целостность указанной информационной системы, в результате чего информация, циркулирующая в ней перестала соответствовать критериям объективности, достоверности, актуальности, защищенности, что повлекло необходимость несения дополнительных материальных и ресурсных затрат на своевременное выявление и блокировку внесенной путем неправомерного доступа недостоверной информации. В судебном заседании подсудимая свою вину в совершении инкриминируемых преступлений (№№ 1 и 2) признала полностью. От дачи показаний отказалась, воспользовавшись ст. 51 Конституции РФ. Аналогичная позиция была занята ею в ходе предварительного следствия по делу, а из данных ею на указанной стадии судопроизводства по делу (т.3 л.д.201-205, 207-212; т.4 л.д.101-102), оглашенных и исследованных в порядке ст. 276 УПК РФ , следует, что с ДД.ММ.ГГГГ она трудоустроена в АО ФИО102, а с ДД.ММ.ГГГГ переведена на должность начальника отделения в ОПС &lt;адрес&gt; по адресу: &lt;адрес&gt; В 2020 г., пройдя необходимое обучение, присоединилась к условиям агентского взаимодействия с АО ФИО103 то есть стала агентом Банка. Сотрудники АО ФИО104 при оказании услуг населению используют собственное программное обеспечение - Единая автоматизированная система отделений почтовой связи. В указанной программе внедрен плагин (дополнение, расширяющее текущие функции программы с целью оказания банковских услуг АО «ФИО105 Доступ к указанном плагину Банка осуществляется только теми сотрудниками АО «Почта России», которые прошли соответствующие процедуры проверки и обучения, т.е. заключившим с Банком агентский договор и именуемые агентами. Сотруднику почты, успешно прошедшему обучение направляется личный логин и пароль, посредством которого он, используя программу Единой автоматизированной системы отделений почтовой связи, может войти в плагин Банка. Также, личный логин и пароль для входа в плагин Банка был выдан ей. Для входа в программу ей необходимо было ввести свой логин и пароль. После, войдя в Единую автоматизированную систему отделений почтовой связи, вход в плагин Банка она осуществляла посредством аутентификации по фотографии, т.е. перед тем как войти в плагин, она должна в нём сфотографировать свое лицо через web-камеру. Осуществленная фотография специальной программой сверялась с первоначально предоставленной ею (ФИО2) фотографией (в том числе и с фотографией на паспорте), после чего она получала доступ к Автоматизированной банковской системе АО ФИО106 Кроме неё (ФИО2) никто не мог войти в плагин Банка под её учетной записью. Все необходимые материалы, сведения, информационные сведения, нормативная база была предоставлена ей как агенту Банка, путем опубликования в её личном кабинете. Поскольку в среднем к ней, как агенту Банка, обращалось в месяц лишь 01-02 клиента с просьбой об оказании услуг Банка, а планы, которые устанавливались руководством АО «ФИО107» составляли от 20-30 клиентов в месяц на отделение почтовой связи, то она решила под различными, обманными предлогами регистрировать в качестве клиентов как можно больше человек. Занимая должность начальника отделения при обстоятельствах, изложенных в предъявленном ей обвинении (дате, времени, месте и т.п.), находясь на своем рабочем месте с указанной единой целью (выполнения плановых показателей по продажам банковских продуктов АО «Почта Банк»), а, кроме того, руководствуясь общим желанием получения вследствие этого вознаграждения, без ведома и согласия Свидетель №6, Свидетель №3, Свидетель №7, Свидетель №4, Свидетель №5, Свидетель №2 и Свидетель №1, в отсутствие волеизъявлений последних, в нарушение правил доступа к информационной системе АО «Почта Банк» открыла на их имена банковские счета с идентификацией банковской карты, которую (карту) не выдала, а, оставив на хранение на рабочем месте, затем произвела по каждому (счету) фиктивные (денежные средства проводились программно, то есть физически использовались и не вносились в кассу) операции по внесению и снятию денежных средств в размере 600 рублей, поскольку в противном случае (без осуществления движения денежных средств) результаты ее работы не были бы зачтены в качестве выполнения плана. Доступ к Автоматизированной банковской системе АО ФИО108 у нее имелся лишь в связи с выполнением обязанностей агента, а именно по предоставлению клиентам, по их требованию, услуг Банка. Она поясняла перечисленным клиентам, что для получения услуг почтовой связи необходимо оформить простую электронную подпись, что на самом деле действительности не соответствовало. Получить услугу почтовой связи клиент мог при предъявлении паспорта гражданина РФ. Простая электронная подпись оформлялась посредством подписания клиентом собственноручно регистрационной анкеты. Указанная анкета ею (ФИО2) сканировалась, после чего направлялась в Автоматизированную банковскую систему АО ФИО109 Оригинал регистрационной анкеты оставался в отделении почтовой связи, клиенту не передавался. Далее, следовало открытие банковского счета. Заявление на открытие банковского счета и согласие на обработку персональных данных подписывалось простой электронно-цифровой подписью (ПЭП), представлявшей собой цифровой код, который поступал клиенту на номер мобильного телефона в виде смс-сообщения. Далее, с использованием ПЭП клиента она подписывала вышеназванные документы - заявление на открытие банковского счета и согласие на обработку персональных данных и направляла в Автоматизированную банковскую систему АО ФИО110 На её (ФИО2) рабочем месте находились запечатанные конверты с неименными банковскими картами АО ФИО111 При открытии счета также автоматически активировалась банковская карта. Карта была неименная. Также, обманным путем она получала пин-код от банковской карты. Непосредственно после производства банковских операций банковские карты она впоследствии уничтожала путем разрезания. Помимо занятой ФИО2 признательной позицию, ее вина в полном объеме подтверждается совокупностью представленных стороной обвинения доказательств, исследованных и проверенных судом. Согласно показаниям представителя потерпевшего АО ФИО112 - ФИО22 на досудебной стадии производства по делу (т.2 л.д.112-119, 123-124) между Банком и АО «Почта России» имеются несколько партнерских соглашений, одно из которых - Агентское соглашение, согласно которого работники АО ФИО113 за вознаграждение от Банка предлагают и оформляют продукты Банка потенциальным клиентам Банка. Условия агентского взаимодействия с работником отделения почтовой связи АО «ФИО114 регулируются агентским договором, заключаемым с работником АО «Почта России», по личному волеизъявлению последнего. Агентский договор заключается путем публичной оферты. После того, как агент зарегистрирован в системе и ему предоставлен допуск к программному обеспечению, необходимо пройти обучение. После прохождения обучения агент сдает тесты, и в случае успешной сдачи тестирования агент допускается до самостоятельной работы и продажи продуктов Банка. Одним из агентов Банка являлась ФИО2. Первая продажа услуг Банка совершена ФИО2 ДД.ММ.ГГГГ, то есть именно с этой даты Агентский договор между Банком и ФИО1 фактически считается заключенным. ФИО1 осуществляла свою трудовую деятельность в ОПС ..... по адресу: &lt;адрес&gt; и являлась соответственно Агентом Банка. То есть, ФИО1 помимо непосредственных обязанностей как сотрудника АО «Почта России» также выполняла обязательства по поручению Банка и за вознаграждение действия, предусмотренные условиями агентского взаимодействия, а именно: принимать от клиентов заявления на предоставление услуг Банка, принимать от клиента согласие на обработку персональных данных, оформлять заявки на получение услуг, осуществлять сбор сведений и документов, необходимых для последующей идентификации клиента, осуществлять фотографирование клиента (сканирование их документов), проверять полноту и соответствие данных, указанных в заявке на предоставление услуг, выдавать клиентам в рамках заключенных договоров банковские карты, информировать клиентов об остатках на текущем счете, о задолженности по кредиту, а также предоставлять по запросам клиентов иную информацию по услугам. В 2024 г. в Банк обратились Свидетель №6, Свидетель №3, Свидетель №7, Свидетель №4, Свидетель №5, Свидетель №2 и Свидетель №1, которым стало известно о том, что на их имя открыты в АО «Почта Банк» банковские счета без их волеизъявления; банковские карты соответственно они не получали. В ходе проведенной проверки было установлено, что в ОПС ..... ФИО2 действительно были открыты соответствующие банковский счета, то есть последняя с целью получения материального вознаграждения от Банка неправомерно осуществила доступ к «Автоматизированной банковской системе АО ФИО115 и оформила банковские продукты на перечисленных лиц без их ведома и согласия. Отдельно отмечал, что «Автоматизированная банковская система АО ФИО116 является информационной системой. 03 июля 2023 г. Федеральной службой по техническому и экспортному контролю внесена в реестр значимых объектов критической информационной инфраструктуры Российской Федерации, присвоена 03-я категория значимости. Внесение недостоверной информации в информационную систему Банка (базы данных) является грубым нарушением целостности и достоверности охраняемой законом (банковской тайной) компьютерной информации, циркулирующей как в личных базах данных Банка, так и в иных информационных системах государственного регулирования (Центральный Банк РФ; ИФНС; ФГИС «Единый портал государственных и муниципальных услуг (функций)» и пр.), в которые Банк в соответствии с действующим законодательством обязан передавать информацию о наличии счетов и движения по ним денежных средств. Внесение недостоверной информации в компьютерную информационную систему (Автоматизированная банковская система АО «Почта Банк») причиняет ей существенный вред, выраженный в значительной модификации (изменении) компьютерной информации базы данных, в результате которой циркулирующая информация в объекте критической информационной инфраструктуры Российской Федерации скомпрометирована и находящаяся под охраной государства компьютерная информация перестает соответствовать обязательным критериям объективности, достоверности, актуальности, защищенности и конфиденциальности. Согласно информации о внесении сведений о присвоении объектам критической информационной инфраструктуры одной из категорий значимости в реестр значимых объектов критической информационной инфраструктуры Российской Федерации, предоставленной Федеральной службой по техническому и экспортному контролю одним из объектов критической инфраструктуры, принадлежащем АО «Почта Банк» на основании простой (неисключительной) лицензии, полученной на основании договора ...../FXL-01 от 07 июня 2012 г.), которому присвоена третья категория значимости, действительно является «Автоматизированная банковская система АО «Почта Банк»» (регистрационный номер ...../А, дата внесения в реестр ДД.ММ.ГГГГ) (т.3 л.д.195-196). В судебном заседании исследованы приказ о приеме ФИО1 как работника на работу .....к от ДД.ММ.ГГГГ в должности оператора связи 01-го класса (т.3 л.д.34) и приказ о переводе затем ее (ФИО1) на другую работу ..... к/пер от ДД.ММ.ГГГГ - на должность начальника отделения ОПС Северодвинск 164523 (т.3 л.д.35). Исходя из условий агентского взаимодействия с работником отделения почтовой связи АО ФИО117 (Приложение ..... к Приказу от ДД.ММ.ГГГГ .....), согласно которых предметом агентского договора, заключаемого путем публичной оферты, является выполнение агентом по поручению, от имени и за вознаграждение Банка следующих действий: принимать от клиентов заявления на предоставление услуг; принимать от клиентов подписанное согласие на обработку персональных данных в виде заполненных клиентами бланков, соответствующих форме принципала; оформлять заявки на получение услуг; осуществлять сбор сведений и документов, необходимых для последующей идентификации Банком клиентов; осуществлять фотографирование клиентов, фотографирование/сканирование их документов; проверять полноту и соответствие данных, указанных в заявке на предоставление услуг, и представленных клиентом документах; организовывать подписание клиентом документов, необходимых для предоставления услуг; выдавать клиентам в рамках заключенных договоров банковские карты; осуществлять передачу Банку полного комплекта документов по услугам в соответствии с требованиями к комплекту документов, указанному в личном кабинете; информировать клиентов об остатках на текущем счете, о задолженности по кредиту, а также предоставлять по запросам клиентов иную информацию по услугам; организовывать прием наличных денежных средств для погашения задолженности по кредиту, размещения средств во вклад или на текущий счет, для оплаты услуг страхования, для переводов без открытия счета; организовывать выдачу наличных денежных средств со вклада, c текущего счета, при переводе без открытия счета (т.2 л.д.135-138). Из представленных в материалах уголовного дела технологической карте по оформлению банковских продуктов и предоставлению услуг ПАО ФИО118 (в редакции, утвержденной Приказом от 16 марта 2017 г. ..... «Об утверждении новых редакций технологических карт») (т.3 л.д.171-186) и Положения о порядке обслуживания физических лиц – клиентов АО ФИО119 (в редакции, утвержденной Приказом от 18 декабря 2023 г. ..... «Об утверждении Положения о порядке обслуживания физических лиц – клиентов АО ФИО120 (Редакция 31.0) следует, что открытие Сберегательного счета / заключение Договора банковского счета, а также выдача неименной банковской карты к счету осуществляется только при обращении клиента. Из оглашенных в порядке ст. 281 УПК РФ показаний Свидетель №6, Свидетель №3, Свидетель №7, Свидетель №4, Свидетель №5, Свидетель №2 и Свидетель №1, данных ими в ходе предварительного расследования уголовного дела, установлено следующее. Так, Свидетель №6 (т.2 л.д.163-167) показал, что ДД.ММ.ГГГГ в период времени с 17 часов 00 минут до 17 часов 47 минут он пришёл в ОПС ..... для получения услуг почтовой связи. Сотрудник АО ФИО122 ФИО2 (как установлено в ходе уголовного судопроизводства по делу) пояснила ему, что для получения отправления ему было необходимо сообщить ей (ФИО2) цифровой код, который пришел на номер его телефона: ....., что он и сделал. После получения почтового отправления, он помещение почты покинул. Весной того же года (2024) узнал, что в указанный день (ДД.ММ.ГГГГ) на его (Свидетель №6) имя открыто два банковских счета в АО ФИО123 и банковская карта. При этом он (Свидетель №6) банковские счета не открывал, банковские карты не получал. Согласно исследованным копиям заявления об открытии сберегательного счета и предоставлении расчётной (дебетовой) карты от ДД.ММ.ГГГГ на имя Свидетель №6 в АО ФИО124 агентом Банка ФИО2 открыты банковские счета №....., 40..... (т.2 л.д.57-59; т.3 л.д.190-191) и идентифицирована банковская карта ..... (т.2 л.д.57-59); в 17 часов 43 минут на номер его телефона (+.....) доставлено смс-сообщение с кодом подтверждения для авторизации «11809» (т.3 л.д.69-70), а из выписки движения денежных средств по банковскому счету ....., следует, что в тот же день (ДД.ММ.ГГГГ) в 17 часов 48 минут осуществлена операция по внесению денежных средств в сумме 600 рублей и в 17 часов 49 минут - по их снятию (т.3 л.д.73). Свидетель №3 (т.2 л.д.184-187) сообщил, что ДД.ММ.ГГГГ в период времени с 17 часов 30 минут до 18 часов 30 минут он также обратился в указанное почтовое отделение для получения посылки, где (как установлено в ходе уголовного судопроизводства) ФИО2 пояснила ему, что для получения посылки необходимо получить электронную цифровую подпись, после чего передала ему на подпись документ на бумажном носителе на открытие электронной цифровой подписи, которая он собственноручно подписал. После ФИО2 попросила назвать цифровые коды, которые пришли в смс-сообщении на используемый им (Свидетель №3) номер телефона: ....., что он и сделал. ФИО2 выдала ему посылку, и он ушел. Позже узнал, что на его имя, без его (Свидетель №3) ведома в АО ФИО128 был открыт банковский счет и банковская карта. Он своего согласия на оформление банковского счета и банковской карты ФИО126 не давал; волеизъявления становиться клиентом указанного Банка не выражал; с просьбой оформить на его имя банковский счет и банковскую карту в АО ФИО127 не обращался. Согласно исследованным копиям регистрационной анкеты на имя Свидетель №3 от ДД.ММ.ГГГГ (т.1 л.д.153-154, 155) на имя последнего оформлена мультиподпись (ПЭП) АО «Почта России» и АО «Почта Банк» (анкета подписана от имени агента ФИО2), а согласно заявления об открытии сберегательного счета от той же даты (ДД.ММ.ГГГГ) на его имя в АО ФИО125 тем же агентом Банка (ФИО2) открыт банковский счет ..... (т.1 л.д.149-150); в 17 часов 54 минут на номер его телефона доставлено смс-сообщение с кодом подтверждения для авторизации «17370» (т.3 л.д.69-70), а из выписки движения денежных средств по банковскому счету следует, что на следующий день (ДД.ММ.ГГГГ) в 12 часов 51 минуту осуществлена операция по внесению денежных средств в сумме 600 рублей, а в 12 часов 52 минуты - по их снятию (т.3 л.д.75). Аналогично Свидетель №7 (т.2 л.д.176-179) указал как ДД.ММ.ГГГГ в период времени с 14 часов 30 минут до 15 часов 30 минут пришел в отделение ФИО129 по адресу: &lt;адрес&gt; для получения заказного письма, где (как установлено в ходе уголовного судопроизводства) ФИО2 пояснила, что для получения заказного письма необходимо оформить электронную цифровую подпись. Заполнив в стационарном компьютерном устройстве сведения, ФИО2 передала ему на подписание документ – заявление на получение электронной цифровой подписи. Он подписал указанный документ. Далее, ФИО2 попросила назвать цифровые коды, которые пришли в смс-сообщении на номер телефона: ....., что он и сделал. ФИО2 выдала ему заказное письмо и с почты он ушел. Позже узнал, что на его имя, без его (Свидетель №7) ведома в АО «Почта Банк» был открыт банковский счет и банковская карта. Согласно исследованным копиям регистрационной анкеты на имя Свидетель №7 от ДД.ММ.ГГГГ (т.2 л.д.20-21, 22, 217-250; т. 3 л.д.1-25) на имя последнего оформлена мультиподпись (ПЭП) АО «Почта России» и АО «Почта Банк» (анкета подписана от имени агента ФИО2), а согласно заявления об открытии сберегательного счета от той же даты (ДД.ММ.ГГГГ) на его имя в АО «Почта банк» тем же агентом Банка (ФИО2) открыт банковский счет ..... (т.2 л.д.16-17); в 15 часов 00 минут на номер его телефона доставлено смс-сообщение с кодом подтверждения для авторизации «46812» (т.3 л.д.69-70), а из выписки движения денежных средств по банковскому счету следует, что на следующий день (ДД.ММ.ГГГГ) в 16 часов 15 минуту осуществлена операция по внесению денежных средств в сумме 600 рублей, а в 16 часов 16 минуты - по их снятию (т.3 л.д.76). Свидетель №4 (т.2 л.д.180-183) пояснила как она ДД.ММ.ГГГГ в период времени с 14 часов 00 минут до 15 часов 00 минут также пришла в обозначенное выше отделение «ФИО130» для получения посылки. Сотрудник указанного почтового отделения (как установлено в ходе уголовного судопроизводства по делу) ФИО2 пояснила, что для получения посылки необходимо оформить электронную цифровую подпись. Заполнив в стационарном компьютерном устройстве сведения, ФИО2 попросила назвать цифровые коды, которые пришли в смс-сообщении на номер телефона: ....., что она (Свидетель №4) и сделала. Далее ФИО2 выдала посылку и с почты она (Свидетель №4) ушла. Позже, она узнала, что на её имя, без её (Свидетель №4) ведома в АО ФИО132 был открыт банковский счет и банковская карта. Она своего согласия на оформление банковского счета и банковской карты «Почта Банк» не давала; волеизъявления становиться клиентом указанного банка она не выражала; с просьбой оформить на её имя банковский счет и банковскую карту в АО ФИО131 не обращалась. Согласно исследованным копиям регистрационной анкеты на имя Свидетель №4 от ДД.ММ.ГГГГ (т.1 л.д.200-201, 202, 217-250; т.3 л.д.1-25) на имя последней оформлена мультиподпись (ПЭП) АО «Почта России» и АО «Почта Банк» (анкета подписана от имени агента ФИО2), а согласно заявления об открытии сберегательного счета от той же даты (ДД.ММ.ГГГГ) на ее имя в АО «Почта банк» тем же агентом Банка (ФИО2) открыт банковский счет ..... (т.1 л.д.196-197); в 14 часов 14 минут на номер ее телефона доставлено смс-сообщение с кодом подтверждения для авторизации «.....» (т.3 л.д.69-70), а из выписки движения денежных средств по банковскому счету следует, что на следующий день (ДД.ММ.ГГГГ) в 16 часов 21 минуту осуществлена операция по внесению денежных средств в сумме 600 рублей, а в 16 часов 22 минуты - по их снятию (т.3 л.д.77). Свидетель №5 (т.2 л.д.159-162) в своих показаниях сообщила как ДД.ММ.ГГГГ в период времени с 11 часов 00 минут до 12 часов 00 минут она пришла в указанное выше отделение «Почты» для получения посылки и отправления перевода. Сотрудник, производящий обслуживание в отделении (как установлено в ходе уголовного судопроизводства по делу) ФИО2 выдала посылку, после чего сообщила, что перед оплатой за товар, ей (ФИО3) необходимо оформить электронную цифровую подпись. ФИО2 внеся персональные данные распечатала заявление и передала его на подпись ей (Свидетель №5). Также, ей (Свидетель №5) на номер мобильного телефона приходили смс-сообщения от абонента ФИО134 Цифровые коды, содержащиеся в указанных сообщениях ФИО2 попросила сообщить ей, что она (Свидетель №5) и сделала. Далее, ФИО2 приняла оплату за товар, выдала чек об оплате и она (Свидетель №5) ушла. Позже она узнала, что на её имя, без её (Свидетель №5) ведома в АО ФИО135 был открыт банковский счет и банковская карта. Она (Свидетель №5) своего согласия на оформление банковского счета и банковской карты «Почта Банк» не давала, волеизъявления становиться клиентом указанного банка она не выражала. С просьбой оформить на её имя банковский счет и банковскую карту в АО ФИО133 не обращалась. Согласно исследованным копиям регистрационной анкеты на имя Свидетель №5 от ДД.ММ.ГГГГ (т.1 л.д.233-234, 235; т.2 л.д.217-250; т.3 л.д.1-25) на имя последней оформлена мультиподпись (ПЭП) АО «Почта России» и АО «Почта Банк» (анкета подписана от имени агента ФИО2), а согласно заявления об открытии сберегательного счета от той же даты (ДД.ММ.ГГГГ) на ее имя в АО «Почта банк» тем же агентом Банка (ФИО2) открыт банковский счет ..... (т.1 л.д.229-230); в 11 часов 48 минут на номер ее телефона доставлено смс-сообщение с кодом подтверждения для авторизации «.....» (т.3 л.д.69-70), а из выписки движения денежных средств по банковскому счету следует, что ДД.ММ.ГГГГ в 10 часов 47 минут осуществлена операция по внесению денежных средств в сумме 600 рублей, а в 10 часов 49 минут - по их снятию (т.3 л.д.78). Свидетель №2, будучи допрошенным (т.2 л.д.168-171), пояснил, что ДД.ММ.ГГГГ в период времени с 12 часов 01 минуты до 13 часов 00 минут также как и Свидетель №5 пришел в отделение «Почта России» для отправления заказного письма с уведомлением, где (как установлено в ходе уголовного судопроизводства по делу) ФИО2, производящая обслуживание, пояснила, что для определения стоимости отправления заказного письма необходимо зарегистрироваться в базе «Почта России». Также ФИО2 попросила назвать цифровые коды, которые пришли в смс-сообщении на номер телефона ....., что он и сделал. Далее, ФИО2 приняла заказное письмо и он (Свидетель №2) ушел. Позже узнал, что на его имя, без его (Свидетель №2) ведома в АО ФИО137 был открыт банковский счет и банковская карта. Он своего согласия на оформление банковского счета и банковской карты «Почта Банк» не давал, волеизъявления становиться клиентом указанного банка не выражал. С просьбой оформить на его имя банковский счет и банковскую карту в АО ФИО136 он не обращался. Согласно исследованным копиям регистрационной анкеты на имя Свидетель №2 от ДД.ММ.ГГГГ (т.1 л.д.114-115, 116; т.2 л.д.217-250; т.3 л.д.1-25) на имя последнего оформлена мультиподпись (ПЭП) АО «Почта России» и АО ФИО138 (анкета подписана от имени агента ФИО2), а согласно заявления об открытии сберегательного счета от той же даты (ДД.ММ.ГГГГ) на его имя в АО «Почта банк» тем же агентом Банка (ФИО2) открыт банковский счет ..... (т.1 л.д.110-111); в 12 часов 01 минуту на номер его телефона доставлено смс-сообщение с кодом подтверждения для авторизации «.....» (т.3 л.д.69-70), а из выписки движения денежных средств по банковскому счету следует, что ДД.ММ.ГГГГ в 10 часов 43 минуты осуществлена операция по внесению денежных средств в сумме 600 рублей, а в 10 часов 45 минут - по их снятию (т.3 л.д.79). Как следует из показаний Свидетель №1, будучи допрошенным (т.2 л.д.172-175), ДД.ММ.ГГГГ в период времени с 18 часов 55 минут до 19 часов 30 минут он пришел в отделение «Почта России» для получения заказного письма с уведомлением, где (как установлено в ходе уголовного судопроизводства по делу) ФИО2, производящая его обслуживание, пояснила, что необходимо оформить электронную цифровую подпись. Заполнив в стационарном компьютерном устройстве необходимые сведения, ФИО2 передала ему (Свидетель №1) на подписание документ – заявление на получение электронной цифровой подписи, который он подписал. Далее, ФИО2 попросила назвать цифровые коды, которые поступили в виде смс-сообщений на номер телефона: ....., что он и сделал. ФИО2 выдала заказное письмо и с почты он ушел. Позже он узнал, что на его имя, без его (Свидетель №1) ведома в АО ФИО140 был открыт банковский счет и банковская карта. Он своего согласия на оформление банковского счета и банковской карты «Почта Банк» не давал, волеизъявления становиться клиентом указанного банка не выражал. С просьбой оформить на его имя банковский счет и банковскую карту в АО ФИО139 он не обращался. Согласно исследованным копиям регистрационной анкеты на имя Свидетель №1 от ДД.ММ.ГГГГ (т.1 л.д.76-77, 78; т.2 л.д.217-250; т.3 л.д.1-25) на имя последнего оформлена мультиподпись (ПЭП) АО «Почта России» и АО ФИО141 (анкета подписана от имени агента ФИО2), а согласно заявления об открытии сберегательного счета от той же даты (ДД.ММ.ГГГГ) на его имя в АО «Почта банк» тем же агентом Банка (ФИО2) открыт банковский счет ..... (т.1 л.д.110-111); в 19 часов 00 минут на номер его телефона доставлено смс-сообщение с кодом подтверждения для авторизации «.....» (т.1 л.д.72-73), а из выписки движения денежных средств по банковскому счету следует, что ДД.ММ.ГГГГ в 10 часов 51 минуту осуществлена операция по внесению денежных средств в сумме 600 рублей, а в 10 часов 53 минуты - по их снятию (т.3 л.д.80). Соответственно никто из перечисленных лиц (Свидетель №6, Свидетель №3, Свидетель №7, Свидетель №4, ФИО5, Свидетель №2, Свидетель №1) никаких банковских операций с использованием выпущенных без их ведома банковских карт АО «ФИО142 не осуществляли (т.2 л.д.159-162, 163-167, 168-171, 172-175, 176-179, 180-183, 184-187). Согласно сведениям из АО «ФИО143» агент ФИО2 осуществляла посредством аутентификации по фотографии вход в Автоматизированную банковскую систему АО «ФИО144» (т.1 л.д.123, 162, 215; т.2 л.д.70): ДД.ММ.ГГГГ в 17 часов 41 минуту (Свидетель №6); ДД.ММ.ГГГГ в 17 часов 51 минуту (Свидетель №3); ДД.ММ.ГГГГ в 14 часов 57 минут (Свидетель №7); ДД.ММ.ГГГГ в 14 часов 04 минуты (Свидетель №4); ДД.ММ.ГГГГ в 11 часов 39 минут (Свидетель №5 и Свидетель №2); ДД.ММ.ГГГГ в 18 часов 57 минут (Свидетель №1) и за период января и июня 2024 г. ею получено вознаграждение за продажу банковских продуктов АО «ФИО145» (т.3 л.д.188-189). Как установлено из взаимодополняющих показаний на досудебной стадии производства по делу других допрошенных по делу коллег подсудимой – свидетелей Свидетель №10 (т.2 л.д.194-200) (заместителя ФИО2), ФИО6 (т.2 л.д.188-193) и Свидетель №8 (т.2 л.д.201-206) (операторов) в АО ФИО146 имеется определенный план продаж банковских продуктов АО ФИО147 который доводится до сотрудников региональным менеджером, в случае невыполнения которого высказывается устное порицание. Предполагается, что план по количеству привлеченных клиентов должен быть выполнен, путем предложения («агрессивной продажи» - настойчивого предложения услуг Банка) посетителям почтового отделения услуг Банка (например, открытие сберегательного счета, перевод пенсии). Также, существует инструкция, как правильно предложить клиенту банковские услуги (например, указать на преимущества именно АО «Почта Банк», например в виде кэшбэка либо скидки на услуги почтовой связи). То есть, в любом случае, оказание банковских услуг клиенту должно быть «прозрачно» и понятно последнему, а также совершенно лишь с согласия клиента. Пин-код от банковской карты клиент обязательно должен вводить самостоятельно. Доступ к информационной базе данных Банках у меня имеется лишь в связи с выполнением обязанностей агента, а именно по предоставлению клиентам, по их требованию, услуг Банка. Отдельно отмечали, что за каждого зарегистрированного человека предусматривалось вознаграждение агенту. Кроме того, после оформления банковского счета (для того, чтобы он был зачтен агенту в показатели для выполнения плана и получения вознаграждения от АО «Почта Банк») клиенту предлагается активировать банковскую карту, проверив таким образом ее работоспособность, путем внесения и одновременного снятия денежных средств в сумме не менее 600 рублей (указанный минимальный порог внесения варьировался от 501 рубля до 600 рублей), для чего (дальнейшей активации приведенным способом) собственно ФИО2, как она сама поясняла (Свидетель №8), и оставляла у себя банковские карты новых зарегистрированных клиентов, привязанные к открытым ей (ФИО2) без ведома последних (клиентов) счетам. Будучи допрошенными в ходе предварительного следствия региональные менеджеры АО «ФИО148 - свидетели Свидетель №12 (т.2 л.д.207-210) и Свидетель №9 (т.2 л.д.211-214), сообщили, что в их должностные обязанности, помимо прочего, входит доведение планов продаж по линии АО «Почта Банк» до начальников отделений АО «Почта России», расположенных в &lt;адрес&gt; и их последующий контроль. Отделение (.....), возглавляемое ФИО2 всегда было на первых местах по выполнению такого рода планов. Относительно производства операций по банковским счетам клиентов АО &lt;данные изъяты&gt; показали, что по требованию клиента пополнить банковский счет АО &lt;данные изъяты&gt; сотрудник АО «Почта России», в том числе не являющийся агентом АО &lt;данные изъяты&gt; заходит под своим логином и паролем в Единую автоматизированную систему отделений почтовой связи, переходит во вкладку «Внесение наличных». В указанной вкладке указывает ФИО клиента, паспортные данные и сумму к внесению. Далее клиент вставляет банковскую карту в эквайринговый терминал оплаты (подключен к компьютерному устройству сотрудника отделения почтовой связи), набирает пин-код и операция завершается. Денежные средства поступают на банковский счет клиента. При этом сотрудник АО «Почта России» принимает от клиента денежные средства в наличной форме в той сумме, которая по устному поручению клиента внесена на банковский счет. Далее, сотрудник отделения почтовой связи денежные средства вносит в кассу, установленную на его рабочем месте. Указанная операция автоматически вносится в электронный журнал «Отчетность формы 130», выгружаемый Единой автоматизированной системой отделений почтовой связи. Удалить сведения из указанного журнала сотрудники отделений почтовой связи самостоятельно не могут. Аналогичная операция производится и при снятии денежных средств, только во вкладке «Снятие наличных». Указанная операция также отражается в электронном журнале «Отчетность формы 130». При этом денежные средства клиенту выдаются из кассы отделения почтовой связи. Анализируя вышеизложенные доказательства, суд считает вину подсудимой в совершении инкриминируемых преступлений (№№ 1 и 2) доказанной и установленной приведенными выше исследованными и проверенными в судебном заседании доказательствами, подробное содержание которых всех приведено в приговоре суда. Оснований не доверять показаниям допрошенных лиц из числа перечисленных, как и оснований для самооговора подсудимой либо оговора последней со стороны третьих лиц, у суда не имеется, поскольку они последовательны, непротиворечивы, получены в соответствии с требованиями уголовно-процессуального закона, относятся к существу предъявленного обвинения, в деталях согласуются между собой, а также с другими письменными материалами дела, протоколами проведенных следственных действий, взаимно дополняя друг друга, в связи с чем признаются судом относимыми, допустимыми и достоверными в части не противоречащей установленным фактическим обстоятельствам произошедшего, а в своей совокупности достаточными для разрешения уголовного дела по существу. Судом бесспорно установлено, что ФИО2, являясь начальником отделения почтовой связи, без согласия клиентов Свидетель №6, Свидетель №3, Свидетель №7, Свидетель №4, ФИО5, Свидетель №2 и Свидетель №1 умышленно, в целях выполнения плановых показателей по реализации банковских продуктов АО ФИО149 и получения вследствие этого вознаграждения в денежном эквиваленте в нарушение правил доступа к охраняемой компьютерной информации, содержащейся в критической информационной инфраструктуре Российской Федерации и информационным системам, относящимся к критической информационной инфраструктуре Российской Федерации (№ 1), оформила от них (Свидетель №6, Свидетель №3, Свидетель №7, Свидетель №4, ФИО5, Свидетель №2 и Свидетель №1) заявления на открытие банковских счетов в АО ФИО150 тем самым неправомерно внесла несоответствующую действительности информацию об открытии соответствующих банковских счетов и как следствие выдаче эмитированной Банком неименных дебетовых банковских карт в программное обеспечение информационной системы АО ФИО151 После чего выпущенные банковские карты Свидетель №6, Свидетель №3, Свидетель №7, Свидетель №4, ФИО5, Свидетель №2 и Свидетель №1, идентифицированные на последних не выдала, оставив себе на хранение для того, чтобы в дальнейшем посредством программного обеспечения (Единой автоматизированной системы отделений почтовой связи), используя внедренные в указанную программу вкладки «Внесение наличных» и «Снятие наличных», осуществила в каждом случае по две соответствующие расходные операции, создав, таким образом, видимость движения денежных средств, при том, что в действительности денежные средства в кассу АО «Почта России» не вносились. В соответствии с Федеральным законом от 26 июля 2017 года № 187-ФЗ АО ФИО152 является субъектом критической информационной инфраструктуры Российской Федерации, которому на праве собственности принадлежат информационные системы и информационно-телекоммуникационные сети. Автоматизированная банковская система АО ФИО153 в соответствии со ст.2 Федерального закона от 26 июля 2017 г. № 187-ФЗ является объектом «информационной системы» и на основании ст.7 комментируемого Федерального закона Федеральной службой по техническому и экспортному контролю Российской Федерации внесена в государственный реестр значимых объектов критической информационной инфраструктуры Российской Федерации, которой присвоена третья категория значимости. Согласно ч.2 ст.10 одной из основных задач системы безопасности значимого объекта критической информационной инфраструктуры является предотвращение неправомерного доступа к информации, обрабатываемой значимым объектом критической информационной инфраструктуры, уничтожения такой информации, ее модифицирования, блокирования, копирования, предоставления и распространения, а также иных неправомерных действий в отношении такой информации. По смыслу взаимосвязанных между собой Инструкции Банка России № 204-И от 30 июня 2021 г., Положения о порядке обслуживания физических лиц – клиентов АО ФИО154 (в редакции, утвержденной Приказом от 18 декабря 2023 г. ..... «Об утверждении Положения о порядке обслуживания физических лиц – клиентов АО ФИО155 (редакция 31.0), Положений, содержащихся в Технологической карте по оформлению банковских продуктов и предоставлению услуг ПАО ФИО156 (в редакции, утвержденной Приказом от 16 марта 2017 г. ..... «Об утверждении новых редакций технологических карт») и Федерального закона от 27 июля 2006 г. № 149-ФЗ «Об информации, информационных технологиях и о защите информации» (в редакции № 63 Федерального закона от 12 декабря 2023 г. № 588-ФЗ) Банк обязан располагать подтверждением получения обращения клиента об открытии счета, способы документирования которого должны быть определены банковскими правилами и (или) договором; открытие Сберегательного счета/ заключение Договора банковского счета и выдача неименной банковской карты к счету осуществляется при обращении клиента. Подсудимая была лично ознакомлена с положениями вышеуказанного действующего законодательства Российской Федерации в области заключения договоров об оказании банковских услуг, своим трудовым договором, должностной инструкцией, условиями агентского взаимодействия и иными приведенными локальными нормативными актами, регламентирующими порядок оформления банковских услуг, доступа к информационной системе Банка и информации, содержащейся в данной информационной системе, правилами внесения, обработки, передачи и хранения информации о клиентах. Действия ФИО1, оформившей от Свидетель №6, Свидетель №3, Свидетель №7, Свидетель №4, ФИО5, Свидетель №2 и Свидетель №1 в нарушение регламентированной процедуры заявления на открытие банковских счетов в АО «Почта Банк» и соответственно внесение в нарушение приведенных правил доступа несоответствующей действительности информации об открытии соответствующих банковских счетов и, как следствие, выдаче эмитированной Банком неименных дебетовых банковских карт в программное обеспечение информационной системы АО «Почта Банк» привели к нарушению целостности указанной информационной системы, в результате чего информация, циркулирующая в ней перестала соответствовать критериям объективности, достоверности, актуальности, защищенности, что повлекло причинение вреда критической информационной инфраструктуре Российской Федерации, необходимость несения дополнительных материальных и ресурсных затрат на своевременное выявление и блокировку внесенной путем неправомерного доступа недостоверной информации. Указанные действия подсудимая совершила, используя свое служебное положение, поскольку согласно трудовому договору, локальным нормативным актам и должностной инструкции являлась начальником отделения ОПС ..... УФПС &lt;адрес&gt; АО «Почта России» и агентом АО ФИО157 при выполнении своих служебных полномочий с использованием учетной записи и личного пароля для доступа в информационные системы, предоставленных ей работодателем для выполнения своих служебных обязанностей. В тоже время квалификация действий ФИО2 как «неправомерный доступ к охраняемой компьютерной информации….» (ч.2 ст. 274.1 УК РФ ) не основа на фактических обстоятельствах и подлежит исключению, поскольку по смыслу ч.2 ст. 274.1 УК РФ неправомерный доступ предполагает получение или использование такой информации без согласия обладателя информации лицом, не наделенным необходимыми для этого полномочиями (не являющимся, к примеру, агентом АО ФИО158). В соответствии с положением о порядке обслуживания физических лиц - клиентов АО ФИО159 (в редакции, утвержденной Приказом от 18 декабря 2023 г. ..... «Об утверждении Положения о порядке обслуживания физических лиц – клиентов АО ФИО160 (Редакция 31.0), при обращении клиента с целью получения дебетовой карты к сберегательному счету, сотрудник точки продаж (работник отделения почтовой связи Почта России, заключивший с Банком агентский договор и прошедший инструктаж в Банке для выполнения квалифицированных действий, указанных в агентском договоре) осуществляет идентификацию и аутентификацию; консультирует клиента о тарифах обслуживания дебетовой карты; указывает в карточке договора банковского счета клиента 16-тизначный номер, указанный на дебетовой карте, после чего автоматически осуществляется проверка статуса дебетовой карты. В случае, если проверка дебетовой карты успешно завершена, в этом случае, клиенту автоматически направляется одноразовый пароль, который запрашивает сотрудник точки продаж и вводит его значение для подтверждения согласия на получение дебетовой карты. В случае успешной проверки одноразового пароля формируется печатная форма расписки о получении дебетовой карты. Сотрудник точки продаж выдает клиенту дебетовую карту, информирует клиента о необходимости поставить подпись на полосе для подписи, расположенной на оборотной стороне дебетовой карты, собственноручно клиентом. Пунктом 1 ст.7 Федерального закона от 07 августа 2001 г. № 115-ФЗ «О противодействии легализации (отмыванию) доходов, полученных преступным путем, и финансированию терроризма» (в редакции № 104 от 19 октября 2023 г.) регламентировано, что организации, осуществляющие операции с денежными средствами или иным имуществом, обязаны до приема на обслуживание идентифицировать клиента, то есть при выдаче платежной карты, совершении операций с использованием платежной карты кредитная организация обязана идентифицировать ее держателя. Выпущенные банковские карты Свидетель №6, Свидетель №3, Свидетель №7, Свидетель №4, ФИО5, Свидетель №2 и Свидетель №1, идентифицированные на последних, ФИО2 не выдала, оставив себе на хранение, после чего посредством программного обеспечения (Единой автоматизированной системы отделений почтовой связи) осуществила соответствующие расходные операции, в действительности денежные средства в кассу АО «Почта России» не внося, создав, таким образом, видимость движения денежных средств. Изготовленные и хранимые подсудимой в целях последующего использования дебетовые банковские карты в соответствии п.19 ст.3 Федерального закона от 27 июня 2011 г. № 161-ФЗ «О национальной платежной системе» являются электронным средством платежа - средством и (или) способом,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 По смыслу закона любое электронное или техническое устройство, средство, которое позволяет клиенту банковской организации пользоваться своим банковским счетом дистанционно (удаленно) с использованием информационно-коммуникационных технологий и осуществлять переводы денежных средств составлять, удостоверять и передавать распоряжения в целях осуществления перевода денежных средств. В данном случае такими средствами являлись банковские карты, привязанные к соответствующим банковскими счетам, так как с их (карт) помощью осуществлялся доступ к счету с использованием информационно-коммуникационных технологий и осуществлялись операции с денежными средствами. При этом признак неправомерности использования такого средства платежа вытекает из оформления ФИО2 этих средств и не передачи их Свидетель №6, Свидетель №3, Свидетель №7, Свидетель №4, ФИО5, Свидетель №2 и Свидетель №1 для возможности контроля, а также совершения денежных операций с их (банковских карт) использованием не в интересах и без добровольного согласия последних (Свидетель №6, Свидетель №3, Свидетель №7, Свидетель №4, ФИО5, Свидетель №2 и Свидетель №1), что само по себе является неправомерным, так как запрет на это закреплен в ст.27 Федерального закона от 27 июня 2011 г. № 161-ФЗ «О национальной платежной системе». Исследованные судом доказательства в их совокупности, фактические обстоятельства дела, установленные в судебном заседании, характер и последовательность действий виновной объективно подтверждают наличие у нее прямого умысла на совершение анализируемых преступлений. С учетом изложенного суд квалифицирует действия подсудимой ФИО2:</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ч.4 ст. 274.1 УК РФ - как нарушение правил доступа к охраняемой компьютерной информации, содержащейся в критической информационной инфраструктуре Российской Федерации и информационным системам, относящимся к критической информационной инфраструктуре Российской Федерации, повлекшее причинение вреда критической информационной инфраструктуре Российской Федерации, совершенное с использованием своего служебного положения;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ч.1 ст. 187 УК РФ – как изготовление и хранении в целях использования поддельных платежных карт. На учетах у врачей психиатра и психиатра-нарколога в ГБУЗ АО «СПНД» и ГБУЗ АО «АКПБ» она не числится (т.4 л.д.112, 113). В совокупности с исследованными данными о личности подсудимой, ее адекватным поведением в ходе судебного разбирательства, полной ориентацией в месте, времени и своей личности, суд признает ее вменяемой и способной нести уголовную ответственность. Оснований для применения в отношении нее принудительных мер медицинского характера не имеется. За содеянное она подлежит наказанию, при назначении которого суд, руководствуясь требованиями ст.ст. , , 60 УК РФ , учитывает характер и степень общественной опасности совершенных преступлений; данные об ее личности; обстоятельства, смягчающие наказание, а также влияние назначенного наказания на исправление осужденной и на условия жизни его семьи. Совершенные преступления являются умышленными и в соответствии со ст. 15 УК РФ относятся к категории тяжких. Как личность ФИО2 характеризуется следующим образом. Она ранее не судима (т.4 л.д.108); &lt;данные изъяты&gt; (т.4 л.д.103-107, 110); участковым уполномоченным полиции характеризуется удовлетворительно, жалоб от родственников и соседей на нее не поступало (т.4 л.д.119); подругой ФИО7 и сожителем ФИО8 оценена исключительно положительно. Смягчающими обстоятельствами суд признает по каждому преступлению: явку с повинной, активное способствование раскрытию и расследованию преступлений; полное признание вины и раскаяние в содеянном; принесение извинений. Других обстоятельств, смягчающих наказание, равно как и отягчающих в целом, суд не усматривает. С учетом всех обстоятельств уголовного дела в совокупности, характера и категории тяжести совершенных преступлений, являющихся умышленными, а также данных о личности подсудимой, суд считает необходимым назначить ей за каждое преступление наказание в виде лишения свободы, с назначением дополнительного наказания в виде штрафа, являющегося обязательным в силу санкции ч.1 ст. 187 УК РФ (№ 2). Кроме того, принимая во внимание, что неправомерное воздействие на критическую информационную инфраструктуру Российской Федерации осуществлялось ФИО2 в силу наличия у нее допуска к информационной системе, относящейся к указанной инфраструктуре, а также характер и степень общественной опасности комментируемого преступления (ч.4 ст. 274.1 УК РФ - № 1), суд считает необходимым назначить ей также и дополнительное наказание в виде лишения права заниматься деятельностью, связанной с доступом к критической информационной инфраструктуре Российской Федерации. Окончательное наказание определяется судом, с учетом наличия смягчающих обстоятельств, по правилам ч.3 ст. 69 УК РФ – путем частичного сложения. Учитывая характер и степень общественной опасности совершенных преступлений; личность виновной, которая к уголовной ответственности привлекается впервые; наличие приведенных выше смягчающих при отсутствии отягчающих наказание обстоятельств, суд, руководствуясь ст. 73 УК РФ , полагает возможным исполнять итоговое наказание в виде лишения свободы - условно. При определении размера наказания подсудимой по каждому преступлению суд учитывает наличие вышеуказанных смягчающих наказание обстоятельств, возраст подсудимой, ее материальное и семейное положение, состояние здоровья ее и ее близких; положения ч.1 ст. 62 УК РФ . Исходя из всех фактических обстоятельств дела и степени общественной опасности содеянного, данных о личности виновной оснований для изменения категории совершенных преступлений на менее тяжкие в порядке ч.6 ст. 15 УК РФ , равно как и для применения к подсудимой положений ст.ст. 53.1 (по ч.1 ст. УК Ф - № 2) и 64 УК РФ, постановления приговора без назначения наказания, а также освобождения ее от наказания суд не усматривает. Дополнительные наказания в виде лишения права заниматься определенной деятельностью и штрафа надлежит исполнять самостоятельно и реально и в случае с первым (лишением права) - исчислять с момента вступления приговора суда. Гражданский иск по делу не заявлен. В соответствии с ч.3 ст. 81 УПК РФ вещественные доказательства по делу, хранящиеся при материалах уголовного дела: регистрационные анкеты на имя Свидетель №1, Свидетель №4, Свидетель №2, Свидетель №7, Свидетель №5 (т.3 л.д.26) - надлежит хранить в указанном месте на протяжении всего срока хранения уголовного дела. В ходе предварительного расследования и суда ФИО2 оказывалась юридическая помощь адвокатом Павловской Ю.Р., назначенной органом предварительного следствия и судом, из федерального бюджета за оказание которой было выплачено: на стадии предварительного следствия &lt;данные изъяты&gt; рублей &lt;данные изъяты&gt; копеек (т.4 л.д.134) и в судебном заседании &lt;данные изъяты&gt; рубля &lt;данные изъяты&gt; копеек. От услуг защитника в ходе досудебной стадии производства по делу ФИО2 не отказывалась, вместе с тем, в дальнейшем от осуществлявшего ее защиту обозначенного адвоката (Павловской Ю.Р.) по назначению суда отказалась по мотивам, не связанным с материальным положением. В этой связи процессуальные издержки, выплаченные защитнику за участие в деле на стадии судебного разбирательства (&lt;данные изъяты&gt; рубля &lt;данные изъяты&gt; копеек) подлежат возмещению за счет средств федерального бюджета. Оснований, предусмотренных ч.6 ст. 132 УПК РФ , для полного или частичного освобождения ФИО2 от уплаты оставшейся части процессуальных издержек (&lt;данные изъяты&gt; рублей &lt;данные изъяты&gt; копеек) суд не усматривает. В соответствии с ч.1 ст. 110 УПК РФ избранная мера пресечения в виде подписки о невыезде и надлежащем поведении подлежит отмене после вступления приговора суда в законную силу. На основании изложенного, руководствуясь ст.ст. , - 309 УПК РФ , П Р И Г О В О Р И Л : ФИО2 признать виновной в совершении преступлений, предусмотренных ч.4 ст. 274.1 (№ ) и ч.1 ст. (№ ) УК РФ, и назначить ей наказание:</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ч.4 ст. 274.1 УК РФ - в виде лишения свободы на срок 03 года, с лишением права заниматься деятельностью, связанной с доступом к критической информационной инфраструктуре Российской Федерации, на срок 01 год 08 месяцев;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ч.1 ст. 187 УК РФ - в виде лишения свободы сроком на 01 год, со штрафом в размере 100 000 (сто тысяч) рублей. На основании ч.3 ст. 69 УК РФ по совокупности преступлений, путем частичного сложения назначенных наказаний, окончательно назначить ФИО2 наказание в виде лишения свободы сроком на 03 года 01 месяц, с лишением права заниматься деятельностью, связанной с доступом к критической информационной инфраструктуре Российской Федерации, на срок 01 год 08 месяцев и со штрафом в размере 100 000 (сто тысяч) рублей. На основании ст. 73 УК РФ назначенное наказание в виде лишения свободы считать условным с испытательным сроком 01 год, обязав ее: являться на регистрацию в специализированный государственный орган, осуществляющий контроль за поведением условно осужденных, в установленные таким органом дни; не менять без предварительного уведомления указанного органа постоянного места жительства. Дополнительное наказание в виде лишения права заниматься деятельностью, связанной с доступом к критической информационной инфраструктуре Российской Федерации - исчислять с момента вступления приговора суда в законную силу, исполнять самостоятельно и реально. Дополнительное наказание в виде штрафа - исполнять самостоятельно и реально. Меру пресечения – подписку о невыезде и надлежащем поведении отменить с момента вступления приговора суда в законную силу. Вещественные доказательства: регистрационные анкеты на имя Свидетель №1, Свидетель №4, Свидетель №2, Свидетель №7, Свидетель №5 – хранить при материалах уголовного дела на протяжении всего срока хранения последнего. Взыскать с ФИО1 в доход федерального бюджета процессуальные издержки в размере 19 588 (девятнадцать тысяч пятьсот восемьдесят восемь) рублей 80 копеек. Процессуальные издержки в размере &lt;данные изъяты&gt; (&lt;данные изъяты&gt;) рублей &lt;данные изъяты&gt; копеек - возместить за счет средств федерального бюджета. Приговор может быть обжалован в апелляционном порядке в Архангельском областном суде через Северодвинский городской суд Архангельской области в течение 15 суток со дня провозглашения. Председательствующий С.А. Кабеев Суд: Северодвинский городской суд (Архангельская область) (подробнее) Судьи дела: Кабеев С.А. (судья) (подробнее) Судебная практика по: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