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бетоносмесителя &lt;данные изъяты&gt;, приобретенного в ДД.ММ.ГГГГ году, бывшего в употреблении, в технически исправном и пригодном к дальнейшей эксплуатации состоянии, по состоянию на ДД.ММ.ГГГГ, составляет 13000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бетоносмесителя &lt;данные изъяты&gt;, приобретенного в ДД.ММ.ГГГГ году, бывшего в употреблении, в технически исправном и пригодном к дальнейшей эксплуатации состоянии, по состоянию на ДД.ММ.ГГГГ, составляет 13000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бака пластикового объемом 60л, приобретенный в ДД.ММ.ГГГГ году, бывшего в употреблении, в технически исправном и пригодном к дальнейшей эксплуатации состоянии, по состоянию на ДД.ММ.ГГГГ, составляет 760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бака пластикового объемом 60л, приобретенный в ДД.ММ.ГГГГ году, бывшего в употреблении, в технически исправном и пригодном к дальнейшей эксплуатации состоянии, по состоянию на ДД.ММ.ГГГГ составляет 760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бака пластикового объемом 60л, приобретенный в ДД.ММ.ГГГГ году, бывшего в употреблении, в технически исправном и пригодном к дальнейшей эксплуатации состоянии, по состоянию на ДД.ММ.ГГГГ, составляет 760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генератора бензинового синего цвета, неустановленной марки на 8 кВт, размером 100*50 см, приобретенного в ДД.ММ.ГГГГ году, бывшего в употреблении, в технически исправном и пригодном к дальнейшей эксплуатации состоянии, по состоянию на ДД.ММ.ГГГГ, составляет 20913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насоса водяного марки &lt;данные изъяты&gt; приобретенного в ДД.ММ.ГГГГ, бывшего в употреблении, в технически исправном и пригодном к дальнейшей эксплуатации состоянии, по состоянию на ДД.ММ.ГГГГ, составляет 2500 рублей (том № л.д. 198-200);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инкубатора для яиц марки &lt;данные изъяты&gt; приобретенного в ДД.ММ.ГГГГ году, бывшего в употреблении, в технически исправном и пригодном к дальнейшей эксплуатации состоянии, по состоянию на ДД.ММ.ГГГГ, составляет 7526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инкубатора для яиц марки &lt;данные изъяты&gt; приобретенного в ДД.ММ.ГГГГ году, бывшего в употреблении, в технически исправном и пригодном к дальнейшей эксплуатации состоянии, по состоянию на ДД.ММ.ГГГГ, составляет 9500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инкубатора для яиц марки &lt;данные изъяты&gt; приобретенного в ДД.ММ.ГГГГ году, бывшего в употреблении, в технически исправном и пригодном к дальнейшей эксплуатации состоянии, по состоянию на ДД.ММ.ГГГГ, составляет 14395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весов напольных торговых, приобретенных в ДД.ММ.ГГГГ году, бывшего в употреблении, в технически исправном и пригодном к дальнейшей эксплуатации состоянии, по состоянию на ДД.ММ.ГГГГ, составляет 3900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измельчителя садового марки &lt;данные изъяты&gt;», приобретенного в ДД.ММ.ГГГГ году, бывшего в употреблении, в технически исправном и пригодном к дальнейшей эксплуатации состоянии, по состоянию на ДД.ММ.ГГГГ, составляет 15570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триммера марки «Bosch», приобретенного в ДД.ММ.ГГГГ, бывшего в употреблении, в технически исправном и пригодном к дальнейшей эксплуатации состоянии, по состоянию на ДД.ММ.ГГГГ, составляет 5000 рублей.</w:t>
      </w:r>
    </w:p>
    <w:p>
      <w:pPr>
        <w:pStyle w:val="Heading3"/>
      </w:pPr>
      <w:r>
        <w:rPr>
          <w:rFonts w:ascii="Times New Roman" w:hAnsi="Times New Roman" w:eastAsia="Times New Roman" w:cs="Times New Roman"/>
          <w:b/>
          <w:i w:val="0"/>
          <w:sz w:val="22"/>
        </w:rPr>
        <w:t>Пункт 14. Выводы</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водонагревателя марки &lt;данные изъяты&gt; объемом бака 50 л приобретенного в ДД.ММ.ГГГГ году, бывшего в употреблении, в технически исправном и пригодном к дальнейшей эксплуатации состоянии, по состоянию на ДД.ММ.ГГГГ, составляет 7118 рублей (том № л.д. 198-200); - вещественными доказательствами: навесной замок &lt;данные изъяты&gt; который осмотрен и приобщен к материалам дела (том № л.д. 17, 18, 218-220, 221-222, 223-224). Приведенные доказательства являются достаточными и бесспорно свидетельствуют о причастности подсудимого к совершению инкриминируемого ему преступлений. Показания участников процесса согласуются с письменными доказательствами по делу, которые суд в соответствии с требованиями ст. , , 88 УПК РФ надлежаще проверил и оценил с точки зрения относимости, допустимости и достоверности, а в совокупности - достаточности для постановления обвинительного приговора. Каких-либо объективных данных, могущих явиться причиной для оговора ФИО7 потерпевшими и свидетелями по делу, - судом не установлено, в материалах дела они не содержатся, также не установлено их личной заинтересованности в привлечении подсудимого к уголовной ответственности. Действия ФИО7 суд квалифицирует по: пп. «а», «б», «в» ч.2 ст. 158 УК РФ как кражу,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п. «а» ч.3 ст. 158 УК РФ (два преступления) как кражу, то есть тайное хищение чужого имущества, совершенная группой лиц по предварительному сговору, с незаконным проникновением в жилище, с причинением значительного ущерба гражданин. Квалифицирующий признак преступлений – с незаконным проникновением в иное хранилище, а также в жилища, полностью нашел свое подтверждение в материалах дела, об этом свидетельствуют подробные показания потерпевших и самого подсудимого. Квалифицирующий признак преступлений - совершение преступления группой лиц по предварительному сговору нашел свое подтверждение в материалах дела, поскольку ФИО7 и Н. (здесь и далее – лица, в отношении которого отказано в возбуждении уголовного дело в связи с его смертью ДД.ММ.ГГГГ) договорились на совершение конкретных преступлений - краж, они действовали целенаправленно, единовременно, совместно и согласованно, с целью достижения единого преступного результата, при этом, противоправные действия каждого из соучастников были поняты и очевидны для другого, они совместно принимали активное участие в совершении вышеуказанных противоправных действий, обеспечивая друг для друга возможность реализации преступного плана. Поскольку фактические обстоятельства дела и последовательность установленных судом действий каждого подсудимого, направленных на кражу имущества потерпевших, свидетельствует о том, что ФИО7 и Н. совершили совместные действия, при этом каждый из них непосредственно участвовал в выполнении объективной стороны преступления, с целью достижения единого преступного результата. Квалифицирующий признак кражи с причинением значительного ущерба гражданину также нашел свое подтверждение в материалах дела, в ходе предварительного следствия вопрос об имущественном положении потерпевших и их семьей выяснялся подробно, запрошены данные об оплате коммунальных платежей, кредитных обязательствах, несения расходов. Так, из показаний потерпевших: - Потерпевший №1 следует, что причиненный ущерб для него является значительным, так как данная ситуация поставила его в трудное материальное положение. Единственным источником дохода является его заработная плата. Пенсий, пособий, алиментов и иных социальных выплат оне получают. Супруга не работает, на иждивении четверо несовершеннолетних детей. На зарплату ежемесячно покупает продукты питания домой на сумму 40 000-50000 рублей, в летний период оплачиваю жилищно-коммунальные услуги на сумму 14000-15000 рублей, в зимний – больше, кроме того имеются расходы на дополнительные образования детей, на покупку канцтоваров, одежды и обувь на сумму 13500 рублей. В его собственности имеется автомобиль, который также требует вложений. Также у него имеются кредиты с ежемесячной оплатой в общей сумме 100 000 рублей. Свободных денежных средств у них не остается совсем. Позволить себе купить вышеуказанное имущество он не смог, для этого ему надо планировать расходы, иметь сбережения. Вышеуказанное имущество он приобретал на свои сбережения, которые копил несколько месяцев. Претензии к ФИО1 он имеет, судиться желает, считает, что он должен понести наказание (том № л.д. 1-3). - Потерпевший №2 следует, что причиненный ущерб в сумме 23 413 рублей для него является значительным, так как данная ситуация поставила его в трудное материальное положение. Они с супругой являются пенсионерами по старости, общая сумма пенсии составляет около 46000 рублей. На пенсию ежемесячно покупает продукты питания и лекарства домой на сумму 20 000-25000 рублей, в летний период оплачивает жилищно-коммунальные услуги на сумму 7000-8000 рублей, в зимний - больше. В собственности у его жены имеется автомобиль, который также требует вложений. Свободных денежных средств у них не остается совсем. Позволить себе купить новый бензиновый генератор и водяной насос он не смог, для этого ему надо планировать расходы, иметь сбережения. Бензиновый генератор, собственно говоря, он приобретал на свои сбережения, которые копил несколько месяцев (том № л.д. 235-237). В судебном заседании при рассмотрении уголовного дела не установлена личная заинтересованность должностных лиц органа предварительного расследования в привлечении подсудимого к уголовной ответственности за содеянное, поскольку все процессуальные действия произведены ими в рамках исполнения своих служебных обязанностей, в силу чего нет оснований не доверять составленным им процессуальным документам, в части признанных судом допустимыми и достоверными доказательствами. Предварительное следствие по делу проведено согласно требованиям уголовно-процессуального закона, составленное по его итогам обвинительное заключение соответствует требованиям ст. 220 УПК РФ . Нарушений уголовно-процессуального закона, регламентирующих предварительное следствие, ущемление процессуальных прав ФИО7 судом не установлено. Изучение данных о личности ФИО7 показало, что он на учете у врача психиатра и нарколога не состоит, не судимый, привлекался к административной ответственности, в целом характеризуется посредственно, разведен, официально не трудоустроен. В качестве смягчающих наказание обстоятельств, суд признает полное признание вины, раскаяние в содеянном; наличие малолетнего ребенка, активное способствование расследованию преступлений, выразившихся в оказании помощи предварительному следствию, даче правдивых показаний об обстоятельствах дела и о собственном участии в совершении преступления при допросах в качестве подозреваемого и обвиняемого, при проверке показаний на месте; участие в СВО в составе ЧВК, частичное добровольное возмещение ущерба Потерпевший №2, принесение извинений Потерпевший №2 в судебном заседании (т.2 л.д. 105). Отягчающим наказание обстоятельством является совершение преступлений в состоянии опьянения, вызванном употреблением алкоголя, поскольку, по мнению суда, именно состояние алкогольного опьянения, в которое подсудимый сам себя привел распивая спиртные напитки, сняло внутренний контроль за его поведением, вызвало желание совершить кражи, способствовало совершению преступлений. Подсудимый в ходе предварительного следствия пояснил, что наличие алкогольного опьянения способствовало совершению данных преступлений, если бы был трезвым, то не совершил бы преступления. Изменение позиции в судебном заседании о том, что алкогольное опьянение не способствовало совершению данных преступлений судом расценивается как позиция с целью смягчения наказания за содеянное. При этом он с предъявленным обвинением полностью согласился, из которого в т.ч. усматривается, что во всех случаях, после того как спиртное закончилось, испытывая материальную нужду, вызванную желанием дальнейшего употребления спиртных напитков, ФИО7 незаконно проникал в хранилище, жилища потерпевших с целью кражи. При назначении вида и размера наказания суд в соответствии с требованиями ст.ст. , 60 УК РФ учитывает характер и степень общественной опасности совершенного преступлений, личность виновного, наличие смягчающих и отягчающего наказание обстоятельств, влияние назначенного наказания на исправление осужденного и на условия его жизни, считает необходимым назначить наказание в виде лишения свободы, без дополнительного наказания в виде штрафа ограничения свободы, при этом по мнению суда исправление подсудимого возможно в условиях без изоляции от общества, и находит возможным исправление без реального отбывания наказания с назначением ему условного осуждения по правилам ст. 73 УК РФ . Суд полагает, что данная мера наказания отвечает принципу справедливости и будет способствовать исправлению осужденного и предупреждению совершения им новых преступлений. Условное осуждение к лишению свободы будет наиболее полно отвечать целям восстановления социальной справедливости, исправления осужденного и предупреждения совершения им новых преступлений. Возможность исправления ФИО7 при назначении судом условного осуждения не утрачена. При этом суд не находит предусмотренных законом оснований для назначения менее строгого вида наказания, полагая, что менее строгий вид наказания не сможет обеспечить достижения целей наказания, перечисленных в ст. 43 УК РФ . Суд не считает имеющиеся смягчающие наказание обстоятельства исключительными, не усматривает иных исключительных обстоятельств, связанных с целями и мотивами совершения преступлений, ролью виновного, его поведением во время и после совершения преступлений, которые могли бы служить основаниями для применения статьи 64 УК РФ . При разрешении вопроса о возможности применения к подсудимому положений ч.6 ст. 15 УК РФ суд учитывает, что он полностью реализовал свои преступные намерения, преступления являются оконченным, в связи с чем оснований для изменения категории преступлений на менее тяжкую не находит. Разрешая судьбу вещественных доказательств, суд руководствуется положениями ч.3 ст. 81 УПК РФ . Гражданский иск по делу не заявлен. На основании изложенного и руководствуясь ст.ст. , , , 309 УПК РФ , суд приговорил: ФИО7 признать виновным в совершении преступлений, предусмотренных пп. «а», «б», «в» ч.2 ст. 158 УК РФ , п. «а» ч.3 ст. 158 УК РФ , п. «а» ч.3 ст. 158 УК РФ , и назначить ему наказание по: - пп. «а», «б», «в» ч.2 ст. 158 УК РФ в виде 1 года 6 месяцев лишения свободы, - п. «а» ч.3 ст. 158 УК РФ в 2 лет лишения свободы, - п. «а» ч.3 ст. 158 УК РФ в виде 2 лет лишения свободы, На основании ч.3 ст. 69 УК РФ по совокупности преступлений, путем частичного сложения назначенных наказаний, ФИО7 окончательно назначить наказание в виде 3 лет лишения свободы. На основании ст. 73 УК РФ назначенное наказание ФИО7 в виде лишения свободы считать условным, установив испытательный срок 3 года. В период испытательного срока возложить на ФИО7 следующие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для регистрации в указанный контролирующий орган в сроки, установленные этим органом. Контроль за поведением ФИО7 возложить на уголовно-исполнительную инспекцию по месту его жительства. Меру пресечения в виде подписки о невыезде и надлежащем поведении отменить после вступления приговора в законную силу. Вещественное доказательство, после вступления приговора в законную силу: навесной замок вернуть Потерпевший №2 Приговор может быть обжалован в апелляционном порядке в Судебную коллегию по уголовным делам Верховного Суда Республики Башкортостан в течение 15 суток со дня его провозглашения через Благовещенский районный суд Республики Башкортостан. Председательствующий Ф.З. Хасанов Суд: Благовещенский районный суд (Республика Башкортостан) (подробнее) Иные лица: Благовещенский межрайонный прокурор Елизаров Д.С. (подробнее) Судьи дела: Хасанов Ф.З. (судья) (подробнее) Последние документы по делу: Приговор от 20 октября 2025 г. по делу № 1-118/2025 Приговор от 20 октября 2025 г. по делу № 1-118/2025 Апелляционное постановление от 6 октября 2025 г. по делу № 1-118/2025 Апелляционное постановление от 5 октября 2025 г. по делу № 1-118/2025 Приговор от 7 августа 2025 г. по делу № 1-118/2025 Приговор от 23 июня 2025 г. по делу № 1-118/2025 Приговор от 18 июня 2025 г. по делу № 1-118/2025 Приговор от 16 июня 2025 г. по делу № 1-118/2025 Приговор от 4 марта 2025 г. по делу № 1-118/2025 Постановление от 12 февраля 2025 г. по делу № 1-118/2025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