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акт о приемке выполненных работ унифицированной формы КС–2 № от ДД.ММ.ГГГГ по государственному контракту № от ДД.ММ.ГГГГ с превышающей суммой денежных средств за фактическое количество и вид якобы выполненных работ в размере 276504 рубля 79 копеек, где отразил несоответствующие действительности наименования и объемы работ: - разборка трубопроводов из водогазопроводных труб в зданиях и сооружениях: на сварке диаметром до 100 мм протяжённостью 22 метра на сумму 4906 руб.; - разборка трубопроводов из водогазопроводных труб в зданиях и сооружениях: на сварке диаметром до 50 мм протяжённостью 150 метров на сумму 22148 руб.; - демонтаж радиаторов весом до 80 кг в количестве 69 штук на сумму 24047 руб.; - прокладка трубопроводов водоснабжения из напорных полиэтиленовых труб наружным диаметром 63 мм в количестве 22 метра на сумму 20853 руб.; - прокладка трубопроводов водоснабжения из напорных полиэтиленовых труб наружным диаметром 50 мм протяжённостью 12 метров на сумму 10589 руб.; - прокладка трубопроводов водоснабжения из напорных полиэтиленовых труб наружным диаметром 25 мм протяжённостью 250 метров на сумму 179017 руб.; - кран шаровой полипропиленовый PPRCPN20 диаметром 63 мм в количестве 2 штук на сумму 2030 руб.; - кран шаровый полипропиленовый PPRCPN20 диаметром 25 мм в количестве 22 штук на сумму 5562 руб.; - кран радиаторный прямой, верхний марка RBM в количестве 140 штук на сумму 100478 руб.; - крепления для трубопроводов: кронштейны, планки, хомуты объёмом 75 кг на сумму 4821 руб.; - угольник 90 град. полипропиленовый диаметром 63 мм в количестве 20 штук на сумму 2720 руб.; - угольник 90 град. полипропиленовый диаметром 50 мм в количестве 10 штук на сумму 671 руб.; - угольник 90 град. полипропиленовый диаметром 25 мм в количестве 300 штук на сумму 3622 руб.; - угольник 90 град. полипропиленовый диаметром 20 мм, в количестве 200 штук на сумму 1688 руб.; - угольник 45 град. полипропиленовый диаметром 25 мм в количестве 100 штук на сумму 1124 руб.; - муфта полипропиленовая соединительная диаметром 63 мм в количестве 12 штук на сумму 570 руб.; - муфта полипропиленовая соединительная диаметром 63Х50 мм в количестве 4 штук на сумму 176 руб.; - муфта полипропиленовая соединительная диаметром 25 мм в количестве 70 штук на сумму 391 руб.; - заглушка марки «Friatherm starr PVC-C» рабочим давлением 25 атмосфер диаметром 50 мм в количестве 4 штук на сумму 907 руб.; - тройник полипропиленовый переходной диаметром 50Х25Х50 мм в количестве 10 штук на сумму 688 руб.; - тройник полипропиленовый переходной диаметром 63Х25Х63 мм в количестве 12 штук на сумму 1236 рублей; - тройник полипропиленовый переходной диаметром 25Х20Х25 мм в количестве 150 штук на сумму 1828 руб.; - установка радиаторов стальных в количестве 115,5 кВт мощности радиаторов на сумму 164729 руб.; - стальные панельные радиаторы РСВ2-1, РСВ2-6 в количестве минус 115,5 кВт на сумму минус 125901 руб. (за вычетом, т.к. выполнена замена материала в позиции на радиаторы биметаллические марки «Rifar-A 500» см. ниже); - радиаторы биметаллические марки «Rifar-A 500» по 10 секций, мощностью 1650 кВт в количестве 70 штук на сумму 568465 руб.; - сверление горизонтальных отверстий в бетонных конструкциях стен перфоратором глубиной 200 мм, диаметром 65 мм, в количестве 10 отверстий на сумму 1606 руб.; - сверление горизонтальных отверстий в бетонных конструкциях стен перфоратором глубиной 200 мм, диаметром 32 мм, в количестве 120 отверстий на сумму 5813 руб. Всего по смете на сумму 1220000 рублей, включая накладные расходы, сметную прибыль, коэффициент снижения по итогам аукциона 0,71690286617, НДС при УСНО. Однако, отраженные ФИО2 наименования и объемы выполненных работ, не соответствовали фактическим наименованиям и объемам выполненных работ, установленным заключением эксперта №-С от ДД.ММ.ГГГГ, согласно которым ФИО2, действующим от имении ООО «СК Атлант», фактически выполнены следующие работы: - разборка трубопроводов из водогазопроводных труб в зданиях и сооружениях: на сварке диаметром до 100 мм протяженностью 22 метра на общую сумму 11197 руб.; - разборка трубопроводов из водогазопроводных труб в зданиях и сооружениях: на сварке диаметром до 50 мм протяженностью 150 метров на общую сумму 50784 руб.; - демонтаж: радиаторов весом до 80 кг в количестве 45 штук на общую сумму 36403 руб.; - прокладка трубопроводов водоснабжения из напорных полиэтиленовых труб наружным диаметром: 63 мм протяженностью 48 метров на общую сумму 101037 руб.; - труба напорная из полиэтилена PE 100 питьевая: ПЭ100 SDR17, размером 63х3,8 мм (&lt;данные изъяты&gt; - труба полипропиленовая VALTEC PP-ALUX PP-R100/AL/PP-R100 PN25 SDR 6/S 63 мм (стоимость за вычетом НДС) в количестве 48 метров на общую сумму 39995 руб.; - угольник 90 град. полипропиленовый диаметром: 63 мм в количестве 18 штук на общую сумму 2448 руб.; - муфта полипропиленовая комбинированная, с наружной резьбой, разъемная диаметром: 63х2" в количестве 1 штука на общую сумму 1905 руб.; - муфта полипропиленовая комбинированная, с внутренней резьбой, разъемная диаметром: 63х2" в количестве 1 штука на общую сумму 972 руб.; - тройник полипропиленовый переходной диаметром: 63х32х63 мм в количестве 15 штук на общую сумму 1456 руб.; - муфта полипропиленовая соединительная диаметром: 63 мм в количестве 6 штук на общую сумму 285 руб.; - тройник полипропиленовый переходной диаметром: 63х40х63 мм в количестве 1 штука на общую сумму 97 руб.; - заглушка марки «Friatherm starr PVC-C», рабочим давлением 25 атмосфер, диаметром: 63 мм (применительно) в количестве 2 штуки на общую сумму 724 руб.; - прокладка трубопроводов водоснабжения из напорных полиэтиленовых труб наружным диаметром: 40 мм протяженностью 1,5 метра на общую сумму 3196 руб.; - труба напорная из полиэтилена PE 100 питьевая: ПЭ100 SDR11, размером 40х3,7 мм (&lt;данные изъяты&gt;) в количестве минус 1,4055 м на сумму минус 203 руб. (за вычетом, т.к. выполнена замена материала в позиции на «труба полипропиленовая PRO AQUA DUO PP-R/AL/PP-R SDR 6/S 40 мм» см. ниже); - труба полипропиленовая PRO AQUA DUO PP-R/AL/PP-R SDR 6/S 40 мм (стоимость за вычетом НДС) протяженностью 1,5 метра на общую сумму 389 руб.; - кран шаровый полипропиленовый PPRC PN20, диаметром: 40 мм в количестве 1 штука на общую сумму 503 руб.; - угольник 90 град. полипропиленовый диаметром: 40 мм в количестве 3 штуки на общую сумму 115 руб.; - муфта полипропиленовая переходная диаметром: 40х32 мм в количестве 1 штука на общую сумму 15 руб.; - прокладка трубопроводов водоснабжения из напорных полиэтиленовых труб наружным диаметром: 32 мм протяженностью 403 метра на общую сумму 640497 руб.; - труба напорная из полиэтилена PE 100 питьевая: ПЭ100 SDR11, размером 32х3,0 мм (&lt;данные изъяты&gt;) в количестве минус 378,014 м на сумму минус 34951 руб. (за вычетом, т.к. выполнена замена материала в позиции на «труба полипропиленовая PRO AQUA DUO PP-R/AL/PP-R SDR 6/S 32 мм» и «труба полипропиленовая VALTEC PPR-ALUX PP-R100/AL/PP-R100 SDR 6/S 32 мм» см. ниже); - труба полипропиленовая PRO AQUA DUO PP-R/AL/PP-R SDR 6/S 32 мм (стоимость за вычетом НДС) в количестве 323 м на общую сумму 58214 руб.; - труба полипропиленовая VALTEC PPR-ALUX PP-R100/AL/PP-R100 SDR 6/S 32 мм (стоимость за вычетом НДС) в количестве 80 метров на общую сумму 18990 руб.; - угольник 90 град. полипропиленовый диаметром: 32 мм (применительно) в количестве 149 штук на общую сумму 5722 руб.; - муфта полипропиленовая соединительная диаметром: 32 мм в количестве 70 штук на общую сумму 536 руб.; - муфта полипропиленовая переходная диаметром: 32х25 мм в количестве 1 штука на общую сумму 8 руб.; - тройник полипропиленовый соединительный диаметром: 32 мм в количестве 4 штук на общую сумму 119 руб.; - кран шаровый полипропиленовый PPRC PN20, диаметром: 32 мм в количестве 10 штук на общую сумму 3539 руб.; - тройник полипропиленовый переходной диаметром: 32х25х32 мм в количестве 92 штук на общую сумму 1893 руб.; - муфта полипропиленовая комбинированная, с внутренней резьбой диаметром: 32х1" в количестве 10 штук на общую сумму 1015 руб.; - установка кранов поливочных диаметром: 25 мм (применительно) в количестве 4 штук на общую сумму 1331 руб.; - муфта полипропиленовая комбинированная, с внутренней резьбой диаметром: 32х1/2" в количестве 4 штуки на общую сумму 170 руб.; - кран шаровый сливной ИГЛ (Eagle), с наружной резьбой, с патрубком для присоединения шланга, размером: 1/2"х3/4"х1/2" (применительно) в количестве 4 штуки на общую сумму 949 руб.; - хомут стальной оцинкованный с саморезом и резиновой прокладкой для крепления труб диаметром: 32 мм (применительно: хомуты и пластиковые опоры) в количестве 40 штук на общую сумму 1418 руб.; - прокладка трубопроводов водоснабжения из напорных полиэтиленовых труб наружным диаметром: 25 мм протяжённостью 13,7 метров на общую сумму 26337 руб.; - труба: ПЭ 80 SDR 11, наружный диаметр 25 мм (ГОСТ 18599-2001) в количестве минус 12,73 м на сумму минус 287 руб. (за вычетом, т.к. выполнена замена материала в позиции на «труба полипропиленовая PRO AQUA DUO PP-R/AL/PP-R SDR 6/S 25 мм» и см. ниже); - труба полипропиленовая PRO AQUA DUO PP-R/AL/PP-R SDR 6/S 25 мм (стоимость за вычетом НДС) протяженностью 13,7 метров на общую сумму 1307 руб.; - муфта полипропиленовая комбинированная, с внутренней резьбой диаметром: 25х3/4" в количестве 1 штука на общую сумму 52 руб.; - угольник 90 град. полипропиленовый диаметром: 25 мм в количестве 4 штуки на общую сумму 48 руб.; - муфта полипропиленовая соединительная диаметром: 25 мм в количестве 1 штуки на общую сумму 6 руб.; - полипропиленовый шаровой кран PRO AQUA для радиатора угловой 25х3/4 (стоимость за вычетом НДС) в количестве 92 штук на общую сумму 40264 руб.; - установка радиаторов стальных в количестве 49,536 кВт мощности радиаторов на общую сумму 93339 руб.; - кронштейны для радиаторов стальных спаренных марки КР1-РС в количестве минус 22 комплекта на сумму минус 3345 руб. (за вычетом, т.к. выполнена замена материала в позиции на «универсальный комплект для монтажа радиатора 3/4 с 3-мя кронштейнами» и см. ниже); - радиаторы стальные панельные РСВ2-1, РСВ2-6 однорядные в количестве минус 49,536 кВт мощности радиаторов на общую сумму минус 53997 руб. (за вычетом, т.к. выполнена замена материала в позиции на «радиатор биметаллический «YOUMAY 18" 4 секции», «радиатор биметаллический «Nawas BA5 29" 8 секций», «радиатор биметаллический «YOUMAY 21" 10 секций», «радиатор биметаллический «Nawas BA5 22" 12 секций» см. ниже); - радиатор биметаллический "YOUMAY 18" 4 секции мощность теплоотдачи 448 Вт (стоимость за вычетом НДС) в количестве 2 штук на общую сумму 2234 руб.; - радиатор биметаллический «Nawas BA5 29" 8 секций» мощность теплоотдачи 960 Вт (стоимость за вычетом НДС) в количестве 3 штук на общую сумму 5368 руб.; - радиатор биметаллический «YOUMAY 21" 10 секций» мощность теплоотдачи 1120 Вт (стоимость за вычетом НДС) в количестве 37 штук на общую сумму 106571 руб.; - радиатор биметаллический «Nawas BA5 22" 12 секций» мощность теплоотдачи 1440 Вт (стоимость за вычетом НДС) в количестве 3 штук на общую сумму 7589 руб.; - установка кранов воздушных в количестве 45 комплектов на общую сумму 13164 руб.; - краны для спуска воздуха СТД 7073В, латунные в количестве минус 45 комплектов на общую сумму минус 6641 руб. (за вычетом, т.к. выполнена замена материала в позиции на «универсальный комплект для монтажа радиатора 3/4 с 3-мя кронштейнами», включающий в себя краны для спуска воздуха, см. ниже); - универсальный комплект для монтажа радиатора 3/4 с 3-мя кронштейнами (стоимость за вычетом НДС) в количестве 45 штук на общую сумму 9867 руб.; - полипропиленовый шаровой кран PRO AQUA для радиатора угловой 25х3/4 (применительно прямой) (стоимость за вычетом НДС) в количестве 5 штук на общую сумму 2188 руб.; - сверление горизонтальных отверстий в бетонных конструкциях стен перфоратором глубиной 200 мм диаметром: 32 мм в количестве 120 отверстий на сумму 11102 руб. Всего выполнено по смете на сумму 943495,21 руб., в том числе прямые затраты, накладные расходы, сметная прибыль, коэффициент снижения по итогам аукциона 0,71690286617 и НДС при УСНО, и таким образом, ФИО2 умышлено, с целью хищения денежных средств ОМВД России по &lt;адрес&gt; путем как замены материалов, так и завышения объёмов самих работ, изменения способа расчета выполненных работ и, как следствие, увеличения стоимости работ завысил стоимость фактически выполненных работ на сумму 276 504 рубля 79 копеек.</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акт о приемке выполненных работ унифицированной формы КС–2 № от ДД.ММ.ГГГГ по государственному контракту № от ДД.ММ.ГГГГ с превышающей суммой денежных средств за фактическое количество и вид якобы выполненных работ в размере 47 623 рубля 40 копеек, где отразил несоответствующие действительности наименования и объемы работ: - разборка трубопроводов из водогазопроводных труб протяженностью 20 метров на общую сумму 1306 руб.; - разборка трубопроводов из водогазопроводных труб в зданиях и сооружениях: на сварке диаметром до 50 мм протяженностью 50 метров на общую сумму 2148 руб.; - демонтаж радиаторов весом до 80 кг в количестве 70 штук на сумму 4047 руб.; - прокладка трубопроводов водоснабжения из напорных полиэтиленовых труб наружным диаметром 63 мм протяжённостью 22 метра на общую сумму 20853 руб.; - прокладка трубопроводов водоснабжения из напорных полиэтиленовых труб наружным диаметром 50 мм протяженностью 12 метров на общую сумму 10589 рублей; - прокладка трубопроводов водоснабжения из напорных полиэтиленовых труб наружным диаметром 25 мм протяжённостью 50 метров на общую сумму 179017 руб.; - кран шаровый полипропиленовый PPRC PN20 в количестве 2 штук на общую сумму 2030 руб.; - кран шаровый полипропиленовый PPRC PN20 диаметром 25 мм а количестве 22 штук на общую сумму 5562 руб.; - кран радиаторный прямой, верхняя марка RBM в количестве 140 штук на общую сумму 100478 руб.; - крепление для трубопроводов: кронштейны, планки, хомуты в массой 75 кг на общую сумму 4821 руб.; - угольник 90 град. полипропиленовый диаметром 63 мм в количестве 6 штук на общую сумму 2720 руб.; - угольник 90 град. полипропиленовый диаметром 50 мм в количестве 3 штук на общую сумму 671 руб.; - угольник 90 град. полипропиленовый диаметром 25 мм в количестве 90 штук на общую сумму 3622 руб.; - угольник 90 град. полипропиленовый диаметром 20 мм в количестве 60 штук на общую сумму 1688 руб.; - угольник 45 град. полипропиленовый диаметром 25 мм в количестве 30 штук на общую сумму 1124 руб.; - муфта полипропиленовая соединительная в количестве 3,6 штук на общую сумму 570 руб.; - муфта полипропиленовая переходная в количестве 1,2 штук на общую сумму 176 руб.; - муфта полипропиленовая соединительная в количестве 21 штуки на общую сумму 391 руб.; - заглушка диаметром 50 мм в количестве 1,2 штуки на общую сумму 907 руб.; - тройник полипропиленовый переходной в количестве 3 штук на общую сумму 688 руб.; - тройник полипропиленовый переходной диаметром 63Х25Х63 в количестве 3,6 штук на общую сумму 1236 руб.; - тройник полипропиленовый переходной диаметром 25Х20Х25 мм в количестве 45 штук на общую сумму 1828 руб.; - установка радиаторов: стальных в количестве 79 кВт мощности радиаторов на общую сумму 164729 руб.; - радиаторы стальные панельные РСВ2-1, РСВ2-6 в количестве минус 115,5 кВт на общую сумму минус 125901 руб. (за вычетом, т.к. выполнена замена материала в позиции на «радиаторы биметаллические марки «Rifar-A 500» см. ниже); - радиаторы биметаллические марки «Rifar-A 500» в количестве 0,1 штуки на общую сумму 568465 руб.; - сверление горизонтальных отверстий в бетонных в количестве 10 штук на общую сумму 1606 руб.; - сверление горизонтальных отверстий в бетонных в количестве 10 штук на общую сумму 5813 руб. Всего по смете на сумму 215315 руб., в том числе накладные расходы, сметная прибыль, НДС 20 %. Однако, отраженные ФИО2 наименования и объемы выполненных работ, не соответствовали фактическим наименованиям и объемам выполненных работ, установленным заключением эксперта №-С от ДД.ММ.ГГГГ, согласно которым ФИО2, действующим от имении ООО «СК Атлант», выполнены следующие работы: - разборка трубопроводов из водогазопроводных труб в зданиях и сооружениях: на сварке диаметром до 50 мм протяженностью 30 метров на общую сумму 10158 руб.; - демонтаж: радиаторов весом до 80 кг в количестве 9 штук на общую сумму 7280 руб.; - врезка в действующие внутренние сети трубопроводов отопления и водоснабжения диаметром: 40 мм в количестве 4 врезки на общую сумму 21814 руб.; - муфта полипропиленовая комбинированная, с внутренней резьбой диаметром: 40х5/4" в количестве 4 штуки на общую сумму 1196 руб.; - прокладка трубопроводов водоснабжения из напорных полиэтиленовых труб наружным диаметром: 40 мм протяженностью 25 метров на общую сумму 53281 руб.; - труба напорная из полиэтилена PE 100 питьевая: ПЭ100 SDR11, размером 40х3,7 мм №) в количестве минус 23,425 метра на общую сумму минус 3380 руб. (за вычетом, т.к. выполнена замена материала в позиции на «труба полипропиленовая PRO AQUA DUO PP-R/AL/PP-R SDR 6/S 40 мм» см. ниже); - труба полипропиленовая PRO AQUA DUO PP-R/AL/PP-R SDR 6/S 40 мм (стоимость за вычетом НДС) протяженностью 25 метров на общую сумму 6487 руб.; - кран шаровый полипропиленовый PPRC PN20, диаметром: 40 мм в количестве 2 штуки на общую сумму 1007 руб.; - угольник 90 град. полипропиленовый диаметром: 40 мм в количестве 1 штука на общую сумму 38 руб.; - тройник полипропиленовый переходной диаметром: 40х25х40 мм в количестве 17 штук на общую сумму 645 руб.; - прокладка трубопроводов водоснабжения из напорных полиэтиленовых труб наружным диаметром: 25 мм протяженностью 3,5 метров на общую сумму 6728 руб.; - труба: ПЭ 80 SDR 11, наружный диаметр 25 мм (ГОСТ 18599-2001) в количестве минус 3,252 метра на общую сумму минус 73 руб. (за вычетом, т.к. выполнена замена материала в позиции на «трубопроводы напорные из полипропилена PPRS с гильзами и креплениями для холодного и горячего водоснабжения: PN20 SDR 6, диаметром 25 мм, толщина стенки 4,2 мм» см. ниже); - трубопроводы напорные из полипропилена PPRS с гильзами и креплениями для холодного и горячего водоснабжения: PN20 SDR 6, диаметром 25 мм, толщина стенки 4,2 мм протяженностью 3,5 метра на общую сумму 831 руб.; - муфта полипропиленовая комбинированная, с внутренней резьбой диаметром: 25х3/4" в количестве 1 штука на общую сумму 52 руб.; - угольник 90 град. полипропиленовый диаметром: 25 мм в количестве 2 штуки на общую сумму 24 руб.; - полипропиленовый шаровой кран PRO AQUA для радиатора угловой 25х3/4 (стоимость за вычетом НДС) в количестве 18 штук на общую сумму 7878 руб.; - установка радиаторов стальных в количестве 8,64 кВт мощности радиаторов на общую сумму 16282 руб.; - кронштейны для радиаторов стальных спаренных марки КР1-РС в количестве минус 4 комплекта на общую сумму минус 608 руб. (за вычетом, т.к. выполнена замена материала в позиции на «универсальный комплект для монтажа радиатора 3/4 с 3-мя кронштейнами» см. ниже); - радиаторы стальные панельные РСВ2-1, РСВ2-6 однорядные в количестве минус 8,64 кВт на общую сумму минус 9418 рубля (за вычетом, т.к. выполнена замена материала в позиции на «радиатор биметаллический «Nawas BA5 29" 8 секций» см. ниже); - радиатор биметаллический «Nawas BA5 29" 8 секций» мощность теплоотдачи 960 Вт (стоимость за вычетом НДС) в количестве 9 штук на общую сумму 16104 руб.; - установка кранов воздушных в количестве 9 комплектов на общую сумму 2631 руб.; - краны для спуска воздуха СТД 7073В, латунные в количестве минус 9 комплектов на общую сумму минус 1328 руб. (за вычетом, т.к. выполнена замена материала в позиции на «универсальный комплект для монтажа радиатора 3/4 с 3-мя кронштейнами» в комплект входят краны для спуска воздуха см. ниже); - универсальный комплект для монтажа радиатора 3/4 с 3-мя кронштейнами (стоимость за вычетом НДС) в количестве 9 штук на общую сумму 1771 руб.; - сверление горизонтальных отверстий в бетонных конструкциях стен перфоратором глубиной 200 мм диаметром: 40 мм в количестве 3 отверстия на общую сумму 343 руб.; Всего выполнено по смете на сумму 167 691,60 руб., в том числе накладные расходы, сметная прибыль, НДС 20 %, и таким образом, ФИО2 умышлено, с целью хищения денежных средств ОМВД России по &lt;адрес&gt; путем как замены материалов, так и завышения объёмов самих работ, изменения способа расчета выполненных работ и, как следствие, увеличения стоимости работ завысил стоимость фактически выполненных работ на сумму 47 623 рубля 40 копеек.</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акт о приемке выполненных работ унифицированной формы КС–2 № от ДД.ММ.ГГГГ по государственному контракту № от ДД.ММ.ГГГГ с превышающей суммой денежных средств за фактическое количество и вид якобы выполненных работ в размере 47 711 рублей 40 копеек, где отразил несоответствующие действительности наименования и объемы работ: - прокладка трубопроводов водоснабжения из напорных полиэтиленовых труб наружным диаметром 25 мм протяжённостью 64 метра на общую сумму 41 256,22 руб.; - труба: ПЭ 80 SDR 11, наружный диаметр 25 мм (№) в количестве минус 59,456 м на общую сумму минус 1770,48 руб. (за вычетом, т.к. выполнена замена материала в позиции на ППР Труба PN20 (25) см. ниже); - ППР Труба PN20 (25) в количестве 64 метра на общую сумму 10131,20 руб.; - прокладка трубопроводов водоснабжения из напорных полиэтиленовых труб наружным диаметром 20 мм протяженностью 2 метра на общую сумму 1674,51 руб.; - труба: ПЭ 80 SDR 11, наружный диаметр 20 мм (ГОСТ 18599-2001) в количестве минус 1,798 метров на общую сумму минус 37,04 рублей (за вычетом, т.к. выполнена замена материала в позиции на ППР Труба PN20 (20) см. ниже); - ППР труба PN20 (20) протяженностью 2 метра на общую сумму 233,36 руб.; - ППР тройник перех. 25Х20Х25 в количестве 12 штук на общую сумму 340,08 руб.; - ППР Угольник 90* (25) в количестве 12 штук на общую сумму 279,84 руб.; - ППР Муфта соед. (25) в количестве 8 штук на общую сумму 146,40 руб.; - ППР Муфта комб. (нар.рез) 25Х3/4 в количестве 1 штуки на общую сумму 198,30 руб.; - ППР Опора одинарная 25 в количестве 60 штук на общую сумму 748,20 руб.; - установка кранов воздушных в количестве 2 комплектов на общую сумму 485,20 руб.; - ППР Кран шаровый 25 в количестве 2 штук на общую сумму 780,06 руб.; - установка радиаторов стальных в количестве 7,56 кВт мощности радиаторов на общую сумму 13380,66 руб.; - радиаторы стальные панельные РСВ2-1, РСВ2-6 однорядные в количестве минус 7,56 кВт на общую сумму минус 10879,60 руб. (за вычетом, т.к. выполнена замена материала в позиции на радиаторы биметаллические 8 секций см. ниже); - кронштейны для радиаторов стальных марки КР1-РС в количестве минус 3,34152 комплекта на общую сумму минус 670,78 руб. (за вычетом, т.к. выполнена замена материала в позиции на универсальный комплект 1/2 с 2-я кронштейнами см. ниже); - радиатор биметаллический 8 секций в количестве 5 штук на общую сумму 40046,45 руб.; - универсальный комплект 1/2 с 2-я кронштейнами в количестве 5 штук, на общую сумму 1132,45 руб.; - фумлента VT (19 мм 0,12мм*15м) в количестве 2 штуки на общую сумму 126,64 руб.; - гель сантехнический в количестве 2 штук на общую сумму 725,02 руб.; - сверление горизонтальных отверстий в бетонных конструкциях стен перфоратором глубиной 200 мм, диаметром 32 мм в количестве 6 отверстий на общую сумму 256,37 руб.; - на каждые 10 мм изменения глубины сверления добавлять или исключать: к расценке 46-03-013-47 отверстия в количестве 6 штук на общую сумму 108,12 руб. Всего по смете, в том числе накладные расходы, сметная прибыль, НДС 20%, - на сумму 209 775 руб. Однако, отраженные ФИО2 наименования и объемы выполненных работ, не соответствовали фактическим наименованиям и объемам выполненных работ, установленным заключением эксперта №-С от ДД.ММ.ГГГГ, согласно которым ФИО2, действующим от имении ООО «СК Атлант», выполнены следующие работы: - прокладка трубопроводов водоснабжения из напорных полиэтиленовых труб наружным диаметром: 32 мм протяжённостью 60 метров на общую сумму 86909 руб.; - труба напорная из полиэтилена PE 100 питьевая: ПЭ100 SDR11, размером 32х3,0 мм (№) в количестве минус 56,28 метров на общую сумму минус 6870 руб. (за вычетом, т.к. выполнена замена материала в позиции на «ППР труба PN20 (32)» см. ниже); - ППР труба PN20 (32) (стоимость принята из акта о приёмке выполненных работ формы КС-2 к контакту № от ДД.ММ.ГГГГ) в количестве 60 метров на общую сумму 16999 руб.; - тройник полипропиленовый переходной диаметром: 32х25х32 мм в количестве 13 штук на общую сумму 353 руб.; - угольник 90 град. полипропиленовый диаметром: 32 мм (применительно) в количестве 14 штук на общую сумму 710 руб.; - муфта полипропиленовая соединительная диаметром: 32 мм в количестве 8 штук на общую сумму 81 руб.; - муфта полипропиленовая комбинированная, с внутренней резьбой диаметром: 32х3/4" в количестве 2 штуки на общую сумму 194 руб.; - хомут стальной оцинкованный с саморезом и резиновой прокладкой для крепления труб диаметром: 32 мм в количестве 21 штука на общую сумму 983 руб.; - прокладка трубопроводов водоснабжения из напорных полиэтиленовых труб наружным диаметром: 25 мм протяженностью 2 метра на общую сумму 3429 руб.; - труба: ПЭ 80 SDR 11, наружный диаметр 25 мм (ГОСТ 18599-2001) в количестве минус 1,858 м на общую сумму минус 55 руб. (за вычетом, т.к. выполнена замена материала в позиции на «труба полипропиленовая PRO AQUA DUO PP-R/AL/PP-R SDR 6 25 мм» см. ниже); - труба полипропиленовая PRO AQUA DUO PP-R/AL/PP-R SDR 6 25 мм в количестве 2 м на общую сумму 317 руб.; - полипропиленовый шаровой кран для радиатора угловой 25х3/4 применительно угловой или прямой (стоимость принята из акта о приёмке выполненных работ формы КС-2 к контакту № от ДД.ММ.ГГГГ) в количестве 13 штук на общую сумму 7247 руб.; - установка радиаторов стальных в количестве 7,22 кВт мощности радиаторов на общую сумму 15714 руб.; - радиаторы стальные панельные РСВ2-1, РСВ2-6 однорядные в количестве минус 7,22 кВт на общую сумму минус 10390 рублей (за вычетом, т.к. выполнена замена материала в позиции на «радиатор биметаллический «SAIXI" 10 секций», радиатор биметаллический «YOUMAY 21" 10 секций» см. ниже); - кронштейны для радиаторов стальных спаренных марки КР1-РС в количестве минус 3 комплектов на общую сумму минус 602 рубля (за вычетом, т.к. выполнена замена материала в позиции на «универсальный комплект для монтажа радиатора 3/4 с 3-мя кронштейнами» см. ниже); - радиатор биметаллический "SAIXI" 10 секций мощность теплоотдачи 1370 Вт (стоимость за вычетом НДС) в количестве 2 штуки на общую сумму 5202 руб.; - радиатор биметаллический "YOUMAY 21" 10 секций мощность теплоотдачи 1120 Вт (стоимость за вычетом НДС) в количестве 4 штуки на общую сумму 11405 руб.; - установка кранов воздушных в количестве 6 комплектов на общую сумму 1949 руб.; - краны для спуска воздуха СТД 7073В, латунные в количестве минус 6 комплектов на общую сумму минус 1169 руб. (за вычетом, т.к. выполнена замена материала в позиции на «универсальный комплект для монтажа радиатора 3/4 с 3-мя кронштейнами» (в комплект входят краны для спуска воздуха) см. ниже); - универсальный комплект для монтажа радиатора 3/4 с 3-мя кронштейнами (стоимость принята из акта о приёмке выполненных работ формы КС-2 к контакту № от ДД.ММ.ГГГГ) в количестве 6 штук на общую сумму 1500 руб.; - фумлента VT (19 мм 0,12мм*15м) в количестве 2 штуки на общую сумму 127 руб.; - гель сантехнический в количестве 2 штуки на общую сумму 725 руб.; - сверление горизонтальных отверстий в бетонных конструкциях стен перфоратором глубиной 200 мм диаметром: 32 мм в количестве 2 отверстия на общую сумму 162 руб.; - на каждые 10 мм изменения глубины сверления добавлять или исключать: к расценке 46-03-013-47 в количестве 2 отверстия на общую сумму 133 руб.; Всего выполнено по смете на сумму 162063,60 рублей, в том числе накладные расходы, сметная прибыль, НДС 20 %, и таким образом, ФИО2 умышлено, с целью хищения денежных средств ОМВД России по &lt;адрес&gt; путем как замены материалов, так и завышения объёмов самих работ, изменения способа расчета выполненных работ и, как следствие, увеличения стоимости работ завысил стоимость фактически выполненных работ на сумму 47711 рублей 40 копеек.</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акт о приемке выполненных работ унифицированной формы КС–2 № от ДД.ММ.ГГГГ по государственному контракту № от ДД.ММ.ГГГГ с превышающей суммой денежных средств за фактическое количество и вид якобы выполненных работ в размере 162 613 рублей 20 копеек, где отразил несоответствующие действительности наименования и объемы работ: - прокладка трубопроводов водоснабжения из напорных полиэтиленовых труб наружным диаметром 32 мм протяжённостью 62 метра на общую сумму 36881,17 руб.; - труба напорная из полиэтилена РЕ 100 питьевая: ПЭ100 SDR11, размером 32Х3,0 мм (№) в количестве минус 58,156 м на общую сумму минус 7099,10 рублей (за вычетом, т.к. выполнена замена материала в позиции на ППР Труба PN20 (32) см. ниже); - ППР Труба PN20 (32) протяжённостью 64 метра на общую сумму 18132,48 рубля; - прокладка трубопроводов водоснабжения из напорных полиэтиленовых труб наружным диаметром 25 мм протяжённостью 4 метра на общую сумму 2578,51 руб.; - труба ПЭ 80 SDR 11, наружный диаметр 25 мм (ГОСТ 18599-2001) в количестве минус 3,716 метров на общую сумму минус 110,66 руб. (за вычетом, т.к. выполнена замена материала в позиции на ППР Труба PN20 (25) см. ниже); - ППР Труба PN20 (25) в количестве 4 метра на общую сумму 633,20 руб.; - ППР Тройник перех. 32Х25Х32 в количестве 18 штук на общую сумму 824,94 руб.; - ППР Муфта соед. в количестве 8 штук на общую сумму 186,56 руб.; - ППР Угольник 90* (32) в количестве 14 штук на общую сумму 408,10 руб.; - ППР Опора одинарная 32 в количестве 60 штук на общую сумму 748,20 руб.; - установка кранов воздушных в количестве 20 комплектов на общую сумму 4852 руб.; - краны для спуска воздуха СТД 7073В, латунные в количестве минус 20 комплектов на общую сумму минус 3896,64 руб. (за вычетом, т.к. выполнена замена материала в позиции на ППР ППР Кран шаровый 32 и ППР Кран шаровый д/радиатора прямой 25Х3/4 см. ниже); - ППР Кран шаровый 32 в количестве 2 штуки на общую сумму 1193,34 руб.; - ППР Кран шаровый д/радиатора прямой 25Х3/4 в количестве 18 штук на общую сумму 10034,82 руб.; - установка радиаторов стальных в количестве 20,412 кВт мощности радиаторов на общую сумму 36127,77 руб.; - радиаторы стальные панельные РСВ2-1, РСВ2-6 однорядные в количестве минус 20,412 кВт на общую сумму минус 29374,91 руб. (за вычетом, т.к. выполнена замена материала в позиции на радиаторы биметаллические 12 секций см. ниже); - кронштейны для радиаторов стальных спаренных марки КР1-РС в количестве минус 9,022104 комплектов на общую сумму минус 1811,1 руб. (за вычетом, т.к. выполнена замена материала в позиции на универсальный комплект 3/4 с 3-я кронштейнами см. ниже); - радиатор биметаллический 12 секций в количестве 9 штук на общую сумму 133687,53 руб.; - универсальный комплект 3/4 с 3-я кронштейнами в количестве 9 штук на общую сумму 2250,27 руб.; - фумлента VT (19 мм 0,12мм*15м) в количестве 2 штук на общую сумму 126,64 руб.; - гель сантехнический в количестве 2 штук на общую сумму 725,02 руб.; - сверление горизонтальных отверстий в бетонных конструкциях стен перфоратором глубиной 200 мм, диаметром 32 мм в количестве 4 отверстий на общую сумму 170,91 руб.; - на каждые 10 мм изменения глубины сверления добавлять или исключать: к расценке 46-03-013-47 в количестве 4 отверстий на общую сумму 72,08 руб. Всего по смете на сумму 337206 руб., в том числе накладные расходы, сметная прибыль, НДС 20%. Однако, отраженные ФИО2 наименования и объемы выполненных работ, не соответствовали фактическим наименованиям и объемам выполненных работ, установленным заключением эксперта №-С от ДД.ММ.ГГГГ, согласно которым ФИО2, действующим от имении ООО «СК Атлант», не выполнены следующие работы: - прокладка трубопроводов водоснабжения из напорных полиэтиленовых труб наружным диаметром: 32 мм протяжённостью 5 м на общую сумму 7242 руб.; - труба напорная из полиэтилена PE 100 питьевая: ПЭ100 SDR11, размером 32х3,0 мм (№) в количестве минус 4,69 м на общую сумму минус 572 руб. (за вычетом, т.к. выполнена замена материала в позиции на «ППР труба PN20 (32)» см. ниже); - ППР труба PN20 (32) протяженностью 7 метров на общую сумму 1983 руб.; - прокладка трубопроводов водоснабжения из напорных полиэтиленовых труб наружным диаметром: 25 мм протяжённостью 3 м на общую сумму 5145 руб.; - труба: ПЭ 80 SDR 11, наружный диаметр 25 мм (ГОСТ 18599-2001) в количестве минус 2,787 м на общую сумму минус 83 руб. (за вычетом, т.к. выполнена замена материала в позиции на «ППР труба PN20 (25)» см. ниже); - ППР труба PN20 (25) в количестве 3 м на общую сумму 475 руб.; - ППР тройник перех. 32х25х32 в количестве 2 штуки на общую сумму 92 руб.; - ППР муфта соед. в количестве минус 17 штук на общую сумму минус 396 руб. (отрицательное значение в связи с тем, что фактически установлено на 17 штук больше, чем отражено в акте о приёмке); - ППР угольник 90* (32) в количестве минус 6 штук на общую сумму минус 175 рублей (отрицательное значение в связи с тем, что фактически установлено на 6 штук больше, чем отражено в акте о приёмке); - ППР опора одинарная 32 в количестве 26 штук на общую сумму 324 руб.; - установка кранов воздушных в количестве 12 комплектов на общую сумму 3901 руб.; - краны для спуска воздуха СТД 7073В, латунные в количестве минус 12 комплектов на общую сумму минус 2338 руб. (за вычетом, т.к. выполнена замена материала в позиции на «ППР кран шаровый д/радиатора прямой 25х3/4» см. ниже); - ППР кран шаровый д/радиатора прямой 25х3/4 в количестве 2 штуки на общую сумму 1115 руб.; - установка радиаторов: стальных в количестве 11,452 кВт мощности радиаторов на общую сумму 24925 руб.; - радиаторы стальные панельные РСВ2-1, РСВ2-6 однорядные в количестве минус 11,452 кВт на общую сумму минус 16481 руб. (за вычетом, т.к. выполнена замена материала в позиции на «радиатор биметаллический «YOUMAY 21" 10 секций» см. ниже); - кронштейны для радиаторов стальных спаренных марки КР1-РС в количестве минус 5 комплектов на общую сумму минус 1004 руб. (за вычетом, т.к. выполнена замена материала в позиции на «универсальный комплект 3/4 с 3-я кронштейнами» см. ниже); - радиатор биметаллический 12 секц. в количестве 9 штук на общую сумму 133688 руб.; - радиатор биметаллический «YOUMAY 21" 10 секций» мощность теплоотдачи 1120 Вт (стоимость за вычетом НДС) в количестве минус 8 штук на общую сумму минус 22809 руб. (отрицательное значение в связи с тем, что в акте о приёмке данная марка радиаторов отсутствует, установлены взамен «радиаторов биметаллических 12 секц.» см. выше); - универсальный комплект 3/4 с 3-я кронштейнами в количестве 1 штука на общую сумму 250 руб.; - сверление горизонтальных отверстий в бетонных конструкциях стен перфоратором глубиной 200 мм диаметром: 32 мм в количестве 2 отверстия на общую сумму 162 руб.; - на каждые 10 мм изменения глубины сверления добавлять или исключать: к расценке 46-03-013-47 в количестве 2 отверстия на общую сумму 67 руб. Всего не выполнено по смете на сумму 162 613,20 руб., в том числе накладные расходы, сметная прибыль, НДС 20%, и таким образом, ФИО2 умышлено, с целью хищения денежных средств ОМВД России по &lt;адрес&gt; путем как замены материалов, так и завышения объёмов самих работ, изменения способа расчета выполненных работ и, как следствие, увеличения стоимости работ завысил стоимость фактически выполненных работ на сумму 162613 рублей 20 копеек. Далее, в вышеуказанный период времени ФИО2, продолжая реализовывать свой преступный умысел, направленный на хищение имущества ОМВД России по &lt;адрес&gt;, находясь по адресу: &lt;адрес&gt;, передал Свидетель №2, являющемуся начальником тыла ОМВД России по &lt;адрес&gt;, и не обеспечившему надлежащую приемку выполненных работ, ввиду уверения ФИО2 о выполнении работ в полном объеме, вышеуказанные акты о приемке выполненных работ по унифицированной форме КС-2 от ДД.ММ.ГГГГ на сумму 215 315 рублей, от ДД.ММ.ГГГГ на сумму 1 220 000 рублей, от ДД.ММ.ГГГГ на сумму 209 775 рублей, от ДД.ММ.ГГГГ на сумму 337 206 рублей, с внесенными в них недостоверными сведениями о выполненных видах и количестве работ на общую сумму 534 452 рубля, тем самым введя заказчика, в лице начальника ОМВД России по &lt;адрес&gt; Свидетель №3, не осведомленного о преступных намерениях ФИО2, в заблуждение о необходимости оплаты работ в объемах, предусмотренных вышеуказанными государственными контактами, актами о приемке выполненных работ и справками о стоимости выполненных работ, ввиду чего работы по указанным государственным контрактам в отсутствие на то оснований Заказчиком, введенным в заблуждение ФИО2, были приняты в полном объеме. ДД.ММ.ГГГГ в период с 00 часов 01 минуты по 23 часа 59 минут на основании справки по форме КС-2 от ДД.ММ.ГГГГ, ОМВД России по &lt;адрес&gt; в соответствии с платежным поручением со счета №, открытого ДД.ММ.ГГГГ в Управлении Федерального казначейства по &lt;адрес&gt; по адресу: &lt;адрес&gt;, на счет &lt;данные изъяты&gt; № открытом ДД.ММ.ГГГГ в офисе Дальневосточного филиала банка ПАО «Сбербанк» № по адресу: &lt;адрес&gt;, в счет исполнения государственного контракта № от ДД.ММ.ГГГГ переведены денежные средства в сумме 215 315 рублей, включая денежные средства в размере 47 623 рубля 40 копеек за фактическое количество и вид не выполненных работ, которыми ФИО2 распорядился по своему усмотрению, потратив на осуществление финансово хозяйственной деятельности ООО «СК Атлант». ДД.ММ.ГГГГ в период с 00 часов 01 минуты по 23 часа 59 минут на основании справки по форме КС-2 от ДД.ММ.ГГГГ, ОМВД России по &lt;адрес&gt; в соответствии с платежным поручением со счета №, открытого ДД.ММ.ГГГГ в Управлении Федерального казначейства по &lt;адрес&gt; по адресу: &lt;адрес&gt;, на счет &lt;данные изъяты&gt;» № открытом ДД.ММ.ГГГГ в офисе Дальневосточного филиала банка ПАО «Сбербанк» № по адресу: &lt;адрес&gt;, в счет исполнения государственного контракта № от ДД.ММ.ГГГГ переведены денежные средства в сумме 1 220 000 рублей, включая денежные средства в размере 276 504 рубля 79 копеек за фактическое количество и вид не выполненных работ, которыми ФИО2 распорядился по своему усмотрению, потратив на осуществление финансово хозяйственной деятельности ООО «СК Атлант». ДД.ММ.ГГГГ в период с 00 часов 01 минуты по 23 часа 59 минут на основании справки по форме КС-2 от ДД.ММ.ГГГГ, ОМВД России по &lt;адрес&gt; в соответствии с платежным поручением со счета №, открытого ДД.ММ.ГГГГ в Управлении Федерального казначейства по &lt;адрес&gt; по адресу: &lt;адрес&gt;, на счет &lt;данные изъяты&gt;» № открытом ДД.ММ.ГГГГ в офисе Дальневосточного филиала банка ПАО «Сбербанк» № по адресу: &lt;адрес&gt;, в счет исполнения государственного контракта № от ДД.ММ.ГГГГ переведены денежные средства в сумме 209 775 рублей, включая денежные средства в размере 47 711 рублей 40 копеек за фактическое количество и вид не выполненных работ, которыми ФИО2 распорядился по своему усмотрению, потратив на осуществление финансово хозяйственной деятельности &lt;данные изъяты&gt; ДД.ММ.ГГГГ в период с 00 часов 01 минуты по 23 часа 59 минут на основании справки по форме КС-2 от ДД.ММ.ГГГГ, ОМВД России по &lt;адрес&gt; в соответствии с платежным поручением со счета №, открытого ДД.ММ.ГГГГ в Управлении Федерального казначейства по &lt;адрес&gt; по адресу: &lt;адрес&gt;, на счет ООО «СК Атлант» № открытом ДД.ММ.ГГГГ в офисе Дальневосточного филиала банка ПАО «Сбербанк» № по адресу: &lt;адрес&gt;, в счет исполнения государственного контракта № от ДД.ММ.ГГГГ переведены денежные средства в сумме 337 206 рублей, включая денежные средства в размере 162 613 рублей 20 копеек за фактическое количество и вид не выполненных работ, которыми ФИО2 распорядился по своему усмотрению, потратив на осуществление финансово хозяйственной деятельности &lt;данные изъяты&gt; Таким образом, в период времени с 00 часов 01 минуты ДД.ММ.ГГГГ по 23 часа 59 минут ДД.ММ.ГГГГ ФИО2, действуя единым умыслом, находясь по адресу: &lt;адрес&gt;, передал Свидетель №2 акты о приемке выполненных работ по унифицированной форме КС-2 по вышеуказанный государственным контрактам, содержащие в себе недостоверные сведения, и тем самым, путем обмана и злоупотребления доверием, совершил хищение денежных средств в сумме 534 452 рубля, принадлежащих ОМВД России по &lt;адрес&gt;, в лице ФИО20, чем причинил последней материальный ущерб в крупном размере на указанную сумму. Подсудимый ФИО2 судебном заседании вину по предъявленному обвинению не признал, по существу обвинения показал следующее: в начале 2021 года к нему обратился Свидетель №2, с просьбой замены систем отопления в ОМВД РФ по &lt;адрес&gt;. Для того, чтобы запросить финансирование, ему (ФИО2) требовалось посчитать объемы, которые нужно будет выполнить. Работы требовались в помещениях по &lt;адрес&gt; – двухэтажное здание и &lt;адрес&gt; – трехэтажное здание. Данный вопрос он (ФИО2) поручил ФИО4, в деле его показания отсутствуют, видимо его (ФИО4) не смогли найти, поскольку переехал жить в &lt;адрес&gt;. С ФИО4 он (ФИО2) сотрудничал давно, ФИО4 неоднократно выезжал по заявкам ОМВД, бывали проблемы с отоплением. После того, как ФИО30 все посчитал, он (ФИО2) отдал смету сметчице, а смету отдал Свидетель №2, чтобы запросить финансирование. Свидетель №2 отправил сметы в край, выяснилось, что были перепутаны сметы и вместо сметы на здание Заводская, 1 была выставлена на торги смета на здание по &lt;адрес&gt;, в которой было значительно больше радиаторов, а конкретно 70 штук. Смету Свидетель №2 дали, с условием, чтобы разыграл аукцион по &lt;адрес&gt;. У него (ФИО2) даже в мыслях не было, что имеется такая путаница. Он (ФИО2) об этом ничего не знал, и был уверен, что ФИО4 посчитал все верно, не знал, что сметы могут перепутать. Документация вернулась из края, была размещена на общих основаниях в системе торгов в соответствии с 44-ФЗ. Торги он (ФИО2) выиграл с существенным понижением, более 400 000 рублей. На основании торгов заключили контракт, в рамках его исполнения он (ФИО2) обратился за приобретением товара в оптовый отдел магазина «Идеал». С ним (ФИО2) работала, оптовый менеджер ФИО3, ее не допрашивали. Допросили управляющую розничного магазина «Идеал» Свидетель №5– которая, с ним (ФИО2) не работала. Допрос такого характера, «вы знаете, ФИО29, не знаю, он что-нибудь покупал, нет не покупал» Он (ФИО2) приехал к ФИО3, держа в руках смету и прям по ней он (ФИО2) делал крупную закупку. Приобретен был весь объем радиаторов, согласно сметы. В наличии такого объема радиаторов в магазине не было, по – этому завозил частями, в итоге завез все необходимое количество радиаторов. Оплатил ФИО30 лично по смете. Личного материального обогащения и цели не преследовал. Весь закупленный материал хранился на территории заказчика, в боксах здания по &lt;адрес&gt;. Был закуплены лишние радиаторы, об этом указывает и представитель потерпевшего. Сметы были перепутаны, они на тот момент, об этом не знали. ФИО30 поменял все радиаторы по &lt;адрес&gt;, поскольку сметы были перепутаны и здание по &lt;адрес&gt; меньше чем по &lt;адрес&gt;, остались лишние радиаторы. Об этом ФИО30 ему (ФИО2) ничего не сказал. Видимо, точно также Свидетель №2, принимая их работу, пройдясь по всему зданию, убедился, что все радиаторы заменены, посчитал их работу завершенной. Ставить радиаторы в количестве 70 штук, просто было не куда. Он (ФИО2) лично не ездил, не смотрел, был уверен, что ФИО4, все правильно посчитал. По поводу проведенной СК экспертизы, эксперт ответил очень грамотно на все поставленные вопросы. Ему (ФИО2) не понятен вопрос о стоимости и марке радиаторов. 44-ФЗ говорит о том, что заказчик не имеет право диктовать исполнителю марку радиаторов, а только по техническим характеристикам. 44-ФЗ – закон, противодействующий коррупции, и диктовать какую-то марку заказчик не имеет права, так же по данному закону цена остается твердой, на всем протяжении выполнения контракта, то есть радиаторы той или иной марки поставил бы, и получил бы одну и ту же сумму. В процессе исполнения вышеуказанного контракта, к нему обратился Свидетель №2 с просьбой помочь грамотно освоить сэкономленные в процессе снижения аукциона денежные средства, то есть у них была разница в размере 400 000 рублей, Свидетель №2 говорит, давай обратим эти деньги в полезное русло. В частности требовалось заменить отопление у участковых, устройство отопления в боксах Росгвардии и ДПС. Эти работы они сметили, за основу были взяты нормативы сметные по основному контракту, так как они уже прошли проверку в крае, как говориться и заказчика устраивали данные расценки. На этом основании они сметили в рамках сэкономленных денежных средств были заключены прямые контракты. На сколько ему (ФИО2) известно, Свидетель №2 выставлял на площадку «Березка», для небольших закупок. Свидетель №2 должен разместить, и если желающих не нашлось, он (Свидетель №2) может с ним (ФИО2) напрямую заключать контракты. Контракты были заключены, приобретением необходимых материалов занимался ФИО4 Так как небольшие объемы, ФИО4 мог перевести на легковой машине. У ФИО4 была доверенность, это может подтвердить ФИО27 ФИО4 приезжал, с доверенностью, ФИО27 ему (ФИО4) все выдавала, а он (ФИО2) позже оплачивал. ФИО4 в свою очередь подумал, что за избыточно поставленные радиаторы планировались как раз для исполнения дополнительных контрактов, спокойно воспользовался им для производства работ и установил их. Таким образом, получается он (ФИО2) дважды заплатил за работу ФИО4, а заказчик дважды заплатил им, за поставленные радиаторы. Все это выяснилось позже, когда приехала проверка. Весной 2022 года проверяющие не досчитали радиаторов и некоторых комплектующих к ним, кое что было найдено, в частности в боксе ДПС радиатор был за резиной, но это не отменило того факта, что мы получили деньги за не допоставленные радиаторы. ДД.ММ.ГГГГ в адрес ООО «СК Атлант» поступило письмо, исх. № «Об избыточно перечисленных денежных средствах за подписью Свидетель №2 с просьбой вернуть избыточно перечисленные средства или компенсировать их другими работами. Он (ФИО2) для выяснения данной ситуации обратился к ФИО27, где и выяснилось, что кроме приобретенных им (ФИО2) в количестве 70 штук, ФИО4 не брал. Осознавая, что таким образом, хоть и не умышленно причинил ущерб заказчику, он (ФИО2) принял предложение Свидетель №2 о возмещении ущерба путем выполнения работ. В августе 2022 года работы были выполнены на сумму причиненного ущерба, объемы работ наглядны. Свидетель №2 может это подтвердить. При этом он (ФИО2) объяснил ФИО4 данную ситуацию, и ФИО4 осознавая, что фактически поучил деньги за невыполненную работу, согласился своими силами, без какой-то дополнительной работы, согласился провести работы для нужд заказчика, в счет компенсации ущерба, то есть выполнить работы своими силами, полностью за свой счет. Но окончательно поставить точку в данной ситуации им с заказчиком не удалось. Осень 2022 года Свидетель №2 ушел в отпуск, а затем уволился, замещать его было не кому. Ни кто не хотел брать на себя ответственность. Он (ФИО2) был спокоен, так как знал, что ущерб возместил. Зимой они получили письмо без номера и даты, из ОМВД России по &lt;адрес&gt; за подписью ФИО28 о том, что в адрес ОМВД 13.13.2022 из УМВД России по &lt;адрес&gt; о том, что представленные ими документация (документы о том, что работы, выполненные по возмещению ущерба) не соответствуют сметным нормам и требуют доработки. Косвенно сам заказчик подтверждает выполнение ими работ. Но это не помешало ОМВД подать на них в суд. На тот момент он (ФИО2) тяжело заболел, ему было не до документации. Затем они принесли судебную претензию под роспись. В марте - апреле 2023 года он (ФИО2) находился в больнице в тяжелом состоянии, ему было не до судебных тяжб. В последствии он (ФИО2) узнал, что за период его отсутствия, прошел Арбитражный суд, где присудили сумму ущерба около 500 000 рублей в пользу ОМВД России по &lt;адрес&gt;, а также по данному уголовному делу. Несмотря на непризнание вины, виновность подсудимого ФИО2 в совершении им преступления, предусмотренного ч. 3 ст. 159 УК РФ , подтверждается следующими исследованными в судебном заседании доказательствами. Допрошенная в судебном заседании представитель потерпевшего – ФИО20 показала, что в ДД.ММ.ГГГГ в ОМВД России по &lt;адрес&gt; проводились закупки для оказания услуг по замене систем отопления в административном здании по адресу &lt;адрес&gt;. Торги проводил, контрактный управляющий Свидетель №2, в то время Свидетель №2 был начальником тыла. Торги проводились Свидетель №2 самостоятельно, она (ФИО20) как юрисконсульт проводила правовую экспертизу договоров. По договорам вопросов не было. Реализацию самих договоров, то есть как исполнялись данные договоры контролировал лично Свидетель №2 После этих торгов проводилась плановая проверка контрольно-ревизионным Управлением УМВД России по &lt;адрес&gt;. В заключение данной ревизии были указаны ряд недостатков по исполнению трех договоров. Была выявлена переплата ОМВД за услуги, которые не были оказаны. Было указано, что батареи, трубы установлены, по факту они отсутствовали. Также было выявлено, что по первому контракту было закуплено излишнее количество батарей, порядка 24 штук. На основании данной ревизии было подано сообщение в следственный комитет, который провел свою проверку, в частности проводилась строительная экспертиза, в ходе которой установлены все недостатки. В результате действий подсудимого, ОМВД России по &lt;адрес&gt;, который получает федеральные средства для проведения капитального ремонта помещений, был причинен ущерб. Контракт был заключен с ООО СК «Атлант», чьи интересы представлял ФИО2 Генеральным директором ООО СК «Атлант» являлась жена ФИО2, последний был представителем данной организации. Всего было заключено 4 контракта, суммы контрактов не помнит, помнит, что общий ущерб составляет более полумиллиона рублей. Исполнителем всех контрактов была одна и та же организация. Предметом контрактов было проведение капитального ремонта (замена системы отопления входит в капитальный ремонт) в зданиях ОМВД России, и гаражей. Финансирование проводилось как по капитальному ремонту. Работы выполнялись по замене систем отопления. В то время в ОМВД с отоплением были большие проблемы, температура в помещениях низкая, приходилось работать в перчатках. Необходимо было заменить, установить, отрегулировать трубы, радиаторы. До проверки работы были выполнены, появилось отопление, старое сняли, новое установили. В помещениях стало тепло. Работы выполнялись в зданиях расположенных по адресам: &lt;адрес&gt;А, гараж - Заводская 1Б, здание участковых по &lt;адрес&gt; (часть здания) 4 контракта делились: 1 контракт-1 здание. Заводская 1- основное здание; Заводская 1 А – гаражи; Заводская 3 – где находится руководство, и Красноармейская. На выполнение работ по каждому зданию был отдельный контракт. Работы были приняты. Работы по контрактам принимал Свидетель №2, это входило в его должностные полномочия контрактного управляющего. Комиссии по приемке не было. Лишние радиаторы, по одному из контрактов последние цифры номера 0001 номиналом 1200000 рублей, в количестве 24 металлических радиатора были установлены по другим контрактам. В здании по адресу &lt;адрес&gt; были демонтированы все радиаторы. После проведения ревизии и выявления недостатков, Свидетель №2 с исполнителем связывался Свидетель №2, о чем был диалог ей не известно. По результатам ревизии, по трем контрактам ОМВД РФ по &lt;адрес&gt; подали в Арбитражный суд исковое заявление по факту излишне полученных денег за работы, которые не проводились, который ОМВД РФ по &lt;адрес&gt; суд выиграл. Денежные средства не были взысканы, поскольку данная организация в настоящий момент приостановила свою деятельность, но исполнительный лист был направлен для исполнения, взыскано было 500-600 рублей. Ущерб ОМВД России по &lt;адрес&gt; до настоящего времени не возмещен. В связи с наличием существенных противоречий в показаниях представителя потерпевшего ФИО20, данных ею в ходе предварительного следствия и в суде, по ходатайству стороны обвинения в соответствии с ч. 3 ст. 281 УПК РФ были оглашены и исследованы показания представителя потерпевшего ФИО20 от ДД.ММ.ГГГГ данные ею в ходе предварительного следствия (№) из которых следует, что она состоит в должности юрисконсульта ОМВД России по &lt;адрес&gt;. В сентябре 2021 года по результатам проведенных торговых процедур, в рамках Федерального закона от ДД.ММ.ГГГГ № 44-ФЗ «О контрактной системе в сфере закупок товаров, работ, услуг для обеспечения государственных и муниципальных нужд», между ОМВД России по &lt;адрес&gt; и ООО СК «Атлант» был заключен государственного контрактов № от ДД.ММ.ГГГГ, предметом которого стал комплекс работ по замене систем отопления здания по адресу: &lt;адрес&gt;, в том числе поставка и установка радиаторов биметаллических в количестве 70 штук. Общая стоимость контракта составила 1 220 000 рублей. Сопровождение данной сделки в полном объеме осуществлялось Свидетель №2, который подготавливал сметы, согласовывал исполнительную документацию, проводил торги, и фактически заключил контракт и в последующем фактически принимал по данному контракту работы. Кроме того, с указанной организацией Свидетель №2 от лица ОМВД России по &lt;адрес&gt; были заключены иные контракты связанные с установкой систем отопления, а именно: государственный контракт № от ДД.ММ.ГГГГ стоимость 215 315 рублей, государственный контракт № от ДД.ММ.ГГГГ на сумму 209 775 рублей и государственный контракт № от ДД.ММ.ГГГГ на сумму 337 260 рублей. В ходе ревизионной проверки было установлено, что данные контракты заключены для того, что бы установить системы отопления в иных помещениях ОМВД, а именно в гаражных боксах, в отделе участковых по адресу: &lt;адрес&gt; и в &lt;адрес&gt;, в ходе ревизионной проверки было установлено, что в рамках государственных контрактов: № от ДД.ММ.ГГГГ, № от ДД.ММ.ГГГГ и № от ДД.ММ.ГГГГ на сумму 337 260 рублей в части установки систем отопления выявлены работ оплаченные, но не выполненные работы (24 биметаллических радиатора, а также фурнитуры к ним), на в сумму порядка 400 000 рублей. Как выяснилось в последующем, в рамках государственного контракта № от ДД.ММ.ГГГГ Свидетель №2 был закуплен и оплачен при приемке работ излишек радиаторов количестве 24 штук, которые устанавливать в здании по &lt;адрес&gt;, в соответствии с указанным контрактом было некуда. Свидетель №2 решил данные радиаторы и фурнитуру для них установить с помощью указанного подрядчика в иные помещения ОМВД России по &lt;адрес&gt;, для чего в том числе были заключены контракты №, № и №. В последующем, при закрытии контрактов №, 31 и 32, Свидетель №2 еще раз оплатил стоимость 24 биметаллических радиаторов и фурнитуры к ним, которые уже были оплачены в рамках государственного контракта № от ДД.ММ.ГГГГ, по какой причине он это сделал и по какой причине ООО СК «Атлант» направило акты по форме КС-2 по фактически уже оплаченным работам ей (ФИО20) не известно. В мае 2022 года при проведении ревизии УМВД России по &lt;адрес&gt; данный факт был выявлен и предъявлены соответствующие претензии в адрес &lt;данные изъяты&gt; при этом представитель ООО СК «Атлант» ФИО2 признал факт необоснованно оплаченных работ, ввиду &lt;данные изъяты&gt; было составлено гарантийное письмо о возврате излишне уплаченных денежных средств. Кроме того, между Свидетель №2 и &lt;данные изъяты&gt; было достигнуто устное соглашение о том, что часть излишне оплаченных денежных средств будут возвращены путем исполнения иных строительных и монтажных работ в ОМВД России по &lt;адрес&gt;. По настоящее время &lt;данные изъяты&gt; средства не возвратило, каких-либо работ по возврату указанных денежных средств на сколько ей (ФИО20) известно не проводилось и не принималось. В настоящее время ОМВД России по &lt;адрес&gt; подало иск в отношении &lt;данные изъяты&gt; с претензией об исполнении, в том числе договора № от ДД.ММ.ГГГГ и № от ДД.ММ.ГГГГ. Таким образом, в результате действий &lt;данные изъяты&gt; при исполнении государственных контрактов № от ДД.ММ.ГГГГ, № от ДД.ММ.ГГГГ и № от ДД.ММ.ГГГГ, ОМВД России по &lt;адрес&gt;, причинен материальный ущерб на сумме не менее 423 000 рублей. Оглашенные показания представитель потерпевшего ФИО20 подтвердила полном объеме, указав, что противоречия в показаниях данных ей в ходе предварительного следствия и в суде связаны с тем, что она запуталась, устная договоренность действительно была, ей это стало известно от Свидетель №2 Свидетель №2 подготовил претензию в ООО «Атлант», получил гарантийное письмо. Денежные средства по гарантийному письму не перечислялись. В остальных зданиях работы выполнены, отопление есть, работы выполнялись по отоплению. Допрошенная в судебном заседании свидетель Свидетель №4 (ФИО36 показала, что занимает должность главного бухгалтера. Свидетель №2 был начальником тыла, в его (Свидетель №2) должностные обязанности входило заключать контракты. Свидетель №2 пришел к мнению, что им необходимо поменять систему отопления, заключили контракт. Контракт заключал контрактный управляющий-Свидетель №2 Согласно смет, ОМВД РФ по &lt;адрес&gt; запрашивает денежные средства, им их выделяют, проводятся все конкурсные процедуры и заключается контракт. Свидетель №2 следит за всем ходом выполнения работ. Свидетель №2 самостоятельно принимал выполненные работы, подписал все документы о приемке, а также подписал начальник, была поставлена гербовая печать. Далее документы идут на оплату. В её (Свидетель №4 (ФИО37 обязанности входило только оплатить КС. Данные документы ей предоставлял начальник тыла. После чего она приводит бухгалтерскую операцию по оплате. Ей (Свидетель №4) ФИО13) известно, что с ООО «Атланта» было заключено 4 или 5 контрактов. У них имеется исполнительный лист по задолженности ФИО33 перед ОМВД на 423 134 рубля 32 копейки от ДД.ММ.ГГГГ, также имеется платежное поручение о платеже на сумму 65 рублей 68 копеек. Ей (Свидетель №4) ФИО14) принесли уже подписанные Свидетель №2 и начальником акты, из которых следовало, работы выполнены и следовало оплатить выполненные работы. В акте написано, что выполненные работы приняты Свидетель №2 Она (Свидетель №4) ФИО13) как должностное лицо произвела оплату по всем контрактам. Все это было в ДД.ММ.ГГГГ приехала проверка и выявила нехватку батарей, что не те батареи были установлены. По факту были оплачены не выполненные работы. Все это было выявлено в рамках ревизии, до ревизии не было выявлено никаких нарушений. После проведения ревизии, был предоставлен акт, в котором были описаны все нарушения, после чего поступил исполнительный лист. Имеется копия гарантийного письма о том, что эту сумму по исполнительному листу должен возместить подрядчик денежными средствами или иными работами. До настоящего времени денежные средства по исполнительному листу не возвращены. Денежные средства на выполнение работ с УМВД по &lt;адрес&gt; были доведены на конкретные цели, это было сделано перед закупкой, Сумма была определена согласно сметам, которые делал Свидетель №2 В связи с наличием существенных противоречий в показаниях свидетеля Свидетель №4 (ФИО34 данных ею в ходе предварительного следствия и в суде, по ходатайству стороны обвинения в соответствии с ч. 3 ст. 281 УПК РФ были оглашены и исследованы показания свидетеля Свидетель №4 (ФИО35 от ДД.ММ.ГГГГ данные ею в ходе предварительного следствия (№), из которых следует, что она состоит в должности главного бухгалтера ОМВД России по &lt;адрес&gt;. В ее должностные обязанности входит проверка начисления денежного довольствия, оплата по предоставленным актам выполненных работ в рамках государственных контрактов. В ДД.ММ.ГГГГ по результатам проведенных торговых процедур, в рамках Федерального закона от ДД.ММ.ГГГГ № 44-ФЗ «О контрактной системе в сфере закупок товаров, работ, услуг для обеспечения государственных и муниципальных нужд», между ОМВД России по &lt;адрес&gt; и &lt;данные изъяты&gt;» был заключен государственный контракт № от ДД.ММ.ГГГГ, предметом которого стал комплекс работ по замене систем отопления здания по адресу: &lt;адрес&gt;, в том числе поставка и установка радиаторов биметаллических в количестве 70 штук. Общая стоимость контракта составила 1 220 000 рублей. Сопровождение данной сделки в полном объеме осуществлялось Свидетель №2, который подготавливал сметы, согласовывал исполнительную документацию, проводил торги, и фактически заключил контракт и в последующем фактически принимал по данному контракту работы. Также с указанной организацией Свидетель №2 от лица ОМВД России по &lt;адрес&gt; были заключены иные контракты, связанные с установкой систем отопления, а именно: государственный контракт № от ДД.ММ.ГГГГ стоимостью 215 315 рублей, государственный контракт № от ДД.ММ.ГГГГ на сумму 209 775 рублей и государственный контракт № от ДД.ММ.ГГГГ на сумму 337 260 рублей. В ходе ревизионной проверки было установлено, что данные контракты заключены для того, что бы установить системы отопления в иных помещения ОМВД, а именно в гаражных боксах, в отделе участковых по адресу: &lt;адрес&gt; и в &lt;адрес&gt;. В ходе ревизионной проверки было установлено, что в рамках государственных контрактов: № от ДД.ММ.ГГГГ, № от ДД.ММ.ГГГГ и № от ДД.ММ.ГГГГ на сумму 337 260 рублей в части установки систем отопления выявлены оплаченные, но не выполненные работы (24 биметаллических радиатора, а также фурнитуры к ним), на сумму порядка 400 000 рублей. Как выяснилось в последующем, в рамках государственного контракта № от ДД.ММ.ГГГГ Свидетель №2 был закуплен и оплачен при приемке работ излишек радиаторов количестве 24 штук, которые устанавливать в здании по &lt;адрес&gt;, в соответствии с указанным контрактом было некуда. Свидетель №2 решил данные радиаторы и фурнитуру для них установить с помощью указанного подрядчика в иные помещения ОМВД России по &lt;адрес&gt;, для чего в том числе были заключены контракты №, №, №. В последующем, при закрытии контрактов №, 31 и 32, Свидетель №2 еще раз оплатил стоимость 24 биметаллических радиаторов и фурнитуры к ним, которые уже были оплачены в рамках государственного контракта № от ДД.ММ.ГГГГ, по какой причине он это сделал и по какой причине &lt;данные изъяты&gt; направило акты по форме КС-2 по фактически уже оплаченным работам ей не известно. В мае 2022 года при проведении ревизии УМВД России по &lt;адрес&gt; данный факт был выявлен и предъявлены соответствующие претензии в адрес &lt;данные изъяты&gt; при этом представитель ООО СК «Атлант» ФИО2 признал факт необоснованно оплаченных работ, ввиду ООО СК «Атлант» было составлено гарантийное письмо о возврате излишне уплаченных денежных средств. Кроме того, между Свидетель №2 и &lt;данные изъяты&gt;» было достигнуто устное соглашение о том, что часть излишне оплаченных денежных средств будут возвращены путем исполнения иных строительных и монтажных работ в ОМВД России по &lt;адрес&gt;. Выплаченные ООО СК «Атлант» денежные средства по исполненным государственным контрактам, принадлежали именно ОМВД России по &lt;адрес&gt;. По настоящее время ООО СК «Атлант» денежные средства не возвратило, каких либо работ возврату указанных денежных средств на сколько ей известно не проводилось и не принималось. Оглашенные показания свидетель Свидетель №4 (ФИО5) М.Н. подтвердила полном объеме. Допрошенная в судебном заседании свидетель Свидетель №7 показала, что она работает начальником отдела муниципального заказа администрации &lt;адрес&gt; муниципального округа. Согласно 44-ФЗ процедуру проведения закупки начинается с того, что заказчиком утверждаются лимиты на проведение данной процедуры. Закладываются деньги, после чего объявляется процедура в электронной форме на сайте закупок, выявляется победитель. После объявления победителя, заключается контракт. После этого заказчик и подрядчик начинают работу по контракту. Подрядчик работает на условиях и требованиях, которые были предоставлены заказчиком в техническом задании и в муниципальном контракте. Подрядчик обязан исполнять все требования, установленные в техническом задании, а также выполнять все условия контракта. По окончании работ, подрядчик сдает работы, заказчик принимает их, создав комиссию, в соответствии с требованиями, которые им были заявлены. После чего подписывается акт о приемке работ. Если все работы выполнены в соответствии с требованиями заказчика, работы оплачиваются. Приемка работ заказчиком осуществляется на основании актов КС-2, КС-3, справки о выполненных работах и проверка заказником на соответствие с техническим заданием. Акты КС-2, КС-3 должны содержать полный перечень работ, заявленный заказчиком при объявлении процедуры, которые необходимо выполнить подрядчику. Основными условиями контракта являются сроки, начало и окончание работ, цены контракта и требования к качеству работы, соответствие работ техническому заданию. Контракты подлежат изменениям, если условия в контрактах возможно поменять. Полностью поменять контракт поменять нельзя, есть такие условия контракта, которые не меняются, но есть и такие которые по соглашению сторон возможно изменить, для этого обязательно заключаются дополнительные соглашения. Если при заключении контракта, какие-либо условия поменялись, то контракт должен меняться только на улучшении качества, на ухудшение не может. Поменять товар подрядчик не может, может поменять только на улучшение качества, если эти товары улучшенного качества тех, которые были заявлены в контракте. Замена разнозначного качества товара, но разных фирм, может произойти по согласованию сторон, но при этом должны заключатся дополнительные соглашения. Дополнительные соглашения делаются в письменной форме с подписью обеих сторон, с размещением в сети «Интернет». Акты о приемке работ делаются в смете. Если подрядчик без согласования с заказчиком поменял условия контракта, заменив одну деталь на другую, при приемке работ, заказчик не обязан данную работу оплатить. Заказчик не имеет права принять работы, которые не соответствуют контракту. Это получается нарушение контракта. Согласно 44-ФЗ заказчик не имеет права диктовать определенную марку, заказчик вправе указать технические характеристики или эквивалент. Распоряжение бюджетных средств, которые требуются заказчику, происходит следующим образом: отделом финансов подготавливается заявка о необходимости приобрести то или иное оборудование, которая направляется в отдел бухгалтерии с примерной стоимостью товара. Заявка представляет собой письмо о необходимости приобретения товара или замены пришедшего в негодность оборудования. Из расчета того, насколько это необходимо, финансы закладывают в бюджет. Цена товара определяется следующим образом: если это предмет, то запрашиваются минимум три коммерческих предложения, если это работы, то в отделе контроля имеется специальная программа «Гранд Смета», с утвержденными ценами на данный вид работ. Затем формируется план - график закупок на весь год и эту закупку закладываем, после чего размещаем на сайте, и в проведении закупки оформляем аукцион. Перечень технических работ указывается в техническом задании. Основной объем работ это смета, ведомость объема работ, а техническое задание это дополнение к смете. После размещение контракта на сайте проходит аукцион, выявили победителя, если их два, то цена контракта снижается и идут торги, если он один, то заключаем с ним контракт по нашей начальной цене. Потом размещаем протокол и через десять дней подписываем контракт. Заказчик принимает работы следующим образом, подрядчик объявляет о готовности сдать работы, уведомляет об этом заказчика, заказчик создает комиссию по приемке, комиссия принимает работы. В обоснование контракта прикладываются документы об общей стоимости работ, если было снижение аукциона, то подрядчик предоставляет смету на свою цену, после проведения аукциона. На оплату предоставляются документы по форме КС-2, КС-3 и акт выполненных работ. Заказчик самостоятельно проверяет и сверяет с документами. В случаи, если заказчик видит нарушение выполненных работ и не может своими силами оценить качество их выполнения. В таком случае заказчик заказывает независимую экспертизу, которую самостоятельно оплачивает, предоставляет ее подрядчику. В случае несогласия подрядчика с проведенной экспертизой, заказчик в судебном порядке, выясняет качество выполненных работ. Если суд признает выполнение работ некачественным, то подрядчик обязан исправить некачественные работы и оплатить стоимость экспертизы. Это право заказчика. Приемка работ осуществляется комиссионно. Закупочная комиссия проводит процедуру, а приемочная комиссия принимает выполненные работы. Данные комиссии могут быть в одном и том же составе, а могут меняться. Если акты, КС подписаны, оплата прошла, но в работе выявлены недостатки, в контракте должны быть предусмотрены гарантийные условия, которые предусмотрены контрактом. Гарантийные требования бывают на товар и на работы. Если такие требования предъявляются подрядчику, он должен выехать и устранить все требования, на которые указывает заказчик. Цену контракта заказчик может снизить не более чем на 10 %., при этом изменить цену контракта заказчик не имеет право в одностороннем порядке. Из-за того, что подрядчик установил радиаторы иной марки заказчик не мог в одностороннем порядке изменить стоимость работ. Допрошенный в ходе судебного заседания свидетель Свидетель №2 пояснил, что он проходил службу в должности начальника тыла ОМВД России по &lt;адрес&gt;. В его (Свидетель №2) служебные обязанности, в том числе входило определять подрядчиков, заключать государственные контракты, осуществлять закупочную деятельность. В 2016 году им (Свидетель №2) было заключено более 200 контрактов. Также были заключены контракты по замене системы отопления в ОМВД России по &lt;адрес&gt;. Так же были контракты на замену системы отопления в здании 1 по &lt;адрес&gt;, где находятся участковые уполномоченные. Всего было 2 контракта по отоплению. Контракты заключались между ОМВД России по &lt;адрес&gt; и ООО, не помнит название. Подсудимый ФИО2 является исполнителем по данным контрактам. УМВД по &lt;адрес&gt; как распорядитель бюджетных средств было выделено 1600 000 рублей на замену отопления. Отделом капитального строительства (ОКС) УМВД по &lt;адрес&gt; ему (Свидетель №2) направлены сметы на проведение работ. Смета составлялась УМВД по &lt;адрес&gt;, на здание по &lt;адрес&gt; - в размере 1 600 000 рублей. Данные бюджетные средства были размещены в системе закупок. Был проведен электронный аукцион для определения подрядчика, для выполнения работ. Подали заявку на проведение аукциона, и при проведении аукциона на заявку откликнулось 5-6 подрядчиков. Все подавшие были допущены до аукциона, по результатам аукциона цена контракта снизилась до 1 200 000 рублей. Победителем аукциона стала организация, исполнительным директором был ФИО2. Было выждано 10 дней и заключен электронный государственный контракт в системе закупок. Были начаты работы по контракту на 1 200 000 рублей по Заводской 1. Система МВД предполагает, что все средства должны быть освоены, и сэкономленные 400 тысяч рублей тоже. По совету ОКС, по его (Свидетель №2) предложениям решили заключить второй контракт на оставшиеся 400 тысяч рублей на ремонт системы отопления в помещении, где находятся служба участковых. После окончания работ по &lt;адрес&gt;, проведена процедура для определения исполнителя на контракт 400 тысяч рублей в системе «Березка». После чего был заключен контракт, с той же организацией, которая выполняла работы по &lt;адрес&gt;. Все процедуры были проведены, он (Свидетель №2) принял решение заключить контракт с ними же. Все работы по двум контрактам были выполнены, документация подписана им (Свидетель №2) и начальником ОМВД РФ по &lt;адрес&gt; ФИО31. Приемка была в составе комиссии, в которую входил он (Свидетель №2) и ФИО31. Фактически работы принимал он (Свидетель №2). Замечаний по приемке не было. Руководству доложено, всеми работами были удовлетворены, до мая 2021 года, как приехала комплексная поверка с УМВД по &lt;адрес&gt;. Проверяли организационную, хозяйственную, экономическую деятельность. При которой, выявлено, что по &lt;адрес&gt; установлено меньше батарей, чем указано в документах. По документам должно стоят 70 батарей, а по факту стоят 53 или 54 батареи. Его (Свидетель №2) это тоже удивило, начали разбираться. Оказалось, что изначально в смете, которую ему (Свидетель №2) направил отдел УМВД по &lt;адрес&gt;, в ОКС было указано количество батарей -70 штук, на что он (Свидетель №2) не обратил внимание. Оказалось, что остаток батарей были установлены в службе участковых. Он (Свидетель №2) полагает, что тот, кто устанавливал их, это сотрудник компании, купил их согласно смете. Эти оставшиеся батареи, установил в службу участковых. После выявленных нарушений он (Свидетель №2) выяснял все с ФИО2, который за одну и ту же работу получил два раза деньги. Он (Свидетель №2) с ФИО2 заключил дополнительное соглашение, о том, что ФИО2 проведет строительные работы на эту сумму, какую не помнит. ФИО2 все выполнил, а именно: ремонт отопления гаражных боксов, проведена планировка и засыпка территории гаражей (задний двор ОМВД). Он (Свидетель №2) считал, что вопрос решен. С появлением уголовного дела был удивлен. Дополнительное соглашение, которое было заключено на оставшиеся денежные средства, ФИО2 выполнил. После чего он (Свидетель №2) уволился, с сентября 2021 года он (ФИО2) перестал выполнять обязанности. Работы выполнялись в августе 2021 года, работы по отоплениям октябрь 2020 года. После выполненных ремонтных работ по &lt;адрес&gt;, по смене радиаторов, осталось 40 радиаторов, которые по второму контракту были установлены в помещении службы участковых уполномоченных. Сколько было радиаторов, не помнит, закупкой занимался исполнитель, исполнитель думал, что контракт один. На второй контракт смета тоже была. Во втором контракте было указано количество радиаторов, фактически они не закупались, фактически были закуплены по первой смете, работы были оплачены. Работы выполнял ФИО7, фамилию не помнит. Не знает, участвовал ли ФИО29 при выполнении работ. С ФИО29 работали не в первый раз, ни каких претензий к его работам не было. Точно, какая сумма было переплачена, не может сказать, предполагает 200 000 рублей. Именно на эту сумму было заключено дополнительное соглашение. Он (Свидетель №2) заключил соглашение по доверенности ОМВД. Выполнение работ, ни какими документами не подтверждается. Он (Свидетель №2) к тому времени не исполнял обязанности. Эти работы не приняли. Исполняющим обязанности начальника тыла на тот момент был ФИО6. Заместитель начальника ФИО15 возможно поручил принятие работ ФИО6. Работы не были приняты, но фактически были выполнены. При приемки подписывались документы: акт выполненных работ КС2 или КС3-это тоже самое, что и смета. В акте принятых работ тоже было 70 радиаторов. При проверки радиаторы пересчитывали и выявили нарушения. После проверки в УМВД была наверно направлена информация. Он (Свидетель №2) ознакомлен с заключением эксперта, считает, что экспертиза к данному делу не относится. Экспертиза о том, что работа стоит столько-то, а выполнено за столько. Как экспертиза относится к уголовному делу ему (Свидетель №2) не понятно. Контракты были заключены по 44-ФЗ, это закон по которому рассчитываются объемы, а не так как в экспертизе (толщина деталей и т.д.). Данная экспертиза не относится к данному уголовному делу. УМВД по &lt;адрес&gt;, как распорядитель денежных средств определило и выделило 1600 000 рублей. Сотрудники жаловались на холод в кабинетах ОМВД, направлены были жалобы в адрес «Примтеплоэнерго» в 2019-2020 годах о том, что в здании холодно. «Примтеплоэнерго» ответили, что система отопления пришла в негодность и установлена не правильно. Он (Свидетель №2) предложил УВД сделать замену отопительной системе. По смете есть вся информация у ФИО20. Была такая информация, что смету составлял наверно он (Свидетель №2). Денежные средства, направленные из УМВД по &lt;адрес&gt; в ОМВД нужно было срочно освоить. УМВД по &lt;адрес&gt; было проинформировано о необходимости замены системы отопления. В это же время УМВД России по &lt;адрес&gt; получило денежные средства, которые были предложены им. Существует смета, которая предусматривает специальные коэффициенты. Каждый коэффициент это стоимость тех или иных работ. Смета составлялась специалистами сметчиками ОМВД. Он (Свидетель №2) в смете мало что понимал. По 44-ФЗ способ определения начальной цены применялся сметный или расчетный. Коммерческие предложения организациям, мониторинг цен необходимых работ, не направлялся, так как не было времени. В ОМВД поступила готовая смета, денег еще не было. Каких-либо документов в УМВД России по &lt;адрес&gt; не направлял. У сметчиков есть все данные, смету можно составить без выезда. Когда поступила смета, стали работать. Сняли батарею, поставили новую, дополнительных батарей не устанавливали, смету не смотрели. Откуда взялась цифра 70, ни кто не знает, человек, который подготавливала смету, уволилась. Смету прислало УМВД по &lt;адрес&gt;, это зафиксировано в электронной системе. Техническое задание было, ФИО4 составлял ведомость объема работ. Техническое задание –это сведения о том, что необходимо сделать, что бы выполнить работу. Он (Свидетель №2) отправил ведомость в УМВД, на два задания. Ведомость работ и технические задание составлял ФИО4, который являлся сотрудником ФИО2 Ему (Свидетель №2) позвонили с УМВД и сообщили, что выделена сумма денежных средств. Техническое задание было на два здания по &lt;адрес&gt; и 3, которые были направлены в УМВД, а смета пришла на ремонт в здании по адресу &lt;адрес&gt;. О данном факте УМВД не уведомлял, так как там работают специалисты, которые делали смету на основании технического задания. Было выделено 1 600 000 рублей на ремонт здания по &lt;адрес&gt;, в смете было указано 70 радиаторов, в техническом задании было указано больше 70 радиаторов. Наименование радиаторов он (Свидетель №2) знает из сметы, хоть это и нарушение законодательства требовать изделия определенной марки, в техническом задании они не были указаны. Технические характеристики можно определить так, например они сделаны из определенного материала, площадь нагрева и теплоотдача, количество секций в целом. Радиаторы разборные. Все может быть указано кроме марки. Всего с ФИО2 было заключено два контракта на ремонт системы отопления и было дополнительное соглашение. Акты проверки подписывал он (Свидетель №2) без проверки. В связи с наличием существенных противоречий в показаниях свидетеля Свидетель №2, данных им в ходе предварительного следствия и в суде, по ходатайству стороны обвинения в соответствии с ч. 3 ст. 281 УПК РФ были оглашены и исследованы показания свидетеля Свидетель №2 от ДД.ММ.ГГГГ, от ДД.ММ.ГГГГ данных им в ходе предварительного следствия (ДД.ММ.ГГГГ), из которых следует, что он состоял в должности начальника отдела тыла ОМВД России по &lt;адрес&gt;. В его должностные обязанности, как начальника отдела тылового обеспечения входило: организация тылового обеспечения, организация обслуживания, эксплуатации и ремонта административных зданий и помещений, кроме того, на основании приказа начальника ОМВД России по &lt;адрес&gt; он являлся контрактным управляющим, то есть был наделен полномочиями на определение потребности, участие в опережении начальной максимальной цены контрактов при проведении капитальных ремонтов, проведение торговых процедур от имени ОМВД России по &lt;адрес&gt;, контроль и приемка выполненных работ в рамках государственных контрактов и договоров, при этом данное согласование проводилось по средствам согласования им перед подписанием начальником ОМВД России актов по форме № и справок о стоимости выполненных работ по форме № В период прохождения службы, свою служебную деятельность он (Свидетель №2) осуществлял на основании ФЗ «О полиции», внутриведомственных приказов регулирующих деятельность подразделений тылового обеспечения, должностной инструкцией, а также федеральными законами и постановлениями Правительства РФ, в том числе, Федеральный закон от ДД.ММ.ГГГГ № 44-ФЗ «О контрактной системе в сфере закупок товаров, работ, услуг для обеспечения государственных и муниципальных нужд». Кроме того, в соответствии с имеющейся у него доверенностью от имени начальника ОМВД России по &lt;адрес&gt; он уполномочен осуществлять финансово-хозяйственную деятельность, кроме осуществления платежных функций. &lt;адрес&gt; им было принято решение об организации переоснащения систем отопления, что должно было включить замену труб и радиаторов в двух административных зданиях ОМВД России по &lt;адрес&gt; по адресу: &lt;адрес&gt;. Длительное время в рамках работы отдел тылового обеспечения взаимодействовал с ООО СК «Атлант», которое оказывало услуги по ремонту ОМВД России по &lt;адрес&gt;. Генеральным директором ООО СК «Атлант» является Свидетель №1, однако все решения, все взаимодействия осуществлялись ее мужем – ФИО2. Для составления сметного расчета предусматривавшего замену систем отопления в зданиях ОМВД России по &lt;адрес&gt; он (Свидетель №2) обратился к ФИО2, который на безвозмездной основе, подготовил для ОМВД России по &lt;адрес&gt; две сметы на капитальный ремонт &lt;адрес&gt; отдельно &lt;адрес&gt; сметы он (Свидетель №2) направил в отдел капитального строительства УМВД России по &lt;адрес&gt; для проверки, откуда пришел ответ о том, что данные сметы подлежат исправлению в части использования двух способов расчета в «Фер» и «Тер» одновременно, что недопустимо. Спустя несколько дней, из ОКС УМВД России по &lt;адрес&gt; пришла смета, предусматривавшая демонтаж, монтаж, поставку материалов для ремонта отопления &lt;адрес&gt;, вместе со сметой довели денежные средства на исполнение этой сметы в рамках государственного контракта в сумме 1 700 000 рублей. Может пояснить, что позже выяснилось, что по какой то причине ОКС УМВД России по ПК внесло потребность в данную сметет на 70 батарей, при фактической необходимости установить 46 в &lt;адрес&gt; заключения контракта на монтаж систем отопления в порядке, предусмотренном ФЗ № был проведен электронный аукцион, по результатам которого ООО СК «Атлант» получило право на исполнение данного контракта, при этом цена контракта составила 1 220 000 рублей. ДД.ММ.ГГГГ по результатам проведенных торговых процедур между ОМВД России по &lt;адрес&gt; и подрядчиком - обществом с ограниченной ответственностью «СК Атлант» заключен государственный контракт № стоимостью 1 220 000 рублей, предметом, которого является капитальный ремонт систем отопления в административном здании ОМВД России по &lt;адрес&gt; по адресу: &lt;адрес&gt;. при этом наименование и объемы работ строго определены сметным расчётом. После проведения торговых процедур для заключения первого государственного контракта, экономия из доведенных лимитов составила 480 000 рублей, ввиду чего им было принято решение о полезном освоении ОМВД России по &lt;адрес&gt; оставшихся денежных средств. Для этих целей он провел мониторинг потребностей ОМВД России по &lt;адрес&gt; в части замены систем отопления в иных помещениях. Стало известно, что необходимо заменить отопление у участковых в. &lt;адрес&gt; в &lt;адрес&gt;, и в гаражных боксах ОМВД России по &lt;адрес&gt;. Он (Свидетель №2) вновь попросил ФИО2 подготовить сметы для замены систем отопления в указанных помещениях. В течение нескольких дней ФИО2 предоставил сметы для замены систем отопления в указанных помещениях. Для осуществления фактических работ по замене систем отопления им было принято решение о заключении государственных контрактов с ООО «СК Атлант» без проведения торговых процедур, потому как стоимость работ по каждому из контрактам составляла менее 600 000 рублей. ДД.ММ.ГГГГ между ОМВД России по &lt;адрес&gt; и подрядчиком - ООО «СК Атлант» заключен государственный контракт № стоимостью 215 315 рублей, предметом которого являются работы по капитальному ремонту систем отопления в служебных кабинетах ОМВД России по &lt;адрес&gt;, расположенным по адресу: &lt;адрес&gt;, при этом состав работ определен техническим заданием. ДД.ММ.ГГГГ между ОМВД России по &lt;адрес&gt; и подрядчиком - обществом с ограниченной ответственностью СК «Атлант» заключен государственный контракт № стоимостью 209 775 рублей, предметом которого являются работы по капитальному ремонту систем отопления в ОМВД России по &lt;адрес&gt;, расположенным по адресу: &lt;адрес&gt;, 3. при этом состав и наименование работ определены локальным сметным расчетом. ДД.ММ.ГГГГ между заказчиком - ОМВД России по &lt;адрес&gt; и подрядчиком - ООО СК «Атлант» заключен государственный контракт № стоимостью 337 206 рублей, предметом которого являются работы по капитальному ремонту систем отопления в ОМВД России по &lt;адрес&gt;, расположенным по адресу: &lt;адрес&gt;, 3. при этом состав и наименование работ определены локальным сметным расчетом. Для выполнения работ по всем выше указанным государственным контрактам ФИО2 направил своего работника – ФИО4, который фактически и осуществлял монтаж и демонтаж систем отопления. Фактически он (Свидетель №2) смотрел, что работы выполнены, при этом считает, что работы выполнены в полном объеме, ввиду чего он (Свидетель №2) и согласовал акты по форме КС-2 предоставленные ФИО2 При этом, в виду того, что он (Свидетель №2) доверял ФИО2 он (Свидетель №2) фактически не проверял выполняемы ООО СК «Атлант» работы, то есть фактически не выполнил свои служебные обязанности, за что понес уже дисциплинарную ответственность. В ДД.ММ.ГГГГ при проведении ревизии УМВД России по &lt;адрес&gt; данный факт был выявлен и предъявлены соответствующие претензии в адрес ООО СК «Атлант», при этом представитель ООО СК «Атлант» ФИО2 признал факт необоснованно оплаченных работ, ввиду ООО СК «Атлант» было составлено гарантийное письмо о возврате излишне уплаченных денежных средств. Кроме того, между ним и ООО СК «Атлант» было достигнуто соглашение о том, что часть излишне оплаченных денежных средств будут возвращены путем исполнения иных строительных и монтажных работ в ОМВД России по &lt;адрес&gt;. С ДД.ММ.ГГГГ он (Свидетель №2) перестал исполнять обязанности начальника тыла ОМВД России по &lt;адрес&gt;, ввиду чего дальнейший ход событий ему не известен. Был ознакомлен с заключением эксперта №-С от ДД.ММ.ГГГГ. Сомнений в проведенной экспертизе нет. Работы по государственному контракту № от ДД.ММ.ГГГГ были приняты им (Свидетель №2).Ему (Свидетель №2) не было известно, что на момент подписания акта принятия выполненных работы по государственному контракту № от ДД.ММ.ГГГГ о том, что стоимость невыполненных работ, однако отраженных в акте по форме КС-2 № от ДД.ММ.ГГГГ, с учетом фактически выполненных видом, объемов работ и примененных материалов составляет 276 504, 79 рублей. Он (Свидетель №2) не специалист в области ремонтов и материалов для этого. Он (Свидетель №2) прошел по зданиям ОМВД России по &lt;адрес&gt;, визуально утвердил факт выполненных работ, и так как он доверял ФИО2, то утвердил достоверность акта о принятии выполненных работ. ФИО2 привез акт по форме КС-2 № от ДД.ММ.ГГГГ по государственному контракту № нарочным способом. Когда именно это произошло, и при каких обстоятельствах, он (Свидетель №2) не помнит, так как прошло уже много времени. Также ему (Свидетель №2) не было известно, что на момент подписания акта принятия выполненных работы по государственному контракту № от ДД.ММ.ГГГГ о том, что стоимость невыполненных работ, однако отраженных в акте по форме КС-2 № от ДД.ММ.ГГГГ, с учетом фактически выполненных видом, объемов работ и примененных материалов составляет 47 623, 40 рублей. Он (Свидетель №2) не специалист в области ремонтов и материалов для этого. Он (Свидетель №2) прошел по зданиям ОМВД России по &lt;адрес&gt;, визуально утвердил факт выполненных работ, и так как он доверял ФИО2, то утвердил достоверность акта о принятии выполненных работ. ФИО2 привез акт по форме № № от ДД.ММ.ГГГГ по государственному контракту № нарочным способом. Ему (Свидетель №2) не было известно, что на момент подписания акта принятия выполненных работы по государственному контракту № от ДД.ММ.ГГГГ о том, что стоимость невыполненных работ, однако отраженных в акте по форме КС-2 № от ДД.ММ.ГГГГ, с учетом фактически выполненных видом, объемов работ и примененных материалов составляет 47 711, 40 рублей, Он (Свидетель №2) прошел по зданиям ОМВД России по &lt;адрес&gt;, визуально утвердил факт выполненных работ, и так как он доверял ФИО2, то утвердил достоверность акта о принятии выполненных работ. ФИО2 привез в ОМВД России по &lt;адрес&gt; акт по форме № № от ДД.ММ.ГГГГ по государственному контракту № нарочным способом. Ему (Свидетель №2) не было известно, что на момент подписания акта принятия выполненных работы по государственному контракту № от ДД.ММ.ГГГГ о том, что стоимость невыполненных работ, однако отраженных в акте по форме № № от ДД.ММ.ГГГГ, с учетом фактически выполненных видом, объемов работ и примененных материалов составляет 162 613, 20 рублей. ФИО2 привез акт в ОМВД России по &lt;адрес&gt; по форме № № от ДД.ММ.ГГГГ по государственному контракту № нарочным способом. В мае 2022 года при проведении ревизии УМВД России по &lt;адрес&gt; данный факт был выявлен и предъявлены соответствующие претензии в адрес ООО СК «Атлант», при этом представитель ООО СК «Атлант» ФИО2 признал факт необоснованно оплаченных работ. Кроме того, между ним(Свидетель №2) и ООО СК «Атлант» было достигнуто соглашение о том, что часть излишне оплаченных денежных средств будут возвращены путем исполнения иных строительных и монтажных работ в ОМВД России по &lt;адрес&gt;. Он (Свидетель №2) доверял ФИО2, из – за этого фактически не проверял выполненные ООО «СК Атлант» работы, то есть фактически не выполнил свои служебные обязанности, за что понес уже дисциплинарную ответственность. В порядке ч. 1 ст. 281 УПК РФ в судебном заседании оглашены показания свидетелей ФИО16, Свидетель №5, Свидетель №6 Из оглашенного протокола допроса свидетеля Свидетель №3 от ДД.ММ.ГГГГ следует, что с ноября 2015 года состоит в должности начальника ОМВД России по &lt;адрес&gt;, расположенного по адресу: &lt;адрес&gt;. В его (Свидетель №3) должностные обязанности, как начальника отдела входило общее руководство ОМВД России по &lt;адрес&gt;, в том числе организация хозяйственной деятельностью отдела. В целях проведения тылового обеспечения в штатной численности отдела имеется подразделение тылового обеспечения, представленное начальником тыла. До мая 2022 года начальником тыла ОМВД России по &lt;адрес&gt; был Свидетель №2. В должностные обязанности начальника отдела тылового обеспечения входит: организация тылового обеспечения, организация обслуживания, эксплуатации и ремонта административных зданий и помещений, кроме того, на основании приказа начальника ОМВД России по &lt;адрес&gt; он является контрактным управляющим, то есть был наделен полномочиями на определение потребности, участие в определении начальной максимальной цены контрактов при проведении капитальных ремонтов, проведение торговых процедур от имени ОМВД России по &lt;адрес&gt;, контроль и приемка выполненных работ в рамках государственных контрактов и договоров, при этом данное согласование проводилось по средствам согласования начальником отдела тылового обеспечения, после чего данные документы (в том числе акты по форме КС-2 и справки по форме КС-3) подписываются им как начальником ОМВД России, что является основанием для приемки выполненных работ и их оплаты. Кроме того, начальник отдела тылового обеспечения осуществляет свою деятельность на основании доверенности, выданной им (Свидетель №3) на осуществление всех перечисленных полномочий. Весной 2021 года Свидетель №2 доложил ему о том, что необходимо менять систему отопления в зданиях и гаражных боксах ОМВД России по &lt;адрес&gt;, для чего необходимо заключить государственные контракты, и проводить на основании них соответствующие работы с привлечением контрагентов, при этом не оговаривалось кем именно, так как это должны были решить торги. Он (Свидетель №3) поддержал инициативу Свидетель №2, так как действительно имелась такая необходимость, в зданиях была низкая температура, гаражные боксы и вовсе не отапливались. Через некоторое время Свидетель №2 доложил, что провел торговые процедуры, после чего принес ему (Свидетель №3) государственный контракт на ремонт систем отопления, в здании ОМВД России по &lt;адрес&gt; по адресу: &lt;адрес&gt;, который был им согласован со всеми службами, в том числе юридическим отделом, бухгалтером и самим Свидетель №2 Предмет и стоимость контракта у него (Свидетель №3) не вызывали сомнений, ввиду чего, доверяя профессионализму Свидетель №2 он (Свидетель №3) подписал данный контракт. В настоящий момент он (Свидетель №3) не может точно сказать, какие именно работы входили в предмет контракта, цена составляла 1 220 000 рублей, что входило в сумму доведённых денежных средств из УМВД России по &lt;адрес&gt;, исполнителем данного контракта значилась ООО СК «Атлант». Ход выполнения работ контролировал непосредственно Свидетель №2, он (Свидетель №3) лишь видел, что действительно радиаторы отопления меняются, но в подробности он (Свидетель №3) не вникал. Осенью 2021 года, Свидетель №2 вновь обратился к нему (Свидетель №3) с контрактами, объяснив, что имеется не использованный лимит доведенных УМВД России по &lt;адрес&gt; денежных средств, и что можно осуществить замену систем отопления у участковых по &lt;адрес&gt; в гаражных боксах ГАИ, заключив данные контракты. С учетом того, что данные контракты были согласованы всеми службами, в том числе Свидетель №2, он (Свидетель №3) подписал данные контракты. Исполнителем данных контрактов также были ООО СК «Атлант». Ход и ведение работ также контролировались Свидетель №2, он в контроле работ участие не принимал, так как это входило в обязанности Свидетель №2 В октябре 2022 года ему (Свидетель №3) на подписание Свидетель №2 были предоставленные акты по форме КС-2 о выполненных в рамках указанных 4 контрактах работах по ремонту ООО СК «Атлант» систем отопления, в настоящий момент не помнит какие конкретно суммы фигурировали в данных актах, но с учетом того, что он (Свидетель №3) видел, что система отопления заменена, работала, сам Свидетель №2 как начальник отдела тылового обеспечения согласовал данные акты, подтвердив объем и стоимость выполенных работ, соответствие их контрактам, он подписал данные акты и подписал платежные поручения на их оплату. Свидетель №2 заверил, что лично принял все выполненные работы, о том, что они соответствуют по стоимости, объему и качеству предусмотренному контрактами и проектно-сметной документации. В ДД.ММ.ГГГГ в ОМВД России по &lt;адрес&gt; была проведена ревизия, в том числе и контрактной работы, в ходе которой выяснилось, что принятые работы по указанным выше контрактам не соответствуют предмету данных контрактов по объемам. На его (Свидетель №3) вопросы к Свидетель №2 о том, по какой причине имеется не соответствие, Свидетель №2 уверил его, что все выполненные работы соответствуют заключенным контрактам № Из оглашенного допроса свидетеля Свидетель №3 от ДД.ММ.ГГГГ следует, что государственные контракты: № от ДД.ММ.ГГГГ; № от ДД.ММ.ГГГГ; № от ДД.ММ.ГГГГ; № от ДД.ММ.ГГГГ были заключены между ОМВД России по &lt;адрес&gt; и ООО СК «Атлант» на ремонт и замену систем отопления в административных и хозяйственных помещениях ОМВД России по &lt;адрес&gt;. Работы выполнялись сотрудниками ООО СК «Атлант», контроль их выполнения и фактическая приемка осуществлялись бывшим начальником тыла Свидетель №2, он (Свидетель №3) как уполномоченное лицо после согласования Свидетель №2 приемки работ подписывал соответствующие акты, сам ход работ и их полноту он (Свидетель №3) не проверял, так как их проверяло уполномоченное лицо – Свидетель №2 Ему (Свидетель №3) не известно, кто выполнял работы, но видел, что фактически работы выполнялись, однако с кем либо из ООО СК «Атлант» он (Свидетель №3) не знакомился, все вопросы по организации контрактной работы были возложены на Свидетель №2 Ему (Свидетель №3) ФИО2 и Свидетель №1 не известны. Он (Свидетель №3) как лицо, принявшее не выполненные работы, но отраженные в актах по форме КС-2 при приемке работ по государственным контрактам 01201№ от ДД.ММ.ГГГГ; № от ДД.ММ.ГГГГ; № от ДД.ММ.ГГГГ; № от ДД.ММ.ГГГГ, объясняет это так, как начальник ОМВД России по &lt;адрес&gt; он (Свидетель №3) имеет ряд профильных подчиненных, которые уполномочены на выполнение тех или иных функций. В данном случае, приемка работ фактически осуществлялась Свидетель №2 как начальником отдела тылового обеспечения, Свидетель №2 наделен достаточным уровнем знаний, как он (Свидетель №3) считал компетентен, имел соответствующие допуски и знания в этой сфере. Факт согласования актов выполненных работ Свидетель №2 как должностным лицом в части объемов, качества и стоимости работ давал ему (Свидетель №3) все основания на подписание этих актов и платежных поручений, каких либо сомнений в выводах Свидетель №2 у него (Свидетель №3) не было № Из оглашенного протокола допроса свидетеля Свидетель №5 от ДД.ММ.ГГГГ следует, что она работает управляющей торговой точкой по адресу: &lt;адрес&gt; – магазин «Идеал» (&lt;данные изъяты&gt; В их магазине не ведется никаких книг учета покупателей. Покупатель по фамилии ФИО2 ей не знаком № Из оглашенного протокола допроса свидетеля Свидетель №6 от ДД.ММ.ГГГГ следует, что ФИО2 её знакомый, другом не является. Связывают их только рабочие моменты. Осенью 2021 года, точную дату не помнит, ФИО2 и сообщил, что ему (ФИО2) необходимо подготовить отчеты по форме № по выполненным государственным контрактам с ОМВД России по &lt;адрес&gt;. Всего было четыре контракта. Для этого ФИО2 отправил ей (Свидетель №6) электронное письмо, содержащее в себе сметную документацию по четырем контрактам, и пояснил, что по образцу данной сметной документации ей необходимо подготовить отчеты по форме № Точно не помнит, ФИО2 сразу отправил ей сметную документацию или нет. Она (Свидетель №6) подготовила данную отчетность и отправила ФИО2 в ответном сообщении. При этом она (Свидетель №6) не изучала и не углублялась в суть данной документации, и ее содержание. Были случаи, когда ФИО2 присылал ей (Свидетель №6) сметную документацию по исполненному контракту, а также список изменений по сметной отчетности. В таких случаях ей (Свидетель №6) приходилось вносить изменения в справки по форме № так как сметная документация отличать от фактически выполненных работ. Это все ей сообщал сам ФИО2 ДД.ММ.ГГГГ ФИО2 ничего не сказал ей (Свидетель №6) о том, что сметная документация по выполненным государственным контрактам с ОМВД России по &lt;адрес&gt; не соответствует фактически выполненным работам, и по этой причине она (Свидетель №6) сделала отчетность по форме № по образцу сметной документации № Из оглашенного протокола допроса свидетеля Свидетель №1 от ДД.ММ.ГГГГ, дополнительного допроса от ДД.ММ.ГГГГ следует что, в 2019 году ее супруг ФИО2 предложил создать строительную компанию. Она (Свидетель №1) стала директором общества с ограниченной ответственностью строительная компания «Атлант» (далее по тексту – организация), юридический адрес: &lt;адрес&gt; офис 2, фактический адрес: &lt;адрес&gt;, где организация осуществляет всю финансово-хозяйственную деятельность. Основным видом деятельности общества являются строительные работы. Организация имеет один расчётный счет, открытый в ПАО «Сбербанк» №, при этом все финансовые операции осуществляются с использованием данного счета. Она (Свидетель №1) является номинальным директором ООО СК «Атлант», фактически руководством деятельности общества занимается ее муж ФИО2 Она (Свидетель №1) не вмешивается и не вникает в ту деятельность, которую осуществляет общество в рамках государственных контрактов, всем занимается ФИО2, она лишь по просьбе (ФИО2.) подписывает контракты, налоговую документацию и исполнительную документации, при этом полагает, что все сведения в документах достоверны. Длительное время ФИО2 взаимодействовал с ОМВД России о &lt;адрес&gt; от имени общества, однако ей не известно какие контракты с данной организации он (ФИО2) заключал от имени общества, как и не известен предмет этих контрактов, она лишь подписывала контракты и подписывала исполнительную документацию по ним не вникая в сущность данных документов. Всю документацию для создания ООО «СК Атлант» собирал сам ФИО2 Иногда ФИО2 просил ее подписать какие-то документы, она делала это, и не спрашивала, для чего и почему, так как в полной мере доверяла и доверяет своему мужу. Открытием счета, регистрацией ООО «СК Атлант», наймом рабочих, организацией самой работы, поиск клиентов, закупкой материалов, исполнением каких-либо контрактов, также занимался ее муж ФИО2 Она (Свидетель №1) в эти дела вообще не «лезла», так как ничего в этом не понимает, и заниматься этим не хотела. Таким образом, она (Свидетель №1) являлась всего лишь номинальным директором ООО «СК Атлант», а ФИО2 фактически руководил деятельностью общества, платил заработные платы работникам, оплачивал налоги, и тому подобное. Ей (Свидетель №1) было не важно, чем именно занимается ООО «СК Атлант», то есть какие выполняет контракты и проводит работы, главное это то, что супруг приносил домой деньги, то есть содержал их семью. Официально ФИО2 не был трудоустроен в ООО «СК Атлант» официально, так как ФИО2 считал, что это было не целесообразно. ФИО2 сделал доверенность на себя от ее (Свидетель №1) имени, которую она подписала. Доверенность предоставляла ФИО2 право на представление интересов ООО «СК Атлант» в различных организациях (№ Также вина ФИО2 в указанном преступлении подтверждается исследованными в судебном заседании письменными доказательствами: - протоколом осмотра места происшествия от ДД.ММ.ГГГГ, в ходе которого осмотрены: административное здание по адресу: &lt;адрес&gt;; боксы по адресу: &lt;адрес&gt;; гаражные боксы ДПС ГИБДД по адресу: &lt;адрес&gt;; административное здание по адресу: &lt;адрес&gt;. В осматриваемых зданиях и боксах имеется система отопления выполненная из полипропиленовых труб, радиаторы системы биметаллические, присоединены к трубопроводам посредствам двух полипропиленовых шаровых кранов. Присоединение трубопроводов системы отопления к тепловому узлу выполнено через пропиленовые, комбинированные разъемные муфты. Крепление трубопроводов к стенам и полу частично выполнено посредством полимерных опор для пропиленовых трубопроводов и хомутов стальных оцинкованных с саморезом и резиновой прокладкой. В ходе осмотра ни чего не изъято № - протоколом осмотра предметов (документов) от ДД.ММ.ГГГГ в ходе которого осмотрены:</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государственный контракт № от ДД.ММ.ГГГГ на 13 листах формата А 4, заключённый между заказчиком - ОМВД России по &lt;адрес&gt; в лице начальника – Свидетель №3 и подрядчиком - ООО «СК Атлант» в лице генерального директора – Свидетель №1. Предметом государственного контракта является капитальный ремонт систем отопления в административном здании ОМВД России по &lt;адрес&gt; по адресу: &lt;адрес&gt;. при этом наименование и объемы работ определены сметным расчётом, срок исполнения работ 14 рабочих дней с момента заключения государственного контракта, цена государственного контракта составляет 1 220 000 рублей. Согласно п. 2.7 государственного контракта оплата выполненных работ производится заказчиком в течении 10 рабочих дней со дня подписания заказчиком акта о приемке выполненных работ, (Форма № №) и представленных подрядчиком счета, счета-фактуры и справки о стоимости выполненных работ и затрат (форма № №), оформленных надлежащим образом. Согласно п. 2.9. Оплата выполненных работ производится при условии, что работы выполнены надлежащим образом, с надлежащим качеством и в установленный контрактом срок;</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локальный сметный расчет (локальная смета), который является приложением к государственному контракту № от ДД.ММ.ГГГГ, в котором приведен перечень работ необходимых при выполнении государственного контракта, их объем и стоимость. В разделе 1 расчета предусмотрены работы по демонтажу: разборке трубопроводов из газопроводных труб в зданиях и сооружениях: общей стоимостью 117 801 руб. Раздел № предусматривает монтаж: прокладка труб трубопроводов водоснабжения из напорных полиэтиленовых труб наружным диаметром 63 мм, в количестве 22 метра, стоимостью 20 853 руб.; прокладка труб трубопроводов водоснабжения из напорных полиэтиленовых труб наружным диаметром 50 мм, в количестве 12 метров, общей стоимостью 10 589 руб.; прокладка труб трубопроводов водоснабжения из напорных полиэтиленовых труб наружным диаметром 25 мм в количестве 250 метров, стоимостью 179 017 руб.; кран шаровой полипропиленовый PPRCPN20 диаметром 63 мм в количестве 2 штук, общей стоимостью 2030 руб.; кран шаровый полипропиленовый PPRCPN20 диаметром 25мм, в количестве 22 штук, общей стоимостью 5 582 руб.; кран радиаторный прямой, верхняя марка RBM, в количестве 140 штук, общей стоимостью 100 478 руб.; крепления для трубопроводов: кронштейны, планки, хомуты единицей расчета являются КГ, объемом 11,5 кг, общей стоимостью 4 821 руб.; угольник 90 град полипропиленовый диаметром 63 мм в количестве 20 штук, общей стоимостью 2 720 руб.; угольник 90 град полипропиленовый диаметром 50 мм в количестве 10 штук, общей стоимостью 671 руб.; угольник 90 град полипропиленовый диаметром 25 мм в количестве 300 штук, общей стоимостью 3622 руб.; угольник 90 град полипропиленовый диаметром 20 мм, в количестве 200 штук общей стоимостью 1688 руб.; угольник 45 град полипропиленовый диаметром 25 мм в количестве 100 штук, общей стоимостью 1 124 руб.; муфта полипропиленовая соединительная диаметром 63Х50 мм в количестве 4 штук, общей стоимостью 176 руб.; муфта полипропиленовая соединительная диаметром 25 мм в количестве 70 штук, общей стоимостью 391 руб.; заглушка диаметром 50 мм, в количестве 4 штуку, общей стоимостью 907 руб.; тройник полипропиленовый переходной диаметром: 50Х25Х50 мм в количестве 10 штук, общей стоимостью 688 руб.; тройник полипропиленовый переходной диаметром 63Х25Х63 мм в количестве 12 штук общей стоимостью 1236 руб.; тройник полипропиленовый переходной диаметром 25Х20Х25 мм в количестве 150 штук, общей стоимостью 1828 руб.; работа по установке радиаторов: стальных из расчета 100 кВт радиаторов на единицу измерения при расчете 1,155. общей стоимостью 164 729 руб.; отрицательное значение по поставке стальных панельных радиаторов РСВ2-1, РСВ2-6 в размере – 115,5 кВт, на сумму 125 901 руб.; поставка радиаторов биметаллических марки «Rifar-A» по 10 секций, мощностью 1650 Вт в количестве 70 штук, общей стоимостью 568 465 руб.; работа по сверлению горизонтальных отверстий в бетонных конструкциях стен перфоратором глубиной 200 мм, диаметром 32 мм, в количестве 120 отверстий на общую суму 5 813 руб.;</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акт о приемке выполненных работ за октябрь 2021 года по унифицированной форме КС-2, согласно которому в рамках исполнения государственного контракта № от ДД.ММ.ГГГГ заказчик в лице начальника ОМВД России по &lt;адрес&gt; Свидетель №3 при согласовании проверки объема выполненных работ начальником отдела тыла ОМВД России по &lt;адрес&gt; Свидетель №2 принял работы у подрядчика - ООО «СК Атлант» в лице генерального директора Свидетель №1 принял следующие работы: работы по демонтажу: разборке трубопроводов из газопроводных труб в зданиях и сооружениях: общей стоимостью 117 801 руб.; монтаж: прокладка труб трубопроводов водоснабжения из напорных полиэтиленовых труб наружным диаметром 63 мм, в количестве 22 метра, стоимостью 20 853 руб.; прокладка труб трубопроводов водоснабжения из напорных полиэтиленовых труб наружным диаметром 50 мм, в количестве 12 метров, общей стоимостью 10 589 руб.; прокладка труб трубопроводов водоснабжения из напорных полиэтиленовых труб наружным диаметром 25 мм в количестве 250 метров, стоимостью 179 017 руб.; кран шаровой полипропиленовый PPRCPN20 диаметром 63 мм в количестве 2 штук, общей стоимостью 2030 руб.; кран шаровый полипропиленовый PPRCPN20 диаметром 25мм, в количестве 22 штук, общей стоимостью 5 582 руб.; кран радиаторный прямой, верхняя марка RBM, в количестве 140 штук, общей стоимостью 100 478 руб.; крепления для трубопроводов: кронштейны, планки, хомуты единицей расчета являются КГ, объемом 11,5 кг, общей стоимостью 4 821 руб.; угольник 90 град полипропиленовый диаметром 63 мм в количестве 20 штук, общей стоимостью 2 720 руб.; угольник 90 град полипропиленовый диаметром 50 мм в количестве 10 штук, общей стоимостью 671 руб.; угольник 90 град полипропиленовый диаметром 25 мм в количестве 300 штук, общей стоимостью 3622 руб.; угольник 90 град полипропиленовый диаметром 20 мм, в количестве 200 штук общей стоимостью 1688 руб.; угольник 45 град полипропиленовый диаметром 25 мм в количестве 100 штук, общей стоимостью 1 124 рубля; муфта полипропиленовая соединительная диаметром 63Х50 мм в количестве 4 штук, общей стоимостью 176 руб.; муфта полипропиленовая соединительная диаметром 25 мм в количестве 70 штук, общей стоимостью 391 руб.; заглушка диаметром 50 мм, в количестве 4 штук, общей стоимостью 907 руб.; тройник полипропиленовый переходной диаметром: 50Х25Х50 мм в количестве 10 штук, общей стоимостью 688 руб.; тройник полипропиленовый переходной диаметром 63Х25Х63 мм в количестве 12 штук общей стоимостью 1236 руб.; Тройник полипропиленовый переходной диаметром 25Х20Х25 мм в количестве 150 штук, общей стоимостью 1828 руб.; работа по установке радиаторов: стальных из расчета 100 кВт радиаторов на единицу измерения при расчете 1,155. общей стоимостью 164 729 руб.; отрицательное значение по поставке стальных панельных радиаторов РСВ2-1, РСВ2-6 в размере – 115,5 кВт, на сумму 125 901 руб.; поставка радиаторов биметаллических марки «Rifar-A» по 10 секций, мощностью 1650 Вт в количестве 70 штук, общей стоимостью 568 465 руб.; работа по сверлению горизонтальных отверстий в бетонных конструкциях стен перфоратором глубиной 200 мм, диаметром 32 мм, в количестве 120 отверстий на общую суму 5 813 руб. Стоимость выполненных работ составила 1 220 000 руб.;</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справка о стоимости выполненных работ и затрат от ДД.ММ.ГГГГ по унифицированной форме КС-3, согласно которой в рамках исполнения государственного контракта № от ДД.ММ.ГГГГ заказчик в лице начальника ОМВД России по &lt;адрес&gt; Свидетель №3 при согласовании стоимости выполненных работ начальником отдела тыла ОМВД России по &lt;адрес&gt; Свидетель №2 принял работы у подрядчика - ООО «СК Атлант» в лице генерального директора Свидетель №1 подтвердили стоимость работ и затрат при выполнении контракта на сумму 1 220 000 руб.</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бухгалтерская справка к документу «Услуги сторонних организаций» от ДД.ММ.ГГГГ № согласно которой бухгалтер Свидетель №4 операция по распределению денежных средств в сумме 1 220 000 руб. принята к учету;</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счет на оплату № от ДД.ММ.ГГГГ от имени генерального директора Свидетель №1 согласно которому ООО «СК Атлант» выставило счет ОМВД России по &lt;адрес&gt; в рамках исполненного государственного контракта № от ДД.ММ.ГГГГ на сумму 1 220 000 руб.;</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платежное поручение № от 28.102.2021 ОМВД России по &lt;адрес&gt; оплатило с расчетного счета № открытого в Дальневосточном ГУ Банка России в пользу ООО СК «Атлант» денежные средства на расчетный счет 40№, открытый в Дальневосточном Банке ПАО Сбербанк &lt;адрес&gt; денежные средства в сумме 1 220 000 руб. В обоснование платежа указаны: капитальный ремонт (систем отопления в административном здании), контракт № от ДД.ММ.ГГГГ</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государственный контракт № от ДД.ММ.ГГГГ на 10 листах формата А 4. Данный государственный контракт заключён между заказчиком - ОМВД России по &lt;адрес&gt; в лице начальника – Свидетель №3 и подрядчиком - ООО «СК Атлант» в лице Генерального директора – Свидетель №1. Предметом государственного контракта является работы по текущему ремонту системы отопления в служебных кабинетах ОМВД России по &lt;адрес&gt; по адресу: &lt;адрес&gt;, при этом состав работ определен техническим заданием, являющимся приложением к государственному контракту, цена государственного контракта составляет 215 315 руб. Согласно п. 2.2.3 государственного контракта оплата выполненных работ производится заказчиком в течении 10 рабочих дней со дня подписания заказчиком акта о приемке выполненных работ, (форма №) и представленных подрядчиком счета, счета-фактуры и справки о стоимости выполненных работ и затрат (форма №);</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техническое задание на текущий ремонт систем отопления в служебных помещениях в административном здании, расположенном по адресу: &lt;адрес&gt;, предусматривающее выполнение работ: «Провести ремонт системы отопления в служебных кабинетах: устранить течи, заменить радиаторы отопления (по необходимости). Заменить участки труб. количество материала, использование оборудование определяется Исполнителем в пределах выделенных лимитов. Техническое задание утверждено подписью от имени Свидетель №2;</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акт о приемке выполненных работ за сентябрь 2021 года по унифицированной форме КС-2, согласно которому в рамках исполнения государственного контракта № от ДД.ММ.ГГГГ заказчик в лице начальника ОМВД России по &lt;адрес&gt; Свидетель №3 при согласовании проверки объема выполненных работ начальником отдела тыла ОМВД России по &lt;адрес&gt; Свидетель №2 принял работы у подрядчика - ООО «СК Атлант» в лице генерального директора Свидетель №1 принял следующие работы: разборка трубопроводов из водогазопроводных труб в количестве 20 метров стоимость 1306 руб.; разборка трубопроводов из водогазопроводных труб диаметром 50 мм в количестве 50 метров, общей стоимостью 2148 руб.; демонтаж радиаторов весом до 80 кг. в количестве 7 штук общей стоимостью 4 047 руб.; прокладка трубопроводов водоснабжения из напорных полиэтиленовых труб в количестве 22 штук, общей стоимостью 20 853 руб.; прокладка трубопроводов водоснабжения из напорных полиэтиленовых труб диаметром 50 мм в количестве 12 штук, общей стоимостью 10 589 руб.; прокладка трубопроводов водоснабжения в количестве 50 метров, общей стоимостью 179 017 руб.; кран шаровый полипропиленовый PPRCPN20 в количестве 2 штук, общей стоимостью 2 030 руб.; кран шаровый полипропиленовый PPRCPN20 диаметром 25 мм а количестве 22 штук, общей стоимостью 5 562 руб.; кран радиаторный прямой, верхняя марка RBM в количестве 140 штук, общей стоимостью 100 478 руб.; крепление для трубопроводов: кронштейны, планки, хомуты в количестве 75 кг., общей стоимостью 4 821 руб.; угольник 90 град полипропиленовый диаметром 63 мм в количестве 6 штук, общей стоимостью 2 720 руб.; угольник 90 град полипропиленовый диаметром 50 мм в количестве 3 штук, общей стоимостью 671 руб.; угольник 90 град полипропиленовый диаметром 25 мм в количестве 90 штук, общей стоимостью 3 622 руб.; угольник 90 град полипропиленовый диаметром 20 мм, в количестве 60 штук общей стоимостью 1688 руб.; угольник 45 град полипропиленовый диаметром 25 мм в количестве 30 штук, общей стоимостью 1 124 руб.; муфта полипропиленовая соединительная общей стоимостью 570 руб.; муфта полипропиленовая переходная стоимостью 176 руб.; муфта полипропиленовая соединительная стоимостью 391 руб.; заглушка диаметром 50 мм стоимость. 907 руб.; тройник полипропиленовый переходной стоимостью 688 руб.; тройник полипропиленовый переходной диаметром 63Х25Х63 стоимостью 1 236 руб.; тройник полипропиленовый переходной диаметром 25Х20Х25 мм стоимостью 1 828 руб.;</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справка о стоимости выполненных работ и затрат от ДД.ММ.ГГГГ по унифицированной форме КС-3, согласно которой в рамках исполнения государственного контракта № от ДД.ММ.ГГГГ заказчик в лице начальника ОМВД России по &lt;адрес&gt; Свидетель №3 при согласовании стоимости выполненных работ начальником отдела тыла ОМВД России по &lt;адрес&gt; Свидетель №2 принял работы у подрядчика - ООО «СК Атлант» в лице генерального директора Свидетель №1 подтвердили стоимость работ и затрат при выполнении контракта на сумму 215 315 руб.;</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бухгалтерская справка к документу «Услуги сторонних организаций» от ДД.ММ.ГГГГ № согласно которой бухгалтер Свидетель №4 операция по распределению денежных средств в сумме 215 315 руб. принята к учету;</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платежное поручение № от ДД.ММ.ГГГГ ОМВД России по &lt;адрес&gt; оплатило с расчетного счета № открытого в Дальневосточном ГУ Банка России в пользу ООО СК «Атлант» денежные средства на расчетный счет 40№, открытый в Дальневосточном Банке ПАО Сбербанк &lt;адрес&gt; денежные средства в сумме 215 315 руб. В обоснование платежа указаны: текущий ремонт системы отопления в служебных кабинетах, Договор №</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государственный контракт № от ДД.ММ.ГГГГ на 14 листах формата А 4. Данный государственный контракт заключён между заказчиком - ОМВД России по &lt;адрес&gt; в лице начальника - Свидетель №3 и подрядчиком - ООО «СК Атлант» в лице генерального директора - Свидетель №1. Предметом государственного контракта является работы по капитальному ремонту системы отопления в ОМВД России по &lt;адрес&gt; по адресу: &lt;адрес&gt;, при этом наименование и объемы работ определены локальным сметным расчетом, являющимся приложением к государственному контракту, цена государственного контракта составляет 209 775 руб. Согласно п. 2.7 государственного контракта оплата выполненных работ производится заказчиком в течении 10 рабочих дней со дня подписания заказчиком акта о приемке выполненных работ, (Форма № №) и представленных подрядчиком счета, счета-фактуры и справки о стоимости выполненных работ и затрат (форма № №);</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локальный сметный расчет (локальная смета), который является приложением к государственному контракту № от ДД.ММ.ГГГГ, согласно которому приведен перечень работ необходимых при выполнении государственного контракта, их объем и стоимость. Общая стоимость работ составляет 209 775 руб.;</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акт о приемке выполненных работ за ноябрь 2021 года по унифицированной форме КС-2 № от ДД.ММ.ГГГГ, согласно которому в рамках исполнения государственного контракта № от ДД.ММ.ГГГГ заказчик в лице начальника ОМВД России по &lt;адрес&gt; Свидетель №3 при согласовании проверки объема выполненных работ начальником отдела тыла ОМВД России по &lt;адрес&gt; Свидетель №2 принял работы у подрядчика - ООО «СК Атлант» в лице генерального директора Свидетель №1 принял как заявлено подрядчиком выпаленные заботы на общую сумму 209 775 руб.;</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справка о стоимости выполненных работ и затрат по унифицированной форме КС-3 № от ДД.ММ.ГГГГ, согласно которой в рамках исполнения государственного контракта № Свидетель №3 при согласовании стоимости выполненных работ начальником отдела тыла ОМВД России по &lt;адрес&gt; Свидетель №2 принял работы у подрядчика - ООО «СК Атлант» в лице генерального директора Свидетель №1 подтвердили стоимость работ и затрат при выполнении контракта на сумму 209 775 руб.;</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бухгалтерская справка к документу «Услуги сторонних организаций» от ДД.ММ.ГГГГ № согласно которой бухгалтер Свидетель №4 операция по распределении денежных средств в сумме 209 775 руб. принята к учету;</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счет на оплату № от ДД.ММ.ГГГГ от имени генерального директора Свидетель №1 согласно которому ООО «СК Атлант» выставило счет ОМВД России по &lt;адрес&gt; в рамках исполненного государственного контракта № от ДД.ММ.ГГГГ на сумму 209 775 руб.;</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платежное поручение № от ДД.ММ.ГГГГ ОМВД России по &lt;адрес&gt; оплатило с расчетного счета № открытого в Дальневосточном ГУ Банка России в пользу ООО СК «Атлант» денежные средства на расчетный счет 40№, открытый в Дальневосточном Банке ПАО Сбербанк &lt;адрес&gt; денежные средства в сумме 209 775 руб. В обоснование платежа указаны: капитальный ремонт (систем отопления), контракт № от ДД.ММ.ГГГГ; KC-2 № от ДД.ММ.ГГГГ, KC- 3 № от ДД.ММ.ГГГГ;</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государственный контракт № от ДД.ММ.ГГГГ на 14 листах формата А4. Данный государственный контракт заключён между заказчиком - ОМВД России по &lt;адрес&gt; в лице начальника - Свидетель №3 и подрядчиком - ООО «СК Атлант» в лице генерального директора - Свидетель №1. Предметом государственного контракта является работы по капитальному ремонту системы отопления в ОМВД России по &lt;адрес&gt; по адресу: &lt;адрес&gt;, при этом наименование и объемы работ определены локальным сметным расчетом, являющимся приложением к государственному контракту, цена государственного контракта составляет 337 206 рублей. Согласно п. 2.7 государственного контракта оплата выполненных работ производится заказчиком в течении 10 рабочих дней со дня подписания заказчиком акта о приемке выполненных работ, (форма №) и представленных подрядчиком счета. счета-фактуры и справки о стоимости выполненных работ и затрат (форма №);</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локальный сметный расчет (локальная смета), который является приложением к государственному контракту № от ДД.ММ.ГГГГ, согласно которому приведен перечень работ необходимых при выполнении государственного контракта, их объем и стоимость. Общая стоимость работ составляет 337 206 рублей;</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акт о приемке выполненных работ за ноябрь 2021 года по унифицированной форме № от ДД.ММ.ГГГГ, согласно которому в рамках исполнения государственного контракта № от ДД.ММ.ГГГГ заказчик в лице начальника ОМВД России по &lt;адрес&gt; Свидетель №3 при согласовании проверки объема выполненных работ начальником отдела тыла ОМВД России по &lt;адрес&gt; Свидетель №2 принял работы у подрядчика - ООО «СК Атлант» в лице генерального директора Свидетель №1 принял как заявлено подрядчиком выполненные работы на общую сумму 337 206 руб.</w:t>
      </w: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справка о стоимости выполненных работ и затрат по унифицированной форме № от ДД.ММ.ГГГГ, согласно которой в рамках исполнения государственного контракта № от ДД.ММ.ГГГГ заказчик в лице начальника ОМВД России по &lt;адрес&gt; Свидетель №3 при согласовании стоимости выполненных работ начальником отдела тыла ОМВД России по &lt;адрес&gt; Свидетель №2, принял работы у подрядчика -ООО «СК Атлант» в лице генерального директора Свидетель №1 подтвердили стоимость работ и затрат при выполнении контракта на сумму 337206 руб.;</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счет на оплату № от ДД.ММ.ГГГГ от имени генерального директора Свидетель №1 согласно которому ООО «СК Атлант» выставило счет ОМВД России по &lt;адрес&gt; в рамках исполненного государственного контракта № от ДД.ММ.ГГГГ на сумму 337 206 руб.;</w:t>
      </w:r>
    </w:p>
    <w:p>
      <w:pPr>
        <w:pStyle w:val="Heading3"/>
      </w:pPr>
      <w:r>
        <w:rPr>
          <w:rFonts w:ascii="Times New Roman" w:hAnsi="Times New Roman" w:eastAsia="Times New Roman" w:cs="Times New Roman"/>
          <w:b/>
          <w:i w:val="0"/>
          <w:sz w:val="22"/>
        </w:rPr>
        <w:t>Пункт 26. Правовой анализ</w:t>
      </w:r>
    </w:p>
    <w:p>
      <w:pPr>
        <w:spacing w:after="120" w:before="160"/>
        <w:ind w:firstLine="720"/>
        <w:jc w:val="both"/>
      </w:pPr>
      <w:r>
        <w:rPr>
          <w:rFonts w:ascii="Times New Roman" w:hAnsi="Times New Roman" w:eastAsia="Times New Roman" w:cs="Times New Roman"/>
          <w:b/>
          <w:i w:val="0"/>
          <w:sz w:val="22"/>
        </w:rPr>
        <w:t xml:space="preserve">26. </w:t>
      </w:r>
      <w:r>
        <w:rPr>
          <w:rFonts w:ascii="Times New Roman" w:hAnsi="Times New Roman" w:eastAsia="Times New Roman" w:cs="Times New Roman"/>
          <w:b w:val="0"/>
          <w:i w:val="0"/>
          <w:sz w:val="22"/>
        </w:rPr>
        <w:t>платежное поручение № от ДД.ММ.ГГГГ ОМВД России по &lt;адрес&gt; оплатило с расчетного счета № открытого в Дальневосточном ГУ Банка России в пользу ООО СК «Атлант» денежные средства на расчетный счет 40№, открытый в Дальневосточном Банке ПАО Сбербанк &lt;адрес&gt; денежные средства в сумме 337206 руб. В обоснование платежа указаны: капитальный ремонт (систем отопления), контракт № от ДД.ММ.ГГГГ; KC-2 № oт ДД.ММ.ГГГГ, KC- 3 №? 2 oт ДД.ММ.ГГГГ. Указанные предметы (документы) признаны вещественными доказательствами и приобщены к уголовному делу (№). - протоколом осмотра предметов от ДД.ММ.ГГГГ согласно которому, осмотрен лазерный DVD-R диск, прилагаемый к ответу от ПАО «Сбербанк» от ДД.ММ.ГГГГ., в котором содержатся сведения о банковском счете ООО «СК «Атлант» № открытом ДД.ММ.ГГГГ в Дальневосточном филиале банка ПАО «Сбербанк» №, а также сведения о получении переводов денежных средств: ДД.ММ.ГГГГ со счета №, принадлежащего УФК по &lt;адрес&gt; (ОМВД России по &lt;адрес&gt;) в размере 215 315 руб.; ДД.ММ.ГГГГ со счета №, принадлежащего УФК по &lt;адрес&gt; (ОМВД России по &lt;адрес&gt;) в размере 1 220 000 руб.; ДД.ММ.ГГГГ со счета №, принадлежащего УФК по &lt;адрес&gt; (ОМВД России по &lt;адрес&gt;) в размере 209 775 руб.; ДД.ММ.ГГГГ со счета №, принадлежащего УФК по &lt;адрес&gt; (ОМВД России по &lt;адрес&gt;) в размере 337 206 руб. Данный лазерный DVD-R диск, поступивший из ПАО «Сбербанк» со сведениями о счете ООО «СК «Атлант» признаны вещественными доказательствами и приобщены к уголовному делу №); - заключением эксперта №/О/23 от ДД.ММ.ГГГГ из выводов которого, следует, что: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стоимость в ценах ДД.ММ.ГГГГ 4-х секционного радиатора марки «Youmay 18» (высотой 555 мм., межосевое расстояние 500 мм., ширина секции 75 мм., толщина секции 76 мм.) составляет: 1340,49 руб. Мощность теплоотдачи 4-х секционного радиатора марки «Youmay 18» (высотой 555 мм., межосевое расстояние 500 мм., ширина секции 75 мм., толщина секции 76 мм.) составляет: 448 Вт.;</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стоимость в ценах ДД.ММ.ГГГГ 8-ми секционного радиатора марки «Nawas ВА5 29» (высота 555 мм., межосевое расстояние 500 мм., ширина секции 74 мм., толщина секции 75 мм.) составляет: 2147,18 руб. Мощность теплоотдачи 8-ми секционного радиатора марки «Nawas ВА5 29» (высота 555 мм., межосевое расстояние 500 мм., ширина секции 74 мм., толщина секции 75 мм.) составляет: 960 Вт.;</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стоимость в ценах ДД.ММ.ГГГГ 10-ти секционного радиатора марки «Youmay 18» (высотой 555 мм., межосевое расстояние 500 мм., ширина секции 75 мм., толщина секции 76 мм.) составляет: 3456,35 руб. Мощность теплоотдачи 10-ти секционного радиатора марки «Youmay 18» (высотой 555 мм., межосевое расстояние 500 мм., ширина секции 75 мм., толщина секции 76 мм.) составляет: 1120 Вт.;</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стоимость в ценах ДД.ММ.ГГГГ 8-ми секционного радиатора марки «Nawas ВА5 22» (высота 555 мм., межосевое расстояние 500 мм., ширина секции 74 мм., толщина секции 75 мм.) составляет: 2023,61 руб. Мощность теплоотдачи 12-ти секционного радиатора марки «Nawas ВА5 22» (высота 555 мм., межосевое расстояние 500 мм., ширина секции 74 мм., толщина секции 75 мм.) составляет: 1440 Вт.;</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стоимость 1 погонного метра трубы полипропиленовой VALTEK PP-ALUX РР- R100/AL/PP-R100 PN25 SDR 6/S диаметром 63 мм., в ценах ДД.ММ.ГГГГ составляет: 999,87 руб.;</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стоимость 1 погонного метра трубы полипропиленовой VALTEK PP-ALUX РР- R100/AL/PP-R100 PN25 SDR 6/S диаметром 32 мм., в ценах ДД.ММ.ГГГГ составляет: 284,86 руб.;</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стоимость 1 погонного метра трубы полипропиленовой PRO AQUA DUO РР- R/AL/PP-R SDR 6/S диаметром 40 мм., в ценах ДД.ММ.ГГГГ составляет: 311,35 руб.;</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стоимость 1 погонного метра трубы полипропиленовой PRO AQUA DUO РР-R/AL/РР-R SDR 6/S диаметром 32 мм., в ценах ДД.ММ.ГГГГ составляет: 216,28 руб.;</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стоимость 1 погонного метра трубы полипропиленовой PRO AQUA DUO РР-R/AL/PP-R SDR 6/S диаметром 25 мм., в ценах ДД.ММ.ГГГГ составляет: 114,45 руб.;</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стоимость 1 полипропиленового шарового крана PRO AQUA для радиатора углового 25х? в ценах ДД.ММ.ГГГГ составляет: 525,18 руб.;</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стоимость универсального комплекта для монтажа радиатора ? с 3-мякронштейнами в ценах ДД.ММ.ГГГГ составляет: 263,11 руб.;</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стоимость в ценах ДД.ММ.ГГГГ 10-ти секционного радиатора марки «SAIXI межосевое расстояние 500 мм., ширина секции 76 мм., толщина секции 73 мм.) составляет: 3120,93 руб.</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стоимость в ценах ДД.ММ.ГГГГ 10-ти секционного радиатора марки «Youmay 18» (высотой 555 мм., межосевое расстояние 500 мм., ширина секции 75 мм., толщина секции 76 мм.) составляет: 3427,42 руб. Мощность теплоотдачи 10-ти секционного радиатора марки «Youmay 18» (высотой 555 мм., межосевое расстояние 500 мм., ширина секции 75 мм., толщина секции 76 мм.) составляет: 1120 Вт. (т. 2 л.д.27-42) -заключением эксперта №-с ОТ ДД.ММ.ГГГГ из выводов которого следует что: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стоимость невыполненных ООО «СК Атлант» работ в рамках исполнения государственного контракта № от ДД.ММ.ГГГГ. однако отражённых в акте по форме КС-2 № от ДД.ММ.ГГГГ. с учётом фактически выполненных видов, объёмов работ и применённых материалов составляет 276 504,79 руб.</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стоимость невыполненных ООО «СК Атлант» работ в рамках исполнения государственного контракта № от ДД.ММ.ГГГГ. однако отражённых в акте по форме КС-2 № от ДД.ММ.ГГГГ, с учётом фактически выполненных видов, объёмов работ и применённых материалов составляет 47623,40 руб. 3 стоимость невыполненных ООО «СК Атлант» работ в рамках исполнения государственного контракта № от ДД.ММ.ГГГГ, однако отражённых в акте по форме КС-2 № от ДД.ММ.ГГГГ, с учётом фактически выполненных объёмов работ и применённых материалов составляет 47 711,40 руб.</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стоимость невыполненных ООО «СК Атлант» работ в рамках исполнения государственного контракта № от ДД.ММ.ГГГГ, однако отражённых в акте по форме КС-2 № от ДД.ММ.ГГГГ, с учётом фактически применённых материалов составляет 162 613,20 руб. (т. 2 л.д.49-71). Из оглашенного протокола допроса эксперта ФИО17 от ДД.ММ.ГГГГ согласно которого эксперт дает разъяснения по заключению эксперта №-С от ДД.ММ.ГГГГ при сопоставлении видов и объёмов выполненных работ, а также количества и характеристик применённых материалов, установленных по результатам натурного осмотра с видами и объёмами работ указанными в акте о приёмке выполненных работ КС-2 № от ДД.ММ.ГГГГ установлено, что имеется ряд несоответствий с актом о приёмке № от ДД.ММ.ГГГГ, как в сторону увеличения объёмов фактически выполненных работ, так и в сторону их уменьшения по некоторым позициям акта. Кроме того, в акте о приёмке не отражена часть материалов, применённых при выполнении капитального ремонта системы отопления. В связи с чем, для расчёта стоимости невыполненных работ им (ФИО17) было принято решение о расчёте стоимости фактически выполненных на объекте работ с дальнейшим сопоставлением со стоимостью, указанной в акте о приёмке № от ДД.ММ.ГГГГ. то есть определения разницы в стоимости выполненных работ. При этом основную часть суммы невыполненных работ формирует факт демонтажа/монтажа меньшего количества радиаторов отопления (45 шт. вместо 70 шт.) и закупки радиаторов иной марки по фактической цене ниже, чем указано в акте о приёмке выполненных работ. При арифметической проверке акта по форме КС-2 № от ДД.ММ.ГГГГ, о приёмке выполненных работ с применением программного комплекса «ГРАНД-Смета» им (ФИО17) выявлены многочисленные несоответствия нормативных значений по стоимости работ, единицам измерения материалов, значений количества работ и материалов по отношению к их стоимости. При подведении итогов по акту сумма прямых затрат, накладных расходов и сметной прибыли также не соответствует нормативным значениям. Это означает, что предоставленный акт о приёмке выполненных работ № от ДД.ММ.ГГГГ к контракту № от ДД.ММ.ГГГГ на «Текущий ремонт системы отопления» составлен с нарушениями методик расчёта стоимости строительно-монтажных работ и, вероятно, редактировался с применением иного программного обеспечения. Расчёт стоимости невыполненных работ производился аналогично описанному выше по первому вопросу. При этом основную часть суммы невыполненных работ формирует факт демонтажа меньшего количества радиаторов отопления (9 шт. вместо 70 шт.), монтажа и закупки радиаторов иной марки по фактической цене ниже, чем указано в акте о приёмке выполненных работ. Согласно выводам представленной экспертизы стоимость невыполненных ООО «СК Атлант» работ в рамках исполнения государственного контракта № от ДД.ММ.ГГГГ, однако отраженных в акте по форме КС-2 № от ДД.ММ.ГГГГ с учетом фактически выполненных видов, объемов работ и примененных материалов составляет 47 711.40 рублей. Расчет стоимости невыполненных работ производился аналогично описанному выше по первому вопросу. При этом основную часть суммы невыполненных работ формирует факт монтажа и закупки радиаторов иной марки по фактической цене ниже, чем указано в акте о приёмке выполненных работ. Стоимость невыполненных ООО «СК Атлант» работ в рамках исполнения государственного контракта № от ДД.ММ.ГГГГ, однако отраженных в акте по форме КС-2 № от ДД.ММ.ГГГГ. с учетом фактически выполненных видов, объемов работ и примененных материалов составляет 162 613.20 рублей. По результатам проведённого натурного осмотра были сопоставлены виды и объёмы выполненных работ, а также количество и характеристики применённых материалов с видами и объёмами работ указанными в акте о приёмке выполненных работ КС-2 № от ДД.ММ.ГГГГ. По результатам сопоставления установлено, что объёмы выполненных работ, а так же применённые материалы частично не соответствуют отражённым в акте о приёмке. Расчет стоимости производился на основании показателей стоимости, отражённых в акте о приёмке, путем вычитания количества работ и материалов, применённых фактически, от количества, указанного в акте о приёмке. Расчёт приведён в приложении № к заключению эксперта. При этом основную часть суммы невыполненных работ формирует факт монтажа меньшего количества радиаторов отопления (8 шт. вместо 9 шт.) и закупки радиаторов иной марки («YOUMAY секций» вместо «Радиатор биметаллический 12 секций») по фактической цене ниже, чем указано в акте о приёмке выполненных работ более чем в 5 раз №). Из протокола допроса эксперта ФИО17 от ДД.ММ.ГГГГ согласно которого эксперт дает разъяснения по заключению эксперта №-С от ДД.ММ.ГГГГ, следует, что разница стоимости фактически выполненных работ со стоимостью, отражённой в акте о приёмке выполненных работ по форме КС-2 № от ДД.ММ.ГГГГ ООО «СК Атлант» в рамках исполнения государственного контракта № от ДД.ММ.ГГГГ; в акте о приёмке выполненных работ по форме КС-2 № от ДД.ММ.ГГГГ ООО «СК Атлант» в рамках исполнения государственного контракта № от ДД.ММ.ГГГГ; в акте о приёмке выполненных работ по форме КС-2 № от ДД.ММ.ГГГГ ООО «СК Атлант» в рамках исполнения государственного контракта № от ДД.ММ.ГГГГ; в акте о приёмке выполненных работ по форме КС-2 № от ДД.ММ.ГГГГ ООО «СК Атлант» в рамках исполнения государственного контракта № от ДД.ММ.ГГГГ образовалась как за счёт замены материалов, так и завышения объёмов самих работ и, как следствие, увеличения стоимости работ, отражённых в акте о приёмке. Согласно предоставленной документации: ДД.ММ.ГГГГ между заказчиком в лице ОМВД России по &lt;адрес&gt; и подрядчиком в лице ООО «СК Атлант» заключен государственный контракт № стоимостью 1 220 000 рублей, предметом которого являлся капитальный ремонт систем отопления в административном здании ОМВД России по &lt;адрес&gt; по адресу: &lt;адрес&gt;, с определением наименований и объемов работ, указанных в локальном сметном расчете, а именно: - разборка трубопроводов из водогазопроводных труб в зданиях и сооружениях: на сварке диаметром до 100 мм протяженностью 22 метра на сумму 4906 руб.; - разборка трубопроводов из водогазопроводных труб в зданиях и сооружениях: на сварке диаметром до 50 мм протяженностью 150 метров на сумму 22148 руб.; - демонтаж радиаторов весом до 80 кг в количестве 69 штук на сумму 24047 руб.; - прокладка трубопроводов водоснабжения из напорных полиэтиленовых труб наружным диаметром 63 мм в количестве 22 метра на сумму 20853 руб.; - прокладка трубопроводов водоснабжения из напорных полиэтиленовых труб наружным диаметром 50 мм протяженностью 12 метров на сумму 10589 руб.; - прокладка трубопроводов водоснабжения из напорных полиэтиленовых труб наружным диаметром 25 мм протяженностью 250 метров на сумму 179017 руб.; - кран шаровой полипропиленовый PPRCPN20 диаметром 63 мм в количестве 2 штук на сумму 2030 руб.; - кран шаровый полипропиленовый PPRCPN20 диаметром 25 мм в количестве 22 штук на сумму 5562 руб.; - кран радиаторный прямой, верхний марка RBM в количестве 140 штук на сумму 100478 руб.; - крепления для трубопроводов: кронштейны, планки, хомуты объемом 75 кг на сумму 4821 руб.; - угольник 90 град. полипропиленовый диаметром 63 мм в количестве 20 штук на сумму 2720 руб.; - угольник 90 град. полипропиленовый диаметром 50 мм в количестве 10 штук на сумму 671 руб.; - угольник 90 град. полипропиленовый диаметром 25 мм в количестве 300 штук на сумму 3622 руб.; - угольник 90 град. полипропиленовый диаметром 20 мм, в количестве 200 штук на сумму 1688 руб.; - угольник 45 град. полипропиленовый диаметром 25 мм в количестве 100 штук на сумму 1124 руб.; - муфта полипропиленовая соединительная диаметром 63 мм в количестве 12 штук на сумму 570 руб.; - муфта полипропиленовая соединительная диаметром 63Х50 мм в количестве 4 штук на сумму 176 руб.; - муфта полипропиленовая соединительная диаметром 25 мм в количестве 70 штук на сумму 391 руб.; - заглушка марки «Friatherm starr PVC-C» рабочим давлением 25 атмосфер диаметром 50 мм в количестве 4 штук на сумму 907 руб.; - тройник полипропиленовый переходной диаметром 50Х25Х50 мм в количестве 10 штук на сумму 688 руб.; - тройник полипропиленовый переходной диаметром 63Х25Х63 мм в количестве 12 штук на сумму 1236 руб.; - тройник полипропиленовый переходной диаметром 25Х20Х25 мм в количестве 150 штук на сумму 1828 руб.; - установка радиаторов стальных в количестве 115,5 кВт мощности радиаторов на сумму 164729 руб.; - стальные панельные радиаторы РСВ2-1, РСВ2-6 в количестве минус 115,5 кВт на сумму минус 125901 руб. (за вычетом, т.к. выполнена замена материала в позиции на радиаторы биметаллические марки «Rifar-A 500» см. ниже); - радиаторы биметаллические марки «Rifar-A 500» по 10 секций, мощностью 1650 кВт в количестве 70 штук на сумму 568465 руб.; - сверление горизонтальных отверстий в бетонных конструкциях стен перфоратором глубиной 200 мм, диаметром 65 мм, в количестве 10 отверстий на сумму 1606 руб.; - сверление горизонтальных отверстий в бетонных конструкциях стен перфоратором глубиной 200 мм, диаметром 32 мм, в количестве 120 отверстий на сумму 5813 руб. Итого по смете прямые затраты на сумму 1004784 руб., накладные расходы на сумму 295760 руб., сметная прибыль на сумму 171940 рублей, итого на сумму 1472484 рублей, с учетом коэффициента снижения по итогам аукциона 0,71690286617, НДС при УСНО 164372 рубля, всего по смете 1220000 рублей. ДД.ММ.ГГГГ между заказчиком в лице ОМВД России по &lt;адрес&gt; и подрядчиком в лице ООО «СК Атлант» заключен государственный контракт № стоимостью 215 315 рублей, предметом которого являлись работы по капитальному ремонту систем отопления в служебных кабинетах ОМВД России по &lt;адрес&gt;, расположенных по адресу: &lt;адрес&gt;, с определением выполнения необходимых работ, указанных в техническом задании, а именно: провести ремонт системы отопления в служебных кабинетах, устранить течи, заменить радиаторы отопления (по необходимости), заменить участки труб, по которому количество материалов, использование оборудования определяется Исполнителем в пределах выделенных лимитов. ДД.ММ.ГГГГ между заказчиком в лице ОМВД России по &lt;адрес&gt; и подрядчиком в лице ООО «СК Атлант» заключен государственный контракт № стоимостью 209 775 рублей, предметом которого являлись работы по капитальному ремонту систем отопления в ОМВД России по &lt;адрес&gt;, расположенным по адресу: &lt;адрес&gt;, 3, с определением наименований и объемов работ, указанных в локальном сметном расчете, а именно: - прокладка трубопроводов водоснабжения из напорных полиэтиленовых труб наружным диаметром 25 мм протяжённостью 64 метра на общую сумму 41 256,22 руб.; - труба: ПЭ 80 SDR 11, наружный диаметр 25 мм (ГОСТ 18599-2001) в количестве минус 59,456 м на общую сумму минус 1770,48 руб. (за вычетом, т.к. выполнена замена материала в позиции на ППР Труба PN20 (25) см. ниже); - ППР Труба PN20 (25) в количестве 64 метра на общую сумму 10131,20 руб.; - прокладка трубопроводов водоснабжения из напорных полиэтиленовых труб наружным диаметром 20 мм протяженностью 2 метра на общую сумму 1674,51 руб.; - труба: ПЭ 80 SDR 11, наружный диаметр 20 мм (ГОСТ 18599-2001) в количестве минус 1,798 метров на общую сумму минус 37,04 руб. (за вычетом, т.к. выполнена замена материала в позиции на ППР Труба PN20 (20) см. ниже); - ППР труба PN20 (20) протяженностью 2 метра на общую сумму 233,36 руб.; - ППР тройник перех. 25Х20Х25 в количестве 12 штук на общую сумму 340,08 руб.; - ППР Угольник 90* (25) в количестве 12 штук на общую сумму 279,84 руб.; - ППР Муфта соед. (25) в количестве 8 штук на общую сумму 146,40 руб.; - ППР Муфта комб. (нар.рез) 25Х3/4 в количестве 1 штуки на общую сумму 198,30 руб.; - ППР Опора одинарная 25 в количестве 60 штук на общую сумму 748,20 руб.; - установка кранов воздушных в количестве 2 комплектов на общую сумму 485,20 руб.; - ППР Кран шаровый 25 в количестве 2 штук на общую сумму 780,06 руб.; - установка радиаторов стальных в количестве 7,56 кВт мощности радиаторов на общую сумму 13380,66 руб.; - радиаторы стальные панельные РСВ2-1, РСВ2-6 однорядные в количестве минус 7,56 кВт на общую сумму минус 10879,60 руб. (за вычетом, т.к. выполнена замена материала в позиции на радиаторы биметаллические 8 секций см. ниже); - кронштейны для радиаторов стальных марки КР1-РС в количестве минус 3,34152 комплекта на общую сумму минус 670,78 руб. (за вычетом, т.к. выполнена замена материала в позиции на универсальный комплект 1/2 с 2-я кронштейнами см. ниже); - радиатор биметаллический 8 секций в количестве 5 штук на общую сумму 40046,45 руб.; - универсальный комплект 1/2 с 2-я кронштейнами в количестве 5 штук, на общую сумму 1132,45 руб.; - фумлента VT (19 мм 0,12мм*15м) в количестве 2 штук на общую сумму 126,64 руб.; - гель сантехнический в количестве 2 штук на общую сумму 725,02 руб.; - сверление горизонтальных отверстий в бетонных конструкциях стен перфоратором глубиной 200 мм, диаметром 32 мм в количестве 6 отверстий на общую сумму 256,37 руб.; - на каждые 10 мм изменения глубины сверления добавлять или исключать: к расценке 46-03-013-47 отверстия в количестве 6 штук на общую сумму 108,12 руб. Всего по смете, в том числе накладные расходы, сметная прибыль, НДС 20 %, 209 775 руб. ДД.ММ.ГГГГ между заказчиком в лице ОМВД России по &lt;адрес&gt; и подрядчиком в лице ООО «СК Атлант» заключен государственный контракт № стоимостью 337 206 руб., предметом которого являлись работы по капитальному ремонту систем отопления в ОМВД России по &lt;адрес&gt;, расположенным по адресу: &lt;адрес&gt;, 3, с определением наименований и объемов работ, указанных в локальном сметном расчете, а именно: - прокладка трубопроводов водоснабжения из напорных полиэтиленовых труб наружным диаметром 32 мм протяженностью 62 метра на общую сумму 36881,17 руб.; - труба напорная из полиэтилена РЕ 100 питьевая: ПЭ100 SDR11, размером 32Х3,0 мм (№) в количестве минус 58,156 м на общую сумму 7099,10 руб. (за вычетом, т.к. выполнена замена материала в позиции на ППР Труба PN20 (32) см. ниже); - ППР Труба PN20 (32) протяженностью 64 метра на общую сумму 18132,48 руб.; - прокладка трубопроводов водоснабжения из напорных полиэтиленовых труб наружным диаметром 25 мм протяженностью 4 метра на общую сумму 2578,51 руб.; - труба ПЭ 80 SDR 11, наружный диаметр 25 мм (ГОСТ 18599-2001) в количестве минус 3,716 метров на общую сумму минус 110,66 руб. (за вычетом, т.к. выполнена замена материала в позиции на ППР Труба PN20 (25) см. ниже); - ППР Труба PN20 (25) в количестве 4 метра на общую сумму 633,20 руб.; - ППР Тройник перех. 32Х25Х32 в количестве 18 штук на общую сумму 824,94 руб.; - ППР Муфта соед. в количестве 8 штук на общую сумму 186,56 рублей; - ППР Угольник 90* (32) в количестве 14 штук на общую сумму 408,10 руб.; - ППР Опора одинарная 32 в количестве 60 штук на общую сумму 748,20 руб.; - установка кранов воздушных в количестве 20 комплектов на общую сумму 4852 руб.; - краны для спуска воздуха СТД 7073В, латунные в количестве минус 20 комплектов на общую сумму минус 3896,64 руб. (за вычетом, т.к. выполнена замена материала в позиции на ППР ППР Кран шаровый 32 и ППР Кран шаровый д/радиатора прямой 25Х3/4 см. ниже); - ППР Кран шаровый 32 в количестве 2 штуки на общую сумму 1193,34 руб.; - ППР Кран шаровый д/радиатора прямой 25Х3/4 в количестве 18 штук на общую сумму 10034,82 руб.; - установка радиаторов стальных в количестве 20,412 кВт мощности радиаторов на общую сумму 36127,77 руб.; - радиаторы стальные панельные РСВ2-1, РСВ2-6 однорядные в количестве минус 20,412 кВт на общую сумму минус 29374,91 руб. (за вычетом, т.к. выполнена замена материала в позиции на радиаторы биметаллические 12 секций см. ниже); - кронштейны для радиаторов стальных спаренных марки КР1-РС в количестве минус 9,022104 комплектов на общую сумму минус 1811,1 руб. (за вычетом, т.к. выполнена замена материала в позиции на универсальный комплект 3/4 с 3-я кронштейнами см. ниже); - радиатор биметаллический 12 секций в количестве 9 штук на общую сумму 133687,53 руб.; - универсальный комплект 3/4 с 3-я кронштейнами в количестве 9 штук на общую сумму 2250,27 руб.; - фумлента VT (19 мм 0,12мм*15м) в количестве 2 штук на общую сумму 126,64 руб.; - гель сантехнический в количестве 2 штук на общую сумму 725,02 рублей; - сверление горизонтальных отверстий в бетонных конструкциях стен перфоратором глубиной 200 мм, диаметром 32 мм в количестве 4 отверстий на общую сумму 170,91 руб.; - на каждые 10 мм изменения глубины сверления добавлять или исключать: к расценке 46-03-013-47 в количестве 4 отверстий на общую сумму 72,08 руб. Всего по смете с НДС 20% 337 206 руб.</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акте о приёмке выполненных работ унифицированной формы КС–2 № от ДД.ММ.ГГГГ по государственному контракту № от ДД.ММ.ГГГГ отражены следующие наименования и объемы работ: - разборка трубопроводов из водогазопроводных труб в зданиях и сооружениях: на сварке диаметром до 100 мм протяжённостью 22 метра на сумму 4906 руб.; - разборка трубопроводов из водогазопроводных труб в зданиях и сооружениях: на сварке диаметром до 50 мм протяжённостью 150 метров на сумму 22148 руб.; - демонтаж радиаторов весом до 80 кг в количестве 69 штук на сумму 24047 руб.; - прокладка трубопроводов водоснабжения из напорных полиэтиленовых труб наружным диаметром 63 мм в количестве 22 метра на сумму 20853 руб.; - прокладка трубопроводов водоснабжения из напорных полиэтиленовых труб наружным диаметром 50 мм протяжённостью 12 метров на сумму 10589 руб.; - прокладка трубопроводов водоснабжения из напорных полиэтиленовых труб наружным диаметром 25 мм протяжённостью 250 метров на сумму 179017 руб.; - кран шаровой полипропиленовый PPRCPN20 диаметром 63 мм в количестве 2 штук на сумму 2030 руб.; - кран шаровый полипропиленовый PPRCPN20 диаметром 25 мм в количестве 22 штук на сумму 5562 руб.; - кран радиаторный прямой, верхний марка RBM в количестве 140 штук на сумму 100478 руб.; - крепления для трубопроводов: кронштейны, планки, хомуты объёмом 75 кг на сумму 4821 руб.; - угольник 90 град. полипропиленовый диаметром 63 мм в количестве 20 штук на сумму 2720 руб.; - угольник 90 град. полипропиленовый диаметром 50 мм в количестве 10 штук на сумму 671 руб.; - угольник 90 град. полипропиленовый диаметром 25 мм в количестве 300 штук на сумму 3622 руб.; - угольник 90 град. полипропиленовый диаметром 20 мм, в количестве 200 штук на сумму 1688 руб.; - угольник 45 град. полипропиленовый диаметром 25 мм в количестве 100 штук на сумму 1124 руб.; - муфта полипропиленовая соединительная диаметром 63 мм в количестве 12 штук на сумму 570 руб.; - муфта полипропиленовая соединительная диаметром 63Х50 мм в количестве 4 штук на сумму 176 руб.; - муфта полипропиленовая соединительная диаметром 25 мм в количестве 70 штук на сумму 391 руб.; - заглушка марки «Friatherm starr PVC-C» рабочим давлением 25 атмосфер диаметром 50 мм в количестве 4 штук на сумму 907 руб.; - тройник полипропиленовый переходной диаметром 50Х25Х50 мм в количестве 10 штук на сумму 688 руб.; - тройник полипропиленовый переходной диаметром 63Х25Х63 мм в количестве 12 штук на сумму 1236 руб.; - тройник полипропиленовый переходной диаметром 25Х20Х25 мм в количестве 150 штук на сумму 1828 руб.; - установка радиаторов стальных в количестве 115,5 кВт мощности радиаторов на сумму 164729 руб.; - стальные панельные радиаторы РСВ2-1, РСВ2-6 в количестве минус 115,5 кВт на сумму минус 125901 руб. (за вычетом, т.к. выполнена замена материала в позиции на радиаторы биметаллические марки «Rifar-A 500» см. ниже); - радиаторы биметаллические марки «Rifar-A 500» по 10 секций, мощностью 1650 кВт в количестве 70 штук на сумму 568465 руб.; - сверление горизонтальных отверстий в бетонных конструкциях стен перфоратором глубиной 200 мм, диаметром 65 мм, в количестве 10 отверстий на сумму 1606 руб.; - сверление горизонтальных отверстий в бетонных конструкциях стен перфоратором глубиной 200 мм, диаметром 32 мм, в количестве 120 отверстий на сумму 5813 руб. Всего по акту, включая накладные расходы, сметную прибыль, коэффициент снижения по итогам аукциона 0,71690286617, НДС при УСНО - 1220000 руб. Однако, отражённые в КС-2 объёмы выполненных работ и применённые материалы, частично не соответствуют фактическим наименованиям, объёмам выполненных работ и применённым материалам, установленным в ходе производства экспертизы №-С от ДД.ММ.ГГГГ, согласно которой ООО «СК Атлант» выполнены следующие работы: - разборка трубопроводов из водогазопроводных труб в зданиях и сооружениях: на сварке диаметром до 100 мм протяженностью 22 метра на общую сумму 11197 руб.; - разборка трубопроводов из водогазопроводных труб в зданиях и сооружениях: на сварке диаметром до 50 мм протяженностью 150 метров на общую сумму 50784 руб.; - демонтаж: радиаторов весом до 80 кг в количестве 45 штук на общую сумму 36403 руб.; - прокладка трубопроводов водоснабжения из напорных полиэтиленовых труб наружным диаметром: 63 мм протяженностью 48 метров на общую сумму 101037 руб.; - труба напорная из полиэтилена PE 100 питьевая: ПЭ100 SDR17, размером 63х3,8 мм (№) в количестве минус 45,408 м на сумму минус 11224 руб. (за вычетом, т.к. выполнена замена материала в позиции на «труба полипропиленовая VALTEC PP-ALUX PP-R100/AL/PP-R100 PN25 SDR 6/S 63 мм» см. ниже); - труба полипропиленовая VALTEC PP-ALUX PP-R100/AL/PP-R100 PN25 SDR 6/S 63 мм (стоимость за вычетом НДС) в количестве 48 метров на общую сумму 39995 руб.; - угольник 90 град. полипропиленовый диаметром: 63 мм в количестве 18 штук на общую сумму 2448 руб.; - муфта полипропиленовая комбинированная, с наружной резьбой, разъемная диаметром: 63х2" в количестве 1 штука на общую сумму 1905 руб.; - муфта полипропиленовая комбинированная, с внутренней резьбой, разъемная диаметром: 63х2" в количестве 1 штука на общую сумму 972 руб.; - тройник полипропиленовый переходной диаметром: 63х32х63 мм в количестве 15 штук на общую сумму 1456 руб.; - муфта полипропиленовая соединительная диаметром: 63 мм в количестве 6 штук на общую сумму 285 руб.; - тройник полипропиленовый переходной диаметром: 63х40х63 мм в количестве 1 штука на общую сумму 97 руб.; - заглушка марки «Friatherm starr PVC-C», рабочим давлением 25 атмосфер, диаметром: 63 мм (применительно) в количестве 2 штуки на общую сумму 724 руб.; - прокладка трубопроводов водоснабжения из напорных полиэтиленовых труб наружным диаметром: 40 мм протяженностью 1,5 метра на общую сумму 3196 руб.; - труба напорная из полиэтилена PE 100 питьевая: ПЭ100 SDR11, размером 40х3,7 мм (№) в количестве минус 1,4055 м на сумму минус 203 руб. (за вычетом, т.к. выполнена замена материала в позиции на «труба полипропиленовая PRO AQUA DUO PP-R/AL/PP-R SDR 6/S 40 мм» см. ниже); - труба полипропиленовая PRO AQUA DUO PP-R/AL/PP-R SDR 6/S 40 мм (стоимость за вычетом НДС) протяженностью 1,5 метра на общую сумму 389 руб.; - кран шаровый полипропиленовый PPRC PN20, диаметром: 40 мм в количестве 1 штука на общую сумму 503 руб.; - угольник 90 град. полипропиленовый диаметром: 40 мм в количестве 3 штуки на общую сумму 115 руб.; - муфта полипропиленовая переходная диаметром: 40х32 мм в количестве 1 штука на общую сумму 15 руб.; - прокладка трубопроводов водоснабжения из напорных полиэтиленовых труб наружным диаметром: 32 мм протяженностью 403 метра на общую сумму 640497 руб.; - труба напорная из полиэтилена PE 100 питьевая: ПЭ100 SDR11, размером 32х3,0 мм (№) в количестве минус 378,014 м на сумму минус 34951 руб. (за вычетом, т.к. выполнена замена материала в позиции на «труба полипропиленовая PRO AQUA DUO PP-R/AL/PP-R SDR 6/S 32 мм» и «труба полипропиленовая VALTEC PPR-ALUX PP-R100/AL/PP-R100 SDR 6/S 32 мм» см. ниже); - труба полипропиленовая PRO AQUA DUO PP-R/AL/PP-R SDR 6/S 32 мм (стоимость за вычетом НДС) в количестве 323 м на общую сумму 58214 руб.; - труба полипропиленовая VALTEC PPR-ALUX PP-R100/AL/PP-R100 SDR 6/S 32 мм (стоимость за вычетом НДС) в количестве 80 метров на общую сумму 18990 руб.; - угольник 90 град. полипропиленовый диаметром: 32 мм (применительно) в количестве 149 штук на общую сумму 5722 руб.; - муфта полипропиленовая соединительная диаметром: 32 мм в количестве 70 штук на общую сумму 536 руб.; - муфта полипропиленовая переходная диаметром: 32х25 мм в количестве 1 штука на общую сумму 8 руб.; - тройник полипропиленовый соединительный диаметром: 32 мм в количестве 4 штук на общую сумму 119 руб.; - кран шаровый полипропиленовый PPRC PN20, диаметром: 32 мм в количестве 10 штук на общую сумму 3539 руб.; - тройник полипропиленовый переходной диаметром: 32х25х32 мм в количестве 92 штук на общую сумму 1893 руб.; - муфта полипропиленовая комбинированная, с внутренней резьбой диаметром: 32х1" в количестве 10 штук на общую сумму 1015 руб.; - установка кранов поливочных диаметром: 25 мм (применительно) в количестве 4 штук на общую сумму 1331 руб.; - муфта полипропиленовая комбинированная, с внутренней резьбой диаметром: 32х1/2" в количестве 4 штуки на общую сумму 170 руб.; - кран шаровый сливной ИГЛ (Eagle), с наружной резьбой, с патрубком для присоединения шланга, размером: 1/2"х3/4"х1/2" (применительно) в количестве 4 штуки на общую сумму 949 руб.; - хомут стальной оцинкованный с саморезом и резиновой прокладкой для крепления труб диаметром: 32 мм (применительно: хомуты и пластиковые опоры) в количестве 40 штук на общую сумму 1418 руб.; - прокладка трубопроводов водоснабжения из напорных полиэтиленовых труб наружным диаметром: 25 мм протяжённостью 13,7 метров на общую сумму 26337 руб.; - труба: ПЭ 80 SDR 11, наружный диаметр 25 мм (ГОСТ 18599-2001) в количестве минус 12,73 м на сумму минус 287 руб. (за вычетом, т.к. выполнена замена материала в позиции на «труба полипропиленовая PRO AQUA DUO PP-R/AL/PP-R SDR 6/S 25 мм» и см. ниже); - труба полипропиленовая PRO AQUA DUO PP-R/AL/PP-R SDR 6/S 25 мм (стоимость за вычетом НДС) протяженностью 13,7 метров на общую сумму 1307 руб.; - муфта полипропиленовая комбинированная, с внутренней резьбой диаметром: 25х3/4" в количестве 1 штука на общую сумму 52 руб.; - угольник 90 град. полипропиленовый диаметром: 25 мм в количестве 4 штуки на общую сумму 48 руб.; - муфта полипропиленовая соединительная диаметром: 25 мм в количестве 1 штуки на общую сумму 6 руб.; - полипропиленовый шаровой кран PRO AQUA для радиатора угловой 25х3/4 (стоимость за вычетом НДС) в количестве 92 штук на общую сумму 40264 руб.; - установка радиаторов стальных в количестве 49,536 кВт мощности радиаторов на общую сумму 93339 руб.; - кронштейны для радиаторов стальных спаренных марки КР1-РС в количестве минус 22 комплекта на сумму минус 3345 руб. (за вычетом, т.к. выполнена замена материала в позиции на «универсальный комплект для монтажа радиатора 3/4 с 3-мя кронштейнами» и см. ниже); - радиаторы стальные панельные РСВ2-1, РСВ2-6 однорядные в количестве минус 49,536 кВт мощности радиаторов на общую сумму минус 53997 руб. (за вычетом, т.к. выполнена замена материала в позиции на «радиатор биметаллический «YOUMAY 18" 4 секции», «радиатор биметаллический «Nawas BA5 29" 8 секций», «радиатор биметаллический «YOUMAY 21" 10 секций», «радиатор биметаллический «Nawas BA5 22" 12 секций» см. ниже); - радиатор биметаллический "YOUMAY 18" 4 секции мощность теплоотдачи 448 Вт (стоимость за вычетом НДС) в количестве 2 штук на общую сумму 2234 руб.; - радиатор биметаллический "Nawas BA5 29" 8 секций мощность теплоотдачи 960 Вт (стоимость за вычетом НДС) в количестве 3 штук на общую сумму 5368 руб.; - радиатор биметаллический "YOUMAY 21" 10 секций мощность теплоотдачи 1120 Вт (стоимость за вычетом НДС) в количестве 37 штук на общую сумму 106571 руб.; - радиатор биметаллический "Nawas BA5 22" 12 секций мощность теплоотдачи 1440 Вт (стоимость за вычетом НДС) в количестве 3 штук на общую сумму 7589 руб.; - установка кранов воздушных в количестве 45 комплектов на общую сумму 13164 руб.; - краны для спуска воздуха СТД 7073В, латунные в количестве минус 45 комплектов на общую сумму минус 6641 руб. (за вычетом, т.к. выполнена замена материала в позиции на «универсальный комплект для монтажа радиатора 3/4 с 3-мя кронштейнами», включающий в себя краны для спуска воздуха, см. ниже); - универсальный комплект для монтажа радиатора 3/4 с 3-мя кронштейнами (стоимость за вычетом НДС) в количестве 45 штук на общую сумму 9867 руб.; - полипропиленовый шаровой кран PRO AQUA для радиатора угловой 25х3/4 (применительно прямой) (стоимость за вычетом НДС) в количестве 5 штук на общую сумму 2188 руб.; - сверление горизонтальных отверстий в бетонных конструкциях стен перфоратором глубиной 200 мм диаметром: 32 мм в количестве 120 отверстий на сумму 11102 руб.; Всего выполнено по смете, в том числе прямые затраты, накладные расходы, сметная прибыль, коэффициент снижения по итогам аукциона 0,71690286617 и НДС при УСНО, на сумму 943 495,21 руб.</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акте о приемке выполненных работ унифицированной формы КС–2 № от ДД.ММ.ГГГГ по государственному контракту № от ДД.ММ.ГГГГ отражены следующие наименования и объемы работ: - разборка трубопроводов из водогазопроводных труб протяженностью 20 метров на общую сумму 1306 руб.; - разборка трубопроводов из водогазопроводных труб в зданиях и сооружениях: на сварке диаметром до 50 мм протяженностью 50 метров на общую сумму 2148 руб.; - демонтаж радиаторов весом до 80 кг в количестве 70 штук на сумму 4047 руб.; - прокладка трубопроводов водоснабжения из напорных полиэтиленовых труб наружным диаметром 63 мм протяжённостью 22 метра на общую сумму 20853 руб.; - прокладка трубопроводов водоснабжения из напорных полиэтиленовых труб наружным диаметром 50 мм протяженностью 12 метров на общую сумму 10589 руб.; - прокладка трубопроводов водоснабжения из напорных полиэтиленовых труб наружным диаметром 25 мм протяжённостью 50 метров на общую сумму 179017 руб.; - кран шаровый полипропиленовый PPRC PN20 в количестве 2 штук на общую сумму 2030 руб.; - кран шаровый полипропиленовый PPRC PN20 диаметром 25 мм а количестве 22 штук на общую сумму 5562 руб.; - кран радиаторный прямой, верхняя марка RBM в количестве 140 штук на общую сумму 100478 руб.; - крепление для трубопроводов: кронштейны, планки, хомуты в массой 75 кг на общую сумму 4821 руб.; - угольник 90 град. полипропиленовый диаметром 63 мм в количестве 6 штук на общую сумму 2720 руб.; - угольник 90 град. полипропиленовый диаметром 50 мм в количестве 3 штук на общую сумму 671 руб.; - угольник 90 град. полипропиленовый диаметром 25 мм в количестве 90 штук на общую сумму 3622 руб.; - угольник 90 град. полипропиленовый диаметром 20 мм в количестве 60 штук на общую сумму 1688 руб.; - угольник 45 град. полипропиленовый диаметром 25 мм в количестве 30 штук на общую сумму 1124 руб.; - муфта полипропиленовая соединительная в количестве 3,6 штук на общую сумму 570 руб.; - муфта полипропиленовая переходная в количестве 1,2 штук на общую сумму 176 руб.; - муфта полипропиленовая соединительная в количестве 21 штуки на общую сумму 391 руб.; - заглушка диаметром 50 мм в количестве 1,2 штуки на общую сумму 907 руб.; - тройник полипропиленовый переходной в количестве 3 штук на общую сумму 688 руб.; - тройник полипропиленовый переходной диаметром 63Х25Х63 в количестве 3,6 штук на общую сумму 1236 руб.; - тройник полипропиленовый переходной диаметром 25Х20Х25 мм в количестве 45 штук на общую сумму 1828 руб.; - установка радиаторов: стальных в количестве 79 кВт мощности радиаторов на общую сумму 164729 руб.; - радиаторы стальные панельные РСВ2-1, РСВ2-6 в количестве минус 115,5 кВт на общую сумму минус 125901 руб. (за вычетом, т.к. выполнена замена материала в позиции на «радиаторы биметаллические марки «Rifar-A 500» см. ниже); - радиаторы биметаллические марки «Rifar-A 500» в количестве 0,1 штуки на общую сумму 568465 руб.; - сверление горизонтальных отверстий в бетонных в количестве 10 штук на общую сумму 1606 руб.; - сверление горизонтальных отверстий в бетонных в количестве 10 штук на общую сумму 5813 руб. Всего по смете, в том числе накладные расходы, сметная прибыль, НДС 20 %, 215 315 руб. Однако, отражённые в КС-2 объёмы выполненных работ и применённые материалы, частично не соответствуют фактическим наименованиям, объёмам выполненных работ и применённым материалам, установленным при производстве экспертизы №-С от ДД.ММ.ГГГГ, согласно которой ООО «СК Атлант» выполнены следующие работы: - разборка трубопроводов из водогазопроводных труб в зданиях и сооружениях: на сварке диаметром до 50 мм протяженностью 30 метров на общую сумму 10158 руб.; - демонтаж: радиаторов весом до 80 кг в количестве 9 штук на общую сумму 7280 руб.; - врезка в действующие внутренние сети трубопроводов отопления и водоснабжения диаметром: 40 мм в количестве 4 врезки на общую сумму 21814 руб.; - муфта полипропиленовая комбинированная, с внутренней резьбой диаметром: 40х5/4" в количестве 4 штуки на общую сумму 1196 руб.; - прокладка трубопроводов водоснабжения из напорных полиэтиленовых труб наружным диаметром: 40 мм протяженностью 25 метров на общую сумму 53281 руб.; - Труба напорная из полиэтилена PE 100 питьевая: ПЭ100 SDR11, размером 40х3,7 мм (№) в количестве минус 23,425 метра на общую сумму минус 3380 руб. (за вычетом, т.к. выполнена замена материала в позиции на «труба полипропиленовая PRO AQUA DUO PP-R/AL/PP-R SDR 6/S 40 мм» см. ниже); - труба полипропиленовая PRO AQUA DUO PP-R/AL/PP-R SDR 6/S 40 мм (стоимость за вычетом НДС) протяженностью 25 метров на общую сумму 6487 руб.; - кран шаровый полипропиленовый PPRC PN20, диаметром: 40 мм в количестве 2 штуки на общую сумму 1007 руб.; - угольник 90 град. полипропиленовый диаметром: 40 мм в количестве 1 штука на общую сумму 38 руб.; - тройник полипропиленовый переходной диаметром: 40х25х40 мм в количестве 17 штук на общую сумму 645 руб.; - прокладка трубопроводов водоснабжения из напорных полиэтиленовых труб наружным диаметром: 25 мм протяженностью 3,5 метров на общую сумму 6728 руб.; - труба: ПЭ 80 SDR 11, наружный диаметр 25 мм (ГОСТ 18599-2001) в количестве минус 3,252 метра на общую сумму минус 73 руб. (за вычетом, т.к. выполнена замена материала в позиции на «трубопроводы напорные из полипропилена PPRS с гильзами и креплениями для холодного и горячего водоснабжения: PN20 SDR 6, диаметром 25 мм, толщина стенки 4,2 мм» см. ниже); - трубопроводы напорные из полипропилена PPRS с гильзами и креплениями для холодного и горячего водоснабжения: PN20 SDR 6, диаметром 25 мм, толщина стенки 4,2 мм протяженностью 3,5 метра на общую сумму 831 руб.; - муфта полипропиленовая комбинированная, с внутренней резьбой диаметром: 25х3/4" в количестве 1 штука на общую сумму 52 руб.; - угольник 90 град. полипропиленовый диаметром: 25 мм в количестве 2 штуки на общую сумму 24 руб.; - полипропиленовый шаровой кран PRO AQUA для радиатора угловой 25х3/4 (стоимость за вычетом НДС) в количестве 18 штук на общую сумму 7878 руб.; - установка радиаторов стальных в количестве 8,64 кВт мощности радиаторов на общую сумму 16282 руб.; - кронштейны для радиаторов стальных спаренных марки КР1-РС в количестве минус 4 комплекта на общую сумму минус 608 руб. (за вычетом, т.к. выполнена замена материала в позиции на «универсальный комплект для монтажа радиатора 3/4 с 3-мя кронштейнами» см. ниже); - Радиаторы стальные панельные РСВ2-1, РСВ2-6 однорядные в количестве минус 8,64 кВт на общую сумму минус 9418 руб. (за вычетом, т.к. выполнена замена материала в позиции на «радиатор биметаллический «Nawas BA5 29" 8 секций» см. ниже); - радиатор биметаллический «Nawas BA5 29" 8 секций мощность теплоотдачи 960 Вт (стоимость за вычетом НДС) в количестве 9 штук на общую сумму 16104 руб.; - установка кранов воздушных в количестве 9 комплектов на общую сумму 2631 руб.; - Краны для спуска воздуха СТД 7073В, латунные в количестве минус 9 комплектов на общую сумму минус 1328 руб. (за вычетом, т.к. выполнена замена материала в позиции на «универсальный комплект для монтажа радиатора 3/4 с 3-мя кронштейнами» в комплект входят краны для спуска воздуха см. ниже); - универсальный комплект для монтажа радиатора 3/4 с 3-мя кронштейнами (стоимость за вычетом НДС) в количестве 9 штук на общую сумму 1771 руб.; - сверление горизонтальных отверстий в бетонных конструкциях стен перфоратором глубиной 200 мм диаметром: 40 мм в количестве 3 отверстия на общую сумму 343 руб.; Всего выполнено по смете, в том числе накладные расходы, сметная прибыль, НДС 20 %, на сумму 167 691,60 руб.</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акте о приемке выполненных работ унифицированной формы КС–2 № от ДД.ММ.ГГГГ по государственному контракту № от ДД.ММ.ГГГГ отражены следующие наименования и объемы работ: - прокладка трубопроводов водоснабжения из напорных полиэтиленовых труб наружным диаметром 25 мм протяжённостью 64 метра на общую сумму 41 256,22 руб.; - труба: ПЭ 80 SDR 11, наружный диаметр 25 мм (ГОСТ 18599-2001) в количестве минус 59,456 м на общую сумму минус 1770,48 руб. (за вычетом, т.к. выполнена замена материала в позиции на ППР Труба PN20 (25) см. ниже); - ППР Труба PN20 (25) в количестве 64 метра на общую сумму 10131,20 руб.; - прокладка трубопроводов водоснабжения из напорных полиэтиленовых труб наружным диаметром 20 мм протяженностью 2 метра на общую сумму 1674,51 руб.; - труба: ПЭ 80 SDR 11, наружный диаметр 20 мм (ГОСТ 18599-2001) в количестве минус 1,798 метров на общую сумму минус 37,04 руб. (за вычетом, т.к. выполнена замена материала в позиции на ППР Труба PN20 (20) см. ниже); - ППР труба PN20 (20) протяженностью 2 метра на общую сумму 233,36 руб.; - ППР тройник перех. 25Х20Х25 в количестве 12 штук на общую сумму 340,08 руб.; - ППР Угольник 90* (25) в количестве 12 штук на общую сумму 279,84 руб.; - ППР Муфта соед. (25) в количестве 8 штук на общую сумму 146,40 руб.; - ППР Муфта комб. (нар.рез) 25Х3/4 в количестве 1 штуки на общую сумму 198,30 руб.; - ППР Опора одинарная 25 в количестве 60 штук на общую сумму 748,20 руб.; - установка кранов воздушных в количестве 2 комплектов на общую сумму 485,20 руб.; - ППР Кран шаровый 25 в количестве 2 штук на общую сумму 780,06 руб.; - установка радиаторов стальных в количестве 7,56 кВт мощности радиаторов на общую сумму 13380,66 руб.; - радиаторы стальные панельные РСВ2-1, РСВ2-6 однорядные в количестве минус 7,56 кВт на общую сумму минус 10879,60 руб. (за вычетом, т.к. выполнена замена материала в позиции на радиаторы биметаллические 8 секций см. ниже); - кронштейны для радиаторов стальных марки КР1-РС в количестве минус 3,34152 комплекта на общую сумму минус 670,78 руб. (за вычетом, т.к. выполнена замена материала в позиции на универсальный комплект 1/2 с 2-я кронштейнами см. ниже); - радиатор биметаллический 8 секций в количестве 5 штук на общую сумму 40046,45 руб.; - универсальный комплект 1/2 с 2-я кронштейнами в количестве 5 штук, на общую сумму 1132,45 руб.; - фумлента VT (19 мм 0,12мм*15м) в количестве 2 штуки на общую сумму 126,64 руб.; - гель сантехнический в количестве 2 штук на общую сумму 725,02 руб.; - сверление горизонтальных отверстий в бетонных конструкциях стен перфоратором глубиной 200 мм, диаметром 32 мм в количестве 6 отверстий на общую сумму 256,37 руб.; - на каждые 10 мм изменения глубины сверления добавлять или исключать: к расценке 46-03-013-47 отверстия в количестве 6 штук на общую сумму 108,12 руб. Всего по акту, в том числе накладные расходы, сметная прибыль, НДС 20%, 209 775 руб. Однако, отраженные в КС-2 наименования, объёмы выполненных работ и применённые материалы, частично не соответствуют фактическим наименованиям, объёмам выполненных работ и применённым материалам, установленным в ходе производства экспертизы №-С от ДД.ММ.ГГГГ, согласно которой ООО «СК Атлант», выполнены следующие работы: - прокладка трубопроводов водоснабжения из напорных полиэтиленовых труб наружным диаметром: 32 мм протяжённостью 60 метров на общую сумму 86909 руб.; - труба напорная из полиэтилена PE 100 питьевая: ПЭ100 SDR11, размером 32х3,0 мм №) в количестве минус 56,28 метров на общую сумму минус 6870 руб. (за вычетом, т.к. выполнена замена материала в позиции на «ППР труба PN20 (32)» см. ниже); - ППР труба PN20 (32) (стоимость принята из акта о приёмке выполненных работ формы № к контакту № от ДД.ММ.ГГГГ) в количестве 60 метров на общую сумму 16999 руб.; - тройник полипропиленовый переходной диаметром: 32х25х32 мм в количестве 13 штук на общую сумму 353 руб.; - угольник 90 град. полипропиленовый диаметром: 32 мм (применительно) в количестве 14 штук на общую сумму 710 руб.; - муфта полипропиленовая соединительная диаметром: 32 мм в количестве 8 штук на общую сумму 81 руб.; - муфта полипропиленовая комбинированная, с внутренней резьбой диаметром: 32х3/4" в количестве 2 штуки на общую сумму 194 руб.; - хомут стальной оцинкованный с саморезом и резиновой прокладкой для крепления труб диаметром: 32 мм в количестве 21 штука на общую сумму 983 руб.; - прокладка трубопроводов водоснабжения из напорных полиэтиленовых труб наружным диаметром: 25 мм протяженностью 2 метра на общую сумму 3429 руб.; - труба: ПЭ 80 SDR 11, наружный диаметр 25 мм (ГОСТ 18599-2001) в количестве минус 1,858 м на общую сумму минус 55 руб. (за вычетом, т.к. выполнена замена материала в позиции на «труба полипропиленовая PRO AQUA DUO PP-R/AL/PP-R SDR 6 25 мм» см. ниже); - труба полипропиленовая PRO AQUA DUO PP-R/AL/PP-R SDR 6 25 мм в количестве 2 м на общую сумму 317 руб.; - полипропиленовый шаровой кран для радиатора угловой 25х3/4 применительно угловой или прямой (стоимость принята из акта о приёмке выполненных работ формы КС-2 к контакту № от ДД.ММ.ГГГГ) в количестве 13 штук на общую сумму 7247 руб.; - установка радиаторов стальных в количестве 7,22 кВт мощности радиаторов на общую сумму 15714 руб.; - радиаторы стальные панельные РСВ2-1, РСВ2-6 однорядные в количестве минус 7,22 кВт на общую сумму минус 10390 руб. (за вычетом, т.к. выполнена замена материала в позиции на «радиатор биметаллический «SAIXI" 10 секций», радиатор биметаллический «YOUMAY 21" 10 секций» см. ниже); - кронштейны для радиаторов стальных спаренных марки КР1-РС в количестве минус 3 комплектов на общую сумму минус 602 руб. (за вычетом, т.к. выполнена замена материала в позиции на «универсальный комплект для монтажа радиатора 3/4 с 3-мя кронштейнами» см. ниже); - радиатор биметаллический "SAIXI" 10 секций мощность теплоотдачи 1370 Вт (стоимость за вычетом НДС) в количестве 2 штуки на общую сумму 5202 руб.; - радиатор биметаллический «YOUMAY 21" 10 секций мощность теплоотдачи 1120 Вт (стоимость за вычетом НДС) в количестве 4 штуки на общую сумму 11405 руб.; - установка кранов воздушных в количестве 6 комплектов на общую сумму 1949 руб.; - краны для спуска воздуха СТД 7073В, латунные в количестве минус 6 комплектов на общую сумму минус 1169 руб. (за вычетом, т.к. выполнена замена материала в позиции на «универсальный комплект для монтажа радиатора 3/4 с 3-мя кронштейнами» (в комплект входят краны для спуска воздуха) см. ниже); - универсальный комплект для монтажа радиатора 3/4 с 3-мя кронштейнами (стоимость принята из акта о приёмке выполненных работ формы КС-2 к контакту № от ДД.ММ.ГГГГ) в количестве 6 штук на общую сумму 1500 руб.; - фумлента VT (19 мм 0,12мм*15м) в количестве 2 штуки на общую сумму 127 руб.; - гель сантехнический в количестве 2 штуки на общую сумму 725 руб.; - сверление горизонтальных отверстий в бетонных конструкциях стен перфоратором глубиной 200 мм диаметром: 32 мм в количестве 2 отверстия на общую сумму 162 руб.; - на каждые 10 мм изменения глубины сверления добавлять или исключать: к расценке 46-03-013-47 в количестве 2 отверстия на общую сумму 133 руб.; Всего выполнено по смете, в том числе накладные расходы, сметная прибыль, НДС 20 %, на сумму 162 063,60 руб.</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акте о приемке выполненных работ унифицированной формы КС–2 № от ДД.ММ.ГГГГ по государственному контракту № от ДД.ММ.ГГГГ отражены следующие наименования и объемы работ: - прокладка трубопроводов водоснабжения из напорных полиэтиленовых труб наружным диаметром 32 мм протяжённостью 62 метра на общую сумму 36881,17 руб.; - труба напорная из полиэтилена РЕ 100 питьевая: ПЭ100 SDR11, размером 32Х3,0 мм (№) в количестве минус 58,156 м на общую сумму 7099,10 рублей (за вычетом, т.к. выполнена замена материала в позиции на ППР Труба PN20 (32) см. ниже); - ППР Труба PN20 (32) протяжённостью 64 метра на общую сумму 18132,48 руб.; - прокладка трубопроводов водоснабжения из напорных полиэтиленовых труб наружным диаметром 25 мм протяжённостью 4 метра на общую сумму 2578,51 руб.; - труба ПЭ 80 SDR 11, наружный диаметр 25 мм (ГОСТ 18599-2001) в количестве минус 3,716 метров на общую сумму минус 110,66 руб. (за вычетом, т.к. выполнена замена материала в позиции на ППР Труба PN20 (25) см. ниже); - ППР Труба PN20 (25) в количестве 4 метра на общую сумму 633,20 руб.; - ППР Тройник перех. 32Х25Х32 в количестве 18 штук на общую сумму 824,94 руб.; - ППР Муфта соед. в количестве 8 штук на общую сумму 186,56 руб.; - ППР Угольник 90* (32) в количестве 14 штук на общую сумму 408,10 руб.; - ППР Опора одинарная 32 в количестве 60 штук на общую сумму 748,20 руб.; - установка кранов воздушных в количестве 20 комплектов на общую сумму 4852 руб.; - краны для спуска воздуха СТД 7073В, латунные в количестве минус 20 комплектов на общую сумму минус 3896,64 руб. (за вычетом, т.к. выполнена замена материала в позиции на ППР ППР Кран шаровый 32 и ППР Кран шаровый д/радиатора прямой 25Х3/4 см. ниже); - ППР Кран шаровый 32 в количестве 2 штуки на общую сумму 1193,34 руб.; - ППР Кран шаровый д/радиатора прямой 25Х3/4 в количестве 18 штук на общую сумму 10034,82 руб.; - установка радиаторов стальных в количестве 20,412 кВт мощности радиаторов на общую сумму 36127,77 руб.; - радиаторы стальные панельные РСВ2-1, РСВ2-6 однорядные в количестве минус 20,412 кВт на общую сумму минус 29374,91 руб. (за вычетом, т.к. выполнена замена материала в позиции на радиаторы биметаллические 12 секций см. ниже); - кронштейны для радиаторов стальных спаренных марки КР1-РС в количестве минус 9,022104 комплектов на общую сумму минус 1811,1 руб. (за вычетом, т.к. выполнена замена материала в позиции на универсальный комплект 3/4 с 3-я кронштейнами см. ниже); - радиатор биметаллический 12 секций в количестве 9 штук на общую сумму 133687,53 руб.; - универсальный комплект 3/4 с 3-я кронштейнами в количестве 9 штук на общую сумму 2250,27 руб.; - фумлента VT (19 мм 0,12мм*15м) в количестве 2 штук на общую сумму 126,64 руб.; - гель сантехнический в количестве 2 штук на общую сумму 725,02 руб.; - сверление горизонтальных отверстий в бетонных конструкциях стен перфоратором глубиной 200 мм, диаметром 32 мм в количестве 4 отверстий на общую сумму 170,91 руб.; - на каждые 10 мм изменения глубины сверления добавлять или исключать: к расценке 46-03-013-47 в количестве 4 отверстий на общую сумму 72,08 руб. Всего по акту, в том числе накладные расходы, сметная прибыль, НДС 20%, 337206 руб. Однако, отражённые в КС-2 объёмы выполненных работ и применённые материалы, частично не соответствуют фактическим объёмам выполненных работ и применённым материалам, установленным при производстве экспертизы №-С от ДД.ММ.ГГГГ, согласно которой ООО «СК Атлант», не выполнены следующие работы: - прокладка трубопроводов водоснабжения из напорных полиэтиленовых труб наружным диаметром: 32 мм протяжённостью 5 м на общую сумму 7242 руб.; - труба напорная из полиэтилена PE 100 питьевая: ПЭ100 SDR11, размером 32х3,0 мм (№) в количестве минус 4,69 м на общую сумму минус 572 руб. (за вычетом, т.к. выполнена замена материала в позиции на «ППР труба PN20 (32)» см. ниже); - ППР труба PN20 (32) протяженностью 7 метров на общую сумму 1983 руб.; - прокладка трубопроводов водоснабжения из напорных полиэтиленовых труб наружным диаметром: 25 мм протяжённостью 3 м на общую сумму 5145 руб.; - труба: ПЭ 80 SDR 11, наружный диаметр 25 мм (ГОСТ 18599-2001) в количестве минус 2,787 м на общую сумму минус 83 руб. (за вычетом, т.к. выполнена замена материала в позиции на «ППР труба PN20 (25)» см. ниже); - ППР труба PN20 (25) в количестве 3 м на общую сумму 475 руб.; - ППР тройник перех. 32х25х32 в количестве 2 штуки на общую сумму 92 руб.; - ППР муфта соед. в количестве минус 17 штук на общую сумму минус 396 руб. (отрицательное значение в связи с тем, что фактически установлено на 17 штук больше, чем отражено в акте о приёмке); - ППР угольник 90* (32) в количестве минус 6 штук на общую сумму минус 175 руб. (отрицательное значение в связи с тем, что фактически установлено на 6 штук больше, чем отражено в акте о приёмке); - ППР опора одинарная 32 в количестве 26 штук на общую сумму 324 руб.; - установка кранов воздушных в количестве 12 комплектов на общую сумму 3901 руб.; - краны для спуска воздуха СТД 7073В, латунные в количестве минус 12 комплектов на общую сумму минус 2338 руб. (за вычетом, т.к. выполнена замена материала в позиции на «ППР кран шаровый д/радиатора прямой 25х3/4» см. ниже); - ППР кран шаровый д/радиатора прямой 25х3/4 в количестве 2 штуки на общую сумму 1115 руб.; - установка радиаторов: стальных в количестве 11,452 кВт мощности радиаторов на общую сумму 24925 руб.; - радиаторы стальные панельные РСВ2-1, РСВ2-6 однорядные в количестве минус 11,452 кВт на общую сумму минус 16481 рубль (за вычетом, т.к. выполнена замена материала в позиции на «радиатор биметаллический «YOUMAY 21" 10 секций» см. ниже); - кронштейны для радиаторов стальных спаренных марки КР1-РС в количестве минус 5 комплектов на общую сумму минус 1004 руб. (за вычетом, т.к. выполнена замена материала в позиции на «универсальный комплект 3/4 с 3-я кронштейнами» см. ниже); - радиатор биметаллический 12 секц. в количестве 9 штук на общую сумму 133688 руб.; - радиатор биметаллический «YOUMAY 21" 10 секций» мощность теплоотдачи 1120 Вт (стоимость за вычетом НДС) в количестве минус 8 штук на общую сумму минус 22809 руб. (отрицательное значение в связи с тем, что в акте о приёмке данная марка радиаторов отсутствует, установлены взамен «радиаторов биметаллических 12 секц.» см. выше); - универсальный комплект 3/4 с 3-я кронштейнами в количестве 1 штука на общую сумму 250 руб.; - сверление горизонтальных отверстий в бетонных конструкциях стен перфоратором глубиной 200 мм диаметром: 32 мм в количестве 2 отверстия на общую сумму 162 руб.; - на каждые 10 мм изменения глубины сверления добавлять или исключать: к расценке 46-03-013-47 в количестве 2 отверстия на общую сумму 67 руб. Всего не выполнено по акту, в том числе накладные расходы, сметная прибыль, НДС 20%, на сумму 162 613,20 руб. (т. 4 л.д.117-132). Совокупность исследованных судом доказательств, полностью согласующихся между собой и признаваемых судом достоверными, допустимыми и достаточными, позволяет суду сделать вывод о доказанности вины подсудимого ФИО2 в инкриминируемом ему преступлении. Приходя к такому выводу, суд исходит из конкретных обстоятельств дела, показаний представителя потерпевшего ФИО20, свидетелей Свидетель №4 (ФИО5) М.Н., Свидетель №2, Свидетель №3, Свидетель №6, эксперта ФИО17 данных ими в судебном заседании, в ходе предварительного расследования и оглашенных в судебном заседании, а также исследованных судом вышеприведенных письменных доказательств, в том числе, протокола осмотра места происшествия, протоколов осмотра предметов, заключений экспертиз, которые в своей совокупности согласуются между собой и дают суду основания сделать вывод о доказанности вины подсудимого в совершении вышеуказанного преступления. Показаниями представителя потерпевшего ФИО20, свидетелей Свидетель №4 (ФИО5) М.Н., Свидетель №2, Свидетель №3 подтверждается, что в сентябре ДД.ММ.ГГГГ между ОМВД России по &lt;адрес&gt; и ООО СК «Атлант» было заключено 4 государственных контракта на выполнение работ по замене системы отопления в помещениях зданий ОМВД Росси по &lt;адрес&gt;. Работы в рамках указанных государственных контрактов выполнены, приняты и оплачены. В ДД.ММ.ГГГГ по результатам проведенной ревизионной проверки выявлен факт несоответствия фактически установленных радиаторов и их количества, аукционной документации, что свидетельствует о том, что при исполнении указанных государственных контрактов были оплачены фактически невыполненные работы и не поставленные материалы. Из показаний свидетеля Свидетель №6 следует, что акты по форме КС-2 по четырем выполненным государственным контрактам, заключенным с ОМВД России по &lt;адрес&gt;, были подготовлены на основании сметной документации, предоставленной ФИО2 Показаниями свидетеля Свидетель №1 подтверждается, что в 2019 году ее супруг ФИО2 создал строительную компанию «Атлант», она (Свидетель №1) была номинальным директором, фактически руководством деятельности общества занимался ФИО2 Длительное время ФИО2 взаимодействовал с ОМВД России по &lt;адрес&gt; от имени общества. ФИО2. заключал контракты от имени общества, занимался наймом рабочих, организацией самой работы, поиском клиентов, закупкой материалов, исполнением контрактов. Из показаний эксперта ФИО18 следует, что разница стоимости фактически выполненных работ со стоимостью, отражённой в акте о приёмке выполненных работ по форме КС-2 № от ДД.ММ.ГГГГ ООО «СК Атлант» в рамках исполнения государственного контракта № от ДД.ММ.ГГГГ; в акте о приёмке выполненных работ по форме КС-2 № от ДД.ММ.ГГГГ ООО «СК Атлант» в рамках исполнения государственного контракта № от ДД.ММ.ГГГГ; в акте о приёмке выполненных работ по форме КС-2 № от ДД.ММ.ГГГГ ООО «СК Атлант» в рамках исполнения государственного контракта № от ДД.ММ.ГГГГ; в акте о приёмке выполненных работ по форме КС-2 № от ДД.ММ.ГГГГ ООО «СК Атлант» в рамках исполнения государственного контракта № от ДД.ММ.ГГГГ образовалась как за счёт замены материалов, так и завышения объёмов самих работ и, как следствие, увеличения стоимости работ, отражённых в акте о приёмке. Оснований усомниться в достоверности показаний представителя потерпевшего ФИО20, свидетелей Свидетель №2, Свидетель №4 (ФИО5) М.Н., Свидетель №3, Свидетель №6, Свидетель №1, эксперта ФИО17 в том числе по причине заинтересованности в оговоре ФИО2 и в исходе дела в целом, суд не находит, поскольку они последовательны, в целом не содержат противоречий, а имевшиеся устранены путем оглашения показаний, данных в ходе предварительного следствия, соответствуют фактическим обстоятельствам содеянного и подтверждаются совокупностью других, исследованных в судебном заседании доказательств. Допрошенная в судебном заседании свидетель Свидетель №7 об обстоятельствах совершенного преступления суду не сообщила, пояснила о процедуре заключения контрактов в рамках Федерального закона от ДД.ММ.ГГГГ № 44-ФЗ «О контрактной системе в сфере закупок товаров, работ, услуг для обеспечения государственных и муниципальных нужд». Допрошенная в ходе предварительного следствия в качестве свидетеля Свидетель №5 пояснила, что магазин «Идеал» (ООО «Идеал») не ведется никаких книг учета покупателей. Покупатель по фамилии ФИО2 ей не знаком. Показания свидетелей Свидетель №7, Свидетель №5 судом не оцениваются, поскольку обстоятельства совершенного преступления данным свидетелям не известны. Оснований сомневаться в выводах судебных экспертиз у суда не имеется, поскольку они противоречий, влияющих на квалификацию содеянного, не содержат, проведены в установленном законом порядке, с соблюдением уголовно-процессуальных норм, незаинтересованными в исходе дела лицами, имеющими необходимое образование и длительный стаж работы, а также соответствующую специализацию. Кроме того, экспертам были разъяснены их права, предусмотренные ст. 57 УПК РФ , они были предупреждены об уголовной ответственности по ст. 307 УК РФ . Заключения экспертов составлены в соответствии с требованиями ч. 1 ст. 204 УПК РФ . Органами следствия при производстве предварительного расследования нарушений уголовно-процессуального закона, которые давали бы основания для переоценки собранных по делу доказательств, не допущено. Совокупность исследованных судом доказательств, полностью согласующихся между собой и признаваемых судом достоверными, допустимыми и достаточными, позволяют судить, что действия подсудимого ФИО2 правильно квалифицированы по части 3 статьи Уголовного кодекса Российской Федерации – мошенничество, то есть хищение чужого имущества путем обмана и злоупотреблением доверием, совершенное в крупном размере. Давая такую правовую оценку действиям подсудимого ФИО2 суд исходит из того, что в соответствии с разъяснениями, данными в пункте 2 Постановления Пленума Верховного Суда РФ от ДД.ММ.ГГГГ № «О судебной практике по делам о мошенничестве, присвоении и растрате» обман как способ совершения хищения или приобретения права на чужое имущество может состоять в сознательном сообщении (представлении) заведомо ложных, не соответствующих действительности сведений, либо в умолчании об истинных фактах, либо в умышленных действиях (например, в предоставлении фальсифицированного товара или иного предмета сделки, использовании различных обманных приемов при расчетах за товары или услуги или при игре в азартные игры, в имитации кассовых расчетов и т.д.), направленных на введение владельца имущества или иного лица в заблуждение. Сообщаемые при мошенничестве ложные сведения (либо сведения, о которых умалчивается) могут относиться к любым обстоятельствам, в частности к юридическим фактам и событиям, качеству, стоимости имущества, личности виновного, его полномочиям, намерениям. Злоупотребление доверием при мошенничестве заключается в использовании с корыстной целью доверительных отношений с владельцем имущества или иным лицом, уполномоченным принимать решения о передаче этого имущества третьим лицам. Доверие может быть обусловлено различными обстоятельствами, например служебным положением лица либо его личными отношениями с потерпевшим (пункт 3). Исследованные судом доказательства подтверждают, что ФИО2 с целью хищения чужого имущества – денежных средств потерпевшего путем введения последнего в заблуждение относительно объема выполненных работ передал Свидетель №2 акты по четырем государственным контрактам, содержащим сведения о выполнении работ по форме КС-2, содержащие в себе недостоверные сведения. Данные обстоятельства свидетельствуют о выполнении ФИО2 объективной стороны мошенничества, поскольку в результате именно его противоправных действий потерпевший был введен в заблуждение относительно объема выполненных работ, что привело к незаконному изъятию (хищению) подсудимым денежных средств, принадлежащих потерпевшему. При определении размера ущерба суд руководствуется положениями п. 4 Примечания к ст. 158 УК РФ , согласно которого крупным размером в статьях настоящей главы, за исключением ч.ч. 6, 7 ст. 159, ст. ст. 159.1, 159.5, 165 признается стоимость имущества, превышающая двести пятьдесят тысяч рублей, размер ущерба причиненного потерпевшему составляет 534 452 рублей и является для потерпевшего крупным. В судебном заседании также были оглашены: постановление о возбуждении уголовного дела и принятии его к производству от ДД.ММ.ГГГГ №), постановление о направлении материалов проверки в орган предварительного расследования для решения вопроса об уголовном преследовании от ДД.ММ.ГГГГ № протокол выемки от ДД.ММ.ГГГГ, в ходе которой у представителя потерпевшего ФИО20 изъята документации об исполнении государственных контрактов № от ДД.ММ.ГГГГ, № от ДД.ММ.ГГГГ, № от ДД.ММ.ГГГГ, № ДД.ММ.ГГГГ № Вместе с тем, указанные документы являются процессуальными, в связи с чем, как доказательства по уголовному делу не оцениваются. Также в судебном заседании были исследованы протокол осмотра предметов от ДД.ММ.ГГГГ № постановление о признании и приобщении к материалам дела вещественных доказательств от ДД.ММ.ГГГГ № Вместе с тем указанные протокол осмотра, постановление о признании и приобщении к материалам дела вещественных доказательств как не подтверждают, так и не опровергают причастность ФИО2 к совершению преступления. При назначении наказания суд учитывает характер и степень общественной опасности преступления, фактические обстоятельства его совершения, наряду с данными о личности виновного, в том числе влияние назначенного наказания на исправление виновного и на условия жизни его семьи. Изучением личности подсудимого ФИО2 установлено, что по месту жительства участковым уполномоченным характеризуется посредственно № на учете у врача нарколога, не состоит № На учете у врача-психиатра не состоит, обращался ДД.ММ.ГГГГ для заполнения посыльного листа на общ. МСЭ. Диагноз: «Органическое эмоционально-лабильное (астеническое) расстройство в связи с другим заболеванием № является инвалидом первой группы по общему заболеванию № Поведение ФИО2 при производстве по уголовному делу не вызывало сомнений в его психической полноценности, он полностью ориентировался в судебной ситуации и принимал участие в исследовании доказательств, суд признает его вменяемым и в соответствии со ст. УК РФ, подлежащим уголовной ответственности. Смягчающими наказание обстоятельствами суд признает в соответствии с п. «г» ч. 1 ст. 61 УК РФ – наличие двоих малолетних детей, ч. 2 ст. 61 УК РФ – состояние здоровья. Отягчающих наказание обстоятельств в соответствии со ст. 63 УК РФ не установлено. Судом не установлено обстоятельств, позволяющих освободить подсудимого от уголовной ответственности либо от назначенного наказания в соответствии с положениями глав 11, 12 УК РФ. Каких-либо исключительных обстоятельств, существенно уменьшающих степень общественной опасности преступления, позволяющих назначить наказание ниже низшего предела или более мягкого, чем предусмотрено соответствующей статьей Уголовного кодекса РФ, судом не установлено, поэтому оснований для применения ст. 64 УК РФ не имеется. С учетом фактических обстоятельств совершенного преступления и степени его общественной опасности, суд не находит оснований в соответствии с ч. 6 ст. 15 УК РФ для изменения его категории на менее тяжкую, и приходит к выводу о необходимости назначения ему наказания в пределах санкции ч. 3 ст. 159 УК РФ . Учитывая необходимость соответствия характера и степени общественной опасности совершенного преступления обстоятельствам его совершения и личности виновного, а также влияние назначаемого наказания на дальнейшее исправление осужденного и на условия жизни его семьи, принимая во внимание наличие смягчающих и отсутствие отягчающих наказание обстоятельств, личность подсудимого руководствуясь принципом справедливости и судейским убеждением, суд приходит к выводу о целесообразности назначения ФИО2 наказания в виде лишения свободы, что, по мнению суда, будет способствовать восстановлению социальной справедливости и предупреждению совершения им новых преступлений. При этом суд пришел к выводу о возможности исправления подсудимого без реального его отбывания, а поэтому в соответствии со ст. 73 УК РФ постановляет считать назначенное наказание условным, возложив на осужденного исполнение в условиях контроля определенных обязанностей. Определяя размер назначаемого наказания, суд полагает необходимым руководствоваться положениями ст.ст. , , 60 УК РФ . Оснований для замены подсудимым наказания в виде лишения свободы принудительными работами в соответствии с ч. 2 ст. 53.1 УК РФ не имеется. С учетом данных о личности подсудимого суд полагает возможным не назначать дополнительное наказание в виде штрафа и ограничения свободы. В судебном заседании представителем потерпевшего ФИО20 заявлены исковые требования о возмещении ущерба, причиненного преступлением, по результатам рассмотрения которого суд приходит к следующим выводам. Решением Арбитражного суда &lt;адрес&gt; по делу № № удовлетворены требования ОМВД России по &lt;адрес&gt; к ООО СК «Атлант» о взыскании суммы неосновательного обогащения в размере 423 200 руб., 26360,15 руб. – санкций, 11991 руб. – расходов по оплате государственной пошлины № Изучением искового заявления, направленного в Арбитражный суд &lt;адрес&gt; установлено, что требования о взыскании неосновательного обогащения вытекают из результатов ревизии финансово-хозяйственной деятельности ОМВД России по &lt;адрес&gt;, проведенной в мае 2022 года, по результатам которой установлено, что при исполнении трех государственных контрактов, заключенных между ОМВД России по &lt;адрес&gt; и ООО СК «Атлант» на выполнение работ по замене системы отопления в помещениях зданий ОМВД Росси по &lt;адрес&gt;, возникло неосновательное обогащение в виде излишне оплаченных денежных средств в размере 432 200 руб. Обращаясь в суд с настоящим исковым заявлением, представитель потерпевшего обосновывает свои требования тем, что в результате мошеннический действий ФИО2 потерпевшему был причинен ущерб в размере 534 452 руб. Из материалов дела следует, что неосновательное обогащение, возникшее у ООО СК «Атлант» и ущерб, причиненный преступлением, вытекают из тождественных правоотношений, возникших в результате исполнения указанных государственных контрактов. При этом, в силу статьи Гражданского кодекса РФ, взыскание суммы неосновательного обогащения в данном случае является мерой гражданско-правовой ответственности для юридического лица - ООО СК «Атлант», как для исполнителя государственных контрактов. В связи с тем, что неосновательное обогащение, возникло на стороне ООО СК «Атлант», то данное юридическое лицо в возникших правоотношениях является надлежащим ответчиком. При рассмотрении настоящего уголовного дела в действиях ФИО2 установлено наличие признаков состава преступления, предусмотренного ч. 3 ст. 159 УК РФ , в связи с чем последний привлекается к уголовной ответственности. Учитывая изложенные обстоятельства, суд приходит к выводу о том, что исковые требования ОМВД России по &lt;адрес&gt; удовлетворению не подлежат. Принимая во внимание, что истец реализовал свое право на судебную защиту путем обращения в Арбитражный суд &lt;адрес&gt;, о взыскании суммы неосновательного обогащения по трем государственным контрактам, не исключает возможности обращения ОМВД Росси по &lt;адрес&gt; в Арбитражный суд &lt;адрес&gt; о взыскании неосновательного обогащения возникшего у ООО СК «Атлант» при исполнении четвертого государственного контракта. Вопрос о вещественных доказательствах подлежит разрешению в соответствии со ст. 81 УПК РФ . На основании изложенного и руководствуясь ст. ст. , - 309 УПК РФ , ПРИГОВОРИЛ: Признать ФИО2 виновным в совершении преступления, предусмотренного ч. 3 ст. 159 УК РФ , и назначить ему наказание в виде 1 (одного) года лишения свободы. В соответствии со ст. 73 УК РФ назначенное наказание считать условным, с испытательным сроком на 1 (один) год. Возложить на условно осужденного следующие обязанности: не менять постоянного места жительства без уведомления специализированного государственного органа, осуществляющего контроль за поведением условно осужденного, один раз в месяц являться на регистрацию в специализированный государственный орган, осуществляющий контроль за поведением условно осужденного. Меру пресечения в отношении ФИО2 в виде подписки о невыезде и надлежащем поведении – отменить по вступлении приговора в законную силу. Гражданский иск ОМВД России «Михайловский» - оставить без удовлетворения. По вступлении приговора в законную силу вещественные доказательства: - государственный контракт № от ДД.ММ.ГГГГ; локальный сметный расчет (локальная смета), который является приложением к государственному контракту № от ДД.ММ.ГГГГ; акт о приемке выполненных работ за октябрь 2021 года по унифицированной форме КС-2 № от ДД.ММ.ГГГГ в рамках исполнения государственного контракта № от ДД.ММ.ГГГГ; справка о стоимости выполненных работ и затрат от ДД.ММ.ГГГГ по унифицированной форме КС-3 в рамках исполнения государственного контракта № от ДД.ММ.ГГГГ; бухгалтерская справка к документу «Услуги сторонних организаций» от ДД.ММ.ГГГГ №; Счет на оплату № от ДД.ММ.ГГГГ от имени генерального директора ООО СК «Атлант» Свидетель №1; платежное поручение № от ДД.ММ.ГГГГ; государственный контракт № от ДД.ММ.ГГГГ; техническое задание являющееся приложением к государственному контракту № от ДД.ММ.ГГГГ; акт о приемке выполненных работ за сентябрь 2021 года по унифицированной форме КС-2 № от ДД.ММ.ГГГГ в рамках исполнения государственного контракта № от ДД.ММ.ГГГГ; справка о стоимость выполненных работ и затрат от ДД.ММ.ГГГГ по унифицированной форме КС-3 в рамках исполнения государственного контракта № от ДД.ММ.ГГГГ; Бухгалтерская справка к документу «Услуги сторонних организаций» от ДД.ММ.ГГГГ №; Платежное поручение № от ДД.ММ.ГГГГ; государственный контракт № от ДД.ММ.ГГГГ; локальный сметный расчет (локальная смета), который является приложением к государственному контракту № от ДД.ММ.ГГГГ; акт о приемке выполненных работ за ноябрь 2021 года по унифицированной форме КС-2 № от ДД.ММ.ГГГГ в рамках исполнения государственного контракта № от ДД.ММ.ГГГГ; справка о стоимость выполненных работ и затрат по унифицированной форме КС-3 № от ДД.ММ.ГГГГ в рамках исполнения государственного контракта № от ДД.ММ.ГГГГ; бухгалтерская справка к документу «Услуги сторонних организаций» от ДД.ММ.ГГГГ №; счет на оплату № от ДД.ММ.ГГГГ; платежное поручение № от ДД.ММ.ГГГГ; государственный контракт № от ДД.ММ.ГГГГ; локальный сметный расчет (локальная смета), который является приложением к государственному контракту № от ДД.ММ.ГГГГ; акт о приемке выполненных работ за ноябрь 2021 года по унифицированной форме КС-2 № от ДД.ММ.ГГГГ в рамках исполнения государственного контракта № от ДД.ММ.ГГГГ; справка о стоимость выполненных работ и затрат по унифицированной форме КС-3 № от ДД.ММ.ГГГГ в рамках исполнения государственного контракта № от ДД.ММ.ГГГГ; счет на оплату № от ДД.ММ.ГГГГ; платежное поручение № от ДД.ММ.ГГГГ – хранящиеся при уголовном деле вернуть по принадлежности в ОВМД России «&lt;адрес&gt; - DVD-R диск со сведениями о счете ООО СК «Атлант» хранящийся в материалах уголовного дела - оставить при уголовном деле. Приговор может быть обжалован в апелляционном порядке в течение 15 суток с момента его провозглашения в &lt;адрес&gt; с подачей жалобы, представления через &lt;адрес&gt;. В случае обжалования приговора осужденный вправе ходатайствовать об участии в рассмотрении дела судом апелляционной инстанции лично либо посредством видеоконференцсвязи, о чем должен подать заявление через &lt;адрес&gt;. При производстве в суде апелляционной инстанции осужденный вправе иметь защитника по соглашению либо ходатайствовать о назначении ему защитника судом. Дополнительные апелляционные жалобы, представления подлежат рассмотрению, если они поступили в суд апелляционной инстанции не позднее пяти суток до даты судебного заседания суда апелляционной инстанции. Председательствующий С.С. Юрышев Суд: Михайловский районный суд (Приморский край) (подробнее) Судьи дела: Юрышев С.С. (судья) (подробнее) Последние документы по делу: Приговор от 22 октября 2025 г. по делу № 1-51/2024 Приговор от 25 декабря 2024 г. по делу № 1-51/2024 Приговор от 25 декабря 2024 г. по делу № 1-51/2024 Приговор от 24 июля 2024 г. по делу № 1-51/2024 Приговор от 2 июня 2024 г. по делу № 1-51/2024 Приговор от 28 мая 2024 г. по делу № 1-51/2024 Апелляционное постановление от 26 апреля 2024 г. по делу № 1-51/2024 Приговор от 25 февраля 2024 г. по делу № 1-51/2024 Приговор от 25 февраля 2024 г. по делу № 1-51/2024 Приговор от 21 февраля 2024 г. по делу № 1-51/2024 Постановление от 18 февраля 2024 г. по делу № 1-51/2024 Показать все документы по этому делу Судебная практика по: По мошенничеству Судебная практика по применению нормы ст. 159 УК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