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времени с 15 часов 00 минут 01.01.2025 по 16 часов 00 минут 31.01.2025, находясь в помещении магазина «___», расположенного по адресу: ____, убедившись и воспользовавшись тем, что за его преступными действиями никто не наблюдает, и не могут ему воспрепятствовать, из внезапно возникших корыстных побуждений, с целью незаконного материального обогащения, действуя умышленно, тайно, с торговой полки похитил две пары обуви на общую сумму 2 923 рубля 24 копейки, принадлежащие ООО «___», а именно: 1 пару зимних женских полуботинок для активного отдыха QDS24, стоимостью 1461 рубль 62 копейки; 1 пару зимних женских полуботинок для активного отдыха QDS24, стоимостью 1 461 рубль 62 копейки. После чего, ФИО1, скрылся с места совершения преступления с похищенным имуществом, которым в последующем распорядился по собственному усмотрению, причинив ООО «___» материальный ущерб на общую сумму 2 923 рубля 24 копейки.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ФИО1, в период времени с 15 часов 00 минут до 16 часов 00 минут 04.04.2025, находясь в помещении продуктового магазина «___», расположенного по адресу: ____, из внезапно возникших корыстных побуждений, с целью незаконного материального обогащения, предложил ФИО2 тайно похитить имущество, принадлежащие индивидуальному предпринимателю А., на что ФИО2 согласилась, тем самым ФИО1 и ФИО2 вступили в предварительный сговор, направленный на тайное хищения чужого имущества с причинением значительного ущерба гражданину. Во исполнение их общего преступного умысла, направленного на тайное хищение чужого имущества, с причинением значительного материального ущерба А., ФИО1, действуя в составе группы лиц по предварительному сговору с ФИО2, 04.04.2025 в период времени с 15 часов 00 минут до 16 часов 00 минут, находясь в помещении продуктового магазина «___», расположенного по адресу: ____, воспользовавшись и убедившись, что за их преступными действиями никто не наблюдает, из корыстных побуждений, умышленно, тайно, с торговых стеллажей похитили продукты питания на общую сумму 4557 рублей 39 копеек и сетевой фильтр на сумму 998 рублей 49 копеек, а именно: голландский сыр 45% весом 4,644 кг стоимостью 2533 рубля 09 копеек; энергетический напиток «Адреналин Игровая Энергия» 0,499 л. стоимостью 89 рублей 70 копеек; 2 упаковки шашлыка «Пикантный» 800 гр общей стоимостью 1 530 рублей 90 копеек, стоимость 1 упаковки - 765 рублей 45 копеек; масло подсолнечное рафинированное «Олейна» 1 л. стоимостью 158 рублей 73 копейки; масло «Сладкосливочное Брест - Литовск» 72,5% 180 гр., стоимостью 244 рубля 97 копеек; сетевой фильтр «Эра» с USB 1,5 на 5 розеток черного цвета, стоимостью 998 рублей 49 копеек. После чего ФИО1 и ФИО2 скрылись с места совершения преступления с похищенным имуществом, которым в последующем распорядились по собственному усмотрению, причинив тем самым индивидуальному предпринимателю А. значительный материальный ущерб на общую сумму 5 555 рублей 88 копеек.</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 ФИО1, в период времени с 15 часов 00 минут 01.05.2025 по 16 часов 00 минут 31.05.2025, находясь в помещении магазина «___», расположенного по адресу: ____, убедившись и воспользовавшись тем, что за его преступными действиями никто, не наблюдает, и не могут ему воспрепятствовать, из внезапно возникших корыстных побуждений, с целью незаконного материального обогащения, действуя умышленно, тайно, с торговой полки похитил три пары обуви на общую сумму 3 710 рублей 01 копейка, принадлежащие ООО «___», а именно: 1 пару мужских полуботинок для активного отдыха К2785-13С стоимостью 729 рублей 44 копейки; 1 пару мужских полуботинок для активного отдыха К2963-14А, стоимостью 901 рубль 89 копеек; 1 пару мужских демисезонных полуботинок JX23AW-712-1, стоимостью 2 078 рублей 68 копеек. После чего, ФИО1, скрылся с места совершения преступления с похищенным имуществом, которым в последующем распорядился по собственному усмотрению, причинив ООО «___» материальный ущерб на общую сумму 3 710 рублей 01 копейка. В судебном заседании подсудимые ФИО1 и ФИО2 согласились с предъявленным обвинением, вину в предъявленном обвинении признали полностью и поддержали свои ходатайства о применении особого порядка судебного разбирательства. Консультации с защитниками были, последствия рассмотрения дела в особом порядке им понятны. Защитники ходатайства подсудимых о рассмотрении уголовного дела в особом порядке судебного разбирательства поддержали. Потерпевший А. и представитель потерпевшего С. надлежащим образом извещены судом о дате, времени и месте судебного заседания, в судебное заседание не явились. Суд на основании ч. 2 ст. 249 УПК РФ , с учетом мнения сторон, не возражавших против рассмотрения дела в отсутствие потерпевшего и представителя потерпевшего, признал их явку не обязательной, поскольку согласно телефонограммам, они выразили своё согласие на рассмотрение уголовного дела в особом порядке, положения ст.ст. - 316 УПК РФ им разъяснены, они осознают последствия рассмотрения уголовного дела в особом порядке, просят рассмотреть дело без их участия. Государственный обвинитель ходатайства подсудимых считает законным, обоснованным, и подлежащим удовлетворению, поскольку подсудимые согласны с предъявленным им обвинением, признают вину, а также соблюдены иные требования процессуального закона, предъявляемые к постановлению приговора без проведения судебного разбирательства. Суд, обсудив ходатайства подсудимых, установил, что условия, предусмотренные ч.ч.1 и 2 ст. , ст. 315 УПК РФ соблюдены: подсудимые понимают существо предъявленного им обвинения и согласны с ним в полном объеме; имеются согласия государственного обвинителя, защитников, потерпевшего, представителя потерпевшего; санкции за преступления, инкриминируемые подсудимым, не превышают 5 лет лишения свободы, подсудимые осознают характер и последствия заявленных ими ходатайств; ходатайства заявлены ими своевременно, добровольно и в присутствии защитника и после проведения консультаций с защитниками. При этом установлено, что обвинение, с которым согласились подсудимые, является обоснованным и подтверждается доказательствами, собранными по уголовному делу, препятствий для рассмотрения дела в особом порядке судебного разбирательства не имеется. Ввиду соблюдения всех требований, предусмотренных уголовно-процессуальным законодательством, судом ходатайства подсудимых удовлетворены и дело рассмотрено в особом порядке. Действия подсудимого ФИО1 судом квалифицируются: - по первому, третьему преступлениям по ч. 1 ст. 158 УК РФ , как кража, то есть тайное хищение чужого имущества; - по второму преступлению по п.п «а, в» ч. 2 ст. 158 УК РФ , как кража, то есть тайное хищение чужого имущества, совершенная группой лиц по предварительному сговору, с причинением значительного ущерба гражданину; Действия подсудимой ФИО2 по второму преступлению квалифицируются по п.п. «а, в» ч. 2 ст. 158 УК РФ , как кража, то есть тайное хищение чужого имущества, совершенная группой лиц по предварительному сговору, с причинением значительного ущерба гражданину. Суд, изучив личность подсудимого ФИО1, установил, что он по месту жительства характеризуется посредственно, ___. Оснований для сомнения по наличию психического расстройства в судебном заседании не выявлено, ввиду чего суд приходит к выводу, что подсудимый вменяем - осознавал фактический характер и общественную опасность своих действий, руководил ими. При назначении вида и меры наказания в качестве обстоятельств, смягчающих наказание по всем преступлениям в соответствии с п.п «и, к» ч. 1 и ч. 2 ст. 61 УК РФ суд признает: активное способствование раскрытию и расследованию преступления, добровольное возмещение имущественного ущерба, причиненного в результате преступления, что подтверждается распиской потерпевшего А. (том 1 л.д. 236), ходатайством и телефонограммой от представителя потерпевшего С., принесение извинения потерпевшей стороне, полное признание вины, раскаяние в содеянном, посредственную характеристику в быту, его состояние здоровья. Доказательств о наличии у подсудимого других смягчающих наказание обстоятельств, суду не представлено. Отягчающим наказание подсудимого обстоятельством согласно ст. 63 УК РФ по всем преступлениям является наличие рецидива преступлений, предусмотренного ч. 1 ст. 18 УК РФ , так как он, имея судимость за ранее совершенное умышленное преступление по приговору Якутского городского суда Республики Саха (Якутия) от 29.10.2024, вновь совершил умышленное преступление. Суд, изучив личность подсудимой ФИО2, установил, что она по месту жительства характеризуется посредственно, ___. Оснований для сомнения по наличию психического расстройства в судебном заседании не выявлено, ввиду чего суд приходит к выводу, что подсудимая вменяема - осознавала фактический характер и общественную опасность своих действий, руководила ими. При назначении вида и меры наказания в качестве обстоятельств, смягчающих наказание в соответствии с п.п «и, к» ч. 1 и ч. 2 ст. 61 УК РФ суд признает: активное способствование раскрытию и расследованию преступления, добровольное возмещение имущественного ущерба, причиненного в результате преступления, что подтверждается распиской потерпевшего А. (том 1 л.д. 236), полное признание вины, раскаяние в содеянном, посредственную характеристику в быту, положительные характеристики. Доказательств о наличии у подсудимой других смягчающих наказание обстоятельств, суду не представлено. Обстоятельств, отягчающих наказание подсудимой, предусмотренных ч. 1 ст. 63 УК РФ , не имеется. Второе преступление, инкриминируемое подсудимым ФИО1 и ФИО2 (потерпевший А.), относится к категории умышленных преступлений средней тяжести. С учетом фактических обстоятельств совершенного преступления, степени его общественной опасности, суд не находит оснований для изменения категории совершенного подсудимыми преступления по ч. 2 ст. 158 УК РФ на менее тяжкое, в соответствии с ч. 6 ст. 15 УК РФ . 1 и 3 преступления, инкриминируемые подсудимому ФИО1, относятся к преступлениям небольшой тяжести, в связи с чем оснований для применения ч. 6 ст. 15 УК РФ не имеется. Кроме смягчающих и отягчающих наказание обстоятельств, при решении вопроса о назначении подсудимым наказания, в соответствии со ст.ст. , 60 УК РФ , суд учитывает обстоятельства, характеризующие личность подсудимых, а также обстоятельства совершения, тяжесть, характер и степень общественной опасности данных преступлений, личность виновных, их состояние здоровья, влияние назначенного наказания на исправление подсудимых и на условия жизни их семей. С учетом указанных выше обстоятельств, справедливости и обеспечения достижения цели наказания, с учетом в действиях подсудимого рецидива преступлений суд приходит к выводу, что ФИО1 следует назначить наказание в виде лишения свободы. Данное наказание восстановит социальную справедливость, окажет необходимое положительное воздействие на исправление подсудимого и предупредит совершение им новых преступлений. Поскольку в действиях подсудимого установлено отягчающее наказание обстоятельство, положения ч. 1 ст. 62 УК РФ применению не подлежат. Поскольку уголовное дело рассмотрено в особом порядке, суд при назначении наказания применяет правила ч. 5 ст. 62 УК РФ . Суд не может признать совокупность смягчающих наказание обстоятельств исключительными и применить к подсудимому правила ст. 64 УК РФ , так как цели и мотивы преступления не указывают на существенное уменьшение степени общественной опасности совершенных им преступлений, по этим же основаниям суд считает возможным не применять в отношении подсудимого положения ч. 3 ст. 68 УК РФ . При этом наказание ФИО1 должно быть назначено с учетом положения ч. 2 ст. 68 УК РФ . Обсуждая возможность применения положений ст. 73 УК РФ , к назначаемому наказанию, суд с учетом личности виновного, признания вины, наличия ряда смягчающих наказание обстоятельств, считает возможным предоставить ФИО1 возможность исправиться без реального отбывания наказания в местах лишения свободы. Оснований для применения положения ст. 53.1 УК РФ , предусматривающей замену наказания в виде лишения свободы принудительными работами, не имеется. При этом суд с учетом смягчающих обстоятельств, считает возможным не назначать подсудимому дополнительное наказание, предусмотренное санкцией ч. 2 ст. 158 УК РФ , поскольку исправление подсудимого возможно в ходе отбытия основного наказания. Согласно приговору Якутского городского суда Республики Саха (Якутия) от 29.10.2024 ФИО1 признан виновным и осужден п. «в» ч. 2 ст. 158 УК РФ к наказанию в виде штрафа размером 80 000 рублей. Поскольку суд применяет положения ст. 73 УК РФ , то приговор Якутского городского суда Республики Саха (Якутия) от 29.10.2024, по которому назначено реальное наказание в виде штрафа подлежит самостоятельному исполнению. При этом, приговор мирового судьи судебного участка № 62 г. Якутска Республики Саха (Якутия) от 27.05.2025, которым лишение свободы назначено условно с испытательным сроком, подлежит самостоятельному исполнению, поскольку вышеуказанные преступления совершены до вынесения указанного приговора. С учетом указанных выше обстоятельств, справедливости и обеспечения достижения цели наказания, характера и степени общественной опасности совершенного ФИО2 умышленного преступления, относящегося к категории средней тяжести, данные о личности подсудимой, также учитывая, что подсудимая совершила преступление в период непогашенной судимости по приговору мирового судьи судебного участка № 42 г. Якутска Республики Саха (Якутия) от 14.12.2023 и приговору Якутского городского суда Республики Саха (Якутия) от 19.07.2024, суд приходит к выводу, что исправление подсудимой возможно только с изоляцией ее от общества и считает необходимым назначить ей меру наказания, связанную с реальным лишением свободы, с отбыванием наказания в колонии-поселении в соответствии с п. «а» ч. 1 ст. 58 УК РФ . По этим же основаниям суд не применяет к назначенному наказанию положения ст. 73 УК РФ , то есть условное осуждение, а также положения ст. 53.1 УК РФ , предусматривающей замену наказания в виде лишения свободы принудительными работами. По мнению суда, данное наказание восстановит социальную справедливость, окажет необходимое положительное воздействие на исправление подсудимой и предупредит совершение ею новых преступлений. Суд не может признать совокупность смягчающих наказание обстоятельств исключительными и применить к подсудимой правила ст. 64 УК РФ , так как цели и мотивы преступления не указывают на существенное уменьшение степени общественной опасности совершенных ею преступлений. При наличии смягчающих обстоятельств, а именно п.п. «и, к» ч. 1 ст. 61 УК РФ , суд считает необходимым назначить подсудимой наказание с применением ч. 1 ст. 62 УК РФ . Поскольку уголовное дело рассмотрено в особом порядке, суд при назначении наказания применяет правила ч. 5 ст. 62 УК РФ . При этом суд с учетом смягчающих обстоятельств, считает возможным не назначать подсудимой дополнительное наказание, предусмотренное санкцией ч. 2 ст. 158 УК РФ , поскольку исправление подсудимой возможно в ходе отбытия основного наказания. Учитывая, что ФИО2 осуждена приговором Якутского городского суда Республики Саха (Якутия) от 30.05.2025 по ч. 1 ст. , ст. 70 УК РФ , к наказанию в виде 6 месяцев лишения свободы, настоящее преступление совершила до вынесения указанного приговора, суд считает необходимым окончательное наказание назначить по правилам ч. 5 ст. 69 УК РФ . Вопрос о судьбе вещественных доказательств суд полагает необходимым решить следующим образом: имеющие материальную ценность, подлежат возврату законным владельцам, диски и документы подлежат хранению в материалах уголовного дела. Гражданский иск не заявлен. Процессуальные издержки, связанные с участием в уголовном деле адвокатов, в силу положений ч. 10 ст. 316 УПК РФ , взысканию с осужденных не подлежат. На основании изложенного и руководствуясь ст. ст. - , 316 УПК РФ , суд приговорил: ФИО1 признать виновным в совершении преступлений, предусмотренных ч. 1 ст. , п.п. «а, в» ч. 2 ст. , ч. 1 ст. 158 УК РФ , и назначить ему наказание: - по ч. 1 ст. 158 УК РФ (совершенное в период 01.01.2025-31.01.2025) в виде лишения свободы сроком на 1 год; - по п. «а, в» ч. 2 ст. 158 УК РФ в виде лишения свободы сроком на 2 года; - по ч. 1 ст. 158 УК РФ (совершенное в период 01.05.2025-31.05.2025) в виде лишения свободы сроком на 1 год; На основании ч. 2 ст. 69 УК РФ путем частичного сложения назначенных наказаний окончательно назначить ФИО1 наказание в виде лишения свободы сроком на 2 лет 6 месяцев. На основании ст. 73 УК РФ назначенное наказание считать условным, установить испытательный срок 2 года 6 месяцев. Возложить на осужденного ФИО1 обязанности: - самостоятельно встать на учет в специализированный государственный орган, осуществляющий контроль за поведением условно осужденных; - не реже одного раза в месяц, в установленный инспектором день являться на регистрацию в уголовно-исполнительную инспекцию по месту жительства; - без уведомления инспекции не менять место жительства и работы. Контроль за исполнением наказания в отношении осужденного возложить на органы ведающие исполнением наказания по месту жительства осужденного. Меру пресечения осужденного ФИО1 в виде подписки о невыезде и надлежащем поведении оставить без изменения до вступления приговора в законную силу. Приговор Якутского городского суда Республики Саха (Якутия) от 29.10.2024 исполнять самостоятельно. Приговор мирового судьи судебного участка № 62 г. Якутска Республики Саха (Якутия) от 27.05.2025 исполнять самостоятельно. ФИО2 признать виновной в совершении преступления, предусмотренного п.п. «а, в» ч. 2 ст. 158 УК РФ , и назначить ей наказание в виде лишения свободы сроком на 1 год. На основании ч. 5 ст. 69 УК РФ по совокупности преступлений, путем частичного сложения наказаний по настоящему приговору и по приговору Якутского городского суда Республики Саха (Якутия) от 30.05.2025, окончательно назначить ФИО2 наказание в виде лишения свободы сроком на 1 год 2 месяца с отбыванием наказания в колонии-поселении. Меру пресечения осужденной ФИО2 в виде подписки о невыезде и надлежащем поведении отменить по вступлению приговора в законную силу. Срок отбытия наказания исчислять со дня вступления настоящего приговора в законную силу. Зачесть в срок отбытия наказания время, отбытое по приговору Якутского городского суда Республики Саха (Якутия) от 30.05.2025 до дня вступления настоящего приговора в законную силу. Вещественные доказательства, по делу: полуботинки мужские T.Taccardi черного цвета 41 р, полуботинки мужские T.Taccardi черного цвета 42 р, полуботинки мужские Pierre Cardin Paris черного цвета 42 р, хранящиеся в камере хранения вещественных доказательств ОП № 2 МУ МВД России «Якутское», - по вступлению приговора в законную силу возвратить владельцу ООО «___»; остальные вещественные доказательства по уголовному делу подлежат хранению в материалах уголовного дела. Гражданский иск не заявлен. На основании ч. 10 ст. 316 УПК РФ осужденных освободить от оплаты процессуальных издержек. На основании п. 5 ч. 2 ст. 131 УПК РФ адвокатам за счет федерального бюджета выплатить вознаграждение на основании отдельных постановлений суда. Приговор может быть обжалован в течение 15-ти суток в Верховный суд Республики Саха (Якутия) с момента провозглашения, а осужденной, содержащейся под стражей, в тот же срок со дня получения копии приговора. Разъяснить осужденным, что в случае обжалования приговора они имеют право поручить осуществление своей защиты избранному ими защитнику, либо ходатайствовать перед судом о назначении защитника, осужденные имеют право пригласить защитника по своему выбору, отказаться от защитника, ходатайствовать о назначении другого защитника (ст. ч.4 УПК РФ). Разъяснить осужденным, что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Также разъяснить, что в течение 10 суток со дня вручения осужденному копии апелляционного представления или апелляционной жалобы, затрагивающих их интересы, они могут заявить ходатайство о своём участии при рассмотрении этих представлений и жалоб судом апелляционной инстанции. Судья Е.В. Кондакова Суд: Якутский городской суд (Республика Саха (Якутия)) (подробнее) Судьи дела: Кондакова Евгения Васильевна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