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июля 2018 года Якутским городским судом Республики Саха (Якутия) по п. «з» ч. 2 ст. 111 УК РФ к лишению свободы на срок 3 года 6 месяцев условно с испытательным сроком 3 года, постановлением Якутского городского суда Республики Саха (Якутия) от 4 февраля 2022 года условное осуждение отменено, направлена отбывать наказание в виде лишения свободы сроком 3 года 6 месяцев в исправительную колонию общего режима; постановлением Эхирит-Балагатского районного суда Иркутской области от 12 июля 2024 года освобождена условно-досрочно на неотбытый срок 1 год 2 месяца 2 дня, отменено условно-досрочное освобождение, и она направлена отбывать оставшуюся неотбытую часть наказания по приговору Якутского городского суда Республики Саха (Якутия) от 6 июля 2018 года в виде лишения свободы на срок 1 год 2 месяца 2 дня в исправительную колонию общего режима. Заслушав доклад председательствующего судьи Тихонова Е.Д., пояснения сторон, суд апелляционной инстанции установил: врио начальника филиала по ГО Жатай ФКУ УИИ УФСИН России по Республике Саха (Якутия) Х. обратилась в суд с представлением об отмене условно-досрочного освобождения и исполнении оставшейся неотбытой части наказания по приговору Якутского городского суда от 6 июля 2018 года в отношении ФИО1 Обжалуемым постановлением представление удовлетворено. В апелляционной жалобе осужденная ФИО1 просит отменить постановление суда первой инстанции, принять новое решение об отказе в удовлетворении представления врио начальника филиала по ГО Жатай ФКУ УИИ УФСИН России по Республике Саха (Якутия) либо передать материал на новое рассмотрение. В обоснование апелляционной жалобы указано, что ее не уведомили о судебном заседании, чем нарушили ее право на защиту. Она не скрывалась от уголовно-исполнительной инспекции, официально трудоустроена, во время проверки по месту ее жительства находилась на работе. Она не злоупотребляет спиртными напитками, во время проверок находилась в трезвом состоянии. Не допускала нарушений общественного порядка, имеет ******** несовершеннолетних детей. При повторном рассмотрении представления в суде первой инстанции состав суда не изменился. Возражений на апелляционную жалобу осужденной не поступило. В суде апелляционной инстанции осужденная ФИО1, защитник Лукин А.И. поддержали доводы апелляционной жалобы, просили ее удовлетворить. Прокурор Миронов И.Д. в судебном заседании не согласился с доводами апелляционной жалобы, считает постановление суда первой инстанции законным, обоснованным и подлежащим оставлению без изменения. Проверив материалы дела, выслушав участников процесса, обсудив доводы апелляционной жалобы, суд апелляционной инстанции приходит к следующему. Согласно ст. 389.9 УПК РФ суд апелляционной инстанции проверяет по апелляционным жалобам, представлениям законность, обоснованность и справедливость приговора, законность и обоснованность иного решения суда первой инстанции. В соответствии с ч. 4 ст. 7 УПК РФ постановление суда должно быть законным обоснованным и мотивированным. Указанные требования закона судом первой инстанции соблюдены. В соответствии с п. «а» ч. 7 ст. 79 УК РФ , если в течение оставшейся не отбытой части наказания осужденный совершил нарушение общественного порядка, за которое на него было наложено административное взыскание, или злостно уклонился от исполнения обязанностей, возложенных на него судом при применении условно-досрочного освобождения, суд по представлению уполномоченных органов может постановить об отмене условно-досрочного освобождения и исполнении оставшейся не отбытой части наказания. Согласно разъяснениям, содержащимся в п. 23 постановления Пленума Верховного Суда РФ от 21 апреля 2009 года № 8 «О судебной практике условно-досрочного освобождения от отбывания наказания, замены неотбытой части наказания более мягким видом наказания», под злостным уклонением от выполнения обязанностей, возложенных судом на осужденного, предусмотренным п. «а» ч. 7 ст. 79 УК РФ , следует понимать повторное невыполнение таких обязанностей после вынесения органом, контролирующим поведение осужденного, письменного предупреждения о возможности отмены условно-досрочного освобождения. Вместе с тем вопрос о том, является ли уклонение от выполнения возложенных судом на осужденного обязанностей злостным, должен решаться в каждом конкретном случае с учетом его продолжительности и причин уклонения, а также других обстоятельств дела. Как следует из представленных материалов, 6 июля 2018 года Якутским городским судом Республики Саха (Якутия) ФИО1 признана виновной в совершении преступления, предусмотренного по п. «з» ч. 2 ст. 111 УК РФ , и ей назначено наказание в виде лишения свободы на срок 3 года 6 месяцев условно с испытательным сроком на 3 года. 4 февраля 2022 года постановлением Якутского городского суда Республики Саха (Якутия) ФИО1 отменено условное осуждение и она направлена отбывать наказание в виде лишения свободы на срок 3 года 6 месяцев в исправительную колонию общего режима. 12 июля 2024 года постановлением Эхирит-Булагатского районного суда Иркутской области ФИО1 освобождена условно-досрочно на неотбытый срок 1 год 2 месяца 2 дня, с возложением обязанностей - встать на учет в уголовно-исполнительной инспекции по месту жительства и в течение оставшейся неотбытой части наказания не менять постоянное место жительства без уведомления уголовно-исполнительной инспекции, являться на регистрацию не реже 2 раз в месяц. Из представленных материалов следует, что 19 августа 2024 года ФИО1 поставлена на учет в уголовно-исполнительную инспекцию, разъяснены права и обязанности, связанные с условно-досрочным освобождением. 6 ноября 2024 года ФИО1 не явилась для прохождения регистрации в уголовно-исполнительную инспекцию. 7 ноября 2024 года в связи с изменением места жительства ФИО1 личное дело поступило в филиал ГО Жатай ФКУ УИИ УФСИН России по Республики Саха (Якутия). 8 ноября 2024 года осужденная по телефонному звонку обязалась явиться для прохождения регистрации в этот же день, но не явилась. 11 ноября 2024 года инспекцией начаты первоначальные розыскные мероприятия. 12 ноября 2024 года осужденная прибыла для постановки на учет. В объяснении указала, что была на похоронах, после заболела, в медицинское учреждение не обращалась. ФИО1 дано первое письменное предупреждение об отмене условно-досрочного освобождения. 3 декабря 2024 года ФИО1 вновь не явилась на регистрацию в инспекцию. 6 декабря 2024 года осужденная по телефонному звонку обязалась подойти на регистрацию в этот же день, но не явилась. 11 декабря 2024 года ФИО1 установлена по месту жительства. По факту неявки 3 декабря 2024 года в объяснении указала, что находилась у знакомого, который запер ее в квартире и ушел распивать спиртные напитки. Осужденной дано второе письменное предупреждение о недопустимости нарушений порядка и условий отбывания наказания. 4 января 2025 года ФИО1 уведомила уголовно-исполнительную инспекцию об изменении места жительства. 14 января 2025 года осужденная вновь не явилась на регистрацию. 16 января 2025 года при осуществлении выезда по измененному адресу осужденная не установлена. Оставлена повестка о явке в уголовно-исполнительную инспекцию 17 января 2025 года. 17 января 2025 года начаты первоначальные розыскные мероприятия в отношении ФИО1 18 февраля 2025 года были проверены прежние места жительства осужденной, оставлены повестки на 19 февраля 2025 года, но осужденная не явилась. Постановлением Якутского городского суда Республики Саха (Якутия) от 11 апреля 2025 года условно-досрочное освобождение отменено, ФИО1 направлена для отбывания наказания в виде лишения свободы на срок 1 год 2 месяца 2 дня в исправительную колонию общего режима. Апелляционным постановлением Верховного Суда Республики Саха (Якутия) от 1 июля 2025 года вышеуказанное постановление суда первой инстанции отменено, ФИО1 освобождена из-под стражи. 8 июля 2025 года у осужденной отобрано объяснение по факту неявки в уголовно-исполнительную инспекцию. 15 июля 2025 года в установленный день ФИО1 не явилась на регистрацию. 16 июля 2025 года по месту жительства осужденная не установлена, телефон выключен. 17 июля 2025 года начаты первоначальные розыскные мероприятия в отношении ФИО1 13 августа 2025 года осужденная не явилась в Якутский городской суд Республики Саха (Якутия). Принимая во внимание вышеуказанные обстоятельства, суд первой инстанции обоснованно пришел к выводу о необходимости отмены условно-досрочного освобождения в отношении осужденной ФИО1, которая злостно уклонялся от исполнения обязанностей, возложенных на нее судом при применении условно-досрочного освобождения, После вынесения уголовно-исполнительной инспекцией письменного предупреждения о возможности отмены условно-досрочного освобождения, осужденная ФИО1 вновь не выполняла обязанности, возложенные на нее судом, неоднократно не являлась на регистрацию в уголовно-исполнительную инспекцию, скрывалась от контроля инспекции. Таким образом, осужденная злостно уклонялась от исполнения назначенных судом обязанностей, уважительность причин неявки на регистрацию не указала, доводы об официальном трудоустройстве ничем не подтверждены. Вопреки доводам осужденной, представление врио начальника филиала по ГО Жатай ФКУ УИИ УФСИН России по Республике Саха (Якутия) 13 августа 2025 года рассмотрено иным составом суда. Решение об отмене условно-досрочного освобождения соответствует требованиям закона, основано на всестороннем исследовании представленных в судебном заседании материалах, вынесено с соблюдением требований законодательства, а потому является законным и обоснованным. Нарушений уголовно-процессуального закона, влекущих отмену или изменение судебного решения, судом не допущено. На основании изложенного и руководствуясь ст.ст. 389.13 , 389.20 , 389.28 и 389.33 УПК РФ , суд апелляционной инстанции постановил: постановление Якутского городского суда Республики Саха (Якутия) от 13 августа 2025 года в отношении ФИО1 оставить без изменения, а апелляционную жалобу осужденной ФИО1 - без удовлетворения. Апелляционное постановление может быть обжаловано в Девятый кассационный суд общей юрисдикции в соответствии с гл. 47.1 УПК РФ в течение шести месяцев со дня его оглашения, а для осужденной, содержащейся под стражей - в тот же срок со дня вручения ей копии судебного решения. Осужденная вправе ходатайствовать о своем участии в рассмотрении уголовного дела судом кассационной инстанции. Председательствующий судья Е.Д. Тихонов Суд: Верховный Суд Республики Саха (Якутия) (Республика Саха (Якутия)) (подробнее) Судьи дела: Тихонов Егор Дмитриевич (судья) (подробнее)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