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город </w:t>
        <w:br/>
        <w:t>Сормовский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