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07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Так, в период времени до 11:30 час. &lt;дата обезличена&gt; ФИО1, действуя группой лиц по предварительному сговору совместно и согласованно с неустановленными лицами, согласно отведенной ему роли, реализуя совместный преступный умысел, незаконно храня в салоне автомобиля марки «Лада Гранта» государственный регистрационный знак &lt;номер обезличен&gt; вышеуказанное наркотическое средство в крупном размере перевозил по территории г. Магнитогорска Челябинской области и доставил не менее 1 полимерного пакета-«гриппер», дополнительно помещенного во фрагмент фольги, с наркотическим средством - гашиш (анаша, смола каннабиса), массой не менее 0,47 гр., к месту незаконного сбыта, где ФИО1 разместил его во временном тайнике - «закладке», организованном в траве в 5-ти метрах южнее от &lt;адрес обезличен&gt; по ул. Советской в Орджоникидзевском районе г. Магнитогорска Челябинской области, по географическим координатам &lt;номер обезличен&gt; с целью последующего, совместного с неустановленными лицами, незаконного сбыта и получения материальной и иной выгоды. При этом, фотоизображение местонахождения данного тайника с наркотическим средством с указанием географических координат, ФИО1, согласно отведенной ему роли в преступной группе, зафиксировал в используемый им мобильный телефон, для последующей передачи информации об организованном тайнике-«закладке» с наркотическим средством неустановленным лицам, действующим с ним группой лиц по предварительному сговору, используя электронную информационно-телекоммуникационную сеть (включая сеть «Интернет»), в целях совместного незаконного сбыта и получения материальной и иной выгоды. Таким образом, действуя группой лиц по предварительному сговору, ФИО1 и неустановленные лица, намеревались незаконно сбыть наркотическое средство - гашиш (анаша, смола каннабиса), массой не менее 0,47 гр., однако данное преступление не доведено ФИО1 и неустановленными лицами до конца по независящим от них обстоятельствам, так как &lt;дата обезличена&gt; около 11:30 час. у &lt;адрес обезличен&gt;, ФИО1 задержан сотрудниками полиции. После чего сотрудниками полиции &lt;дата обезличена&gt; в период времени с 16:49 час. до 17:00 час. в ходе обследования участка местности, расположенного в 5-ти метрах южнее от &lt;адрес обезличен&gt; в траве, по географическим координатам &lt;номер обезличен&gt;, с участием ФИО1 обнаружено и изъято с наркотическое средство – гашиш (анаша, смола каннабиса) массой 0,47 гр., находящееся в 1 полимерном пакете-«гриппер», помещенном во фрагмент фольги. Сбыт наркотических средств, как и покушение на сбыт наркотических средств, совершенные гражданами, считаются незаконными, так как эти деяния нарушают нормы Федерального Закона «О наркотических средствах и психотропных веществах» от 08.01.1998 г. № 3-ФЗ (с последующими изменениями и дополнениями). На основании Списка 1 Перечня наркотических средств, психотропных веществ и их прекурсоров, подлежащих контролю в Российской Федерации, утвержденного Постановлением Правительства РФ № 681 от 30.06.1998 г. (с последующими изменениями и дополнениями): гашиш (анаша, смола каннабиса) отнесен к наркотическим средствам. В соответствии с Постановлением Правительства РФ от 01.10.2012 г. № 1002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Уголовного кодекса Российской Федерации» (с последующими изменениями и дополнениями): значительным размером является масса наркотического средства гашиш (анаша, смола каннабиса), превышающая 2,0 гр., в связи с чем, наркотическое средство - гашиш (анаша, смола каннабиса), массой 0,47 гр., не образует размер.</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период времени до 11:30 час. &lt;дата обезличена&gt; ФИО1, действуя группой лиц по предварительному сговору совместно и согласованно с неустановленными лицами, согласно отведенной ему роли, реализуя совместный преступный умысел, незаконно храня в салоне автомобиля марки «Лада Гранта» государственный регистрационный знак &lt;номер обезличен&gt; вышеуказанное наркотическое средство в крупном размере перевозил по территории г. Магнитогорска Челябинской области и доставил не менее 1 полимерного пакета-«гриппер», помещенного в согнутую металлическую крышку для бутылок, с наркотическим средством - гашиш (анаша, смола каннабиса), массой не менее 0,47 гр., к месту незаконного сбыта, где ФИО1 разместил его во временном тайнике - «закладке», организованном у основания металлической опоры в 2-х метрах южнее от центрального входа ТЦ «Арбат» по ул. Советской д. 199А в Орджоникидзевском районе г. Магнитогорска Челябинской области, по географическим координатам &lt;номер обезличен&gt;, с целью последующего, совместного с неустановленными лицами, незаконного сбыта и получения материальной и иной выгоды. При этом, фотоизображение местонахождения данного тайника с наркотическим средством с указанием географических координат, ФИО1, согласно отведенной ему роли в преступной группе, зафиксировал в используемый им мобильный телефон, для последующей передачи информации об организованном тайнике-«закладке» с наркотическим средством неустановленным лицам, действующим с ним группой лиц по предварительному сговору, используя электронную информационно-телекоммуникационную сеть (включая сеть «Интернет»), в целях совместного незаконного сбыта и получения материальной и иной выгоды. Таким образом, действуя группой лиц по предварительному сговору, ФИО1 и неустановленные лица, намеревались незаконно сбыть наркотическое средство - гашиш (анаша, смола каннабиса), массой не менее 0,47 гр., однако данное преступление не доведено ФИО1 и неустановленными лицами до конца по независящим от них обстоятельствам, так как &lt;дата обезличена&gt; около 11:30 час. у &lt;адрес обезличен&gt; в Орджоникидзевском районе г. Магнитогорска Челябинской области, ФИО1 задержан сотрудниками полиции. После чего сотрудниками полиции &lt;дата обезличена&gt; в период времени с 17:12 час. до 17:24 час. в ходе обследования участка местности, расположенного в 2-х метрах южнее от центрального входа ТЦ «Арбат» по ул. Советской д. 199А в Орджоникидзевском районе г. Магнитогорска Челябинской области с участием ФИО1 у основания металлической опоры, по географическим координатам &lt;номер обезличен&gt;, обнаружено и изъято наркотическое средство – гашиш (анаша, смола каннабиса) массой 0,47 гр., находящееся в 1 полимерном пакете-«гриппер», помещенном в согнутую металлическую крышку для бутылок. Сбыт наркотических средств, как и покушение на сбыт наркотических средств, совершенные гражданами, считаются незаконными, так как эти деяния нарушают нормы Федерального Закона «О наркотических средствах и психотропных веществах» от 08.01.1998 г. № 3-ФЗ (с последующими изменениями и дополнениями). На основании Списка 1 Перечня наркотических средств, психотропных веществ и их прекурсоров, подлежащих контролю в Российской Федерации, утвержденного Постановлением Правительства РФ № 681 от 30.06.1998 г. (с последующими изменениями и дополнениями): гашиш (анаша, смола каннабиса) отнесен к наркотическим средствам. В соответствии с Постановлением Правительства РФ от 01.10.2012 г. № 1002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Уголовного кодекса Российской Федерации» (с последующими изменениями и дополнениями): значительным размером является масса наркотического средства гашиш (анаша, смола каннабиса), превышающая 2,0 гр., в связи с чем, наркотическое средство - гашиш (анаша, смола каннабиса), массой 0,47 гр., не образует размер.</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период времени до 11:30 час. &lt;дата обезличена&gt; ФИО1, действуя группой лиц по предварительному сговору совместно и согласованно с неустановленными лицами, согласно отведенной ему роли, реализуя совместный преступный умысел, незаконно храня в салоне автомобиля марки «Лада Гранта» государственный регистрационный знак &lt;номер обезличен&gt; вышеуказанное наркотическое средство в крупном размере перевозил по территории г. Магнитогорска Челябинской области и доставил не менее 1 полимерного пакета-«гриппер», помещенного в согнутую металлическую крышку для бутылок, с наркотическим средством - гашиш (анаша, смола каннабиса), массой не менее 0,45 гр., к месту незаконного сбыта, где ФИО1 разместил его во временном тайнике - «закладке», организованном в траве в 7 метрах южнее от здания &lt;адрес обезличен&gt;, по географическим координатам &lt;номер обезличен&gt;, с целью последующего, совместного с неустановленными лицами, незаконного сбыта и получения материальной и иной выгоды. При этом, фотоизображение местонахождения данного тайника с наркотическим средством с указанием географических координат, ФИО1, согласно отведенной ему роли в преступной группе, зафиксировал в используемый им мобильный телефон, для последующей передачи информации об организованном тайнике-«закладке» с наркотическим средством неустановленным лицам, действующим с ним группой лиц по предварительному сговору, используя электронную информационно-телекоммуникационную сеть (включая сеть «Интернет»), в целях совместного незаконного сбыта и получения материальной и иной выгоды. Таким образом, действуя группой лиц по предварительному сговору, ФИО1 и неустановленные лица, намеревались незаконно сбыть наркотическое средство - гашиш (анаша, смола каннабиса), массой не менее 0,45 гр., однако данное преступление не доведено ФИО1 и неустановленными лицами до конца по независящим от них обстоятельствам, так как &lt;дата обезличена&gt; около 11:30 час. у &lt;адрес обезличен&gt; в Орджоникидзевском районе г. Магнитогорска Челябинской области, ФИО1 задержан сотрудниками полиции. После чего сотрудниками полиции &lt;дата обезличена&gt; в период времени с 17:30 час. до 17:45 час. в ходе обследования участка местности, расположенного в 7 метрах южнее от &lt;адрес обезличен&gt; с участием ФИО1 в траве, по географическим координатам &lt;номер обезличен&gt;, обнаружено и изъято наркотическое средство – гашиш (анаша, смола каннабиса) массой 0,45 гр., находящееся в 1 полимерном пакете-«гриппер», помещенном в согнутую металлическую крышку для бутылок. Сбыт наркотических средств, как и покушение на сбыт наркотических средств, совершенные гражданами, считаются незаконными, так как эти деяния нарушают нормы Федерального Закона «О наркотических средствах и психотропных веществах» от 08.01.1998 г. № 3-ФЗ (с последующими изменениями и дополнениями). На основании Списка 1 Перечня наркотических средств, психотропных веществ и их прекурсоров, подлежащих контролю в Российской Федерации, утвержденного Постановлением Правительства РФ № 681 от 30.06.1998 г. (с последующими изменениями и дополнениями): гашиш (анаша, смола каннабиса) отнесен к наркотическим средствам. В соответствии с Постановлением Правительства РФ от 01.10.2012 г. № 1002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Уголовного кодекса Российской Федерации» (с последующими изменениями и дополнениями): значительным размером является масса наркотического средства гашиш (анаша, смола каннабиса), превышающая 2,0 гр., в связи с чем, наркотическое средство - гашиш (анаша, смола каннабиса), массой 0,45 гр., не образует размер. После чего, в период времени до 11:30 час. &lt;дата обезличена&gt; ФИО1, действуя группой лиц по предварительному сговору совместно и согласованно с неустановленными лицами, согласно отведенной ему роли, реализуя совместный преступный умысел, незаконно храня в салоне автомобиля марки «Лада Гранта» государственный регистрационный знак &lt;номер обезличен&gt; вышеуказанное наркотическое средство в крупном размере перевозил по территории г. Магнитогорска Челябинской области и доставил не менее 1 полимерного пакета-«гриппер», помещенного в согнутую металлическую крышку для бутылок, с наркотическим средством - гашиш (анаша, смола каннабиса), массой не менее 0,45 гр., к месту незаконного сбыта, где ФИО1 разместил его во временном тайнике - «закладке», организованном в траве в 7 метрах южнее от здания &lt;адрес обезличен&gt; в Орджоникидзевском районе г. Магнитогорска Челябинской области, по географическим координатам &lt;номер обезличен&gt;, с целью последующего, совместного с неустановленными лицами, незаконного сбыта и получения материальной и иной выгоды. При этом, фотоизображение местонахождения данного тайника с наркотическим средством с указанием географических координат, ФИО1, согласно отведенной ему роли в преступной группе, зафиксировал в используемый им мобильный телефон, для последующей передачи информации об организованном тайнике-«закладке» с наркотическим средством неустановленным лицам, действующим с ним группой лиц по предварительному сговору, используя электронную информационно-телекоммуникационную сеть (включая сеть «Интернет»), в целях совместного незаконного сбыта и получения материальной и иной выгоды. Таким образом, действуя группой лиц по предварительному сговору, ФИО1 и неустановленные лица, намеревались незаконно сбыть наркотическое средство - гашиш (анаша, смола каннабиса), массой не менее 0,45 гр., однако данное преступление не доведено ФИО1 и неустановленными лицами до конца по независящим от них обстоятельствам, так как &lt;дата обезличена&gt; около 11:30 час. у дома &lt;адрес обезличен&gt; в Орджоникидзевском районе г. Магнитогорска Челябинской области, ФИО1 задержан сотрудниками полиции. После чего сотрудниками полиции &lt;дата обезличена&gt; в период времени с 17:30 час. до 17:45 час. в ходе обследования участка местности, расположенного в 7 метрах южнее от &lt;адрес обезличен&gt; в Орджоникидзевском районе г. Магнитогорска Челябинской области с участием ФИО1 в траве, по географическим координатам &lt;номер обезличен&gt;, обнаружено и изъято наркотическое средство – гашиш (анаша, смола каннабиса) массой 0,45 гр., находящееся в 1 полимерном пакете-«гриппер», помещенном в согнутую металлическую крышку для бутылок. Сбыт наркотических средств, как и покушение на сбыт наркотических средств, совершенные гражданами, считаются незаконными, так как эти деяния нарушают нормы Федерального Закона «О наркотических средствах и психотропных веществах» от 08.01.1998 г. № 3-ФЗ (с последующими изменениями и дополнениями). На основании Списка 1 Перечня наркотических средств, психотропных веществ и их прекурсоров, подлежащих контролю в Российской Федерации, утвержденного Постановлением Правительства РФ № 681 от 30.06.1998 г. (с последующими изменениями и дополнениями): гашиш (анаша, смола каннабиса) отнесен к наркотическим средствам. В соответствии с Постановлением Правительства РФ от 01.10.2012 г. № 1002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Уголовного кодекса Российской Федерации» (с последующими изменениями и дополнениями): значительным размером является масса наркотического средства гашиш (анаша, смола каннабиса), превышающая 2,0 гр., в связи с чем, наркотическое средство - гашиш (анаша, смола каннабиса), массой 0,45 гр., не образует размер.</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период времени до 11:30 час. &lt;дата обезличена&gt; ФИО1, действуя группой лиц по предварительному сговору совместно и согласованно с неустановленными лицами, согласно отведенной ему роли, реализуя совместный преступный умысел, незаконно храня в салоне автомобиля марки «Лада Гранта» государственный регистрационный знак &lt;номер обезличен&gt; вышеуказанное наркотическое средство в крупном размере перевозил по территории г. Магнитогорска Челябинской области и доставил не менее 1 полимерного свертка, состоящего из не менее 1 пакета-«гриппер», дополнительно обмотанного фрагментами полимерной липкой ленты, с наркотическим средством - гашиш (анаша, смола каннабиса), массой не менее 2,97 гр., что является значительным размером, к месту незаконного сбыта, где ФИО1 разместил его во временном тайнике - «закладке», организованном у основания дерева в земле в 50-ти метрах северо-западнее от подъезда &lt;адрес обезличен&gt; в Орджоникидзевском районе г. Магнитогорска Челябинской области, по географическим координатам &lt;номер обезличен&gt;, с целью последующего, совместного с неустановленными лицами, незаконного сбыта и получения материальной и иной выгоды. При этом, фотоизображение местонахождения данного тайника с наркотическим средством с указанием географических координат, ФИО1, согласно отведенной ему роли в преступной группе, зафиксировал в используемый им мобильный телефон, для последующей передачи информации об организованном тайнике-«закладке» с наркотическим средством неустановленным лицам, действующим с ним группой лиц по предварительному сговору, используя электронную информационно-телекоммуникационную сеть (включая сеть «Интернет»), в целях совместного незаконного сбыта и получения материальной и иной выгоды. Таким образом, действуя группой лиц по предварительному сговору, ФИО1 и неустановленные лица, намеревались незаконно сбыть наркотическое средство - гашиш (анаша, смола каннабиса), массой не менее 2,97 гр., что является значительным размером, однако данное преступление не доведено ФИО1 и неустановленными лицами до конца по независящим от них обстоятельствам, так как &lt;дата обезличена&gt; около 11:30 час. у &lt;адрес обезличен&gt; в Орджоникидзевском районе г. Магнитогорска Челябинской области, ФИО1 задержан сотрудниками полиции. После чего сотрудниками полиции &lt;дата обезличена&gt; в период времени с 17:49 час. до 18:00 час. в ходе обследования участка местности, расположенного в 50-ти метрах северо-западнее от подъезда &lt;адрес обезличен&gt; в Орджоникидзевском районе г. Магнитогорска Челябинской области с участием ФИО1 у основания дерева в земле, по географическим координатам &lt;номер обезличен&gt;, обнаружено и изъято наркотическое средство – гашиш (анаша, смола каннабиса) массой 2,97 гр., что является значительным размером, находящееся в полимерном свертке, состоящем из 1 пакета-«гриппер», дополнительно обмотанного фрагментами полимерной липкой ленты. Сбыт наркотических средств, как и покушение на сбыт наркотических средств, совершенные гражданами, считаются незаконными, так как эти деяния нарушают нормы Федерального Закона «О наркотических средствах и психотропных веществах» от 08.01.1998 г. № 3-ФЗ (с последующими изменениями и дополнениями). На основании Списка 1 Перечня наркотических средств, психотропных веществ и их прекурсоров, подлежащих контролю в Российской Федерации, утвержденного Постановлением Правительства РФ № 681 от 30.06.1998 г. (с последующими изменениями и дополнениями): гашиш (анаша, смола каннабиса) отнесен к наркотическим средствам. В соответствии с Постановлением Правительства РФ от 01.10.2012 г. № 1002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Уголовного кодекса Российской Федерации» (с последующими изменениями и дополнениями): значительным размером является масса наркотического средства гашиш (анаша, смола каннабиса), превышающая 2,0 гр., в связи с чем, наркотическое средство - гашиш (анаша, смола каннабиса), массой 2,97 гр., является значительный размер.</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 период времени до 11:30 час. &lt;дата обезличена&gt; ФИО1, действуя группой лиц по предварительному сговору совместно и согласованно с неустановленными лицами, согласно отведенной ему роли, реализуя совместный преступный умысел, незаконно храня в салоне автомобиля марки «Лада Гранта» государственный регистрационный знак &lt;номер обезличен&gt; вышеуказанное наркотическое средство в крупном размере перевозил по территории г. Магнитогорска Челябинской области и доставил не менее 1 полимерного пакета-«гриппер», помещенного во фрагмент фольги, с наркотическим средством - гашиш (анаша, смола каннабиса), массой не менее 0,47 гр., к месту незаконного сбыта, где ФИО1 разместил его во временном тайнике - «закладке», организованном у основания металлического забора в траве в 15-ти метрах в северо-западном направлении от подъезда &lt;адрес обезличен&gt; в Орджоникидзевском районе г. Магнитогорска Челябинской области, по географическим координатам &lt;номер обезличен&gt; с целью последующего, совместного с неустановленными лицами, незаконного сбыта и получения материальной и иной выгоды. При этом, фотоизображение местонахождения данного тайника с наркотическим средством с указанием географических координат, ФИО1, согласно отведенной ему роли в преступной группе, зафиксировал в используемый им мобильный телефон, для последующей передачи информации об организованном тайнике-«закладке» с наркотическим средством неустановленным лицам, действующим с ним группой лиц по предварительному сговору, используя электронную информационно-телекоммуникационную сеть (включая сеть «Интернет»), в целях совместного незаконного сбыта и получения материальной и иной выгоды. Таким образом, действуя группой лиц по предварительному сговору, ФИО1 и неустановленные лица, намеревались незаконно сбыть наркотическое средство - гашиш (анаша, смола каннабиса), массой не менее 0,47 гр., однако данное преступление не доведено ФИО1 и неустановленными лицами до конца по независящим от них обстоятельствам, так как &lt;дата обезличена&gt; около 11:30 час. у дома &lt;адрес обезличен&gt; в Орджоникидзевском районе г. Магнитогорска Челябинской области, ФИО1 задержан сотрудниками полиции. После чего сотрудниками полиции &lt;дата обезличена&gt; в период времени с 18:18 час. до 18:30 час. в ходе обследования участка местности, расположенного в 15-ти метрах в северо-западном направлении от подъезда &lt;адрес обезличен&gt; в Орджоникидзевском районе г. Магнитогорска Челябинской области с участием ФИО1 у основания металлического забора в траве, по географическим координатам &lt;номер обезличен&gt;, обнаружено и изъято наркотическое средство – гашиш (анаша, смола каннабиса) массой 0,47 гр., находящееся в 1 полимерном пакете-«гриппер», помещенном во фрагмент фольги. Сбыт наркотических средств, как и покушение на сбыт наркотических средств, совершенные гражданами, считаются незаконными, так как эти деяния нарушают нормы Федерального Закона «О наркотических средствах и психотропных веществах» от 08.01.1998 г. № 3-ФЗ (с последующими изменениями и дополнениями). На основании Списка 1 Перечня наркотических средств, психотропных веществ и их прекурсоров, подлежащих контролю в Российской Федерации, утвержденного Постановлением Правительства РФ № 681 от 30.06.1998 г. (с последующими изменениями и дополнениями): гашиш (анаша, смола каннабиса) отнесен к наркотическим средствам. В соответствии с Постановлением Правительства РФ от 01.10.2012 г. № 1002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Уголовного кодекса Российской Федерации» (с последующими изменениями и дополнениями): значительным размером является масса наркотического средства гашиш (анаша, смола каннабиса), превышающая 2,0 гр., в связи с чем, наркотическое средство - гашиш (анаша, смола каннабиса), массой 0,47 гр., не образует размер.</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В период времени до 11:30 час. &lt;дата обезличена&gt; ФИО1, действуя группой лиц по предварительному сговору совместно и согласованно с неустановленными лицами, согласно отведенной ему роли, реализуя совместный преступный умысел, незаконно храня в салоне автомобиля марки «Лада Гранта» государственный регистрационный знак &lt;номер обезличен&gt; вышеуказанное наркотическое средство в крупном размере перевозил по территории г. Магнитогорска Челябинской области и доставил не менее 1 полимерного пакета-«гриппер», помещенного в согнутую металлическую крышку для бутылок, с наркотическим средством - гашиш (анаша, смола каннабиса), массой не менее 0,46 гр., к месту незаконного сбыта, где ФИО1 разместил его во временном тайнике - «закладке», организованном у основания железного ограждения (забора) в траве в 20-ти метрах северо-западном направлении от подъезда №&lt;адрес обезличен&gt; в Орджоникидзевском районе г. Магнитогорска Челябинской области, по географическим координатам &lt;номер обезличен&gt;, с целью последующего, совместного с неустановленными лицами, незаконного сбыта и получения материальной и иной выгоды. При этом, фотоизображение местонахождения данного тайника с наркотическим средством с указанием географических координат, ФИО1, согласно отведенной ему роли в преступной группе, зафиксировал в используемый им мобильный телефон, для последующей передачи информации об организованном тайнике-«закладке» с наркотическим средством неустановленным лицам, действующим с ним группой лиц по предварительному сговору, используя электронную информационно-телекоммуникационную сеть (включая сеть «Интернет»), в целях совместного незаконного сбыта и получения материальной и иной выгоды. Таким образом, действуя группой лиц по предварительному сговору, ФИО1 и неустановленные лица, намеревались незаконно сбыть наркотическое средство - гашиш (анаша, смола каннабиса), массой не менее 0,46 гр., однако данное преступление не доведено ФИО1 и неустановленными лицами до конца по независящим от них обстоятельствам, так как &lt;дата обезличена&gt; около 11:30 час. у &lt;адрес обезличен&gt;, ФИО1 задержан сотрудниками полиции. После чего сотрудниками полиции &lt;дата обезличена&gt; в период времени с 18:31 час. до 18:43 час. в ходе обследования участка местности, расположенного в 20-ти метрах северо-западном направлении от подъезда &lt;адрес обезличен&gt;, с участием ФИО1 у основания железного ограждения (забора) в траве, по географическим координатам &lt;номер обезличен&gt;, обнаружено и изъято наркотическое средство – гашиш (анаша, смола каннабиса) массой 0,46 гр., находящееся в 1 полимерном пакете-«гриппер», помещенном в согнутую металлическую крышку для бутылок. Сбыт наркотических средств, как и покушение на сбыт наркотических средств, совершенные гражданами, считаются незаконными, так как эти деяния нарушают нормы Федерального Закона «О наркотических средствах и психотропных веществах» от 08.01.1998 г. № 3-ФЗ (с последующими изменениями и дополнениями). На основании Списка 1 Перечня наркотических средств, психотропных веществ и их прекурсоров, подлежащих контролю в Российской Федерации, утвержденного Постановлением Правительства РФ № 681 от 30.06.1998 г. (с последующими изменениями и дополнениями): гашиш (анаша, смола каннабиса) отнесен к наркотическим средствам. В соответствии с Постановлением Правительства РФ от 01.10.2012 г. № 1002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Уголовного кодекса Российской Федерации» (с последующими изменениями и дополнениями): значительным размером является масса наркотического средства гашиш (анаша, смола каннабиса), превышающая 2,0 гр., в связи с чем, наркотическое средство - гашиш (анаша, смола каннабиса), массой 0,46 гр., не образует размер.</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В период времени до 11:30 час. &lt;дата обезличена&gt; ФИО1, действуя группой лиц по предварительному сговору совместно и согласованно с неустановленными лицами, согласно отведенной ему роли, реализуя совместный преступный умысел, незаконно храня в салоне автомобиля марки «Лада Гранта» государственный регистрационный знак &lt;номер обезличен&gt; вышеуказанное наркотическое средство в крупном размере перевозил по территории г. Магнитогорска Челябинской области и доставил не менее 1 полимерного пакета-«гриппер», помещенного во фрагмент фольги, с наркотическим средством - гашиш (анаша, смола каннабиса), массой не менее 0,46 гр., к месту незаконного сбыта, где ФИО1 разместил его во временном тайнике - «закладке», организованном у основания металлического забора в траве в 6-ти метрах в северо-западном направлении от подъезда &lt;адрес обезличен&gt; в Орджоникидзевском районе г. Магнитогорска Челябинской области, по географическим координатам &lt;номер обезличен&gt;, с целью последующего, совместного с неустановленными лицами, незаконного сбыта и получения материальной и иной выгоды. При этом, фотоизображение местонахождения данного тайника с наркотическим средством с указанием географических координат, ФИО1, согласно отведенной ему роли в преступной группе, зафиксировал в используемый им мобильный телефон, для последующей передачи информации об организованном тайнике-«закладке» с наркотическим средством неустановленным лицам, действующим с ним группой лиц по предварительному сговору, используя электронную информационно-телекоммуникационную сеть (включая сеть «Интернет»), в целях совместного незаконного сбыта и получения материальной и иной выгоды. Таким образом, действуя группой лиц по предварительному сговору, ФИО1 и неустановленные лица, намеревались незаконно сбыть наркотическое средство - гашиш (анаша, смола каннабиса), массой не менее 0,46 гр., однако данное преступление не доведено ФИО1 и неустановленными лицами до конца по независящим от них обстоятельствам, так как &lt;дата обезличена&gt; около 11:30 час. у &lt;адрес обезличен&gt;, ФИО1 задержан сотрудниками полиции. После чего сотрудниками полиции &lt;дата обезличена&gt; в период времени с 18:44 час. до 18:56 час. в ходе обследования участка местности, расположенного в 6-ти метрах в северо-западном направлении от подъезда &lt;адрес обезличен&gt; в Орджоникидзевском районе г. Магнитогорска Челябинской области, с участием ФИО1 у основания металлического забора в траве, по географическим координатам &lt;номер обезличен&gt;, обнаружено и изъято наркотическое средство – гашиш (анаша, смола каннабиса) массой 0,46 гр., находящееся в 1 полимерном пакете-«гриппер», помещенном во фрагмент фольги. Сбыт наркотических средств, как и покушение на сбыт наркотических средств, совершенные гражданами, считаются незаконными, так как эти деяния нарушают нормы Федерального Закона «О наркотических средствах и психотропных веществах» от 08.01.1998 г. № 3-ФЗ (с последующими изменениями и дополнениями). На основании Списка 1 Перечня наркотических средств, психотропных веществ и их прекурсоров, подлежащих контролю в Российской Федерации, утвержденного Постановлением Правительства РФ № 681 от 30.06.1998 г. (с последующими изменениями и дополнениями): гашиш (анаша, смола каннабиса) отнесен к наркотическим средствам. В соответствии с Постановлением Правительства РФ от 01.10.2012 г. № 1002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Уголовного кодекса Российской Федерации» (с последующими изменениями и дополнениями): значительным размером является масса наркотического средства гашиш (анаша, смола каннабиса), превышающая 2,0 гр., в связи с чем, наркотическое средство - гашиш (анаша, смола каннабиса), массой 0,46 гр., не образует размер.</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Часть наркотического средства - гашиш (анаша, смола каннабиса), суммарной массой не менее 29,89 гр., что является крупным размером, находящегося в не менее 21 полимерном пакете-«гриппер», из которых не менее 1 пакет-«гриппер», дополнительно обмотан фрагментом полимерной липкой ленты, и не менее 20 полимерных пакетов-«гриппер» помещены в не менее 1 пакет-«гриппер», дополнительно обмотанный фрагментом полимерной липкой ленты, ФИО1, действуя совместно и согласовано с неустановленными лицами, осуществляя единую преступную деятельность с неустановленными лицами, действуя в составе группы лиц по предварительному сговору, временного незаконно хранил в находящемся в пользовании и распоряжении ФИО1 автомобиле марки «Лада Гранта» государственный регистрационный знак &lt;номер обезличен&gt;, которые последний перевозил по улицам г. Магнитогорска Челябинской области с целью дальнейшего незаконного сбыта путем организации тайников-«закладок» на территории г. Магнитогорска Челябинской области и получения материальной и иной выгоды. Таким образом, действуя группой лиц по предварительному сговору, ФИО1 и неустановленные лица, намеревались незаконно сбыть наркотическое средство - гашиш (анаша, смола каннабиса), суммарной массой не менее 29,89 гр., что является крупным размером, однако данное преступление не доведено ФИО1 и неустановленными лицами до конца по независящим от них обстоятельствам, так как &lt;дата обезличена&gt; около 11:30 час. у &lt;адрес обезличен&gt; в Орджоникидзевском районе г. Магнитогорска Челябинской области, ФИО1 задержан сотрудниками полиции. После чего сотрудниками полиции &lt;дата обезличена&gt; в период времени с 16:05 час. до 16:47 час. в ходе производства обследования транспортного средства - автомобиля «Лада Гранта», государственный регистрационный номер &lt;номер обезличен&gt;, припаркованного около &lt;адрес обезличен&gt; в Орджоникидзевском районе г. Магнитогорска Челябинской области, с участием ФИО1 обнаружено и изъято наркотическое средство – гашиш (анаша, смола каннабиса) суммарной массой 29,89 гр., что является крупным размером, находящееся в 2 полимерных свертках, состоящих из 1 полимерного пакета-«гриппер» и 20 полимерных пакетов-«гриппер». Сбыт наркотических средств, как и покушение на сбыт наркотических средств, совершенные гражданами, считаются незаконными, так как эти деяния нарушают нормы Федерального Закона «О наркотических средствах и психотропных веществах» от 08.01.1998 г. № 3-ФЗ (с последующими изменениями и дополнениями). На основании Списка 1 Перечня наркотических средств, психотропных веществ и их прекурсоров, подлежащих контролю в Российской Федерации, утвержденного Постановлением Правительства РФ № 681 от 30.06.1998 г. (с последующими изменениями и дополнениями): гашиш (анаша, смола каннабиса) отнесен к наркотическим средствам. В соответствии с Постановлением Правительства РФ от 01.10.2012 г. № 1002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Уголовного кодекса Российской Федерации» (с последующими изменениями и дополнениями): крупным размером является масса наркотического средства-гашиша (анаша, смола каннабиса) превышающая 25 гр., соответственно наркотическое средство - гашиш (анаша, смола каннабиса), суммарной массой 29,89 гр. является крупным размером.</w:t>
      </w:r>
    </w:p>
    <w:p>
      <w:pPr>
        <w:pStyle w:val="Heading3"/>
      </w:pPr>
      <w:r>
        <w:rPr>
          <w:rFonts w:ascii="Times New Roman" w:hAnsi="Times New Roman" w:eastAsia="Times New Roman" w:cs="Times New Roman"/>
          <w:b/>
          <w:i w:val="0"/>
          <w:sz w:val="22"/>
        </w:rPr>
        <w:t>Пункт 9. Выводы</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Оставшуюся часть наркотических средств, а также частей растений, содержащих наркотические средства, ФИО1, действуя умышленно из корыстных побуждений, в соответствии с отведенной ему ролью в группе лиц по предварительному сговору с неустановленными лицами, осуществляя единый преступный умысел, временно незаконно хранил по месту своего жительства - в &lt;адрес обезличен&gt; в Орджоникидзевском районе г. Магнитогорска Челябинской области, а именно: - гашиш (анаша, смола каннабиса) суммарной массой не менее 40,88 гр. что является крупным размером в расфасованном виде в не менее 57 полимерных пакетах-«гриппер» и не менее 1 полимерном свертке, состоящем из не менее 1 полимерного пакета-«гриппер», обмотанного фрагментом полимерной липкой ленты; - части плодовых тел грибов, содержащих псилоцин, которые отнесены к растениям, содержащим наркотические средства суммарной массой в высушенном виде не менее 5,55 гр., находящиеся в не менее 2 полимерных пакетов-«гриппер», из которых не менее 1 пакет-«гриппер», дополнительно обмотанный фрагментом полимерной липкой ленты помещенный в не менее 1 полимерный пакет-«гриппер», с целью дальнейшего незаконного сбыта на территории г. Магнитогорска Челябинской области и получения материальной и иной выгоды, однако данное преступление не доведено ФИО1 и неустановленными лицами до конца по независящим от них обстоятельствам, так как &lt;дата обезличена&gt; около 11:30 час. у &lt;адрес обезличен&gt; в Орджоникидзевском районе г. Магнитогорска Челябинской области, ФИО1 задержан сотрудниками полиции. После чего, в период времени с 05:10 час. до 07:45 час. &lt;дата обезличена&gt; в ходе производства обыска в жилище, расположенном по адресу: &lt;адрес обезличен&gt; в Орджоникидзевском районе г. Магнитогорска Челябинской области, с участием ФИО1 обнаружены и изъяты наркотические средства, а также части растений, содержащих наркотические средства, а именно: - гашиш (анаша, смола каннабиса) суммарной массой не менее 40,88 гр., что является крупным размером, находящееся в 57 полимерных пакетах-«гриппер», 1 полимерном свертке, состоящем из 1 полимерного пакета-«гриппер», обмотанного фрагментом полимерной липкой ленты, - части плодовых тел грибов, содержащих псилоцин, которые отнесены к растениям, содержащим наркотические средства, суммарной массой в высушенном виде 5,55 гр., находящиеся в 2 полимерных пакетах-«гриппер», из которых 1 пакет-«гриппер», обмотанный фрагментом полимерной липкой ленты, помещён в 1 полимерный пакет-«гриппер». А также в ходе производства обыска в жилище, расположенном по адресу: &lt;адрес обезличен&gt;, в Орджоникидзевском районе г. Магнитогорска Челябинской области, с участием ФИО1 обнаружены и изъяты наркотические средства - каннабис (марихуана) суммарной массой, в пересчете на сухое вещество, 1,2 гр., находящееся в 4 бумажных свертках, которые ФИО1 хранил для личного употребления и гашиш (анаша, смола каннабиса) суммарной массой 0,12 гр. оставшиеся в измельчителе и на поверхности весов в корпусе черного цвета. Сбыт наркотических средств, как и покушение на сбыт наркотических средств, совершенные гражданами, считаются незаконными, так как эти деяния нарушают нормы Федерального Закона «О наркотических средствах и психотропных веществах» от 08.01.1998 г. № 3-ФЗ (с последующими изменениями и дополнениями). На основании Перечня растений, содержащих наркотические средства или психотропные вещества либо их прекурсоры и подлежащих контролю в Российской Федерации, утвержденного Постановлением Правительства РФ от 27.11.2010 г. № 934 «Об утверждении перечня растений, содержащих наркотические средства или психотропные вещества либо их прекурсоры и подлежащих контролю в Российской Федерации, крупного и особо крупного размеров, культивирования растений, содержащих наркотические средства или психотропные вещества либо их прекурсоры, для целей статья Уголовного кодекса Российской Федерации, а также об изменении и признании утратившими силу некоторых актов Правительства Российской Федерации по вопросу оборота растений, содержащих наркотические средства или психотропные вещества либо их прекурсоры»: грибы любого вида, содержащие псилоцин, отнесены к растениям, содержащим наркотические средства. На основании Списка 1 Перечня наркотических средств, психотропных веществ и их прекурсоров, подлежащих контролю в Российской Федерации, а также списка значительного, крупного и особо крупного размеров для растений, содержащих наркотические средства или психотропные вещества, либо их части, содержащие наркотические средства или психотропные вещества, утвержденные Постановлением Правительства РФ № 681 от 30.06.1998 г. (с последующими изменениями и дополнениями): гашиш (анаша, смола каннабиса), каннабис (марихуана), тетрагидроканнабинол (все изомеры) и их производные, отнесены к наркотическим средствам; части плодовых тел грибов, содержащих псилоцин, отнесены к растениям, содержащим наркотические средства. В соответствии с Постановлением Правительства РФ от 01.10.2012 г. № 1002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Уголовного кодекса Российской Федерации» (с последующими изменениями и дополнениями): - крупным размером является масса наркотического средства гашиш (анаша, смола каннабиса), превышающая 25,0 гр., в связи с чем, наркотическое средство - гашиш (анаша, смола каннабиса), суммарной массой 40,88 гр., является крупным размером; - значительным размером является масса плодовых тел грибов любого вида, содержащих псилоцин, который отнесен к наркотическим средствам, превышающая в высушенном виде 10,0 гр., в связи с чем, части плодовых тел грибов, содержащих псилоцин, которые отнесены к растениям, содержащим наркотические средства суммарной массой в высушенном виде 5,55 гр., не образует размер. В судебном заседании подсудимый ФИО1 суду пояснил, что ни на какой интернет-магазин по распространению наркотических средств он не работал, решил сам сбывать наркотические средства посредством Интернет. &lt;дата обезличена&gt; при допросе сообщил что изъятое наркотическое средство предназначалось для сбыта, т.к. понял, что речь идёт об одном пакетике, в котором находилось 20 свертков, по поводу обнаруженного свертка весом около 10 грамм ему при допросе вопросы не задавали. Для личного употребления он расфасовывал наркотическое средство по 10 грамм, этого ему хватало на неделю. Для сбыта предназначалось наркотическое средство расфасованная по 0,5 грамм. Также в ходе обыска в жилище было изъято не расфасованное наркотическое средство массой около 10 грамм для личного употребления. По поводу наркотического средства, изъятого из сейфа, пояснил, что он расфасовал 60 пакетиков и 10 грамм для личного употребления в 4 пакетиках. В последующем &lt;дата обезличена&gt; он взял 7 пакетиков по 0,5 грамм для закладок, но как выяснилось в последующем 1 пакетик он перепутал и в нем оказалось около 3 грамм, этот пакетик им был сделан для личного употребления, а он его по ошибке положил в тайник закладку, которая ему вменяется 4 эпизодом в предъявленном обвинении. Поскольку наркотическое средство из 10 грамм расфасованное в 4 пакета, предназначалось для личного употребления, 3 грамма он ошибочно положил в тайник закладку, из оставшегося дома наркотического средства для личного употребления оставалось 3 пакета весом примерно 7 грамм, а остальные 54 пакета по 0,5 грамм предназначались для сбыта. Поскольку он не работал ни на какой магазин, он сам определял сколько оставить себе, а сколько продать. Он не перед кем не отчитывался, и никто ему не указывал какую массу он должен продать, поэтому утверждает, что наркотическое средство массой около 10 грамм изъятое на кухонном гарнитуре и наркотическое средство около 7 грамм изъятое из сейфа в ходе обыска в жилище, предназначалось для личного употребления и сбывать его он не собирался не при каких обстоятельствах. У него с женой имеется Интернет-магазин по продаже вещей из Китая, и покупатели переводили оплату за товар на карту. На вопросы государственного обвинителя и суда отвечать отказался, воспользовавшись положением ст. 51 Конституции РФ. Из оглашенных в судебном заседании в соответствии с п. 1 ч.1 ст. 276 УК РФ показаний ФИО1, допрошенного в качестве подозреваемого и обвиняемого на предварительном следствии следует, что &lt;дата обезличена&gt; он был задержан за покушение на сбыт наркотических средств. При задержании он добровольно указал на свертки с наркотическим средством гашиш, находящиеся в автомобиле марки «Лада Гранта» государственный регистрационный знак &lt;номер обезличен&gt;, которое планировал в указанный день разложить в тайники-«закладки» на территории г. Магнитогорска Челябинской области. Также указал сотрудникам полиции на места, где он организовал тайники закладки с наркотическими средствами, на 7 из которых было обнаружено по одному тайнику с наркотиком гашиш, которые он организовал для последующего сбыта. Также в последующем он с сотрудниками полиции проехал по месту его проживания для производства обыска. В ходе обыска в его жилище по адресу: &lt;адрес обезличен&gt;, был обнаружен упаковочный материал и электронные весы, которые он использовал для упаковки и расфасовки наркотика в целях последующего сбыта, также были обнаружены наркотические средства, а именно расфасованный гашиш в 57 пакетах-«гриппер», один сверток с гашишем, обмотанный в зеленую изоленту, два пакета-«гриппер» с псилоцибиновыми грибами и 4 бумажных свертка с марихуаной. При этом он пояснил, что 54 полимерных пакета-«гриппер» массой по 0,5 гр. он подготовил для последующего сбыта через закладки, а 3 другие пакета-«гриппер» с наркотиком «гашиш» разными массами были оставлены им для личного потребления, а также марихуана находящаяся в бумажных свертках и гашиш из свертка с зеленой изолентой были для личного потребления. Остальные наркотические средства были подготовлены для сбыта через закладки на территории г. Магнитогорска Челябинской области (Т.3, л.д. 64-67, 77-79, 80-83). Из оглашенных в судебном заседании в соответствии с п. 1 ч.1 ст. 276 УК РФ показаний ФИО1, допрошенного в качестве обвиняемого &lt;дата обезличена&gt; следует, что примерно с 2023 годя он является потребителем наркотического средства – гашиш, которое приобретал через тайники-закладки через различные магазины. В начале мае 2025 года он приобрел около 80 гр. наркотика гашиш, а также в небольших количествах наркотик – марихуану и грибы, содержащие в себе наркотик. Он приобрел крупную партию, так как это дешевле и безопаснее, то есть безопаснее один раз приобрести наркотик и поднять его из одного тайника-«закладки» с наркотиком, чем несколько раз приобретать и поднимать несколько закладок. Для приобретения наркотика он создавал аккаунт в мессенджере «Телеграм», данные которого уже не помнит, который после приобретения он удалил, как и сам мессенджер со своего телефона «Айфон 12». Изначально указанные наркотики и грибы он приобретал для личного потребления, однако в последующем, имея финансовые трудности, он впервые решил сбыть часть указанных наркотических средств неустановленным лицам, используя при этом интернет-мессенджер «Телеграм», однако с интернет-магазинами по сбыту наркотиков он в преступный сговор не вступал, не трудоустраивался в качестве закладчика наркотиков и действовал один и самостоятельно. Для сбыта наркотиков он хотел создать новый аккаунт в мессенджере «Телеграм», однако не успел установить даже приложение на мобильный телефон и был задержан сотрудниками полиции. &lt;дата обезличена&gt; в отсутствии своей жены – ФИО1 он расфасовал часть наркотического средства по отдельным пакетам-«гриппер» для последующей продажи, которые спрятал в сейф, код от которого его жена не знала и не имела к нему доступ. &lt;дата обезличена&gt; он проехал по территории г. Магнитогорска и определил места, где можно будет организовать надежные тайники-«закладки» с наркотиком, данные места он сфотографировал на свой мобильный телефон и указал географические координаты данных мест. На следующий день &lt;дата обезличена&gt; в утреннее время он с женой собирались ехать отдыхать на оз. Банное, расположенное в респ. Башкортостан, на 7 дней, поэтому он с собой взял 10 грамм не расфасованного наркотика гашиш для личного потребления, который был упакован в пакет-«гриппер» и обмотан изолентой, а также взял с собой 20 пакетов-«гриппер» с наркотиком гашиш, которые были упакованы в один пакет-«гриппер» и обмотаны изолентой, с которыми он хотел организовать тайники-«закладки» с наркотиком для сбыта неустановленным лицам, и также взял 7 расфасованных пакетов-«гриппер», предназначенные также для сбыта через закладки. Перед тем, как ехать на оз. Банное он с женой и ребенком поехали по магазинам, чтобы купить продукты и необходимые предметы для отдыха. Когда жена выходила в магазины, он также выходил из автомобиля и организовывал тайники-«закладки» с наркотическим средством для последующего сбыта, при чем, если удавалось, то он организовывал тайник с наркотиком по старым участкам местности, которые заранее &lt;дата обезличена&gt; сфотографировал на свой мобильный телефон и указал географические координаты, а если не удавалось, то он организовывал тайник-«закладку» с наркотиком и сразу фотографировал организованный тайник, описывая географические координаты. Таким образом он успел организовать 7 тайников закладок с наркотическим средством – гашиш в укромных местах на территории г. Магнитогорска Челябинской области. По данным 7 эпизодам, а именно по организованным тайникам-«закладкам» он вину в покушении на их сбыт признает частично, так как хотел самостоятельно сбыть указанные наркотики из тайников посредством мессенджера «Телеграм» неустановленному кругу потребителей наркотиков, не вступая при этом в сговор с неустановленными лицами и интернет-магазинами по сбыту наркотиков. Что касается эпизода изъятия наркотических средств в ходе обследования транспортного средства «Лада Гранта» государственный регистрационный знак &lt;номер обезличен&gt;, то вину он также признает частично, поскольку в преступный сговор ни с кем не вступал и действовал самостоятельно, 10 грамм не расфасованного наркотика гашиш, находящегося в 1 свертке, хранил для личного употребления, а остальные расфасованные 20 пакетов-«гриппер», находящиеся в одном свертке, предназначались для последующего сбыта. По факту покушения на сбыт наркотических средств изъятых в ходе обыска в жилище по адресу: &lt;адрес обезличен&gt;, он вину признает частично, так как он в сговор ни с кем не вступал и действовал самостоятельно, из 57 пакетов-«гриппер» с гашишем, изъятых на кухне в сейфе, 54 пакета-«гриппер», расфасованных примерно по 0,5 грамма предназначались для последующего сбыта и 7 гр. наркотического средства гашиш, расфасованные в 3 пакета-«гриппер», которые он взвесил на весах и оставил для личного потребления, он убрал также в сейф. Также в сейфе находился еще один сверток с гашишем, состоящий из пакета-«гриппер», обмотанного изолентой, массой около 10 грамм, который предназначался для личного употребления, однако утром &lt;дата обезличена&gt; он достал указанный сверток на кухонный стол и забыл убрать обратно в сейф. Также остатки наркотических средств, содержащиеся на поверхностях различных предметов для сбыта не предназначались, это только подтверждает факт его личного употребления наркотического средства. Грибы, изъятые в ходе обыска, содержащие наркотические средства, предназначались для личного потребления. Также в ходе обыска в туалете были обнаружены свертки с наркотиком марихуана, где он их лично употреблял в тайне от жены, при этом изъятый наркотик с марихуаной также был предназначен для личного употребления, как и наркотик марихуана, изъятый на кухне, предназначался для личного употребления. Вину признает в том объеме, в котором указал выше, в содеянном раскаивается. 16 рулонов изоляционной ленты, множество пакетов-«гриппер, металлические крышки и фрагменты фольги, а также электронные весы приобретались им для личных бытовых целей, а в последующем он решил использовать их для сбыта наркотиков. Двое электронных весов также ранее использовал для проверки приобретенной для личного потребления массы наркотического средства, одни из них на момент изъятия не работали (Т.3,л.д. 159-163). Виновность подсудимого ФИО1 в совершении вышеописанных преступных деяний, также подтверждается показаниями свидетелей. Так из показаний свидетеля Свидетель №1 данных в судебном заседании и на предварительном следствии, подтвержденных в судебном заседании в полном объеме следует, что &lt;дата обезличена&gt; он шел с остановки общественного транспорта около аптеки «Гезель», расположенной на пересечении ул. Труда и ул. Советская в г. Магнитогорске и был приглашен сотрудником полиции для участия в качестве понятого при проведении обследований участков местности. Он согласился. В качестве второго понятого также был приглашен ранее ему неизвестный мужчина. Затем они проследовали вместе с сотрудниками полиции к участку местности, расположенному в нескольких метрах от здания, в котором находится аптека «Гезель», расположенного по адресу: ул. Советская, д. 166А в г. Магнитогорске, за остановочным комплексом общественного транспорта, где стояли задержанные мужчина – ФИО1 и девушка – ФИО1, сотрудники полиции пояснили, что в их присутствии будет произведено обследования участка местности. Перед началом обследования участка местности участвующим лицам разъяснили права и задержанным лицам был задан вопрос о наличии на данном участке местности запрещенных предметов и веществ, а также предложено добровольно выдать запрещенные предметы и вещества на участке местности. После чего, ФИО1, указал на находящуюся в траве, согнутую металлическую крышку, в которой находилось вещество. Обнаруженную сотрудниками полиции согнутую металлическую крышку с веществом внутри изъяли и упаковали в бумажный конверт, подписанный участвующими лицами, заклеенный и опечатанный. Далее все участвующие лица проследовали к следующему участку местности, на котором задержанным также было предложено добровольно выдать запрещенные предметы и вещества на участке местности. ФИО1 также добровольно указал на место, где находился сверток, обмотанный изолентой с веществом внутри, который сотрудники полиции изъяли вышеуказанным способом. Таким образом с его участием в качестве понятого было произведено еще около 7 обследований участков местности, на некоторых из которых не было обнаружено ничего запрещенного, при этом некоторые участки местности находились в непосредственной близости друг от друга и сотрудник полиции фиксировал ход обследования данных участков местности в одном протоколе. Таким образом с его участием в качестве понятого сотрудники полиции обнаружили и изъяли 5 свертков, некоторые из которых представляли собой согнутые металлические крышки с веществом внутри, или же свертки из фольги с веществом внутри, а некоторые были обмотаны изолентой с веществом внутри, а именно: - на участке местности, расположенном в 7 метрах южнее от здания 166а по &lt;адрес обезличен&gt; в траве, по географическим координатам &lt;номер обезличен&gt; обнаружена и изъята согнутая металлическая крышка с веществом внутри, которую упаковали в бумажный конверт, который опечатали; - на участке местности расположенном в 50-ти метрах северо-западнее от п. &lt;адрес обезличен&gt; у основания дерева в земле, по географическим координатам &lt;номер обезличен&gt;, обнаружен и изъят сверток, обмотанный изоляционной лентой с веществом внутри, который упаковали в бумажный конверт, который опечатали; - на участке местности расположенном в 15-ти метрах в северо-западном направлении от п. &lt;адрес обезличен&gt; в траве, по географическим координатам &lt;номер обезличен&gt;, обнаружен и изъят сверток, обмотанный в фольгу с веществом внутри, который упаковали в бумажный конверт, который опечатали; - на участке местности расположенном в 20-ти метрах северо-западнее направлении от подъезда &lt;адрес обезличен&gt; основания железного ограждения (забора) в траве, по географическим координатам &lt;номер обезличен&gt;, обнаружена и изъята согнутая металлическая крышка с веществом внутри, которую упаковали в бумажный конверт, который опечатали - на участке местности расположенном в 6-ти метрах в северо-западном направлении от 4-го подъезда &lt;адрес обезличен&gt; в траве, по географическим координатам &lt;номер обезличен&gt;, обнаружен и изъят сверток, обмотанный в фольгу с веществом внутри, который упаковали в бумажный конверт, который опечатали. Давления на ФИО1 при осмотре участков местности никто не оказывал. Все изъятое было упаковано, и они поставили свои подписи. (Т.3, л.д. 43-46). Из показаний свидетеля Свидетель №5 данных в судебном заседании и на предварительном следствии, подтвержденных в судебном заседании в полном объеме следует, что в середине мая 2025 года, в ночное время суток, около 05 часов он находился у себя дома в &lt;адрес обезличен&gt; в г. Магнитогорске и в это время в квартиру постучался ранее неизвестный мужчина, который представился сотрудником полиции и предъявив служебное удостоверение, попросил поприсутствовать его в качестве понятого при производстве обыска в квартире, которая расположена на первом этаже подъезда. Он согласился поучаствовать в качестве понятого и проследовал вместе с сотрудниками на первый этаж подъезда &lt;номер обезличен&gt; где на лестничной клетке находились другие сотрудники полиции и двое задержанных лиц, мужчина и девушка, которые представились, как ФИО1 и ФИО1 Указанные задержанные лица проживали в &lt;адрес обезличен&gt;. 168 по &lt;адрес обезличен&gt; в г. Магнитогорске. Также вместе со ним в качестве второго понятого сотрудники полиции пригласили соседа по подъезду вышеуказанного дома, данных которого не помнит. На лестничной площадке перед квартирой &lt;номер обезличен&gt; участвующим лицам было оглашено постановление о производстве обыска, из которого он понял, что задержаны мужчина с женщиной за незаконный оборот наркотических средств. После чего находясь на лестничной площадке этажа вышеуказанного дома со всеми вышеуказанными лицами ему и второму понятому сотрудником полиции были разъяснены их права и обязанности как понятых, а также были разъяснены права задержанным лицам. После чего задержанным мужчине и девушке сотрудником полиции было предложено выдать имеющиеся в квартире запрещенные к свободному гражданскому обороту вещества и предметы, в том числе наркотические средства. На данное предложение задержанный ФИО1 пояснил, что в квартире находятся наркотики, а именно на кухне и в туалете, и упаковочный материал. Задержанная ФИО1 пояснений не давала. Далее все участвующие лица проследовали в вышеуказанную квартиру, которая является двухкомнатной. Первыми в квартиру вошли сотрудник полиции, который производил фото-фиксацию квартиры и он со вторым понятым, после чего в квартиру вошли остальные участвующие лица. В ходе обыска на кухне были обнаружены расфасованные вещества в 57 пакетов –«гриппер», задержанный пояснил, что в них содержится наркотик «гашиш», также был обнаружен сверток, обмотанный изолентой с веществом внутри, также были обнаружены денежные средства в сумме 95 000 рублей, множество пустых пакет-«гриппер», фрагменты фольги, металлические крышки, рулоны изоленты, 2 электронных весов. Также в ходе обыска было обнаружено и изъято: стеклянная колба 1 шт., бутылка пластиковая с красной крышкой, гриндер (измельчитель), банка металлическая черного цвета, бумажный сверток с веществом внутри; 2 пакета-«гриппер» с веществом внутри каждого, один из которых частично оклеен синей изолентой и помещен в пакет-«гриппер»; вакуумная упаковка с грибами «мухоморами» и 10 капсул; 2 мобильных телефона, банковская карта «Тинькофф» и сим-карта «МТС». Далее в ходе обыска в туалете были обнаружены 3 бумажных свертка с веществом внутри каждого, задержанный мужчина пояснил, что это вещество является наркотиком «марихуана». Вышеуказанные предметы были упакованы в различные упаковки, в том числе в сейф-пакеты, на которых участвующие лица ставили свои подписи. Задержанный мужчина пояснял, что изъятые предметы и вещества он использовал в целях личного потребления (Т.3, л.д. 47-50). Из показаний свидетеля Свидетель №2 данных в судебном заседании и на предварительном следствии, подтвержденных в судебном заседании в полном объеме следует, что &lt;дата обезличена&gt;, в дневное время суток, она с остановки общественного транспорта, расположенного на пересечении ул. Труда и ул. Советская в г. Магнитогорске, направлялась в сторону магазина «Зеленый остров», расположенного на этом же перекрестке, когда к ней обратился сотрудник полиции, и попросил поучаствовать ее в качестве понятого, на что она согласилась. При этом в качестве второго понятого также был приглашен молодой человек из числа прохожих по улице. Затем они проследовали вместе с сотрудниками полиции к участку местности, расположенному около центральной входной группы торгового центра «Арбат» в г. Магнитогорске, где стояли задержанный мужчина – ФИО1 и с ним находилась девушка – ФИО1, сотрудники полиции пояснили, что в их присутствии будет произведено обследования участка местности. Перед началом обследования участка местности, участвующим лицам разъяснили права. Задержанным лицам был задан вопрос о наличии на данном участке местности запрещенных предметов и веществ, а также предложено добровольно выдать запрещенные предметы и вещества на участке местности. После чего ФИО1 указал на согнутую металлическую крышку, с веществом внутри, находящуюся в 2 метрах южнее от центрального входа ТЦ «Арбат» по ул. Советская д. 199А в г. Магнитогорск, обнаружен у основания металлической опоры. Затем в ходе обследования участка местности указанная согнутая металлическая крышка с вещество внутри была изъята сотрудниками полиции и упакована в бумажный конверт, подписанный участвующими лицами, заклеенный и опечатанный (Т.3, л.д. 40-42). Из оглашенных в судебном заседании по ходатайству государственного обвинителя в порядке ч. 1 ст. 281 УПК РФ показаний свидетеля Свидетель №2 следует, что &lt;дата обезличена&gt;, в дневное время, он выходил из аптеки «Гезель», расположенной на пересечении ул. Труда и ул. Советская в г. Магнитогорске, когда к нему обратились ранее неизвестные мужчины, которые представились сотрудниками полиции, и предъявив служебное удостоверение, попросили поучаствовать в качестве понятого, на что он согласился. Также в качестве второго понятого был приглашен прохожий мужчина. Затем они проследовали к автомобилю марки «Лада Гранта» светлого цвета, государственный регистрационный знак &lt;номер обезличен&gt;, который был припаркован около &lt;...&gt;. Рядом с автомобилем стояли задержанные ФИО1 и ФИО1, также вместе с ними стояли сотрудники полиции. Затем сотрудники полиции пояснили, что в их присутствии будет проведено обследование транспортного средства, после чего всем участвующим лицам разъяснили права и обязанности, а также задержанным был задан вопрос о наличии запрещенных предметов и веществ в указанном автомобиле, на что ФИО1 пояснил, что в подлокотнике между передними сиденьями находится наркотическое средства. В ходе обследования транспортного средства сотрудники обнаружили в подлокотнике два свертка, обмотанных изоляционной лентой, с веществом внутри каждого, которые изъяли и упаковали в бумажный конверт, подписанный участвующими лицами, который заклеили и опечатали. Также в ходе обследования транспортного средства были изъяты банковские карты на имена задержанных лиц и пропуск на ПАО «ММК», ключи и денежные средства, которые были изъяты и упакованы в бумажные конверты вышеуказанным способом. Также были обнаружены и изъяты документы на имя задержанных лиц, а именно: паспорта граждан Российской Федерации и военный билет на имя задержанного мужчины, водительские удостоверения, свидетельство о регистрации транспортного средства, которые были изъяты без упаковки. Затем ему было предложено принять участие в ходе обследования участка местности, расположенного около вышеуказанного участке, где был припаркован автомобиль и примерно в 5 метрах южнее от &lt;...&gt; в г. Магнитогорск, было проведено обследование участка местности, перед началом которого ФИО1 добровольно указал на место организации тайника с наркотиком. Затем в ходе обследования участка местности в траве был обнаружен сверток, завернутый в фольгу, который сотрудники полиции изъяли и упаковали вышеуказанным способом (Т.3, л.д. 35-38). Из оглашенных в судебном заседании по ходатайству государственного обвинителя в порядке ч. 1 ст. 281 УПК РФ показаний свидетеля Свидетель №2 следует, что в настоящее время он проходит службу в должности старшего оперуполномоченного ОНК УМВД России по г. Магнитогорску Челябинской области. В его должностные обязанности входит выявление и пресечение преступлений, связанных с незаконным оборотом наркотических средств. В начале мая 2025 года в ОНК УМВД России по г. Магнитогорску Челябинской области стала систематически поступать оперативная информация о возможной причастности к преступлениям связанными с незаконным оборотом наркотических средств ФИО1, &lt;дата обезличена&gt; года рождения, зарегистрированного и проживающего: &lt;адрес обезличен&gt;. Далее в ходе проведения оперативно-розыскных мероприятий было установлено, что ФИО1 на протяжении длительного времени занимается незаконным оборотом наркотических средств бесконтактным способом путем организации тайников - «закладок» на территории г. Магнитогорска Челябинской области. Кроме того, на основании имеющейся оперативной информации было установлено, что &lt;дата обезличена&gt; ФИО1 намерен сбыть наркотические средства неустановленному кругу лиц путем организации тайников – «закладок» с наркотическими средствами на территории Орджоникидзевского района г. Магнитогорска Челябинской области. На основании имеющихся сведений было принято решение о проведении оперативно-розыскного мероприятия «Наблюдение» в отношении ФИО1 по адресу его проживания: &lt;адрес обезличен&gt;. Около 10 часов 15 минут &lt;дата обезличена&gt; ФИО1 и ФИО1, совместно с которыми был малолетний ребенок &lt;ФИО&gt;27 &lt;дата обезличена&gt; года рождения, который в последствии был передан сотрудникам УУП и ПДН ОП «Орджоникидзевский» УМВД РФ по г. Магнитогорску, были обнаружены при выходе из подъезда &lt;адрес обезличен&gt; г. Магнитогорска. ФИО1 и ФИО1 с ребенком вышли из вышеуказанного подъезда, проследовали к автомобилю марки «Лада Гранта», государственный регистрационный знак &lt;номер обезличен&gt;. Далее ФИО1 сел на водительское сиденье, а ФИО1 с ребенком сели на задний ряд пассажирских сидений данного автомобиля и доехали до адреса: &lt;адрес обезличен&gt; где ФИО1 вышел из автомобиля и ушел в неизвестном направлении. Спустя непродолжительный период времени ФИО1 вернулся в вышеуказанный автомобиль. После чего ФИО1 и ФИО1 на данном автомобиле доехали до адреса: &lt;адрес обезличен&gt;, где припарковались. ФИО1 вышла из машины и зашла в ТЦ «Арбат», после чего ФИО1 вышел из машины и подошел ко входу ТЦ «Арбат», и через некоторое время вернулся и сел в салон вышеуказанного автомобиля. Через некоторое время ФИО1 вышла из ТЦ «Арбат» и так же села в данный автомобиль. Далее ФИО1 и ФИО1 без остановок доехали до адреса: &lt;адрес обезличен&gt;, где ФИО1 зашел в магазин «OIL SERVICE», и через некоторое время он вышел и сел в вышеуказанный автомобиль. Далее ФИО1 и ФИО1 без остановок доехали до адреса: &lt;адрес обезличен&gt; где ФИО1 зашел в автосалон «Сильвер», и через некоторое время он вышел и сел в вышеуказанный автомобиль. Далее ФИО1 и ФИО1 без остановок доехали до адреса: &lt;адрес обезличен&gt;, где ФИО1 направилась в аптеку, а ФИО1 подошел к задней стороне остановочного комплекса «141-й микрорайон», расположенный по адресу: &lt;адрес обезличен&gt;, что-то скинул на землю, место падения брошенного объекта сфотографировал на мобильный телефон. Таким образом, действия ФИО1 были схожи с действиями лица, осуществляющего организацию тайников – «закладок» и с действиями «курьера» наркотических средств. В связи с вышеизложенным, было принято решение о задержании ФИО1 и ФИО1 Около 11 часов 30 минут около &lt;адрес обезличен&gt; в г. Магнитогорске ФИО1 и ФИО1 были задержаны сотрудниками полиции. При этом ФИО1 оказывал активное сопротивление сотрудникам полиции руками, препятствуя и сопротивляясь при задержании. На основании ст. 20, ч. 1 ст. 21 ФЗ № 3 «О полиции» в отношении задержанного ФИО1 была применена физическая сила: прием «загиб руки за спину рывком» и спецсредство ограничения подвижности – «наручники». Далее ФИО1 и ФИО1 были доставлены в отдел по контролю за оборотом наркотиков УМВД России по &lt;адрес обезличен&gt;, расположенного по адресу: &lt;...&gt;, для проведения досмотровых мероприятий. Далее для производства личного досмотра ФИО1 были приглашены двое понятых мужского пола, в присутствии которых, в ходе личного досмотра ФИО1 обнаружено и изъято: сотовый телефон «Айфон 12», который был упакован в один бумажный конверт, снабжен соответствующей пояснительной записью, подписями понятых и участвующих лиц, оклеены отрезками бумаги оттисками печати «№2 Для пакетов». А также металлическая цепочка, металлическое кольцо, связка ключей от автомобиля Лада Гранта г/н &lt;номер обезличен&gt;, которые были упакованы аналогичным способом. По факту изъятия ФИО1 пояснил, что все изъятые вещи принадлежат ему, в ходе проведения личного досмотра составлялся протокол, который после его заполнения был оглашен вслух, а после с ним ознакомились все участвующие лица и поставили свои подписи, каких-либо заявлений и замечаний ни от кого не поступало, далее у ФИО1 были получены образцы для сравнительного исследования, по данному факту также составлялся протокол, который после его заполнения был оглашен вслух, а после с ним ознакомились все участвующие лица а затем поставили свои подписи. Далее задержанные ФИО1 и ФИО1 в сопровождении сотрудников полиции проследовали по адресу: &lt;адрес обезличен&gt;, где находился автомобиль марки «Лада Гранта» государственный регистрационный знак &lt;номер обезличен&gt;, на котором ФИО1 и ФИО1 передвигались до своего задержания. После чего были приглашены двое понятых, в присутствии которых с участием ФИО1 и ФИО1 было проведено ОРМ «Обследование транспортного средства» автомобиля марки «Лада Гранта» государственный регистрационный знак &lt;номер обезличен&gt; по адресу: &lt;адрес обезличен&gt;, в ходе которого было обнаружено и изъято 2 (два) свёртка, обмотанных изоляционной лентой с веществами внутри, которые были упакованы в бумажный конверт, снабжен соответствующими пояснительными записями, подписями понятых и участвующих лиц, оклеены отрезками бумаги оттисками печати «№2 Для пакетов». Также в ходе обследования транспортного средства были обнаружены банковские карты, оформленные на задержанных лиц и пропуск на ПАО «ММК», ключи и денежные средства, которые были изъяты и упакованы в бумажные конверты вышеуказанным способом. Также были обнаружены и изъяты документы на имя задержанных лиц, а именно: 2 паспорта на имя ФИО1 и ФИО1, военный билет на имя ФИО1, водительские удостоверения, свидетельство о регистрации транспортного средства, которые были изъяты без упаковки. От другого оперуполномоченного ОНК УМВД России по г. Магнитогорску Челябинской области ему стали известны обстоятельства производства ОРМ «Исследование предметов и документов» в отношении задержанного ФИО1, проведенного с использованием мобильного телефона, принадлежащего ФИО1 и изъятый в ходе его личного досмотра при вышеописанных обстоятельствах. В ходе ОРМ «Исследование предметов и документов» установлено, что ФИО1 для осуществления преступной деятельности использовал изъятый у него в ходе личного досмотра мобильный телефон марки «Айфон 12», на котором установлено мобильное приложение «GPS камера», используемое для фотографирования участков местности, на которых организованны тайники-«закладки» с наркотическим средством, в котором автоматически определяются географические координаты сфотографированного участка местности. Также в указанном мобильном телефоне, в приложении «Фото», а именно в папке «Недавно удаленные» обнаружено 13 фотоизображений участков местности с указанием географических координат и описаниями, а также обнаружено 1 фотоизображение, на котором изображены электронные весы, на которых находится вещество. На основании полученной информации о местах возможного нахождения тайников-«закладок» с наркотическим средством, организованных ФИО1 было принято решение о проведении оперативно-розыскных мероприятий «Обследование участков местности» по географическим координатам, указанным на недавно удаленных фотоизображениях, обнаруженных в мобильном телефоне ФИО1 Далее в ходе ОРМ «Обследование участков местности» 13 участков местности по географическим координатам, обнаруженном в ходе ОРМ «Исследование предметов и документов» в мобильном телефоне «Айфон 12», принадлежащем ФИО1, расположенных в Орджоникидзевском районе г. Магнитогорска по Челябинской области, было обнаружено и изъято с участием ФИО1 и ФИО1 суммарно 7 свертков с веществами внутри каждого, которые были упакованы в бумажные конверты, снабжены соответствующими пояснительными записями, подписями понятых и участвующих лиц, оклеены отрезками бумаги оттисками печати «№2 Для пакетов». А именно в ходе проведения ОРМ «Обследование участков местности», в 5 метрах южнее от &lt;адрес обезличен&gt; в г. Магнитогорск был обнаружен и изъят сверток, обмотанный фольгой, который упаковали вышеуказанным способом; у основания металлической опоры в 2 метрах южнее от центрального входа ТЦ «Арбат» по &lt;адрес обезличен&gt;А в г. Магнитогорск, обнаружена и изъята согнутая металлическая крышка с веществом внутри; в &lt;адрес обезличен&gt; по ул. Советская в Орджоникидзевском районе г. Магнитогорска в траве, обнаружена и изъята согнутая металлическая крышка с веществом внутри; в 50-ти метрах северо-западнее от п. &lt;адрес обезличен&gt; у основания дерева в земле, обнаружен и изъят сверток, обмотанный изоляционной лентой с веществом внутри; в 15-ти метрах в северо-западном направлении от п. &lt;номер обезличен&gt;&lt;адрес обезличен&gt; в траве, обнаружен и изъят сверток, обмотанный в фольгу с веществом внутри; в 20-ти метрах северо-западнее направлении от подъезда № &lt;адрес обезличен&gt;&lt;адрес обезличен&gt; у основания железного ограждения (забора) в траве, обнаружена и изъята согнутая металлическая крышка с веществом внутри; в 6-ти метрах в северо-западном направлении от 4-го подъезда &lt;адрес обезличен&gt; в траве, обнаружен и изъят сверток, обмотанный в фольгу с веществом внутри. Далее задержанные были направлены на медицинское освидетельствование в наркологический диспансер г. Магнитогорска, по результатам медицинского освидетельствования было установлено состояние наркотического опьянения ФИО1, по факту чего были составлены протоколы по ч.1 ст. 6.9 КоАП РФ и материалы направлены для рассмотрения в суд. После медицинского освидетельствования ФИО1 и ФИО1 доставлены следователю для производства следственных действий. Через некоторое время был проведен обыск по месту проживания ФИО1 по адресу: &lt;адрес обезличен&gt;, перед проведением которого задержанным было предложено выдать имеющиеся в квартире запрещенные к свободному гражданскому обороту вещества и предметы, в том числе наркотические средства, имущество и ценности, добытые преступным путем, а так же предметы имеющие значение для уголовного дела, на что ФИО1 пояснил, что в квартире находятся наркотики, а именно на кухне и в туалете, и упаковочный материал. ФИО1 пояснений не давала. Так в ходе проведения обыска были обнаружены и изъяты: сверток, обмотанный изолентой с веществом внутри; стеклянная колба 1 шт., бутылка пластиковая с красной крышкой, гриндер (измельчитель), весы электронные в корпусе серого цвета, электронные весы в корпусе черного цвета, банка металлическая черного цвета; 57 пакетов – «гриппер» с веществом внутри каждого; 4 бумажных свертка с веществом внутри каждого; 2 пакета-«гриппер» с веществом внутри каждого, один из которых частично оклеен синей изолентой и помещен в пакет-«гриппер»; вакуумная упаковка с грибами «мухоморами» и 10 капсул; 2 мобильных телефона марки «Айфон 7» и «Редми 9А», упаковочный материал (множество пустых пакеты-«гриппер», фрагменты фольги (4 шт.), металлические крышки (7 шт.), рулоны изоленты (16 шт.)), банковская карта «Тинькофф» и сим-карта «МТС». Все обнаруженные предметы были упакованы в различные упаковки в присутствии всех участвующих лиц. В ходе проведения обыска составлялся протокол, который после его заполнения был оглашен вслух, а после с ним ознакомились все участвующие лица, а после поставили свои подписи, каких-либо заявлений и замечаний ни от кого не поступало. Какого-либо физического или психологического давления со стороны сотрудников полиции в отношении ФИО1 не оказывалось. Таким образом, цель оперативно-розыскных мероприятий была достигнута, преступная деятельность ФИО1 и неустановленных лиц действовавших в группе лиц по предварительному сговору пресечена и задокументирована (Т.3, л.д. 51-57). Кроме показаний свидетелей обвинения, виновность ФИО1 в совершении общественно-опасных противоправных деяний подтверждается письменными материалами, исследованными в судебном заседании, а именно: рапортом старшего оперуполномоченного ОНК УМВД России по г. Магнитогорску Челябинской области старшего лейтенанта полиции Свидетель №2 от &lt;дата обезличена&gt; зарегистрированный в КУСП УМВД России по г. Магнитогорску под № &lt;номер обезличен&gt; о том, что &lt;дата обезличена&gt; около 11 часов 30 минут сотрудниками ОНК УМВД России по г. Магнитогорску Челябинской области в ходе проведения ОРМ «Наблюдение» у &lt;адрес обезличен&gt; в г. Магнитогорске Челябинской области, за покушение на сбыт наркотического средства гашиш (анаша, смола каннабиса), суммарной массой 29,89 гр. (справка об исследовании &lt;номер обезличен&gt; от &lt;дата обезличена&gt;), что является крупным размером, задержан: ФИО1, &lt;дата обезличена&gt; года рождения. В ходе производства обследования транспортного средства автомобиля марки «Лада Гранта» государственный регистрационный знак &lt;номер обезличен&gt;, расположенного по адресу: &lt;адрес обезличен&gt; в Орджоникидзевском районе г. Магнитогорска Челябинской области, обнаружено и изъято 2 свертка, обмотанных изоляционной лентой с наркотическим средством гашиш (анаша, смола каннабиса), суммарной массой 29,89 гр., что является крупным размером (Т.1, л.д. 5-7); протоколом личного досмотра от &lt;дата обезличена&gt;, в ходе проведения которого в период времени с 13:00 час. до 13:40 час. в помещении здания УМВД России по г. Магнитогорску Челябинской области, расположенного по адресу: ул. Грязнова, 34/1 в Правобережном районе г. Магнитогорска Челябинской области, у ФИО1 обнаружен и изъят мобильный (сотовый) телефон марки «Айфон 12», внутри которого установлена 1 сим-карта оператора сотовой связи «Теле-2» с абонентским номером &lt;номер обезличен&gt;, упакован сотрудниками полиции в бумажный конверт, который опечатан (Т.1, л.д. 99-100); протоколом осмотра мобильного (сотового) телефона марки «Айфон 12», внутри которого установлена 1 сим-карта оператора сотовой связи «Теле-2» с абонентским номером &lt;номер обезличен&gt;, находящегося в пользовании ФИО1, изъятого у последнего &lt;дата обезличена&gt; в ходе его личного досмотра. В ходе осмотра мобильного телефона в приложении «Фото» обнаружено фотоизображение электронных весов с веществом на них, с фиксацией веса 90.25, а также обнаружены 13 фотоизображений участков местности с указанием географических координат в Орджоникидзевском районе г. Магнитогорска Челябинской области, при этом на каждом фотоизображении в нижней части указаны текстовые пояснения: «у основания дерева прикоп 3 гр.»; «в фольге» «в смятой крышке»; «в траве в смятой крышке»; «4 подъезд между 1 и 2 этажом зажата в фольге». При этом, после задержания ФИО1 в ходе оперативно-розыскных мероприятий «Обследование участков местности», проведенных &lt;дата обезличена&gt; с участием ФИО1 сотрудниками полиции по вышеуказанным фотоизображениям с участками местности в Орджоникидзевском районе г. Магнитогорска Челябинской области и по указанным на фотоизображениях географическим координатам, обнаружено и изъято суммарно 7 свертков с наркотическим средством внутри каждого, с последующим признанием и приобщением в качестве вещественного доказательства (Т.2, л.д. 177-182, 183-184); протоколом обследования транспортного средства автомобиля марки «Лада Гранта» государственный регистрационный знак &lt;номер обезличен&gt; от &lt;дата обезличена&gt;, с участием ФИО1, в ходе проведения которого в период времени с 16:05 час. до 16:47 час. в автомобиле, расположенном по адресу: &lt;адрес обезличен&gt; в Орджоникидзевском районе г. Магнитогорска Челябинской области, обнаружено и изъято 2 полимерных свертка с веществом внутри каждого, упакованные сотрудниками полиции в бумажный конверт, который опечатан (Т.1, л.д. 116-118); протоколом обыска в жилище ФИО1 по адресу: &lt;адрес обезличен&gt;, проведенный &lt;дата обезличена&gt; в период времени с 05.10 час. до 07.15 час., с участием ФИО1, в ходе проведения которого обнаружено и изъято: 255 пустых полимерных пакетов гриппер», 4 фрагмента фольги, 16 рулонов изоляционной ленты различных цветов, 7 металлических крышек, которые упакованы в один сейф-пакет &lt;номер обезличен&gt;; 1 мобильный телефон марки «Redmi» («Редми»), 1 мобильный телефон марки «Айфон», которые упакованы в одну картонную коробку, оклеенную и опечатанную; 1 сверток, обмотанный изолентой с веществом внутри, который упакован в сейф-пакет &lt;номер обезличен&gt;; 1 стеклянная колба, 1 бутылка пластиковая с красной крышкой, гриндер (измельчитель), 1 электронные весы в корпусе серого цвета, 1 электронные весы в корпусе черного цвета, 1 банка металлическая черного цвета, которые упакованы в один сейф-пакет &lt;номер обезличен&gt;; 57 полимерных пакетов-«гриппер» с веществом внутри каждого, которые упакованы в сейф-пакет &lt;номер обезличен&gt;; 3 бумажных свертка с веществом внутри каждого, которые упакованы в сейф-пакет &lt;номер обезличен&gt;; 1 бумажный сверток с веществом внутри, который упакован в сейф-пакет &lt;номер обезличен&gt;; 2 полимерных пакета «гриппер» с веществом внутри каждого, один из которых частично оклеен синей изолентой и помещен в пакет-«гриппер», которые упакованы в сейф-пакет &lt;номер обезличен&gt; (Т.1, л.д. 220-231) протоколом осмотра, 255 пустых полимерных пакетов-«гриппер», 4 фрагментов фольги, 16 рулонов изоляционной ленты различных цветов, 7 металлических крышек, которые упакованы в один сейф-пакет &lt;номер обезличен&gt;, изъятых &lt;дата обезличена&gt; в ходе производства обыска в жилище ФИО1 по адресу: &lt;адрес обезличен&gt;, с последующим признанием и приобщением в качестве вещественного доказательства (Т.2, л.д. 186-192, 193-194); протоколом осмотра: - мобильного (сотового) телефона марки «Айфон 7», находящегося в пользовании ФИО1, изъятого &lt;дата обезличена&gt; в ходе производства обыска в жилище ФИО1 по адресу: &lt;адрес обезличен&gt;. В ходе осмотра указанного мобильного телефона «Айфон 7» в фотогалерии обнаружены недавно удаленные фотоизображения с двумя участками местности от &lt;дата обезличена&gt; с изображениями участков местности на которых имеется отметка оранжевой меткой с подписью «в фольге» и изображением географических координат: &lt;номер обезличен&gt;, адрес &lt;адрес обезличен&gt; и &lt;номер обезличен&gt;, адрес &lt;адрес обезличен&gt;. При осмотре телефона также обнаружено приложение «Телеграмм», на которое установлен цифровой пароль. При зажатии иконки приложения «Телеграмм» отображается общее меню с разделом о смене аккаунта «4:20»; - мобильного (сотового) телефона марки «Redmi 9A» («Редми 9А»), находящегося в пользовании ФИО1, изъятого &lt;дата обезличена&gt; в ходе производства обыска в жилище ФИО1 по адресу: &lt;адрес обезличен&gt;. В ходе осмотра указанного мобильного телефона в фотогалерее за период с &lt;дата обезличена&gt; до &lt;дата обезличена&gt; обнаружены фотоизображения участков местности с изображениями участков местности с метками и описанием, например «синяя изо», «прикоп черная изо» и другие. Также в указанный период времени в памяти телефона сохранены видеозаписи на которых изображено помещение с растениями, по внешнему виду схожими с растениями рода Конопля, с последующим признанием и приобщением в качестве вещественных доказательств (Т.2, л.д.186-192, 196-197, 199-200); заключением эксперта &lt;номер обезличен&gt; от &lt;дата обезличена&gt; в соответствии с которым, в памяти сотового телефона марки Xiaomi (Redmi) («Redmi 9A» («Редми 9А»)), модель: &lt;номер обезличен&gt;, обнаружено: файлы, содержащие: графические изображения, видеозаписи, текстовые документы, которые были сохранены в каталог «Redmi/Файлы пользователя» Приложения І на DVD-диске. В памяти сотового телефона марки Apple (iPhone) («Айфон 7»), модель: A1778 (MN8X2RU/A). IME1: &lt;номер обезличен&gt;, обнаружено: файлы, содержащие: графические изображения, аудиозаписи, видеозаписи, текстовые документы, которые были сохранены в каталог «iPhone 7/файлы пользователя» Приложения 1 на DVD-диске. Приложение 1 было записано на 1 (один) DVD-диск однократной записи марки Mydisc серого цвета без мультисессии. DVD-диск упакован в белый бумажный конверт, опечатанный листом белой бумаги с оттиском круглой мастичной печати синего цвета: «&lt;номер обезличен&gt; Экспертно-криминалистический центр * Главное управление министерства внутренних дел Российской Федерации». Конверт c DVD-диском приложен к заключению эксперта в качестве Приложения 1 (Т.2, л.д. 47-54); DVD-диск, содержащий информацию, полученную в ходе проведения судебной компьютерно-технической экспертизы &lt;номер обезличен&gt; от &lt;дата обезличена&gt;, в ходе которой исследованы мобильные телефоны: «Айфон 12», принадлежащий ФИО1 и «Айфон 12», «Айфон 7», «Redmi 9A» («Редми 9А»), принадлежащие ФИО1 (Т.2, л.д. 229); протоколом осмотра DVD-диска, содержащего информацию, полученную в ходе проведения судебной компьютерно-технической экспертизы &lt;номер обезличен&gt; от &lt;дата обезличена&gt;, в ходе которой исследованы мобильные телефоны: «Айфон 12», принадлежащий ФИО1 и «Айфон 12», «Айфон 7», «Redmi 9A» («Редми 9А»), принадлежащие ФИО1 В ходе осмотра указанного DVD-диска установлено, что в памяти мобильного телефона «Айфон 7» сохранены фотоизображения участков местности с указанием географических координат, с отметками на фото и описанием «в фольге», также указана дата создания фотоизображения &lt;дата обезличена&gt;. Также в ходе осмотра указанного DVD-диска установлено, что в памяти мобильного телефона «Redmi 9A» («Редми 9А») сохранены фотоизображения участков местности с метками и описанием «синяя изо», «прикоп черная изо» и «в смятой металлической крышке», при этом на фото имеются пометки различных цветов, обозначающие месторасположение организованного тайника-«закладки» на указанном фото, с последующим признанием и приобщением в качестве вещественного доказательства (Т.2, л.д. 217-224, 225-228); результатами оперативно-розыскных мероприятий «Прослушивание телефонных переговоров», «Снятие информации с технических каналов связи» и «Получение компьютерной информации», а также зафиксированные на СD-RW-диск аудиозаписи телефонных переговоров абонентского номера &lt;номер обезличен&gt;, находящегося в пользовании ФИО1 и зафиксированные на бумажных носителях в расшифровках указанных телефонных переговоров, предоставленные на основании постановления о представления результатов оперативно-розыскных мероприятий (Т.2, л.д. 203-207, 208,209,216); протоколом осмотра предметов и документов, прослушивания фонограммы, согласно которому осмотрен СD-RW-диск с зафиксированными результатами оперативно-розыскных мероприятий «Прослушивание телефонных переговоров», «Снятие информации с технических каналов связи» и «Получение компьютерной информации», а также зафиксированные на бумажных носителях в расшифровках аудиозаписи телефонных переговоров абонентского номера &lt;номер обезличен&gt;, находящегося в пользовании ФИО1 с неизвестным лицом, использующим сотовый телефон с абонентским номером &lt;номер обезличен&gt; который зарегистрирован на имя &lt;ФИО&gt;27 состоявшейся &lt;дата обезличена&gt; предоставленных на основании постановления о представления результатов ОРМ. В ходе осмотра и прослушивания фонограммы следует, что ФИО1 осуществляя преступный умысел, в целях конспирации, во избежание задержания сотрудниками правоохранительных органов, использовал для общения между собой и соучастниками преступления специальную условную лексику, не называя в ходе общения вид наркотика и единицу измерения массы наркотического средства, о чем указывают следующие фразы из телефонных переговоров: ФИО1 – Ну, а ты не помнишь сколько мы вчера делали с тобой? Е – Пятьдесят (50) ФИО1 – Пятьдесят (50), двадцать (20), да? Или сорок (40), двадцать (20)? Е – Нет, тридцать (30) ФИО1 – Че тридцать (30)? Е – Двадцать (20) ФИО1 – Разве? Е – Да, да, да, че, что-то не то? ФИО1 – Да, точно, тридцать. ФИО1 –Это ты сегодня сделаешь ? Просто штук (30) Е - А ты про Дашку забыл что ли? ФИО1- Да. Ну завтра значит че Е –Завтра к тебе подойду. ФИО1 -Так что так, тридцать (30) Е – Подходят, а я говорю, я знать не знаю ниче ФИО1- Ну понятно ясненько. Тридцать (30) сделаешь сегодня? Е- Хорошо ФИО1- Ну ладненько давай, пошел я дальше делать. с последующим признанием и приобщением в качестве вещественного доказательства (Т.2, л.д. 210-213, 214-215, 216); протоколом осмотра выписки о движении денежных средств по банковскому счету АО «ТБанк» &lt;номер обезличен&gt;, открытого на имя ФИО1, предоставленной в электронном виде на СD-диск, в ходе которого установлено, что в период с &lt;дата обезличена&gt; до &lt;дата обезличена&gt; на указанный банковский счет от неустановленных лиц, имеющих регистрацию по месту жительства в иных (помимо Челябинской области) субъектах Российской Федерации, поступали суммы денежных средств, что характерно для поступления денежных средств от продажи криптовалюты. Таким образом, за период с &lt;дата обезличена&gt; до &lt;дата обезличена&gt; от неустановленных лиц поступила сумма денежных средств в размере не менее 480 690 рублей, с последующим признанием и приобщением в качестве вещественного доказательства (Т.2, л.д. 235-240, 241-242, 243); протокол обследования участка местности, в ходе которого &lt;дата обезличена&gt; в период времени с 16:49 час. до 17:00 час., в 5-ти метрах южнее от дома &lt;адрес обезличен&gt; в Орджоникидзевском районе г. Магнитогорска Челябинской области в траве, по географическим координатам &lt;номер обезличен&gt;, с участием ФИО1 сотрудниками полиции, обнаружен и изъят 1 полимерный пакет-«гриппер», дополнительно помещенный во фрагмент фольги с веществом внутри, который упакован в один бумажный конверт и опечатан (Т.1, л.д. 150-152); протоколом обследования участка местности, в ходе которого &lt;дата обезличена&gt; в период времени с 17:12 час. до 17:24 час., в 2-х метрах южнее от центрального входа ТЦ «Арбат» по &lt;адрес обезличен&gt; в Орджоникидзевском районе г. Магнитогорска Челябинской области у основания металлической опоры, по географическим координатам &lt;номер обезличен&gt; с участием ФИО1, сотрудниками полиции, обнаружен и изъят 1 полимерный пакет-«гриппер», помещенный в согнутую металлическую крышку для бутылок, который упакован в один бумажный конверт и опечатан (Т.1, л.д. 153-155); протоколом обследования участка местности, в ходе которого &lt;дата обезличена&gt; в период времени с 17:30 час. до 17:45 час., в 7 метрах южнее от здания &lt;адрес обезличен&gt; в Орджоникидзевском районе г. Магнитогорска Челябинской области, в траве, по географическим координатам &lt;номер обезличен&gt;, с участием ФИО1 сотрудниками полиции, обнаружен и изъят 1 полимерный пакет-«гриппер», помещенный в согнутую металлическую крышку для бутылок, который упакован в один бумажный конверт и опечатан (Т.1, л.д. 156-158); протоколом обследования участка местности, в ходе которого &lt;дата обезличена&gt; в период времени с 17:49 час. до 18:00 час., в 50-ти метрах северо-западнее от подъезда &lt;адрес обезличен&gt; в Орджоникидзевском районе г. Магнитогорска Челябинской области, у основания дерева в земле, по географическим координатам &lt;номер обезличен&gt;, с участием ФИО1 сотрудниками полиции, обнаружен и изъят 1 полимерный пакет-«гриппер», дополнительно обмотанный фрагментами полимерной липкой ленты, который упакован в один бумажный конверт и опечатан (Т.1, л.д. 159-162); протоколом обследования участка местности, в ходе которого &lt;дата обезличена&gt; в период времени с 18:18 час. до 18:30 час., в 15-ти метрах в северо-западном направлении от подъезда &lt;адрес обезличен&gt; в Орджоникидзевском районе г. Магнитогорска Челябинской области, у основания металлического забора в траве, по географическим координатам &lt;номер обезличен&gt;, с участием ФИО1 сотрудниками полиции, обнаружен и изъят 1 полимерный пакет-«гриппер», дополнительно помещенный во фрагмент фольги с веществом внутри, который упакован в один бумажный конверт и опечатан (Т.1, л.д. 167-179); протокол обследования участка местности, в ходе которого &lt;дата обезличена&gt; в период времени с 18:31 час. до 18:43 час., в 20-ти метрах северо-западном направлении от подъезда &lt;адрес обезличен&gt; в Орджоникидзевском районе г. Магнитогорска Челябинской области, у основания железного ограждения (забора) в траве, по географическим координатам &lt;номер обезличен&gt;, с участием ФИО1 сотрудниками полиции, обнаружен и изъят 1 полимерный пакет-«гриппер», помещенный в согнутую металлическую крышку для бутылок, с веществом внутри, который упакован в один бумажный конверт и опечатан (Т.1, л.д. 171-174); протокол обследования участка местности, в ходе которого &lt;дата обезличена&gt; в период времени с 18:44 час. до 18:56 час., в 6-ти метрах в северо-западном направлении от подъезда &lt;адрес обезличен&gt; в Орджоникидзевском районе г. Магнитогорска Челябинской области, с участием ФИО1 у основания металлического забора в траве, по географическим координатам &lt;номер обезличен&gt;, с участием ФИО1 сотрудниками полиции, обнаружен и изъят 1 полимерный пакет-«гриппер», дополнительно помещенный во фрагмент фольги, с веществом внутри, который упакован в один бумажный конверт и опечатан (Т.1, л.д. 175-178); заключением эксперта &lt;номер обезличен&gt; от &lt;дата обезличена&gt;, в соответствии с которым: - растительное вещество, представленное на исследование в конверте с надписью: «... в 5-ти метрах южнее от &lt;адрес обезличен&gt; в г. Магнитогорске по географическим координатам &lt;номер обезличен&gt;...», массой 0,47 гр., является гашишем (анашой, смолой каннабиса), который отнесен к наркотическим средствам. В ходе исследования израсходовано вещество массой 0,01 гр. - растительное вещество, представленное на исследование в конверте с надписью: «... в 2-х метрах южнее от центрального входа ТЦ «Арбат» по ул. Советской 199А в г. Магнитогорске по географическим координатам &lt;номер обезличен&gt;...», массой 0,47 гр., является гашишем (анашой, смолой каннабиса), который отнесен к наркотическим средствам. В ходе исследования израсходовано вещество массой 0,01 гр. - растительное вещество, представленное на исследование в конверте с надписью: «… в 7-х метрах от здания 166А по &lt;адрес обезличен&gt; по географическим координатам &lt;номер обезличен&gt; .», массой 0,45 гр., является гашишем (анашой, смолой каннабиса) который отнесен к наркотическим средствам. В ходе исследования израсходовано вещество массой 0,01 гр. - растительное вещество, представленное на исследование в конверте с надписью: «... в 50-ти метрах северо-западнее от 4-го подъезда &lt;адрес обезличен&gt; по географическим координатам &lt;номер обезличен&gt;...», массой 2,97 гр., является гашишем (анашой, смолой каннабиса) который отнесен к наркотическим средствам. В ходе исследования израсходовано вещество массой 0,01 гр. - растительное вещество, представленное на исследование в конверте с надписью: «... 15-ти метрах в северо-западном направлении от 4-го подъезда &lt;адрес обезличен&gt; в г. Магнитогорске по географическим координатам &lt;номер обезличен&gt;...», массой 0,47 гр., является гашишем (анашой, смолой каннабиса) который отнесен к наркотическим средствам. В ходе исследования израсходовано вещество массой 0,01 гр. - растительное вещество, представленное на исследование в конверте с надписью: «...в 20-ти метрах северо-западнее от подъезда &lt;адрес обезличен&gt; в г. Магнитогорске по географическим координатам &lt;номер обезличен&gt;...», массой 0,46 гр., является гашишем (анашой, смолой каннабиса) который отнесен к наркотическим средствам. В ходе исследования израсходовано вещество массой 0,01 гр. - растительное вещество, представленное на исследование в конверте с надписью: «... в 6-ти метрах в северо-западном направлении от 4-го подъезда &lt;адрес обезличен&gt; в г. Магнитогорске по географическим координатам &lt;номер обезличен&gt; массой 0,46 гр., является гашишем (анашой, смолой каннабиса) который отнесен к наркотическим средствам. В ходе исследования израсходовано вещество массой 0,01 гр. Объекты возвращаются упакованными в сейф-пакет &lt;номер обезличен&gt;, на котором выполнены подпись, надписи и оттиск печати (Т.2, л.д. 8-11) протоколом осмотра наркотических средств – гашиш (анаша, смола каннабиса), массой 0,47 гр. (без учета израсходованного вещества), находящееся в 1 полимерном пакете - «гриппер» изъятого в 5-ти метрах южнее от &lt;адрес обезличен&gt; в г. Магнитогорске по географическим координатам &lt;номер обезличен&gt;, массой 0,47 гр. (без учета израсходованного вещества), изъятого в 2-х метрах южнее от центрального входа ТЦ «Арбат» по &lt;адрес обезличен&gt; в г. Магнитогорске; массой 0,45 гр. (без учета израсходованного вещества), изъятого в 7 метрах южнее от здания 166А по &lt;адрес обезличен&gt; в г. Магнитогорске, массой 2,97 гр. (без учета израсходованного вещества), изъятое от подъезда &lt;адрес обезличен&gt; в г. Магнитогорске; массой 0,47 гр. (без учета израсходованного вещества), изъятое в 15-ти метрах в северо-западном направлении от подъезда &lt;адрес обезличен&gt; в г. Магнитогорске; массой 0,46 гр. (без учета израсходованного вещества), изъятое в 20-ти метрах северо-западном направлении от подъезда &lt;адрес обезличен&gt; в г. Магнитогорске; массой 0,46 гр. (без учета израсходованного вещества), изъятое в 6-ти метрах в северо-западном направлении от подъезда &lt;адрес обезличен&gt; в г. Магнитогорске, упакованные в полимерный сейф-пакет &lt;номер обезличен&gt; с последующим признанием и приобщением в качестве вещественного доказательства (Т.2, л.д. 100-101,102-105); протоколом обследования транспортного средства, в ходе которого &lt;дата обезличена&gt; в период времени с 16:05 час. до 16:47 час., в автомобиле марки «Лада Гранта», государственный регистрационный номер &lt;номер обезличен&gt;, припаркованного около д. &lt;адрес обезличен&gt; в Орджоникидзевском районе г. Магнитогорска Челябинской области, с участием ФИО1, сотрудниками полиции, обнаружено и изъято 2 полимерных свертка, обмотанных фрагментами полимерной липкой ленты, состоящих из 1 полимерного пакета-«гриппер» и 20 полимерных пакетов-«гриппер», с веществом внутри каждого, которые упакованы в один бумажный конверт и опечатан (Т.1, л.д. 116-124); справкой об исследовании &lt;номер обезличен&gt; от &lt;дата обезличена&gt;, в соответствии с которой, вещество массой 9,99 гр. из одного произвольно выбранного свертка является гашишем (анашой, смолой каннабиса), который отнесен к наркотическим средствам. При исследовании израсходовано вещество массой 0,02 гр. После проведения исследования объект с первоначальной упаковкой возвращаются упакованными в полимерный сейф-пакет &lt;номер обезличен&gt; (Т.1, л.д.126); заключением эксперта &lt;номер обезличен&gt; от &lt;дата обезличена&gt; в соответствии с которым, представленное растительное вещество массой при поступлении 9,97 гр. в одном свертке и растительные вещества суммарной массой при поступлении 19,90 гр. в двадцати пакетах «гриппер» во втором свертке, изъятые &lt;дата обезличена&gt; в ходе обследования транспортного средства автомобиля марки «Лада Гранта» государственный регистрационный знак &lt;номер обезличен&gt;, являются наркотическим средством – гашишем (анашой, смолой каннабиса). В ходе исследования израсходован образец каждого растительного вещества массой по 0,02 гр. Объекты, конверт и вскрытый полимерный сейф-пакет &lt;номер обезличен&gt; возвращаются упакованными экспертом в заклеенный полимерный сейф-пакет &lt;номер обезличен&gt; (Т. № 1, л.д. 248-250); протоколом осмотра наркотического средства – гашиш (анаша, смола каннабиса), суммарной массой 29,89 гр. (без учета израсходованного вещества), изъятого в ходе обследования транспортного средства автомобиля марки «Лада Гранта» государственный регистрационный знак &lt;номер обезличен&gt;, припаркованного у &lt;адрес обезличен&gt; в г. Магнитогорске, упакованное в полимерный сейф-пакет &lt;номер обезличен&gt;, с последующим признанием и приобщением в качестве вещественного доказательства (Т.2, л.д. 82-83, 84-85); протоколом обыска в жилище ФИО1 по адресу: &lt;адрес обезличен&gt; в Орджоникидзевском районе г. Магнитогорска, проведенным &lt;дата обезличена&gt; в период времени с 05.10 час. до 07.15 час., с участием ФИО1, в ходе проведения которого обнаружено и изъято: - 1 сверток, обмотанный изолентой с веществом внутри, который упакован в сейф-пакет &lt;номер обезличен&gt;; - 1 стеклянная колба, 1 бутылка пластиковая с красной крышкой, гриндер (измельчитель), 1 электронные весы в корпусе серого цвета, 1 электронные весы в корпусе черного цвета, 1 банка металлическая черного цвета, которые упакованы в один сейф-пакет &lt;номер обезличен&gt; - 57 полимерных пакетов-«гриппер» с веществом внутри каждого, которые упакованы в сейф-пакет &lt;номер обезличен&gt;; - 3 бумажных свертка с веществом внутри каждого, которые упакованы в сейф-пакет &lt;номер обезличен&gt;; - 1 бумажный сверток с веществом внутри, который упакован в сейф-пакет &lt;номер обезличен&gt;; - 2 полимерных пакета-«гриппер» с веществом внутри каждого, один из которых частично оклеен синей изолентой и помещен в пакет-«гриппер», которые упакованы в сейф-пакет &lt;номер обезличен&gt; (Т.2, л.д. 220-231); заключением эксперта &lt;номер обезличен&gt; от &lt;дата обезличена&gt;, в соответствии с которым: - представленное в сейф-пакете &lt;номер обезличен&gt; пластичное вещество массой 9,93 гр. является гашишем (анашой, смолой каннабиса), который отнесен к наркотическим средствам. - представленные в сейф-пакете &lt;номер обезличен&gt; и находящиеся в 57 пакетах-«гриппер» пластичные вещества суммарной массой 30,95 гр. являются гашишем (анашой, смолой каннабиса), который отнесен к наркотическим средствам. - представленное в сейф-пакете &lt;номер обезличен&gt; растительное вещество массой 0,44 гр. пересчете на сухое вещество является каннабисом (марихуаной), который отнесен к наркотическим средствам. - представленные в сейф-пакете &lt;номер обезличен&gt; и находящиеся в 3 свертках растительные вещества суммарной массой 0,76 гр. в пересчете на сухое вещество являются каннабисом (марихуаной), который отнесен к наркотическим средствам. - представленные в сейф-пакете &lt;номер обезличен&gt; и находящиеся в пакетах-«гриппер» растительные вещества (указанные по экспертизе как объекты №&lt;номер обезличен&gt;) суммарной массой в высушенном виде 5,55 гр. являются частями плодовых тел грибов, содержащих псилоцин, которые отнесены к растениям, содержащим наркотические средства. На поверхности представленных в сейф-пакете &lt;номер обезличен&gt; колбы с крышкой, бутылки, весов в корпусе серого цвета, металлической банки содержится в следовых количествах тетрагидроканнабинол, который отнесен к наркотическим средствам, Представленное в сейф-пакете &lt;номер обезличен&gt; и находящееся в измельчителе растительное мелкодисперсное вещество массой 0,07 гр. является гашишем (анашой, смолой каннабиса), который отнесен к наркотическим средствам. Представленное в сейф-пакете &lt;номер обезличен&gt; и находящееся на поверхности весов в корпусе черного цвета растительное мелкодисперсное вещество массой 0,05 гр. является гашишем (анашой, смолой каннабиса), который отнесен к наркотическим средствам (Т.2, л.д. 18-24); протоколом осмотра и признание вещественными доказательствами наркотического средства – гашиш (анаша, смола каннабиса), суммарной массой 41,00 гр. (без учета израсходованной массы), находящиеся в 57 пакетах-«гриппер», свертке, представляющем собой пакет-«гриппер», оклеенный отрезком полимерной липкой ленты зеленого цвета, в измельчителе и на поверхности весов в корпусе черного цвета; наркотического средства – каннабис (марихуана), суммарной массой 1,2 гр. в пересчете на сухое вещество (без учета израсходованной массы), находящиеся в 4 бумажных свертках; наркотического средства – тетрагидроканнабинол в следовых количествах, находящееся на поверхностях колбы с крышкой, бутылки, весов в корпусе серого цвета, металлической банки; части плодовых тел грибов, содержащих псилоцин, которые отнесены к частям растений, содержащих наркотические средства суммарной массой в высушенном виде 5,55 гр. (без учета израсходованной массы), находящиеся в двух пакетах - «гриппер», один из которых помещен в аналогичный пакет-«гриппер» оклеенный отрезком полимерной липкой ленты синего цвета. (Т.2, л.д. 87-88, 89-91). Оценивая приведенные выше доказательства, представленные стороной обвинения, суд приходит к выводу, что каждое из них в полной мере отвечает требованиям относимости, допустимости и достоверности. Оснований сомневаться в достоверности вышеприведенных показаний свидетелей у суда не имеется, поскольку их показания являются взаимосвязанными, непротиворечивыми, согласуются между собой, а также с показаниями подсудимого об обстоятельствах его задержания и изъятия наркотических средств и письменными доказательствами по делу, носят конкретно-детальный характер, и в полной мере раскрывают картину совершенных ФИО1 преступлений. Какой-либо личной заинтересованности свидетелей, допрошенных по настоящему делу в качестве свидетелей, а также поводов для оговора подсудимого указанными лицами в судебном заседании не установлено. Вопреки довод стороны защиты о недопустимости показаний свидетеля Свидетель №2 ввиду отсутствия ссылки в его показаниях на источник его осведомленности о следственном действии в котором он участия не принимал, суд оценивая показания свидетеля Свидетель №2 в ходе предварительного следствия, приходит к выводу, что он был допрошен в качестве свидетеля в соответствии с требованиями ст. 56 УПК РФ , поскольку ему были известны обстоятельства дела, имеющие значение для расследования и разрешения уголовного дела, его показания, как и другие доказательства по делу, оцениваются судом с точки зрения относимости, допустимости и достоверности, путём сопоставления с другими доказательствами, исследованными судом, оснований для признания их недопустимыми доказательствами в соответствии с требованиями ст. 75 УПК РФ суд не находит, его показания последовательны, согласуются как между собой, так и с показаниями понятых принимавших участие в следственных действиях, а также с показаниями подсудимого, данными им в ходе предварительного следствия об обстоятельствах предшествующих его задержанию, самого задержания и последующих следственных действий с его участием и подтверждаются совокупностью вышеуказанных письменных доказательств. То обстоятельство, что свидетель Свидетель №2 является сотрудником правоохранительных органов, не является основанием считать недопустимыми доказательствами его показания об обстоятельствах задержания ФИО1 проведения проверочных мероприятий и следственных действий, в ходе которых была установлена причастность ФИО1 к незаконному обороту наркотических средств. Отсутствие в его показаниях сведений об источнике оперативной информации, проверявшейся указанным свидетелем, послужившей основанием к проведению оперативно-розыскных мероприятий, отнесенных законом к государственной тайне, а также не указание при даче показаний фамилии оперуполномоченного ОНК УМВД России по г. Магнитогорску Челябинской области от которого ему стали известны обстоятельства производства ОРМ «Исследование предметов и документов» вопреки доводам стороны защиты, о недопустимости его показаний не свидетельствует, поскольку как указано выше подтверждаются совокупностью вышеуказанных письменных доказательств. Оперативно-розыскные мероприятия по делу проведены в соответствии с требованиями Федерального закона от 12 августа 1995 года N 144-ФЗ "Об оперативно-розыскной деятельности". Основанием для проведения оперативно-розыскных мероприятий послужили сведения о признаках совершаемого преступления. Процедура предоставления результатов оперативно-розыскных мероприятий не нарушена. Результаты представлены органу предварительного расследования в порядке, предусмотренном ведомственными нормативными актами, на основании постановления руководителя органа, осуществляющего оперативно-розыскную деятельность, поэтому суд кладет их в основу приговора, как отвечающие требованиям, предъявляемым к доказательствам. Ставить под сомнение результаты проведенных по делу судебных экспертиз, отраженные в заключениях экспертов выводы у суда также оснований не имеется, поскольку исследования проведены экспертами, обладающими специальными познаниями и достаточным опытом работы, предупрежденными об уголовной ответственности по ст. 307 УК РФ за дачу заведомо ложного заключения. Нарушений закона и прав подсудимого при назначении и производстве экспертиз не допущено. Заключения экспертов, в том числе о виде и размере наркотических средств, соответствуют требованиям ст. 204 УПК РФ , Федеральному закону от 31 мая 2001 года N 73-ФЗ "О государственной судебно-экспертной деятельности в РФ". Приведенные в заключениях выводы научно обоснованы, согласуются с другими исследованными в судебном заседании доказательствами. Оснований не доверять изложенным в них выводам, а также для назначения иных дополнительных или повторных экспертиз не имеется. На основании изложенного, правовых оснований для признания недопустимыми доказательствами приведенных протоколов процессуальных и следственных действий, показаний свидетелей, заключений экспертиз и других материалов уголовного дела, не имеется. Оценивая приведенные выше показания подсудимого ФИО1, суд наиболее достоверными и правдивыми признает показания подсудимого по обстоятельствам сделанных им закладок и обнаруженного наркотического средства у него в машине, данные им непосредственно после задержания. Данные показания подсудимый ФИО1 давал в присутствии адвоката, с заявлениями и жалобами на оказание неквалифицированной защиты в период его допроса и сразу по его окончанию не обращался. Кроме того, ему разъяснялось закрепленное в ст. 51 Конституции РФ право не свидетельствовать против самого себя, а также последствия дачи показаний, предусмотренные п. 2 ч. 4 ст. 46 Уголовно-процессуального кодекса Российской Федерации, он предупреждался о том, что его показания могут быть использованы в качестве доказательства по уголовному делу, в том числе при последующем отказе от своих показаний; при этом он подписывал протокол без каких-либо замечаний и оговорок. Таким образом, исходя из положений ч. ч. 6 и 7 ст. , ч. 8 ст. 190 УПК РФ суд признает, что отсутствие замечаний со стороны допрашиваемого лица и защитника, подписавших протокол, свидетельствует о том, что эти лица ознакомились с внесенными в него показаниями и лично удостоверили правильность их записи органом следствия. На основании изложенного в основу приговора суд берет показания подсудимого ФИО1, который в ходе предварительного расследования непосредственно после его задержания в своих показаниях в качестве подозреваемого указывал о том, что при задержании он добровольно указал на свертки с наркотическим средством гашиш, находящиеся в автомобиле марки «Лада Гранта» государственный регистрационный знак &lt;номер обезличен&gt;, которое планировал в указанный день разложить в тайники-«закладки» на территории г. Магнитогорска Челябинской области. Также указал сотрудникам полиции на места, где он организовал тайники закладки с наркотическими средствами, на 7 из которых было обнаружено по одному тайнику с наркотиком гашиш, которые он организовал для последующего сбыта. К последующим показаниям подсудимого данным в ходе предварительного следствия и в судебном заседании о то, что обнаруженное в его автомобиле наркотическое средство гашиш в 1 полимерном пакетике -гриппер массой около 10 грамм предназначалось для личного употребления, а при его первоначальном допросе он сообщил что изъятое наркотическое средство предназначалось для сбыта, т.к. понял, что речь идёт об одном пакетике, в котором находилось 20 свертков, по поводу обнаруженного свертка весом около 10 грамм ему при допросе вопросы не задавали, суд относится критически. Как уже отмечено судом выше и следует из материалов дела, ФИО1 в ходе предварительного следствия давал показания в присутствии защитника, что само по себе является достаточной гарантией соблюдения законности прав подсудимого при его допросе, и исключает какое-либо искажение его показаний, перед началом допроса подсудимый был уведомлен о том, что данные им показания будут использоваться в суде в качестве доказательства, даже в случае его отказа от них, что, по мнению суда, свидетельствует о том, что позиция между подсудимым и его защитником была обговорена. Правильность фиксации следователем сообщенных сведений удостоверена подписями участников следственного действия. Жалоб от подозреваемого и его защитника о недостоверности изложенных в протоколе допроса сведений не заявлялось. Более того, показания подсудимого в указанной части вписываются в единую картину фактических обстоятельств, которые были установлены в ходе судебного рассмотрения дела и объективно подтверждаются совокупностью других вышеприведенных доказательств. Оснований не доверять им или считать, что подсудимый оговорил себя, нет. Оценивая показания подсудимого ФИО1 в ходе предварительного следствия и в судебном заседании о том, что в мае 2025 года он приобрел около 80 гр. наркотика гашиш, а также в небольших количествах наркотик – марихуану и грибы, содержащие в себе наркотик. Он приобрел крупную партию, так как это дешевле и безопаснее все забрать из одного тайника закладки. Изначально указанные наркотики и грибы он приобретал для личного потребления, однако в последующем, имея финансовые трудности, он впервые решил сбыть часть указанных наркотических средств неустановленным лицам, используя при этом интернет-мессенджер «Телеграм» создав в нем свой аккаунт, однако не успел даже установить приложение на мобильный телефон, т.к. был задержан сотрудниками полиции. Он не трудоустраивался в интернет-магазин, в качестве закладчика наркотиков и действовал один и самостоятельно. &lt;дата обезличена&gt; он расфасовал наркотическое средство по отдельным пакетам-«гриппер» для последующей продажи, которые спрятал в сейф. &lt;дата обезличена&gt; он проехал по территории г. Магнитогорска и определил места, где можно будет организовать надежные тайники-«закладки» с наркотиком, данные места он сфотографировал на свой мобильный телефон и указал географические координаты данных мест. На следующий день &lt;дата обезличена&gt; в утреннее время он с женой собирались ехать отдыхать на оз. Банное, расположенное в респ. Башкортостан, на 7 дней, поэтому он с собой взял 10 грамм не расфасованного наркотика гашиш для личного потребления, который был упакован в пакет-«гриппер» и обмотан изолентой, а также взял с собой 20 пакетов-«гриппер» с наркотиком гашиш, которые были упакованы в один пакет-«гриппер» и обмотаны изолентой, с которыми он хотел организовать тайники-«закладки» с наркотиком для сбыта неустановленным лицам, и также взял 7 расфасованных пакетов-«гриппер», предназначенные также для сбыта через закладки. Перед тем, как ехать на оз. Банное он с женой и ребенком поехали по магазинам, чтобы купить продукты и необходимые предметы для отдыха. Когда жена выходила в магазины, он также выходил из автомобиля и организовывал тайники-«закладки» с наркотическим средством для последующего сбыта, при чем, если удавалось, то он организовывал тайник с наркотиком по старым участкам местности, которые заранее &lt;дата обезличена&gt; сфотографировал на свой мобильный телефон и указал географические координаты, а если не удавалось, то он организовывал тайник-«закладку» с наркотиком и сразу фотографировал организованный тайник, описывая географические координаты. Таким образом он успел организовать 7 тайников закладок с наркотическим средством – гашиш в укромных местах на территории г. Магнитогорска Челябинской области. Из 57 пакетов-«гриппер» с гашишем, изъятых на кухне в сейфе, 54 пакета-«гриппер», расфасованных примерно по 0,5 грамма предназначались для последующего сбыта и 7 гр. наркотического средства гашиш, расфасованные в 3 пакета-«гриппер», которые он взвесил на весах и оставил для личного потребления, он убрал также в сейф. Также в сейфе находился еще один сверток с гашишем, состоящий из пакета-«гриппер», обмотанного изолентой, массой около 10 грамм, который предназначался для личного употребления, суд полагает, что в целом указанные приказания подсудимого неубедительны, фрагментарны и отрывочны, не логичны и наполнены внутренними противоречиями. Так, по версии ФИО1 наркотическое средство гашиш массой около 80 гр., а также в небольших количествах грибы, содержащие в себе наркотик, он приобрел для личного потребления в мае 2025 года, однако в последующем, имея финансовые трудности, он впервые решил сбыть часть наркотического средства гашиш неустановленным лицам. Между тем согласно показаниям ФИО1 данным в ходе предварительного следствия сам он примерно с 2023 годя является потребителем наркотического средства – гашиш, о том, что он потребляет также грибы, содержащие в себе наркотик, он в ходе предварительного следствия и в судебном заседании не сообщал, а из его первоначальных показаний данных в ходе предварительного следствия следует, что грибы, содержащие в себе наркотик также предназначались для сбыта. Также исходя из показаний ФИО1 он в &lt;дата обезличена&gt; приобрел наркотическое средство гашиш массой около 80 гр., которое &lt;дата обезличена&gt; он расфасовал по отдельным пакетам-«гриппер» для последующей продажи, между тем в его телефоне содержится фотография сделанная накануне его задержания (&lt;дата обезличена&gt;), на которой на весах зафиксирован вес вещества в гриппер-пакете - 90,25 гр. Кроме того, в своих показаниях ФИО1 указывает о том, что он решил сбыть часть наркотических средств, ввиду возникших у него финансовых трудностей, однако как следует из его же показаний его финансовые возможности позволяли ему приобрести единовременно крупную партию наркотического средства, а также отправиться с семьей на отдых в день его задержания, более того согласно показаниям свидетеля Свидетель №5 в ходе обыска в квартире ФИО1 были обнаружены денежные средства в размере 95 000 рублей, а за несколько месяцев до своего задержания подсудимый приобрел в кредит новый автомобиль. Доводы подсудимого ФИО1 о том, что сбытом наркотических средств он впервые решил заняться накануне его задержания, делать это намеривался самостоятельно, в предварительный сговор на сбыт наркотических средств ни с кем не вступал, в интернет-магазин не трудоустраивался, суд также находит несостоятельными, поскольку как следует из представленных суду доказательств на момент задержания ФИО1 у правоохранительных органов имелась оперативная информация о его причастности к сбыту наркотических средств, в связи с чем &lt;дата обезличена&gt; в отношении ФИО1 проводилось оперативно-розыскное мероприятие «Наблюдение», в ходе которого ФИО1 был задержан, что также подтверждается показаниями свидетеля Свидетель №2 о том, что в &lt;дата обезличена&gt; года в ОНК УМВД России по г. Магнитогорску Челябинской области стала систематически поступать оперативная информация о возможной причастности к преступлениям связанным с незаконным оборотом наркотических средств ФИО1 Далее в ходе проведения оперативно-розыскных мероприятий было установлено, что ФИО1 на протяжении длительного времени занимается незаконным оборотом наркотических средств бесконтактным способом путем организации тайников - «закладок» на территории г. Магнитогорска, что объективно нашло свое подтверждение в результате оперативно-розыскного мероприятия «Наблюдение», по результатам которого ФИО1 был задержан. Надуманными суд находит и показания ФИО1, данные в ходе предварительного следствия и суда о том, что наркотическое средство гашиш изъятое у него в ходе обыска в свертке массой около 10 грамм и в трех свертках общей массой 7 грамм, а также наркотическое средство массой около 10 грамм изъятое в автомобиле предназначалось для личного потребления, а сверток с наркотическим средством гашиш массой около 3 грамм изъятый из закладки, он таже сделал для себя, но перепутал и ошибочно положил в закладку в то время как для закладок предназначались только свертки массами 0,5 грамм, поскольку эти его показания опровергаются вышеприведенными показаниями самого ФИО1 данными в ходе предварительного следствия, согласно которым все изъятые у него в автомобиле свертки предназначались для сбыта. Более того в ходе предварительного следствия ФИО1 будучи неоднократно допрошенным по обстоятельствам дела о том, что он перепутал свертки органам предварительного следствия не сообщил, а версия об этом впервые была озвучена им в судебном заседании, для подражания выдвинутой им версии о том, что наркотическое средство в 3 свертках общей массой 7 грамм изъятое в ходе обыска в квартире предназначалось для личного потребления. Между тем обращает на себя внимание, что сверток массой 2, 97 гр., изъятый из закладки отличался от других свертков не только по весу, но и по упаковке, поскольку был обмотан изолентой, в то время как другие свертки были либо в фольге либо в крышке, что ставит под сомнение показания ФИО1, что он мог перепутать свертки как по упаковке, так и по весу учитывая, что масса свертка в закладке в 6 раз больше массы других свертков и для ФИО1, который согласно его показаниям с 2023 года потребляет гашиш и неоднократно взвешивал его для личного потребления, такая разница в весе не могла быть не заметной. Более того согласно показаниям ФИО1 для себя он оставлял пакетики весом по 10 грамм, а для сбыта делал свертки весом 0,5 грамм, в то время как в ходе обыска согласно показаниям ФИО1 у него изъяли три пакетика общим весом 7 грамм, из чего следует, что наркотическое средство расфасовывалось и сбывалось ФИО1 разными массами, в т.ч. и по 3 грамма, как это было обнаружено в закладке по четвертому эпизоду обвинения, что объективно подтверждается обнаруженной в сотовом телефоне ФИО1 информацией, а именно в памяти телефона «Айфон 12» принадлежащем ФИО1 обнаружены 13 фотоизображений участков местности с указанием географических координат в Орджоникидзевском районе г. Магнитогорска Челябинской области, в т.ч. фотография, сделанная в день задержания в 10:15 с указанием графических координат &lt;номер обезличен&gt; с текстом следующего содержания «у основания дерева прикоп 3 гр.». Также обращает на себя внимание и то обстоятельство, что свертки по 10 грамм, которые по версии ФИО1 предназначались для личного потребления и которые он сам для себя расфасовал, также были обмотаны изолентой. Меняющиеся показания подсудимого в ходе предварительного следствия, относительно предназначения обнаруженного в машине свертка с наркотическим средством массой около 10 грамм, выдвинутая в судебном заседании версия о том, что он перепутал свертки и положил в закладку сверток с большей массой, а также иные вышеприведённые показания подсудимого, в т.ч. его показания о том, что в предварительный сговор на сбыт наркотического средства он ни с кем не вступал суд оценивает как способ защиты, с целью снизить степень своей вины, а изменение показаний обусловлено целью поддержания выдвинутой защитной позиции по делу. Между тем, как уже отмечалось выше показания подсудимого о том сбытом наркотического средства он решил заняться впервые, самостоятельно и в предварительный сговор на сбыт наркотического средства он ни с кем не вступал, опровергаются вышеприведенными показаниями свидетеля Свидетель №2 которые согласуются с письменными материалами дела, а именно с протоколом осмотра сотового телефона ФИО1 «Айфон 12» изъятого при личном досмотре ФИО1, где в памяти телефона обнаружена фотография сделанная накануне его задержания, на которой на весах зафиксирован вес вещества в гриппер-пакете - 90,25 гр. и 13 фотоизображений участков из которых 6 фотографий сделаны в день задержания, из них по 4 фотографиям были обнаружены и изъяты наркотические средства, и 7 фотографий с закладками сделанными накануне задержания из них по 3 фотографиям обнаружены и изъяты закладки с наркотическим средством, что подтверждается показаниями свидетеля Свидетель №1 о том, что не во всех осмотренных местах были обнаружены свертки с наркотическим средством. При этом, обращает на себя внимание, обнаруженная в сотовом телефоне ФИО1 фотография мастер-клада с веществом весом 90,25 гр., сделанная накануне задержания, в то время как в результате задержания у ФИО1 обнаружено и изъято наркотическое средство – гашиш (анаша, смола каннабиса), суммарной массой 76,64 гр. Разница в весе составляет 13,61 грамм. При этом как указано выше из 13 фотографий с закладками обнаруженными в телефоне ФИО1 только в 7 тайниках-закладках обнаружено наркотическое средство. Кроме того недавно удаленные изображения участков местности от &lt;дата обезличена&gt; на которых имеется метка с подписью «в фольге» и изображением географических координат: &lt;номер обезличен&gt;, адрес &lt;адрес обезличен&gt; и &lt;номер обезличен&gt;, адрес &lt;адрес обезличен&gt; обнаружены и в ходе осмотра мобильного телефона «Айфон 7» изъятого в ходе обыска в квартире ФИО1 Указанные обстоятельства свидетельствуют о том, что другие свертки с наркотическим средством в недостающей массе были реализованы &lt;дата обезличена&gt; до задержания ФИО1, в то время как сам ФИО1 в ходе предварительного следствия пояснил, что только намеривался создать новый аккаунт в мессенджере «Телеграмм», однако не успел установить даже приложение на мобильный телефон. Доводы подсудимого о том, что то он организовывал тайники с наркотиком по старым участкам местности, которые заранее &lt;дата обезличена&gt; сфотографировал на свой мобильный телефон и указал географические координаты, а если не удавалось, то он организовывал тайник-«закладку» с наркотиком и сразу фотографировал организованный тайник, описывая географические координаты. Таким образом, он успел организовать 7 тайников закладок с наркотическим средством – гашиш в укромных местах на территории г. Магнитогорска, суд находит несостоятельными, поскольку как установлено в судебном заседании из 7 фотографий с закладками сделанными накануне задержания по 3 фотографиям обнаружены и изъяты закладки с наркотическим средством (эпизоды 5,6,и 7), что свидетельствует о том, что &lt;дата обезличена&gt; ФИО1 фотографировал именно тайники-закладки с наркотическим средством, а не участки местности, где он планировал сделать закладки, что объективно подтверждается показаниям свидетеля Свидетель №2 согласно которым за действиями ФИО1 велось «Наблюдение», которым было установлено, что супруги Ч-вы &lt;дата обезличена&gt; гола около 10 часов 15 минут вышли из дома по адресу: &lt;адрес обезличен&gt; проследовали к автомобилю, каких-либо подозрительных действий ФИО1 обусловленных распространением наркотических средств сотрудниками полиции, которые вели наблюдение, в этот период обнаружено не было, в то время как указанные закладки с наркотическим средством были организованы в районе &lt;адрес обезличен&gt;, где проживает ФИО1 Как указано выше о том, что ФИО1 длительное время занимается сбытом наркотических средств в составе группы лиц по предварительному сговору также объективно свидетельствуют: -обнаруженная в телефоне ФИО1 фотография мастер-клада с фиксацией веса, сделанная накануне его задержания; - обнаруженная в каждом из трех изъятых сотовых телефонов, находящихся в пользовании у ФИО1 информация, а именно фотоизображения участков местности с изображениями участков местности и указанием географических координат, адресов и меток, которые предназначены для сообщения о местонахождении тайников - «закладок» с наркотическими средствами, при этом обращает на себя внимание, что в каждом телефоне имеется указание на способ упаковки наркотического средства в т.ч. в металлической крышке, что согласуется с упаковкой наркотического средства, которое было изъято из закладок с участием ФИО1, а также соответствует цвету изоленты изъятой у ФИО1; - большое количество упаковочного материла предназначенного для сбыта наркотических средств, изъятого в ходе обыска, а именно: 255 пустых полимерных пакетов гриппер» разного размера (60 мм х100 мм в количестве 206 шт., 150 мм х 220 мм в количестве 49 шт.), 4 фрагмента фольги, 16 рулонов изоляционной ленты различных цветов, 7 металлических крышек, а также приспособления для фасовки наркотических средств стеклянная колба с крышкой, электронные весы на поверхности которых, обнаружено наркотическое средство, а также гриндер (измельчитель) в котором также обнаружено наркотическое средство; - расшифровки аудиозаписи телефонных переговоров абонентского номера &lt;номер обезличен&gt;, находящегося в пользовании ФИО1, согласно которым ФИО1 в целях конспирации, во избежание задержания сотрудниками правоохранительных органов, использовал для общения между собой и соучастниками преступления специальную условную лексику, не называя в ходе общения вид наркотика и единицу измерения массы наркотического средства, о чем указывают следующие фразы из телефонных переговоров: ФИО1 – Ну, а ты не помнишь сколько мы вчера делали с тобой? Е – Пятьдесят (50) ; ФИО1 – Пятьдесят (50), двадцать (20), да? Или сорок (40), двадцать (20)? Е – Нет, тридцать (30); ФИО1 – Че тридцать (30)? Е – Двадцать (20); ФИО1 – Разве? Е – Да, да, да, че, что-то не то? ФИО1 – Да, точно, тридцать. Ну понятно ясненько. Тридцать (30) сделаешь сегодня? Е – Хорошо. ФИО1- Ну ладненько давай, пошел я дальше делать; - выписка о движении денежных средств по банковскому счету АО «ТБанк» &lt;номер обезличен&gt;, открытому на имя ФИО1, согласно которой в период с &lt;дата обезличена&gt; до &lt;дата обезличена&gt; на указанный банковский счет от неустановленных лиц, имеющих регистрацию по месту жительства в иных субъектах Российской Федерации, поступали суммы денежных средств, что характерно для поступления денежных средств от продажи криптовалюты в размере не менее 480 690 рублей, К показаниям подсудимого ФИО1 о том, что указанные денежные средства не связаны со сбытом наркотических средств, а поступали от покупателей, т.к. в указанный период он продавал китайские вещи посредством Интернет, суд относится критически, поскольку они не соответствуют установленной судом объективной картине произошедших событий, при этом обращают на себя внимание суммы транзакций (поступления денежных средств), а именно; 200 000 рублей, 106 210 рублей, 85 000 рублей, при этом каких- либо сведений о том, что ФИО1 осуществлял предпринимательскую деятельность и занимался розничной и оптовой торговлей товаров материалы дела не содержат. На основании изложенного, показания подсудимого о том, что он впервые решил сбыть часть приобретённого им для личного потребления наркотическое средство гашиш, создав свой аккаунт в приложении «Телеграмм» суд находит недостоверными, поскольку они противоречат совокупности вышеприведенных доказательств по делу, а также не согласуются с фактическими действиями подсудимого, который при отсутствии у него созданного и функционирующего аккаунта (Интернет -магазина) для сбыта наркотических средств, делает накануне задержания и в день задержания закладки наркотических средств в большом количестве, разными массами. Таким образом, проводя анализ исследованных доказательств, представленных стороной обвинения, суд приходит к твердому убеждению, что их совокупность является достаточной для установления вины ФИО1 в совершении вышеописанных преступных деяний. Давая правовую оценку содеянного подсудимым, суд исходит из фактических обстоятельств дела, установленных при рассмотрении дела судом, а также из совокупности исследованных доказательств, учитывая следующее. По смыслу закона под сбытом наркотических средств следует понимать незаконную деятельность лица, направленную на их возмездную и безвозмездную реализацию (продажа, дарение, обмен, уплата долга, дача взаймы и т.д.) другому лицу, при этом умысел виновного должен быть направлен на распространение наркотических средств. Об умысле на сбыт наркотических средств могут свидетельствовать при наличии к тому оснований их количество (объем), размещение в удобной для передачи расфасовке, наличие соответствующей договоренности с потребителями и т.д. О наличии у подсудимого ФИО1, цели незаконного сбыта наркотических средств свидетельствуют как фактически совершенные им действия, так и количество наркотического средства, удобная расфасовка по пакетикам, показания свидетелей и материалы дела, а именно имеющиеся в его телефоне информация, свидетельствующая о его причастности к сбыту наркотических средств (фотография мастер-клада с фиксацией его веса сделанная накануне задержания и последующие фотографии тайников- закладок, изъятые в ходе обыска электронные весы и измельчитель на поверхностях которых содержится наркотическое средство гашиш (анаша, смола каннабиса), колбы с крышкой, бутылки, весы в корпусе серого цвета, металлическая банка на которых в следовых количествах содержится тетрагидроканнабинол, большое количество упаковочного материала, детализация телефонных переговоров в которой обсуждается количество сделанных свертков. Установленные судом обстоятельства свидетельствуют о том, что ФИО1 приняв предложение неустановленного интернет-«магазин» на должность «закладчика», получал от неустановленного лица крупные партии наркотических средств так называемые «мастер-клады», которые расфасовывал в полимерные свертки, предназначенные для розничной реализации наркотических средств, с помощью электронных весов и упаковочного материала, которые помещал во фрагменты фольги или в согнутые металлические крышки для бутылок, а также по полимерным пакетам-«гриппер», которые дополнительно обматывал фрагментами полимерной липкой ленты и помещал определенным количеством в полимерный пакет-«гриппер», формируя тем самым «мастер-клады» для «закладчиков», придавая сверткам герметичность и непроницаемость, защищая от различных внешних воздействий, после чего в целях повышения мобильности и удобства незаконного хранения и перевозки наркотических средств использовал автомобиль марки «Лада Гранта», государственный регистрационный знак &lt;номер обезличен&gt;, на котором перевозил наркотические средства по территории г. Магнитогорска Челябинской области и организовывал временные тайники-«закладки» как для наркопотребителей, так и «закладчиков» на территории г. Магнитогорска Челябинской области, адреса и фотоизображение с географическими координатами, которых, фиксировал в мобильный телефон, находящийся в его пользовании. После чего действуя умышленно и согласованно с неустановленными лицами, осуществляя единые преступные цели, используя электронные и информационно-телекоммуникационные сети, включая сеть «Интернет», посредством неустановленного в ходе следствие программного приложения, путем текстовых сообщений и фотоизображений, передавал точные адреса местонахождения организованных им тайников - «закладок» с наркотическими средствами неустановленным лицам, действующим с ним по предварительному сговору, с целью последующего совместного незаконного сбыта. Таким образом ФИО1 действуя умышленно, в группе лиц по предварительному сговору, выполнил все необходимые и достаточные действия, направленные на сбыт наркотических средств, но его действия не были доведены до конца, поскольку были пресечены сотрудниками полиции и запрещенные к обороту средства были изъяты из незаконного оборота. На основании изложенного суд полагает, что квалифицирующий признак совершения преступления «группой лиц по предварительному сговору» нашел свое полное подтверждение по каждому преступлению. При этом вопреки доводов стороны защиты отсутствие в телефоне ФИО1 телефонных соединений и переговоров последнего с неустановленными лицами по поводу сбыта наркотических средств на выводы суда о совершении ФИО1 вышеописанных преступлений в составе группы лиц по предварительному сговору с неустановленными лицами не повлияло, поскольку указанные обстоятельства в полном объеме подтверждаются совокупностью других исследованных судом и приведенных в приговоре доказательств. А само по себе неустановление лиц, в соучастии с которыми ФИО1 совершены преступления, не свидетельствует об отсутствии квалифицирующего признака "совершение преступления группой лиц по предварительному сговору". По смыслу закона преступление квалифицируется как совершенное с использованием электронных или информационно-телекоммуникационных сетей, включая сеть "Интернет", независимо от стадии совершения преступления, если для выполнения хотя бы одного из умышленных действий, создающих условия для его совершения или входящих в его объективную сторону, лицо использовало такие сети. При этом доступ к электронным или информационно-телекоммуникационным сетям, в том числе сети "Интернет", может осуществляться с различных компьютерных устройств, технологически предназначенных для этого, с использованием программ, имеющих разнообразные функции, в том числе предназначенных для обмена сообщениями. В судебном заседании установлено, что преступления ФИО1 совершены с использованием информационно-телекоммуникационных сетей (включая сеть «Интернет»), поскольку вся организация деятельности подсудимого по сбыту наркотических средств происходила посредством указанных сетей, так по средствам интернет ФИО1 дал согласие работать курьером-закладчиком наркотических средств в интернет-магазине. Посредством Интернет ему от неустановленного лица сообщалось место «мастер-клада» с наркотическим средством, которое необходимо забрать. После чего он забирал и фотографировал полученное им наркотическое средство, после чего расфасовывал полученное наркотическое средство, делал закладки, при этом производил фотографирование места «закладки» с указанием координат местности и описанием внешнего вида упаковки и места, которые направлял неустановленному лицу. Данный вид связи обеспечивал покупателю наркотического средства, неустановленным лицам и подсудимому быстрый и бесконтактный способ общения, повышенный уровень конспирации их деятельности, а также возможность передавать не только текстовые сообщения, но и фотофайлы, фотографии, что облегчало описание местонахождения тайника с наркотическим средством и упрощало в дальнейшем его поиск потребителем запрещенного вещества. Преступления, совершенные ФИО1 являются неоконченными, поскольку он был задержан сотрудниками полиции, а наркотические средства разложенные им в тайники закладки, а также наркотические средства которые он хранил в своем автомобиле и по месту жительства с целью их последующего сбыта были обнаружены и изъяты в результате действий сотрудников правоохранительных органов, в связи с чем ФИО1 свои умышленные действия, непосредственно направленные на незаконный сбыт этих наркотических средств, не довел до конца по независящим от него обстоятельствам. По смыслу закона, если лицо в целях осуществления умысла на незаконный сбыт наркотических средств, психотропных веществ незаконно приобретает, хранит, перевозит, изготавливает, перерабатывает эти средства, вещества, растения, тем самым совершает действия, направленные на их последующую реализацию и составляющие часть объективной стороны сбыта, однако по не зависящим от него обстоятельствам не передает указанные средства, вещества, растения приобретателю, то такое лицо несет уголовную ответственность за покушение на незаконный сбыт этих средств, веществ, растений. Переходя к вопросу квалификации действий ФИО1 суд приходить к следующему. Согласно разъяснений, содержащихся в "Обзоре судебной практики Верховного Суда РФ", утвержденные Президиумом Верховного Суда РФ 20 декабря 2016 года, действия виновного, имеющего умысел на сбыт наркотических средств нескольким лицам при отсутствии с ними предварительной договоренности на реализацию всего объема этих средств, следует квалифицировать как самостоятельные преступления, предусмотренные ст. 228.1 УК РФ . Установленные судом фактические обстоятельства свидетельствуют о том, что ФИО1 получив наркотическое средство в крупном размере преследовал цель сбыть полученную партию наркотиков, для реализации которой при помощи электронных весов и полимерных пакетов, расфасовал на более мелкие партии, намеревались реализовать их путем размещения в тайниках-закладках и каждое его действие по созданию тайников заключалось в покушении на незаконный сбыт одного свертка с наркотическим веществом. Следовательно, покушения на незаконный сбыт наркотического средства – гашиш (анаша, смола каннабиса), массами 0,47 гр.; 0,47 гр.; 0,45 гр.; 2,97 гр.; 0,47 гр.; 0,46 гр.; 0,46 гр. разложенное в 7 закладок образуют отдельные, самостоятельные преступления. На основании изложенного суд приходит к выводу о том, что действия ФИО1 следует квалифицировать: - относительно каждой изъятой массы наркотического средства гашиш (анаша, смола каннабиса) из закладок массами 0,47 гр.; 0,47 гр.; 0,45 гр.; 0,47 гр.; 0,46 гр.; 0,46 гр. - по ч. 3 ст. , п. «а» ч. 3 ст. 228.1 УК РФ как покушение на незаконный сбыт наркотических средств, то есть умышленные действия лица, непосредственно направленные на незаконный сбыт наркотических средств, совершенный с использованием электронных и информационно-телекоммуникационных сетей (включая сеть «Интернет»), группой лиц по предварительному сговору, при этом преступление не было доведено до конца по не зависящим от этого лица обстоятельствам (6 преступлений). -относительно наркотического средства гашиш (анаша, смола каннабиса) массой 2,97 гр. изъятого из закладки – по ч. 3 ст. , п. «а, б» ч. 3 ст. 228.1 УК РФ как покушение на незаконный сбыт наркотических средств, то есть умышленные действия лица, непосредственно направленные на незаконный сбыт наркотического средства, с использованием электронных и информационно-телекоммуникационных сетей (включая сеть «Интернет»), группой лиц по предварительному сговору, в значительном размере, при этом преступление не было доведено до конца по независящим от этого лица обстоятельствам. - относительно наркотического средства гашиш (анаша, смола каннабиса) массой 28,89 гр. изъятого в ходе осмотра автомобиля - по ч. 3 ст. , п. «г» ч. 4 ст. 228.1 УК РФ как покушение на незаконный сбыт наркотических средств, то есть умышленные действия лица, непосредственно направленные на незаконный сбыт наркотического средства, с использованием электронных и информационно-телекоммуникационных сетей (включая сеть «Интернет»), группой лиц по предварительному сговору, в крупном размере, при этом преступление не было доведено до конца по независящим от этого лица обстоятельствам. - относительно наркотического средства гашиш (анаша, смола каннабиса) массами 30,95 гр. и 9,93 гр. и частей плодовых тел грибов, содержащих псилоцин, которые отнесены к частям растений, содержащих наркотические средства суммарной массой в высушенном виде 5,55 гр. - по ч. 3 ст. , п. «г» ч. 4 ст. 228.1 УК РФ – как покушение на незаконный сбыт наркотических средств, а также частей растений, содержащих наркотические средства, то есть умышленные действия лица, непосредственно направленные на незаконный сбыт наркотических средств, а также частей растений, содержащих наркотические средства, с использованием электронных и информационно-телекоммуникационных сетей (включая сеть «Интернет»), группой лиц по предварительному сговору, в крупном размере, при этом преступление не было доведено до конца по независящим от этого лица обстоятельствам. Также в ходе обыска в квартире ФИО1 в туалете в тарелке и двух бумажных свертках, и на кухне в одном бумажном свертке было обнаружено наркотическое средство каннабис (марихуана) суммарной массой в пересчете на сухое вещество не менее 1,2 грамма. В ходе предварительного следствия и в судебном заседании ФИО1 пояснял, что указанное наркотическое средство он хранил для личного потребления, на что также указывает место обнаружения указанных свертков в туалете, в т.ч. в тарелке в общем доступе, их упаковка в бумажные свертки, не пригодные для сбыта через закладки и отличные от свертков с наркотическим средством гашиш (анаша, смола каннабиса) предназначавшихся для сбыта, а также согласуется с актом медицинского освидетельствования на состояние опьянения от &lt;дата обезличена&gt;, согласно которому сам ФИО1 при освидетельствовании сообщал врачу о наркотизации в день освидетельствования (марихуана), а при ХМС анализе от &lt;дата обезличена&gt; обнаружен тетрагидроканнабинол (Т.1, л.д. 205). Сведений о том, что подсудимый намеривался сбыть, изъятое у него наркотическое средство каннабис (марихуана) суммарной массой не менее 1,2 гр. в представленных суду доказательствах не содержится. Также стороной обвинения не представлено доказательств того, каким образом возможен сбыт наркотического средства гашиш (анаша, смола каннабиса) обнаруженного в измельчителе массой 0,07 гр. и на поверхности весов массой 0, 05 гр. Таким образом, обвинение подсудимого ФИО1 в покушении на сбыт наркотического средства каннабис (марихуана) суммарной массой не менее 1,2 грамма и гашиш (анаша, смола каннабиса) суммарной массой 0,12 гр. обнаруженного в измельчителе и на поверхности весов не нашло своего подтверждения, а в ходе проведения обыска в квартире ФИО1 лишь установлен факт хранения последним наркотического средства каннабис (марихуана) суммарной массой не менее 1,2 гр. и наркотического средства гашиш (анаша, смола каннабиса) суммарной массой 0,12 гр. Исходя из смысла ст. 228 УК РФ , действия лица, связанные с незаконным владением наркотическими средствами, в том числе содержание их при себе для использования в личных целях либо в интересах других лиц, если при этом не установлено наличие цели их сбыта, влекут ответственность за незаконное хранение без цели сбыта этих средств. Между тем наркотическое средство каннабис (марихуана) массой не менее 1,2 гр. и наркотического средства гашиш (анаша, смола каннабиса) с массой 0,12 гр. не образует значительного размера, в связи с этим их хранение без цели сбыта в таком количестве не образует состава преступления. Согласно заключению судебно-психиатрической экспертизы &lt;номер обезличен&gt; от &lt;дата обезличена&gt; ФИО1, каким-либо хроническим психическим расстройством, слабоумием или иным болезненным состоянием психики, которые лишали бы его возможности осознавать фактический характер и общественную опасность своих действий и руководить ими, не страдал и не страдает. Может лично осуществлять свои процессуальные права. Может правильно воспринимать обстоятельства, имеющие значение для дела и давать показания. В применении мер медицинского характера не нуждается. Наркоманией не страдает, в лечении от наркомании и медико-социальной реабилитации не нуждается ( Т.3, л.д. 247-249). Опираясь на материалы уголовного дела, а также оценивая поведение подсудимого ФИО1 в судебном заседании, суд признает, что подсудимый являются вменяемым лицом и подлежит уголовной ответственности за содеянное. При назначении наказания подсудимому суд, руководствуясь ст. ч. 1, ст. ч. 2, ст. ч. 3, ст. 61 УК РФ учитывает характер содеянного, степень общественной опасности, его личности, а также влияние назначенного наказания на исправление подсудимого и на условия жизни его семьи, принимает во внимание обстоятельства, смягчающие подсудимому наказание. Оценивая характер общественной опасности совершенных подсудимым преступлений суд принимает во внимание, что совершенные ФИО1 деяния посягают на здоровье населения, установленный государством порядок оборота наркотических средств, а также на общественную безопасность, являются умышленными и законом отнесены к категории особо тяжких преступлений, за совершение последних санкцией соответствующей статьи Уголовного кодекса Российской Федерации предусмотрено наказание в виде лишения свободы, являющееся безальтернативным. Определяя степень общественной опасности совершенных ФИО1 преступлений суд учитывает конкретные обстоятельства содеянного, характер и тяжесть наступивших негативных последствий, способ совершения преступлений, вид и размер наркотического средства, а также исходит из того, что противоправные деяния не были доведены до конца подсудимым по независящим от его обстоятельствам. По смыслу закона, активное способствование раскрытию и расследованию преступления состоит в активных действиях виновного, направленного на сотрудничество с органами следствия, и может выражаться в том, что виновный предоставляет указанным органам информацию, в том числе ранее им неизвестную, дает правдивые и полные показания, участвует в производстве следственных действий, направленных на закрепление и подтверждение ранее полученных данных, сообщает место хранения наркотических средств. Несмотря на то, что ФИО1 отрицал предварительный сговор с неустановленными лицами на сбыт наркотических средств, указывал что часть наркотических средств изъятых в ходе осмотра автомобиля и обыска в жилище он хранил для личного употребления, между тем он принял участие в проведении следственных действий – осмотре участков местности и обыске, в ходе которых были изъяты закладки с наркотическим средством, предоставил доступ к своему телефону, что в соответствии с п. «и» ч. 1 ст. 61 УК РФ , суд признает смягчающим наказание подсудимому обстоятельством активным способствованием раскрытию, расследованию преступлений. Также в качестве обстоятельств, смягчающих наказание ФИО1 в соответствии п. «г» ч. 1 ст. 61 УК РФ суд признает наличие у него малолетнего ребенка, в соответствии с ч.2 ст. 61 УК РФ частичное призвание вины, возврат и неудовлетворительное состояние здоровья, возраст и состояние здоровья ее близких родственников. К данным о личности подсудимого суд относит наличие у него места регистрации и жительства, по которому он характеризуется с положительной стороны, наличие места работы, где он характеризуется положительно и положительные характеристики с предыдущих мест работ, наличие у ФИО1 грамот за участие в турнирах по баскетболу и диплома за старание в обучении и активное участие в жизни класса, полученные в период обучения в школе, благодарственное письмо Регионального отделения политической партии «Справедливая России» в Челябинской области за участие в субботнике. Обстоятельств, отягчающих наказание подсудимого ФИО1, предусмотренных ст. 63 УК РФ судом не установлено. Учитывая характер и степень общественной опасности совершенных подсудимым особо тяжких преступлений, посягающих на здоровье населения и общественную нравственность, то есть представляющих повышенную общественную опасность, фактические обстоятельства содеянного, обстоятельства, в силу которых преступления не были доведены до конца, личность подсудимого, суд считает, что исправление подсудимого возможно лишь в условиях изоляции от общества и полагает необходимым назначить ему наказание за каждое преступление в виде лишения свободы в соответствии с ч. 3 ст. , ч.1 ст. 62 УК РФ . Судом также принимаются во внимание обстоятельства, в силу которых преступления, предусмотренные ст. 228.1 УК РФ не были доведены до конца, а именно то, что действия подсудимого, направленные на незаконный сбыт наркотических средств, были пресечены сотрудниками полиции. Срок наказания в виде лишения свободы за преступления, предусмотренные ч.3 ст. п. «а» ч.3 ст. 228.1 , ч.3 ст. п.п. «а, б» ч.3 ст. 228.1 УК РФ и ч. 3 ст. , п. «г» ч. 4 ст. 228.1 УК РФ суд назначает подсудимому с учетом правил назначения наказаний, предусмотренных частью 3 статьи 66 УК РФ , за покушение на преступление, согласно которых назначается наказание, не превышающее трех четвертей максимального срока или размера наиболее строгого вида наказания; с применением требований части 1 статьи 62 УК РФ , согласно которых при наличии смягчающих обстоятельств, предусмотренных пунктами «и» (или) «к» части первой статьи Уголовного Кодекса, и отсутствии отягчающих обстоятельств срок или размер наказания не могут превышать двух третей максимального срока или размера наиболее строгого вида наказания, предусмотренного соответствующей статьей Особенной части Уголовного Кодекса, а также учитывает совокупность смягчающих наказание обстоятельств, связанных с поведением подсудимой после совершения преступления, и других смягчающих наказание обстоятельств, в связи с чем назначает срок наказания в виде лишения свободы ниже низшего предела, предусмотренного санкций за данные преступления. С учетом правил ч.3 ст. , ч.1 ст. 62 УК РФ срок или размер наказания, который может быть назначен подсудимому за совершение каждого преступления предусмотренного по ч. 3 ст. , п. «а» ч. 3 ст. 228.1 УК РФ и п.п. «а, б» ч.3 ст. 228.1 УК РФ ниже нижнего предела наиболее строгого вида наказания, предусмотренного санкцией ч. 3 ст. 228.1 УК РФ , а за совершение каждого преступления, предусмотренного ч. 3 ст. , п. «г» ч. 4 ст. 228.1 УК РФ совпадают верхний предел наказания, которое может быть назначено подсудимому в результате применения указанных норм закона с нижним пределом наиболее строгого вида наказания, предусмотренного санкцией ч. 4 ст. 228.1 УК РФ в связи с чем, в соответствии с п.34 Постановления Пленума Верховного Суда Российской Федерации №58 от 22 декабря 2015 года, суд назначает наказание ФИО1 ниже низшего предела без ссылки на статью 64 УК РФ . Суд не усматривает исключительных обстоятельств, связанных с целями и мотивами преступлений, ролью виновного, его поведением, а равно и других обстоятельств, существенно уменьшающих степень общественной опасности преступлений, и не находит оснований назначить ФИО1 наказание с применением ст. 64 УК РФ . Учитывая обстоятельства совершения преступлений, данные о личности подсудимого, суд, несмотря на имеющуюся совокупность смягчающих наказание обстоятельств, приходит к выводу о необходимости назначения ему, в данном случае, реального лишения свободы, оснований для назначения наказания, в соответствии со ст. 73 УК РФ не находит, полагая, что иной вид наказания не способен достичь целей исправления подсудимого и предупреждения совершения им новых преступлений. С учетом обстоятельств дела, личности подсудимого суд не находит целесообразным назначение подсудимому дополнительного наказания в виде ограничения свободы в соответствии с требованиями ст. 53 УК РФ . Между тем, криминологическая характеристика совершенного подсудимыми преступления, обусловленного желанием получить обогащение от запрещенной законом деятельности, выражающейся в совершении запрещенных законом действий, посягающих на безопасность здоровья населения Российской Федерации, свидетельствуют о необходимости и разумности применения в качестве дополнительного наказания к подсудимому штрафа в размере и пределах санкции совершенных подсудимым преступлений. Принимая решение о размере штрафа, как дополнительного наказания, суд учитывает данные о личности ФИО1 отсутствие у него противопоказаний к труду, подтвержденных документально, его трудоспособный возраст. Поскольку преступления, предусмотренные ч. 3 ст. и п. «г» ч. 4 ст. 228.1 УК РФ , совершены подсудимым без использования должностных полномочий, суд не назначает ему дополнительное наказание в виде лишения права занимать определенные должности или заниматься определенной деятельностью. В соответствии с ч. 5 ст. 15 УК РФ преступления, предусмотренные ч.3 ст. п. «а» ч.3 ст. 228.1 , ч.3 ст. п.п. «а, б» ч.3 ст. 228.1 УК РФ и ч. 3 ст. , п. «г» ч. 4 ст. 228.1 УК РФ относится к категории особо тяжких преступлений. Обсуждая вопрос о возможности изменения категории преступлений с особо тяжкого преступления на категорию тяжкого преступления, суд, исходя из фактических обстоятельств дела и степени общественной опасности, совершенных подсудимым преступлений, не усматривает достаточных и разумных оснований для изменения категории преступлений в рамках применения положений ч. 6 ст. 15 УК РФ . В соответствии с ч. 1 ст. 53.1 УК РФ принудительные работы применяются как альтернатива лишению свободы в случаях, предусмотренных соответствующими статьями Особенной части УК РФ, за совершение преступления небольшой или средней тяжести либо за совершение тяжкого преступления впервые. В данном случае ФИО1 совершены особо тяжкие преступления, санкция которых не предусматривает наказание в виде принудительных работ как альтернативу лишению свободы. В соответствии с п. «в» ч.1 ст. 58 УК РФ отбывание наказания в виде лишения свободы ФИО1 должно быть назначено в исправительной колонии строгого режима, поскольку им совершены особо тяжкие преступления. На основании п. 1 ч. 3 ст. 81 УПК РФ и в соответствии п. "г" ч. 1 ст. 104.1 УК РФ орудия, оборудование или иные средства совершения преступления, принадлежащие обвиняемому, подлежат конфискации. Для целей главы 151 УК РФ, принадлежащим обвиняемому следует считать имущество, находящееся в его собственности, а также в общей собственности обвиняемого и других лиц, в том числе в совместной собственности супругов. При этом наличие обременения (в т.ч в виде залога), не относится к числу причин, исключающих конфискацию данного предмета. Судом установлено, что ФИО1 задержан в ходе оперативно-розыскного мероприятия "Наблюдение", проводимого сотрудниками полиции и в ходе осмотра места происшествия, на месте его задержания в автомобиле «Лада Гранта» государственный регистрационный номер &lt;номер обезличен&gt; обнаружено и изъято наркотическое средство, предназначенное для оборудования тайников - закладок с наркотическим средством. В связи с изложенным, суд приходит к выводу, что указанный автомобиль являлся орудием и средством совершения преступлений, поскольку, обладает признаками, предусмотренными п. 1 ч. 3 ст. 81 УПК РФ , п. "г" ч. 1 ст. 104.1 УК РФ и подлежит конфискации. Доводы адвоката о том, что приобретение данного автомобиля на денежные средства, полученные путем заключения кредитного договора, исключают возможность его конфискации, поскольку нарушает право кредитора, не могут быть признаны судом состоятельными, поскольку в соответствии с разъяснениями, изложенными в п. 9 постановления Пленума Верховного Суда РФ от 14.06.2018 года N 17 (в ред. от 12.12.2023 года) "О некоторых вопросах, связанных с применением конфискации имущества в уголовном судопроизводстве", наличие обременения (в т.ч в виде залога), не относится к числу причин, исключающих конфискацию данного предмета. При этом суд отмечает, что приобретение подсудимым автомобиля путем использования кредитных денежных средств, полученных по соответствующему договору, как и нахождение этого автомобиля в залоге у банка, не свидетельствует о невозможности его конфискации и обращении в собственность государства, поскольку сама по себе конфискация залогового имущества не прекращает прав кредитора собственника изымаемого имущества на удовлетворение своих требований за счет его стоимости. Разрешая судьбу вещественных доказательств – мобильных (сотовых) телефонов марки «Айфон 7», «Redmi 9A» и «Айфон 12», использованных подсудимым при совершении преступлений в сфере незаконного оборота наркотических средств, суд принимает во внимание, что данные предметы, как орудие совершения преступлений, на основании п. «г» ч. 1 ст. 104.1 УК РФ , также подлежат конфискации в собственность государства. Разрешая судьбу вещественных доказательств, суд исходит из требований ст.ст. , 82 УПК РФ . На основании изложенного, руководствуясь ст. ст. - 309 УПК РФ , суд П Р И Г О В О Р И Л : ФИО1 признать виновным в совершении шести преступлений, предусмотренных ч. 3 ст. , п. «а» ч. 3 ст. 228.1 УК РФ , одного преступления, предусмотренного ч. 3 ст. , п.п. «а, б» ч. 3 ст. 228.1 УК РФ и двух преступлений, предусмотренных ч. 3 ст. , п. «г» ч. 4 ст. 228.1 УК РФ и назначить ему наказание: - за каждое из шести преступлений, предусмотренных ч. 3 ст. , п. «а» ч. 3 ст. 228.1 УК РФ в виде лишения свободы сроком 6 (шесть) лет 6 (шесть) месяцев со штрафом в размере 20 000 (двадцать тысяч) рублей, -за преступление, предусмотренное ч. 3 ст. , п.п. «а, б» ч. 3 ст. 228.1 УК РФ в виде лишения свободы сроком 7 (семь) лет со штрафом в размере 50 000 (пятьдесят тысяч) рублей, - за каждое из двух преступлений, предусмотренных ч. 3 ст. , п. «г» ч. 4 ст. 228.1 УК РФ - в виде лишения свободы сроком 8 (восемь) лет со штрафом в размере 100 000 (сто тысяч) рублей. В соответствии с ч. 2 ст. 69 УК РФ по совокупности преступлений, путем частичного сложения назначенных наказаний окончательно назначить ФИО1 наказания в виде лишения свободы сроком 9 (девять) лет со штрафом в размере 200 000 (двести тысяч) рублей, с отбыванием основного наказания в исправительной колонии строгого режима. Штраф подлежит уплате ФИО1 по следующим реквизитам: Главное управление Министерства Внутренних дел РФ по &lt;адрес обезличен&gt;, ОКТМО: &lt;номер обезличен&gt; Счет получателя: &lt;номер обезличен&gt;, Лицевой счет получателя: &lt;номер обезличен&gt;, ИНН: &lt;номер обезличен&gt;, Наименование банка получателя: Отделение Челябинск, БИК: &lt;номер обезличен&gt;, КБК: &lt;номер обезличен&gt;; УИН: &lt;номер обезличен&gt;. Меру пресечения до вступления приговора в законную силу ФИО1 оставить прежней – заключение под стражей. Срок наказания ФИО1 исчислять со дня вступления приговора в законную силу. На основании ч. 3.2 ст. 72 УК РФ время содержания ФИО1 под стражей с &lt;дата обезличена&gt; до дня вступления приговора в законную силу подлежит зачету в срок лишения свободы из расчета один день за один день отбывания наказания в исправительной колонии строгого режима. Вещественные доказательства по уголовному делу: наркотическое средство – гашиш (анаша, смола каннабиса), массами 0,47 гр., 0,47 гр., 0,45 гр., 2,97 гр., 0,47 гр., 0,46 гр., 0,46 гр. (без учета израсходованного вещества), упакованные в полимерный сейф-пакет &lt;номер обезличен&gt;; наркотическое средство – гашиш (анаша, смола каннабиса), суммарной массой 29,89 гр. (без учета израсходованного вещества) упакованное в полимерный сейф-пакет &lt;номер обезличен&gt; наркотическое средство – гашиш (анаша, смола каннабиса), суммарной массой 41,00 гр. (без учета израсходованной массы), находящиеся в 57 пакетах-«гриппер», свертке, представляющем собой пакет-«гриппер» с веществом, оклеенный отрезком полимерной липкой ленты зеленого цвета, в измельчителе и на поверхности весов в корпусе черного цвета; наркотическое средство – каннабис (марихуана), суммарной массой 1,2 гр. (без учета израсходованной массы), находящиеся в 4 бумажных свертках; части плодовых тел грибов, содержащих псилоцин, которые отнесены к растениям, содержащим наркотические средства суммарной массой в высушенном виде 5,55 гр. (без учета израсходованной массы), находящиеся в двух пакетах-«гриппер» - находящиеся в камере хранения вещественных доказательств УМВД России по г. Магнитогорску – хранить до вынесения итогового решения по выделенному уголовному делу &lt;номер обезличен&gt;. Вещественные доказательства: срезы ногтевых пластин, смывы с поверхности рук ФИО1 и ФИО1, смыв с поверхности объектов, контрольные тампоны, 68 «гриппер»-пакетов, три металлические крышки, три фрагмента фольги, один фрагмент изоленты, два образца буккального эпителия (ФИО1 и ФИО1) упакованные в сейф-пакеты &lt;номер обезличен&gt;, полимерные пакеты -«гриппер» размерами 60 мм х100 мм в количестве 206 шт., пакеты-гриппер размерами 150 мм х 220 мм в количестве 49 шт., 7 металлических крышек 4 фрагмента фольги, 16 рулонов изоляционной липкой ленты различных цветов, растительное вещество, представленное в коробке и находящееся в десяти капсулах порошкообразное вещество, не содержащие наркотических средств - по вступлению приговора в законную силу уничтожить. Вещественные доказательства: банковскую карту «Озон» &lt;номер обезличен&gt;; банковскую карта «Кредит Урал Банк» &lt;номер обезличен&gt;; банковскую карту «Кредит Урал Банк» &lt;номер обезличен&gt;, СD-RW-диск с зафиксированными результатами оперативно-розыскных мероприятий «Прослушивание телефонных переговоров», «Снятие информации с технических каналов связи» и «Получение компьютерной информации», а также зафиксированные на бумажных носителях в расшифровках аудиозаписи телефонных переговоров абонентского номера &lt;***&gt;, находящегося в пользовании ФИО1, DVD-диск марки «Mydisc» серого цвета с рукописной надписью черного цвета «Э-391 2025», объем диска 4.7 Гб с приложением 1 к заключению эксперта &lt;номер обезличен&gt; от &lt;дата обезличена&gt; –хранить в материалах уголовного дела. На основании п. «г» ч. 1 ст. 104.1 УК РФ после вступления приговора в законную силу конфисковать, то есть изъять и обратить в собственность государства, следующее имущество подсудимого: -мобильный (сотовый) телефон марки «Айфон 7», IMEI: &lt;номер обезличен&gt;; мобильный (сотовый) телефон «Redmi 9A» («Редми 9А»), IMEI 1: &lt;номер обезличен&gt; IMEI 2: &lt;номер обезличен&gt;; мобильный (сотовый) телефон «Айфон 12», IMEI 1: &lt;номер обезличен&gt;, IMEI 2: &lt;номер обезличен&gt; внутри которого установлена 1 сим-карта с обозначением логотипа оператора сотовой связи «Теле2» и номерным обозначением: &lt;номер обезличен&gt;&lt;номер обезличен&gt;, находящиеся в камере хранения вещественных доказательств УМВД России по г. Магнитогорску; - транспортное средство (автомобиль) марки «Лада Гранта» государственный регистрационный номер &lt;номер обезличен&gt;, находящийся на ответственном хранении &lt;ФИО&gt;41 &lt;дата обезличена&gt; года рождения. До окончания конфискации указанного автомобиля сохранить арест, наложенный постановлением Орджоникидзевского районного суда г. Магнитогорска Челябинской области от &lt;дата обезличена&gt; на автомобиль марки «Лада Гранта» государственный регистрационный номер &lt;номер обезличен&gt;, после чего – арест отменить. Приговор может быть обжалован сторонами в апелляционном порядке в Челябинский областной суд в течение пятнадцати суток со дня его провозглашения путем подачи апелляционных жалоб и представления через Орджоникидзевский районный суд г.Магнитогорска Челябинской области, а осужденным в тот же срок со дня вручения им копии приговора. В случае подачи апелляционной жалобы, осужденный вправе ходатайствовать о своем участии в рассмотрении уголовного дела судом апелляционной инстанции, о чем должно быть указано в его апелляционной жалобе. В случае подачи апелляционного представления или апелляционных жалоб другими участниками судопроизводства, затрагивающих интересы осужденного, ходатайство об участии в рассмотрении уголовного дела судом апелляционной инстанции подается осужденным в течение пятнадцати суток с момента вручения ему копии апелляционного представления либо апелляционных жалоб. Председательствующий: Суд: Орджоникидзевский районный суд г. Магнитогорска (Челябинская область) (подробнее) Судьи дела: Прокопенко Ольга Сергеевна (судья) (подробнее) Последние документы по делу: Приговор от 25 декабря 2025 г. по делу № 1-691/2025 Приговор от 6 ноября 2025 г. по делу № 1-691/2025 Показать все документы по этому делу Судебная практика по: Контрабанда Судебная практика по применению норм ст. 200.1, 200.2, 226.1, 229.1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