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Допрошенный в судебном заседании свидетель Я1 показал, что в начале 2022 года он встал на учет в Центр занятости населения, где состоял до ноября 2023 года, до самого его отъезда в г.Новосибирск. Отмечался он у инспекторов два или три раза в месяц. Фамилии не помнит. ИП ФИО1 ему не знаком, никогда у него не работал. Помнит, что ему звонил какой-то мужчина и просил сказать, что он якобы у того работал. Он не согласился. Какие-то документы в Центре занятости населения он подписывал, но что это были за документы, он не знает, были ли они связаны с ИП ФИО1, сказать затрудняется. Из оглашенных в части с согласия сторон показаний Я1 (т.3 л.д.32-35, 82-85) следует, что с 28 января 2022 года он встал на учет в Центр занятости населения, дважды в месяц ходил на отметки к специалисту С6, отмечался и у О2 Отметки не пропускал и получал пособия. В 2022 году у ИП ФИО1 не работал, он ему не знаком. М6 КО ему не знакомы, фирму ООО «&lt;данные изъяты&gt;» не знает. Наличные денежные средства от каких-либо предпринимателей не получал. Пояснить что-либо по срочному трудовому договору от 20 мая 2022 года, приказу о приеме на работу № 13 от 20 мая 2022 года, согласно которым он был трудоустроен с 20 мая 2022 года по 19 августа 2022 года у ИП ФИО1 в должности подсобного рабочего, не может. Осмотрев указанные документы, а также приказ о прекращении трудового договора от 31 мая 2022 год, пояснил, что видит их впервые, не подписывал их. Подпись в приказе о прекращении трудового договора похожа на его подпись. В 2022 году ему позвонили из отдела безопасности налоговой, сообщили, что он укрыл сведения о своей работе. Он сообщил им, что никуда не устраивался и нигде не работал. Когда вошел в личный кабинет «Налог.ру», то увидел сведения 2НДФЛ о том, что в 2022 году он получил доход от ИП ФИО1 Кроме того, после того как в марте 2023 года его вызывали в МО МВД России «Усть-Илимский» и опросили по осуществлению работ через Центр занятости населения, он разговаривал со специалистом О2, на что та сказала ему, если его еще будут спрашивать, то нужно говорить, что он выполнял работы на территории ЛПК. Он ответил ей, что ничего такого говорить не будет. Кроме того, ему звонил мужчина, представился, что с Центра занятости населения. ФИО8 спрашивал, вызывали ли его в полицию, что спрашивали. Он ответил, что сказал всё как есть, а именно о том, что он никаких работ не выполнял. Высказал претензии по поводу того, что если они что-то там делали, проводили как-то людей по работам, то хотя бы предупреждали. ФИО8 с Центра занятости населения попросил его позвонить в полицию и сказать, что он якобы вспомнил иные события, а именно, что на самом деле работал. То есть просил дать другие показания. Он отказался это делать, пояснив, что как можно говорить, что работал на ЛПК, если там действует пропускной режим и всё фиксируется. В ходе предварительного следствия у свидетеля Я1 (т.3 л.д.38-43)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Я1 надлежало выполнять работу подсобным рабочим с 20 мая 2022 года по 19 августа 2022 года; - приказ (распоряжение) о приеме работника на работу № 13 от 20 мая 2022 года; - приказ (распоряжение) о прекращении трудового договора с работником (увольнении) № 24 от 31 мая 2022 года; - платежная ведомость № 8 от 31 мая 2022 года за период с 1 мая 2022 года по 31 мая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от главного специалиста (О2). Согласно заключению эксперта № 53 от 26 марта 2024 года (т.7 л.д.89-229), решить вопрос, кем, Я1 или другим лицом, выполнены исследуемые подписи, в приказе (распоряжении) о прекращении (расторжении) трудового договора с работником (увольнении) № 24 от 31 мая 2022 года, в приказе (распоряжении) о приеме работника на работу № 13 от 20 мая 2022 года, в срочном трудовом договоре б/н от 20 мая 2022 года, в платежной ведомости № 8 от 31 мая 2022 года не представилось возможным, по причине малого объема содержащейся в подписи графической информации, обусловленного их краткостью и простотой строения. В подтверждение звонка от ФИО2 Я1 представлены результаты прослушивания телефонных переговоров (т.1 л.д.179, 180-208). Из зафиксированного разговора следует, что ФИО2 интересовался вызовом Я1 в полицию. Я1 сообщил в полиции, что на общественных работах, как зафиксировано в документах (бумагах), он не работал. ФИО2 просил Я1 перезвонить в полицию, и сообщить, что он мог забыть и действительно там работал. Я1 на предложение ФИО2 не согласился (стенограмма 20.03.2023 11:49:10)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Допрошенный в судебном заседании свидетель Ф2 показал, что в 2022 году он состоял на учете в Центре занятости населения. От предлагаемой ему работы отказывался. На отметку ходил два раза в месяц. ИП ФИО1 ему не знаком, он никаких договоров не заключал. В ходе предварительного следствия у свидетеля Ф2 (т.3 л.д.14-19) были получены образцы подписи для сравнительного исследования. Представлены: - срочный трудовой договор б/н от 18 октября 2022 года, заключенный с ИП ФИО1, из содержания которого следует, что Ф2 надлежало выполнять работу подсобным рабочим с 18 октябя 2022 года по 15 ноября 2022 года; - приказ (распоряжение) о приеме работника на работу № 42 от 18 октября 2022 года; - приказ (распоряжение) о прекращении трудового договора с работником (увольнении) № 64 от 15 ноября 2022 года; - платежная ведомость № 26 от 1 ноября 2022 года за период с 18 октября 2022 года по 31 октября 2022 года; - платежная ведомость № 28 от 15 ноября 2022 года за период с 1 ноября 2022 года по 15 ноября 2022 года (копия). Указанные документы содержат подписи, выполненные Работодателем и Работником. Согласно заключению эксперта № 53 от 26 марта 2024 года (т.7 л.д.89-229), подпись от имени Ф2, расположенная в приказе (распоряжении) о прекращении (расторжении) трудового договора с работником (увольнении) № 64 от 15 ноября 2022 года, выполнена не Ф2, а другим лицом с подражанием подписи Ф2 Решить вопрос о том, кем, Ф2 или иным лицом, выполнены подписи от имени Ф2, расположенные в приказе (распоряжении) о приеме работника на работу № 42 от 18 октября 2022 года, в срочном трудовом договоре б\н от 18 октября 2022 года, не представилось возможным по причине малого объема содержащейся в подписи графической информации, обусловленного их краткостью и простотой строения, в том числе по причине частичной сопоставимости транскрипции.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Допрошенный в судебном заседании свидетель Б. показал, что он периодически с 2020 по 2022 год состоял на учете в Центре занятости населения, куда предоставил необходимые документы для постановки на учет в качестве безработного. Ходил отмечаться два раза в месяц. Бывало, что на отметки не приходил, а просто звонил сотрудникам Центра по телефону, подтверждал свою личность. Иногда сотрудники сами звонили, говорили, что его переводят на другую программу, но это ни на что не влияло, выплаты продолжали приходить, мог измениться только период выплат. Звонили женщины. Его это устраивало. Про ИП ФИО1 ничего не знает, он ему не знаком, у него никогда не работал. Когда его вызвали в полицию и показывали документы, он пояснял, что не подписывал их. Из оглашенных с согласия сторон показаний свидетеля Б. (т.3 л.д.20-23) следует, что он состоял на учете в Центре занятости населения, в том числе в период с октября 2021 по октябрь 2022 года. С ноября 2022 года устроился на работу в Иркутскую авиабазу наземной и воздушной охраны лесов, где работает по настоящее время. Устроился на данную работу самостоятельно, после того как снялся с учета. Предлагаемые ему работы Центром занятости его не устраивали, он отказывался от них. Дважды в месяц получал пособие по безработице. В 2022 году у ИП ФИО1 не работал. ФИО1 ему не знаком, но фамилию слышал. В Центре занятости населения нужно отмечаться дважды в месяц, но иногда сотрудники формально могли провести деятельность через какого-нибудь предпринимателя, чтобы не приходить и не отмечаться. Тогда выплаты приходили от какого-нибудь предпринимателя. У него было, что на карту приходили перечисления от ФИО1, и в этот период он на отметки не приходил. Сумма выплат не менялась, ему было не принципиально от кого получать денежные средства. Лично ФИО1 не знает, никакого вида деятельности у него не выполнял. М, КО ему не знакомы. При постановке на учет у него брали копии личных документов. Пояснить что-либо по срочному трудовому договору от 20 мая 2022 года, приказу о приеме на работу № 4 от 20 мая 2022 года, согласно которым он был трудоустроен с 20 мая 2022 года по 19 августа 2022 года у ИП ФИО1 в должности подсобного рабочего, не может. Просмотрев предоставленные ему для обозрения срочный трудовой договор от 20 мая 2022 года, приказ о приеме на работу от 20 мая 2022 года, приказ о прекращении трудового договора от 19 августа 2022 года, дополнительное соглашение к трудовому договору ИП ФИО1, может пояснить, что указанные документы не подписывал, подписи в документах не его. После оглашения показаний свидетель Б. их подтвердил, уточнив, что в настоящий момент не может достоверно утверждать, что ему поступали денежные средства от ФИО1 После предоставления свидетелю оригиналов срочного трудового договора, приказа о приеме на работу, дополнительного соглашения, приказа об увольнении, пояснил, что он в указанных документах не расписывался. В ходе предварительного следствия у свидетеля Б. (т.3 л.д.26-31)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Б. надлежало выполнять работу подсобным рабочим с 20 мая 2022 года по 19 августа 2022 года; - дополнительное соглашение № 1 об изменении оплаты; - приказ (распоряжение) о приеме работника на работу № 4 от 20 мая 2022 года; - приказ (распоряжение) о прекращении трудового договора с работником (увольнении) № 30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от главного специалиста (О2). Согласно заключению эксперта № 53 от 26 марта 2024 года (т.7 л.д.89-229), подписи от имени Б., расположенные в приказе (распоряжении) о приеме работника на работу № 4 от 20 мая 2022 года и в срочном трудовом договоре б/н от 20 мая 2022 года, выполнены не Б., а другим лицом с подражанием подписи Б. Подписи от имени Б., расположенные в дополнительном соглашении № 1 об изменении оплаты от 1 июня 2022 года к трудовому договору б/н от 20 мая 2022 года и приказе (распоряжении) о прекращении (расторжении) трудового договора с работником (увольнении) № 30 от 19 августа 2022 года, вероятно, выполнены не Б., а другим лицом с подражанием подписи Б. Решить вопрос, кем, Б. или другим лицом выполнены подписи от имени Б., расположенные в платежных ведомостях: № 9 от 8 июня 2022 года, № 12 от 15 июня 2022 года, № 12 от 1 июля 2022 года, № 14 от 5 августа 2022 года, № 15 от 15 августа 2022 года, № 17 от 9 августа 2022 года, ответить не представилось возможным по причине несопоставимости между собой подписей от имени Б. и образцов подписи самого Б. из-за различной транскрипции.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Допрошенная в судебном заседании свидетель З4 показала, что ИП ФИО1 ей не знаком, у него она никогда не работала и каких-либо документов не подписывала, о чем она также сообщила, когда ее вызывали на допрос. В документах, которые ей демонстрировали, она видела проставленные подписи похожие на её подпись. ФИО2 ей не знаком. Из оглашенных с согласия сторон показаний свидетеля З4 (т.3 л.д.44-47) следует, что ранее она состояла на учете в Центре занятости населения, но это было давно. В 2022 году на учет в Центр занятости она не вставала. М6 КО ей не знакомы, предприятие ООО «&lt;данные изъяты&gt;» не знает. Ни в каких ведомостях о получении денежных средств в 2022 году не расписывалась. Подпись у нее всегда одинаковая. Ничего пояснить согласно срочного трудового договора от 1 июня 2022 года, приказа о приеме на работу № 17 от 1 июня 2022 года, в соответствии с которыми была трудоустроена с 1 июня 2022 года по 31 августа 2022 года в ИП ФИО1 в должности подсобного рабочего, не может, не работала нигде, про данное ИП слышит впервые. В документах были указаны данные паспорта, который она поменяла по достижении возраста. Направление на общественные работы не получала. После оглашения показаний свидетель З4 их полностью подтвердила. Кроме того, свидетелю З4 были представлены на обозрение оригиналы срочного трудового договора, приказа о приеме на работу, приказа об увольнении. Ознакомившись с ними в судебном заседании, подтвердила, что не подписывала их. В ходе предварительного следствия у свидетеля З4 (т.3 л.д.51-56) были получены образцы подписи для сравнительного исследования. Представлены: - срочный трудовой договор б/н от 1 июня 2022 года, заключенный с ИП ФИО1, из содержания которого следует, что З4 надлежало выполнять работу подсобным рабочим с 1 июня 2022 года по 31 августа 2022 года; - приказ (распоряжение) о приеме работника на работу № 17 от 1 июня 2022 года; - приказ (распоряжение) о прекращении трудового договора с работником (увольнении) № 36 от 19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(С2). Согласно заключению эксперта № 53 от 26 марта 2024 года (т.7 л.д.89-229), подпись от имени З9, расположенная в приказе № 36 от 19 августа 2022 года, в приказе № 17 от 1 июня 2022 года и в срочном трудовом договоре от 1 июня 2022 года, вероятно, выполнена не З9, а другим лицом с подражанием подписи З9 Решить вопрос, кем, З4 или другим лицом, выполнены подписи от имени З4, расположенные в платежных ведомостях: № 13 от 15 июля 2022 года; № 15 от 15 августа 2022 года, ответить не представилось возможным по причине несопоставимости между собой подписей от имени З4 и образцов подписи самой З4 из-за различной транскрипции. Решить вопрос, кем, З4 или другим лицом, выполнены подписи от имени З4, расположенные в платежной ведомости № 14 от 5 августа 2022 года и № 12 от 7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Допрошенный в судебном заседании свидетель К2 показал, что он состоял на учете в Центре занятости населения у специалиста Р2 Помнит, что работал грузчиком в магазине «Хлеб Соль». В Центре занятости ему предложили поработать на общественных работах, разгрузить какую-то машину или складывать доски, за что ему должны были заплатить 3 000 рублей. Специалист сказала, что ему позвонят. Позже ему перезвонил мужчина по имени Константин и пригласил в Центр занятости населения. Когда он пришел, Константин рассказал ему, что от него требовалось. Затем он унес в подвал какие-то коробки, далее они поехали на другой адрес, где он разгрузил электроинструменты. Ушел, больше ничего не делал, а Константин ему больше не звонил. За работу ему пришел денежный перевод на меньшую сумму, чем обговаривалось. Р2 он сказал, что больше так работать не будет. Никаких документов у ФИО16 он не подписывал, денег от него не получал. Помнит, что в Центре занятости расписывался за уведомление о следующей отметке, на которую нужно было к ним прийти. Не помнит, чтобы в следственном комитете ему на обозрение предоставляли какие-нибудь документы о его трудоустройстве. Из частично оглашенных с согласия сторон показаний свидетеля К2 следует, что пояснить по срочному трудовому договору от 18 октября 2022 года, приказу о приеме на работу № 43 от 18 октября 2022 года, согласно которых он был трудоустроен с 18 октября 2022 года по 14 ноября 2022 года у ИП ФИО1 в должности подсобного рабочего, он ничего не может. Работал у данного предпринимателя один раз. В срочном трудовом договоре от 18 октября 2022 года, приказе о приеме на работу от 18 октября 2022 года, приказе о прекращении трудового договора от 14 ноября 2022 года подписи не его, поскольку не подписывал их. В указанный период у ИП ФИО1 не работал. После обозрения в судебном заседании оригиналов платежной ведомости, срочного трудового договора, приказа о приеме на работу, приказа об увольнении показал, что только в платежной ведомости подпись похожа на его, остальные документы точно не подписывал. В ходе предварительного следствия у свидетеля К2 (т.3 л.д.63-68) были получены образцы подписи для сравнительного исследования. Представлены: - срочный трудовой договор б/н от 18 октября 2022 года, заключенный с ИП ФИО1, из содержания которого следует, что К2 надлежало выполнять работу подсобным рабочим с 18 октября 2022 года по 14 ноября 2022 года; - приказ (распоряжение) о приеме работника на работу № 43 от 18 октября 2022 года; - приказ (распоряжение) о прекращении трудового договора с работником (увольнении) № 59 от 14 ноября 2022 года; - платежная ведомость № 26 от 1 ноября 2022 года за период с 18 октября 2022 года по 31 октября 2022 года: - платежная ведомость № 28 от 15 ноября 2022 года за период с 1 ноября 2022 года по 15 ноября 2022 года (копия). Указанные документы содержат подписи, выполненные Работодателем и Работником. Согласно заключению эксперта № 53 от 26 марта 2024 года (т.7 л.д.89-229), подпись от имени К2, расположенная в приказе (распоряжении) о прекращении (расторжении) трудового договора с работником (увольнении) № 59 от 14 ноября 2022 года, в приказе № 43 от 18 октября 2022 года, в срочном договоре от 18 октября 2022 года, в платежной ведомости № 26 от 1 ноября 2022 года, вероятно, выполнена не К2, а другим лицом с подражанием подписи К2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Допрошенная в судебном заседании свидетель А. показала, что она по ноябрь 2022 года состояла в Центре занятости населения, где у инспектора Г2 подписала документы для участия в программе по общественным работам. Кем ей предлагали работать не помнит, сказали ждать звонка от предпринимателя. В какой-то момент ей позвонил брат ФИО8, и сказал, что в случае опроса, подтвердить, что она работала маляром по &lt;адрес&gt;, получала зарплату наличными средствами. Через несколько дней пришли оперативные сотрудники, которым она рассказала, что работала маляром, как ее и просили. Для чего сообщила недостоверные сведения, пояснить не может. Когда ее вызвали в следственный комитет, то призналась, что у ИП ФИО1 она не работала. Из оглашенных с согласия сторон показаний А. (т.3 л.д.143-146) следует, что она последний раз встала на учет в Центр занятости населения после ее увольнения из детского сада, а именно 1 июня 2022 года. В 2022 году у ИП ФИО1 не работала, но фамилия ФИО8 ей знакома. Она стояла уже на учете, когда ей позвонил специалист и предложила работу курьером, суть работы не объясняли, сказали, что перезвонит сам предприниматель ФИО8. Однако, предприниматель ей не перезвонил. Весной 2023 года ей позвонил мужчина, представился как ФИО1 и спросил, не может ли она для статистики сказать, что якобы она у него работала маляром, и, что расчет с ней производился наличными денежными средствами. За данную услугу он сможет подыскать ей работу. Примерно через неделю к ней домой пришли сотрудники полиции, стали опрашивать, она подтвердила факт работы у ИП ФИО1 Однако, ее объяснение на самом деле не соответствует действительности. У ИП ФИО1 она никогда не работала, сам ФИО1 ей не знаком, его никогда не видела. Ознакомившись со срочным трудовым договором от 18 октября 2022 года, приказом о приеме на работу № 40 от 18 октября 2022 года, также подтвердила, что у ИП ФИО1 она в указанный период не работала. Проставленные подписи в срочном трудовом договоре, приказе о приеме на работу, приказе об увольнении, платежной ведомости, не её, данные документы видит впервые, никаких денежных средств от ИП ФИО1 не получала. После оглашения показаний свидетель А. их подтвердила, уточнив, что ей звонил не ФИО1, а вроде его брат, который ей так и представился, о чем она говорила следователю. В ходе предварительного следствия у свидетеля А. (т.3 л.д.148-155) были получены образцы подписи для сравнительного исследования. Представлены: - срочный трудовой договор б/н от 18 октября 2022 года, заключенный с ИП ФИО1, из содержания которого следует, что А. надлежало выполнять работу курьером с 18 октября 2022 года по 14 ноября 2022 года; - приказ (распоряжение) о приеме работника на работу № 40 от 18 октября 2022 года; - приказ (распоряжение) о прекращении трудового договора с работником (увольнении) № 60 от 14 ноября 2022 года; - платежная ведомость № 26 от 1 ноября 2022 года за период с 18 октября 2022 года по 31 октября 2022 года; - платежная ведомость № 28 от 15 ноября 2022 года за период с 1 ноября 2022 года по 15 ноября 2022 года (копия). Указанные документы содержат подписи, выполненные Работодателем и Работником. Согласно заключению эксперта № 53 от 26 марта 2024 года (т.7 л.д.89-229), решить вопрос, кем, А. или другим лицом, выполнены подписи от имени А., расположенные в приказе (распоряжении) о прекращении (расторжении) трудового договора с работником (увольнении) № от 14 ноября 2022 года, в приказе (распоряжении) о приеме работника на работу № 40 от 18 октября 2022 года, в срочном договоре б/н от 18 октября 2022 года, в платежной ведомости № 26 от 1 ноября 2022 года не представилось возможным, по причине малого объема содержащейся в подписи графической информации, обусловленного их краткостью.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Допрошенная в судебном заседании свидетель Д4 показала, что с 2021 года она состояла в Центре занятости населения. Инспектор ФИО14 предложила ей поучаствовать в социальной программе, в результате чего она подписала договор с ИП ФИО1, в содержание которого не вдавалась. В дальнейшем от следователя узнала, что программа была рассчитана на 3 месяца, а ее должность была - курьер. Какие-либо ведомости она не подписывала. Подтверждает, что ей звонили со стороны ФИО8, звонил ей и сам ФИО1, с которым она переписывалась, также они обменялись фотографиями, чтобы узнать друг друга. В ходе допроса свидетель опознала в подсудимом ФИО1 мужчину, с которым она обменивалась фотографиями для опознания друг друга. У свидетеля Д4 был изъят сотовый телефон «Samsung», в ходе осмотра которого установлено наличие контактов ФИО15 (+&lt;данные изъяты&gt;), ФИО15 (+&lt;данные изъяты&gt;), информация об исходящих и входящих с ними звонках, а также фотография мужчины, внешне схожего с подсудимым ФИО1 (т.3 л.д.101-114). Телефон признан и приобщен к материалам уголовного дела в качестве вещественного доказательства (т.3 л.д.115). В ходе предварительного следствия у свидетеля Д4 (т.3 л.д.93-100)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Д4 надлежало выполнять работу курьером с 20 мая 2022 года по 19 августа 2022 года; - дополнительное соглашение № 1 об изменении оплаты; - приказ (распоряжение) о приеме работника на работу № 6 от 20 мая 2022 года (копия); - приказ (распоряжение) о прекращении трудового договора с работником (увольнении) № 29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Согласно заключению эксперта № 53 от 26 марта 2024 года (т.7 л.д.89-229), подпись от имени Д4, расположенная в копии приказа № 6 от 20 мая 2022 года, вероятно, выполнена не Д4, а другим лицом, с подражанием подписи Д4, при условии, что оригинал исследуемой подписи, выполнен без применения технических приемов и средств. Подпись от имени Д4, расположенная в дополнительном соглашении № 1 об изменении оплаты от 1 июня 2022 года к трудовому договору б\н от 20 мая 2022 года, вероятно, выполнена не Д4, а другим лицом, с подражанием подписи Д4 Решить вопрос, кем, Д4 или другим лицом, выполнены подписи от имени Д4, расположенные в платежных ведомостях: № 9 от 8 июня 2022 года, № 12 от 15 июня 2022 года не представилось возможным. Выявить признаки в большом объеме, а также оценить их устойчивость и вариационность не удалось из-за отсутствия достаточно сопоставимых (по времени, транскрипции) образцов. Решить вопрос, кем, Д4 или другим лицом, выполнены подписи от имени Д4, расположенные в платежной ведомости № 12 от 1 июля 2022 года, № 17 от 19 августа 2022 года и № 14 от 5 августа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Допрошенный в судебном заседании свидетель А. показал, что года 2 или 3 назад состоял на учете в Центре занятости населения. ФИО1 ему не знаком, никогда у него не работал, ФИО2 не знает. Ему звонила женщина из Центра занятости и просила сказать, что он якобы где-то работал. Он согласился. Приезжал на место работы, встретивший его мужчина всё ему показывал и рассказывал. Нужно было говорить, что он что-то красил, убирался. Из оглашенных с согласия сторон показаний свидетеля А. (т.3 л.д.169-173) следует, что с весны 2022 году он состоял на учете в Центре занятости населения. Отмечался лично, явок не пропускал. Пособие по безработице перечислялись ему на банковскую карту. В тот период не работал, поскольку является инвалидом 2 группы. У ИП ФИО1 в 2022 году не работал. Также осенью 2022 года выезжал за пределы города. М6, КО ему не знакомы, ООО «&lt;данные изъяты&gt;» не известен. Никаких наличных денежных средств от ИП ФИО1 в 2022 году не получал, ни в каких ведомостях по получению заработной платы не расписывался. Пояснить что-либо по срочному трудовому договору от 20 мая 2022 года, дополнительному соглашению, приказу о приеме на работу № 2 от 20 мая 2022 года, приказу об увольнении № 31 от 19 августа 2022 года, согласно которым был трудоустроен с 20 мая 2022 года по 19 августа 2022 году у ИП ФИО1 в должности подсобного рабочего, не может. Предоставленные ему на обозрение указанные выше документы, платежные ведомости за июнь-август 2022 года видит впервые, подписи в указанных документах стоят не его, он эти документы не подписывал. Весной 2022 года его по указанным вопросам опрашивали сотрудники полиции. Спрашивали, работал ли у ИП ФИО1, также показывали какие-то документы с его подписями. Он сказал, что работал у ИП ФИО1, но по поводу подписей сказал, что подписи не его, что деньги получал наличными, не расписывался за них. Данное объяснение дал в связи с тем, что перед приездом сотрудников полиции ему позвонил мужчина и сказал, что ему могут позвонить и спросить работал ли он у ИП ФИО1, попросил сказать, что работал там, что отправляли от Центра занятости населения. Кроме того, мужчина попросил приехать в правобережную часть города, и что покажет место, где он якобы работал. Согласился, приехал к указанному месту по &lt;адрес&gt;. Его встретил мужчина, со слов понял, что мужчина, который его встретил, не сам ФИО1 ФИО8 показал здание, заводил туда, показал женщину и сказал, что якобы данная женщина контролировала выполнение его работ. Также на территории ему показали бытовку. ФИО8 сказал, что если вызовут сотрудники полиции или другие следственные органы и будут спрашивать, работал ли он у ИП ФИО1, то сказать, что работал летом 2022 года. Также сказать, что работал на указанной территории, что там находились железные конструкции, они их грузили, выгружали, зачищали, красили, что на работу приезжал утром, работал только на данной территории. Женщина, с которой его познакомили, якобы контролировала и определяла фронт работы. Также звонивший и мужчина, который показывал территории, говорили, что так необходимо говорить, так как когда стоял на учете в Центре занятости населения, то якобы оформили все так, что его отправили на работу к ИП ФИО1, использовали его данные. За оказанную услугу ему ничего не обещали, а согласился помочь, поскольку не придавал значения данным обстоятельствам. После оглашения показаний свидетель их подтвердил, дополнил, что звонил все-таки мужчина, а не женщина. В ходе предварительного следствия у свидетеля А. (т.3 л.д.175-182)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А. надлежало выполнять работу подсобным рабочим с 20 мая 2022 года по 19 августа 2022 года; - дополнительное соглашение № 1 об изменении оплаты; - приказ (распоряжение) о приеме работника на работу № 2 от 20 мая 2022 года; - приказ (распоряжение) о прекращении трудового договора с работником (увольнении) № 31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Согласно заключению эксперта № 53 от 26 марта 2024 года (т.7 л.д.89-229), подпись от имени А., расположенная в срочном трудовом договоре б/н от 20 мая 2022 года выполнена не А., а другим лицом, с подражанием подписи А. Подпись от имени А., расположенная в приказе № 32 от 19 августа 2022 года, в приказе № 2 от 20 мая 2022 года, в дополнительном соглашении № 1, в платежной ведомости № 12 от 15 июня 2022 года, № 9 от 8 июня 2022 года, вероятно, выполнена не А., а другим лицом, с подражанием подписи А. Решить вопрос, кем, А. или другим лицом, выполнены подписи от имени А., расположенные в платежных ведомостях № 13 от 15 июля 2022 года, № 12 от 1 июля 2022 года, № 14 от 5 августа 2022 года, № 15 от 15 августа 2022 года, № 17 от 19 августа 2022 года не представилось возможным, по причине малого объема содержащейся в подписях графической информации, обусловленного их краткостью и вариацинностью.</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Допрошенная в судебном заседании свидетель К. показала, что ФИО1 ей не знаком, в 2022 году она у него не работала. Упоминали про него в Центре занятости населения, что к нему можно трудоустроиться. Но с ним она не связывалась, он сам ей по поводу трудоустройства не звонил. В дальнейшем ей позвонил мужчина, представился ФИО1 и попросил подтвердить факт работы у него, на что она согласилась. ФИО1 никогда не видела. Из оглашенных с согласия сторон показаний свидетеля К. (т.4 л.д.14-17) следует, что она состоит на учете в Центре занятости населения очень давно, были и перерывы. Стояла ли на учете в 2022 году, не помнит. Какой-либо работы в 2022 году не осуществляла. У ИП ФИО1 в 2022 году не работала, никаких наличных денежных средств не получала, ни в каких ведомостях о получении денежных средств не расписывалась. М6, КО ей не знакомы, ООО «&lt;данные изъяты&gt;» не знает. ФИО1 ей не знаком, но его фамилию слышала, поскольку в 2022 году специалист центра занятости предлагала поработать у него, оставила ему свой номер телефона. Однако, работодатель ей не перезвонил. В 2023 году весной ее вызывали в полицию по факту того, работала ли она у ИП ФИО1 Перед тем как ее вызвали в полицию, ей позвонил мужчина, представился как ФИО17, он попросил ее, что если будут куда-то вызывать, то сказать, что она у него работала. Нужно это было для статистики центра занятости. ФИО1 описал себя, сказал, что похож на бурята. Сказал говорить, что работала она у него в офисе, который расположен, где магазин «Север», в должности курьера, разносила косметическую продукцию. Когда ее вызвали в полицию и начали опрашивать, то она рассказала все как просил ФИО1 Однако, она у ФИО1 никогда не работала, никаких денежных средств от него не получала, ни в каких ведомостях за получение заработной платы в 2022 году не расписывалась. Просмотрев предоставленные срочный трудовой договор от 18 октября 2022 года, приказ о приеме на работу № 41 от 18 октября 2022 года, приказ о прекращении трудового договора № 41 от 14 ноября 2022 года пояснила, что подписи не ее, но выполнены с подражанием подписи. После оглашения показаний свидетель К. их полностью подтвердила, обращая внимание, что ей звонил мужчина и представился ФИО1, а был ли это он сам, утверждать не может. После предоставления свидетелю оригиналов срочного трудового договора, приказа о приеме на работу, приказа об увольнении, платежной ведомости, пояснила, что проставленные в документах подписи ей не принадлежат. В ходе предварительного следствия у свидетеля К. (т.4 л.д.19-26) были получены образцы подписи для сравнительного исследования. Представлены: - срочный трудовой договор б/н от 18 октября 2022 года, заключенный с ИП ФИО1, из содержания которого следует, что К. надлежало выполнять работу курьером с 18 октября 2022 года по 14 ноября 2022 года; - приказ (распоряжение) о приеме работника на работу № 41 от 18 октября 2022 года; - приказ (распоряжение) о прекращении трудового договора с работником (увольнении) № 61 от 14 ноября 2022 года; - платежная ведомость № 26 от 1 ноября 2022 года за период с 18 октября 2022 года по 31 октября 2022 года; - платежная ведомость № 28 от 15 ноября 2022 года за период с 1 ноября 2022 года по 15 ноября 2022 года (копия). Указанные документы содержат подписи, выполненные Работодателем и Работником. Согласно заключению эксперта № 53 от 26 марта 2024 года (т.7 л.д.89-229), подпись от имени К., расположенная в приказе (распоряжении) о прекращении (расторжении) трудового договора с работником (увольнении) № 61 от 14 ноября 2022 года, вероятно, выполнена не К., а другим лицом с подражанием подписи К. Решить вопрос кем, К. или другим лицом, выполнены подписи от имени К., расположенные в приказе (распоряжении) о прекращении (расторжении) трудового договора с работником (увольнении) № 61 от 14 ноября 2022 года, в срочном договоре б/н от 18 октября 2022 года, в платежной ведомости № 26 от 1 ноября 2022 года, не представилось возможным из-за малого объема содержащейся в подписи графической информации, обусловленного их краткостью и по причине частичной сопоставимости транскрипции.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Допрошенная в судебном заседании свидетель Л. показала, что года 2 или 3 назад состояла на учете в Центре занятости населения. Специалист &lt;данные изъяты&gt; предложила поработать на общественных работах у ИП ФИО1, и что работодатель с ней должен будет связаться. С учета сниматься было не нужно. Однако, ей никто не перезвонил. Позднее ей звонил мужчина и просил сказать, что она якобы работала у него, занималась доставкой косметики. Подтвердить нужно было получение заработной платы. Она по просьбе мужчины приходила в офис по &lt;адрес&gt;. В полиции ей показали документы, она сказала, что подписи ее, но она сказала неправду. Из оглашенных в связи с имеющимися противоречиями показаний свидетеля Л. (т.4 л.д.40-43) следует, что в Центре занятости населения она состояла много раз, в том числе и в 2022 году. Отмечалась, получала пособие по безработице. В 2022 году у ИП ФИО1 не работала, но в ее трудовой книжке имеется запись о том, что она выполняла общественные работы у данного предпринимателя. На одной из отметок у специалиста в Центре занятости, &lt;данные изъяты&gt; предложила ей выполнять общественной работы у ИП ФИО1 Она согласилась, а работа заключалась в доставке заказов косметики. Сказала, что предприниматель сам с ней свяжется. Это было перед ее отъездом из города. ФИО1 ей так и не перезвонил. Затем весной 2023 года ей позвонил мужчина и представился ФИО1, его самого она не видела. Ее попросили сказать, в случае если ее будут куда-то вызывать и спрашивать про работу, то она должна была подтвердить, что действительно работала у ИП ФИО1, выполняла общественные работы. Нужно было говорить, что работала у него в офисе по адресу: &lt;адрес&gt; или &lt;адрес&gt;, точно не помнит. Должна была и подтвердить факт получения заработной платы, за которую расписывалась в ведомости. Нужно это было все, якобы для статистики Центру занятости населения. Когда ее опрашивали сотрудники полиции, она рассказала все, как ее просил ФИО1 В действительности этого ничего не было. 18 октября 2022 года она уезжала из города, И6., КО ей не знакомы, фирму ООО «&lt;данные изъяты&gt;» не знает. При обозрении срочного трудового договора от 18 октября 2022 года, приказа о приеме на работу № 38 от 18 октября 2022 года, приказа о прекращении трудового договора № 63 от 15 ноября 2022 года, ведомости о получении денежных средств от 01 ноября 2022 года показала, что подписи в документах не ее, указанные документы не подписывала и в указанный период у ИП ФИО1 не работала, никаких денежных средств не получала и не расписывалась за них. После оглашения показаний свидетель Л. их подтвердила, пояснив, что на тот момент все обстоятельства помнила лучше. В ходе предварительного следствия у свидетеля Л. (т.4 л.д.45-52) были получены образцы подписи для сравнительного исследования. Представлены: - срочный трудовой договор б/н от 18 октября 2022 года, заключенный с ИП ФИО1, из содержания которого следует, что Л. надлежало выполнять работу курьером с 18 октября 2022 года по 15 ноября 2022 года; - приказ (распоряжение) о приеме работника на работу № 38 от 18 октября 2022 года; - приказ (распоряжение) о прекращении трудового договора с работником (увольнении) № 63 от 15 ноября 2022 года; - платежная ведомость № 26 от 1 ноября 2022 года за период с 18 октября 2022 года по 31 октября 2022 года; - платежная ведомость № 28 от 15 ноября 2022 года за период с 1 ноября 2022 года по 15 ноября 2022 года (копия). Указанные документы содержат подписи, выполненные Работодателем и Работником. Согласно заключению эксперта № 53 от 26 марта 2024 года (т.7 л.д.89-229), подпись от имени Л., расположенная в приказе (распоряжении) о прекращении (расторжении) трудового договора с работником (увольнении) № 63 от 15 ноября 2022 года, выполнена не Л., а другим лицом с подражанием подписи Л. Подпись от имени Л., расположенная в приказе (распоряжении) о приеме работника на работу № от 18 октября 2022 года, в срочном договоре от 18 октября 2022 года, в платежной ведомости № 26 от 1 ноября 2022 года, вероятно, выполнена не Л., а другим лицом с подражанием подписи Л.</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Допрошенный в судебном заседании свидетель О. показал, что ближе к весне 2022 года он работал у ИП ФИО1 Поработать у него его попросил ФИО2 Он на своем личном автомобиле развозил документы, довозил до места назначения ФИО16. Заработную плату получал у ФИО16, получал ее на работе и у ФИО2 Проработал он примерно с полгода. Помнит, что в Центре занятости населения подписывал приказ о приеме на работу, подписывал ведомости. Расписывался ли в документе о расторжении трудового договора, не помнит. Ему в следственном комитете предоставлялись на обозрение ряд документов, в которых он не узнал только одну или две подписи. Из оглашенных с согласия сторон показаний свидетеля О. (т.4 л.д.1-5) следует, что в мае 2022 года он встал на учет в Центр занятости населения г.Усть-Илимска, снят был с учета в конце августа или начале сентября 2022 года, когда устроился на работу в АО «Группа Илим». Отмечался согласно графика, который выдали, отметки не пропускал, кроме одного раза в июне 2022 года, когда на весь июнь уезжал в г.Омск на реабилитацию в связи с травмой. Денежное пособие по безработице получал один раз в месяц. В мае месяце 2022 года специалист центра занятости предложила ему по какой-то программе поработать у предпринимателя. Фамилию не помнит, имя Константин. Встреча у них с Константином была в центре занятости, из-за ограничений по труду Константин предложил работу водителя. Его это устроило. Через несколько дней они снова встретились в Центре занятости, Константин подготовил документы по его трудоустройству, и он подписал их. Прочитал договор, там было указано на какой период приняли на работу, какие условия, на какую должность и какая оплата, документ был скреплен на нескольких листах. Было еще соглашение. Должность, на которую его приняли в договоре, была указана – водитель. Больше никаких документов не было. Согласно условий работы его вызывали, когда была необходимость, он подъезжал к офису, расположенному по адресу: пр.Мира, отвозил документы по разным адресам, в банк, возил и ФИО16. Предупредил ФИО16, что в июне надо будет уехать на реабилитацию. Его устраивало, что график работы свободный, что его вызывали, только когда была необходимость куда-то съездить, а так мог заниматься своими делами. Также его устраивало, что он получал дополнительные денежные средства у ФИО16, к тому пособию, которое получал от Центра занятости населения. Константин оплачивал работу наличными денежными средствами, вел ведомость, где указывал сумму, он расписывался в указанной ведомости. Оплата у ФИО16 была один раз в месяц. Проработал у ФИО16 три месяца, с мая по конец августа, поскольку должен был отработать до июля, но так как в июне уезжал, то отработал это время в августе. Когда работал у ФИО16, то также продолжал ходить на все отметки в Центр занятости населения, не пропускал их. Заработную плату один раз выплатил Константин, в июне 2022 года, когда неполный месяц отработал, а в следующие разы получал заработную плату за работу у ФИО16 в Центре занятости населения. Он приходил в Центр занятости населения, на первом этаже отмечался и потом поднимался на второй этаж к ФИО2, поскольку у него находилась ведомость предпринимателя ФИО16. Он расписывался в ней, и ФИО2 передавал наличные денежные средства. ФИО2 знает, поскольку учились вместе в институте, а когда пришел вставать на учет, то узнал, что он там работает. Взять его на работу попросил сам ФИО2 Пояснить, почему согласно срочного трудового договора от 1 июня 2022 года, приказа о приеме на работу № 18 от 1 июня 2022 был устроен с 1 июня 2022 по 31 августа 2022 года у ИП ФИО1 в должности подсобного рабочего, не может. Он подписывал документы, где была указана должность водитель. Просмотрев срочный трудовой договор от 1 июня 2022 года, приказ о приеме на работу № 18 от 1 июня 2022 года, приказ о прекращении трудового договора № 48 от 31 августа 2022 года, пояснил, что на приказе о приеме на работу подпись его, а на приказе о прекращении трудового договора и в трудовом договоре подписи не его. В ведомостях о получении заработной платы за 15 июня 2022 года, 1 июля 2022 года, 5 августа 2022 года, 15 августа 2022 года, 31 августа 2022 года у ИП ФИО1 подписи не его, кроме того, не мог получать заработную плату 15 июня 2022 и 1 июля 2022 года, поскольку в указанное время отсутствовал в городе, приехал только 3 июля 2022 года. В подобных каких-то ведомостях расписывался у ФИО2 После оглашения показаний свидетель О. их подтвердил, дополнив, что работал водителем, а не подсобным рабочим. После предоставления на обозрение оригиналов документов, а именно направления, приказа о приеме на работу, срочного трудового договора, приказа об увольнении, ведомостей, пояснил, что в приказе о прекращении трудового договора подпись не его. По наличию его подписей в ведомостях высказаться затруднялся. В ходе предварительного следствия у свидетеля О. (т.4 л.д.6-13) были получены образцы подписи для сравнительного исследования. Представлены: - срочный трудовой договор б/н от 1 июня 2022 года, заключенный с ИП ФИО1, из содержания которого следует, что О. надлежало выполнять работу подсобным рабочим с 1 июня 2022 года по 31 августа 2022 года; - приказ (распоряжение) о приеме работника на работу № 18 от 1 июня 2022 года; - приказ (распоряжение) о прекращении трудового договора с работником (увольнении) № 48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Согласно заключению эксперта № 53 от 26 марта 2024 года (т.7 л.д.89-229), решить вопрос кем, О. или другим лицом, выполнены подписи от имени О., расположенные в приказе (распоряжении) о прекращении (расторжении) трудового договора с работником (увольнении) № 48 от 31 августа 2022 года, в срочном договоре б/н от 1 июня 2022 года, в платежной ведомости № 14 от 5 августа 2022 года не представилось возможным по причине несопоставимости между собой подписей от имени О. и образцов подписи самого О. из-за различной транскрипции. Решить вопрос кем, О. или другим лицом, выполнены подписи от имени О., расположенные в приказе (распоряжении) о приеме работника на работу № 8 от 20 мая 2022 года, в платежной ведомости № 12 от 1 июля 2022 года, в платежной ведомости № 15 от 15 августа 2022 года, не представилось возможным из-за малого объема содержащейся в подписи графической информации, обусловленного их краткостью и по причине частичной сопоставимости транскрипции. Решить вопрос кем, О. или другим лицом, выполнены подписи от имени О., расположенные в платежных ведомостях № 19 от 31 августа 2022 года, № 12 от 15 июня 2012 года, № 13 от 15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Из оглашенных в порядке ст. 281 УПК РФ показаний свидетеля О1 (т.3 л.д.69-72), в связи с его надлежащим извещением о времени и месте рассмотрения дела, неоднократной неявкой в судебные заседания, принудительные приводы которого положительных результатов не дали, следует, что он неоднократно состоял на учете в Центре занятости населения, в том числе и в 2022 году. Отмечался у специалиста &lt;данные изъяты&gt;, фамилии не помнит. На отметку приходил два раза в месяц, на банковскую карту получал пособие. В 2022 году он нигде не работал. ИП ФИО1 ему не знаком. Помнит, что возможно летом 2022 года приходил на отметку в Центр занятости населения, где ему специалист предложила подработать, на что он согласился. Необходимо было доставлять посылки, и за это должны были платить. Он сходил в офис куда его отправила специалист, по &lt;адрес&gt;. В офисе находилась какая-то девушка. Был он у них дважды, отвез две посылки. Было это в один или два дня, не помнит. Поскольку по состоянию здоровья такую работы выполнять ему было тяжело, больше он туда не ходил. Работу оплатили, поскольку на банковскую карту поступили денежные средства в размере 4 000 рублей. Кто их перевел, не помнит. Оформления на работу не производилось. М6, КО ему не знакомы, фирму ООО «Стандарт» не знает. В 2022 году наличных денежных средств от ФИО1 не получал, в ведомостях о получении денежных средств не расписывался. Фамилию ФИО8 слышит впервые. Вместо подписи пишет фамилию. Пояснить что-либо согласно срочного трудового договора от 20 мая 2022 года, приказа о приеме на работу № 10 от 20 мая 2022 года, в соответствии с которыми был трудоустроен с 20 мая 2022 года по 19 августа 2022 года у ИП ФИО1 в должности подсобного рабочего, не может. Осмотрев указанные документы, а также приказ о прекращении трудового договора от 19 августа 2022 года, дополнительное соглашение № 1 пояснил, что указанные документы не подписывал, видит их впервые. Указанные в трудовом договоре паспортные данные, старые, поскольку в мае 2022 он сменил свой паспорт. В ходе предварительного следствия у свидетеля Г2 (т.3 л.д.76-81)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Г2 надлежало выполнять работу курьером с 20 мая 2022 года по 19 августа 2022 года; - дополнительное соглашение № 1 об изменении оплаты; - приказ (распоряжение) о приеме работника на работу № 10 от 20 мая 2022 года (копия); - приказ (распоряжение) о прекращении трудового договора с работником (увольнении) № 28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Согласно заключению эксперта № 53 от 26 марта 2024 года (т.7 л.д.89-229), подписи от имени О1, расположенные в приказе (распоряжении) о прекращении (расторжении) трудового договора с работником (увольнении) № 28 от 19 августа 2022 года, в платежной ведомости № 12 от 1 июля 2022 года, № 14 от 5 августа 2022 года, № 15 от 15 августа 2022 года, № 17 от 19 августа 2022 года выполнены не О1, а другим лицом, так как изменить степень выработанности в сторону ее повышения за относительно короткий срок невозможно. Решить вопрос, кем, О1 или другим лицом, выполнены подписи от имени О1 в срочном договоре б/н от 20 мая 2022 года, в приказе (распоряжении) о приеме работника на работу № 10 от 20 мая 2022 года, в дополнительном соглашении № 1 от 1 июня 2022 года к трудовому договору б/н от 20 мая 2022 года, в платежной ведомости № 9 от 8 июня 2022 года, № 12 от 15 июня 2022 года, не представилось возможным, по причине малого объема содержащейся в подписи графической информации, обусловленного их краткостью и простотой строения.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Из оглашенных в порядке ст. 281 УПК РФ показаний свидетеля Ф2 (т.4 л.д.53-58), в связи с ее надлежащим извещением о времени и месте рассмотрения дела, неоднократной неявкой в судебные заседания, принудительные приводы которой положительных результатов не дали, следует, что она с 2013 года периодически состоит в Центре занятости населения как безработная. У ИП ФИО1 она какой-либо деятельности не осуществляла. Лично с указанным предпринимателем не виделась, но последний ей знаком. Примерно в мае-июне 2023 года ей позвонил на номер мобильного телефона мужчина, который представился как ФИО17 и пояснил ей, что является предпринимателем, а также попросил об одной просьбе, которая заключалась в том, чтобы в случае, когда ей будет кто-либо звонить и интересоваться, осуществляла ли она у него трудовую деятельность, то ей нужно было ответить утвердительно. Как пояснил сам ФИО1, звонить и интересоваться должна была налоговая инспекция по его бизнесу, на что она согласилась помочь человеку. Также ФИО1 пояснил, что на задаваемые вопросы необходимо говорить, что трудоустроил ее на должность разнорабочей и оператора он, и что она должна была отвечать на звонки. Местом ее работы якобы являлся ТК «Север» г.Усть-Илимска, цокольный этаж, где занимались косметикой «Фаберлик». Заработную плату платили два раза в месяц. В действительности она никогда у ИП ФИО1 не работала, никаких денежных средств от него не получала. В июле 2022 года уезжали всей семьей из города отдыхать. Ознакомившись с приказом о приеме работника на работу от 1 июня 2022 года, приказом о прекращении трудового договора с работником от 31 августа 2022 года, срочным трудовым договором б/н от 1 июня 2022 года, платежными ведомостями от 15 июня 2022 года, платежной ведомостью от 1 июля 2022 года, платежной ведомостью от 1 августа 2022 года, платежными ведомостями от 15 августа 2022 года, платежной ведомостью от 31 августа 2022 года, с полной уверенностью может сказать, что подписи во всех представленных документах ей не принадлежат. В ходе предварительного следствия у свидетеля Ф2 (т.4 л.д.61-69) были получены образцы подписи для сравнительного исследования. Представлены: - срочный трудовой договор б/н от 1 июня 2022 года, заключенный с ИП ФИО1, из содержания которого следует, что Ф2 надлежало выполнять работу подсобным рабочим с 1 июня 2022 года по 31 августа 2022 года; - приказ (распоряжение) о приеме работника на работу № 14 от 1 июня 2022 года; - приказ (распоряжение) о прекращении трудового договора с работником (увольнении) № 43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Согласно заключению эксперта № 53 от 26 марта 2024 года (т.7 л.д.89-229), подписи от имени Ф2, расположенные в приказе (распоряжении) о прекращении (расторжении) трудового договора с работником (увольнении) № 43 от 31 августа 2022 года, в приказе (распоряжении) о приеме работника на работу № 14 от 1 июня 2022 года, выполнены не Ф2, а другим лицом, с подражанием подписи Ф2 Подпись от имени Ф2, расположенная в срочном договоре от 1 июня 2022 года, вероятно, выполнена не Ф2, а другим лицом с подражанием подписи Ф2 Решить вопрос кем, Ф2 или другим лицом, выполнены подписи от имени Ф2, расположенные в платежной ведомости № 12 от 1 июля 2022 года, № 14 от 5 августа 2022 года, № 12 от 15 июня 2022 года, № 15 от 15 августа 2022 года, № 19 от 31 августа 2022 года не представилось возможным. Выявить признаки в большом объеме, а также оценить их устойчивость и вариационность не удалось из-за отсутствия сопоставимых (по транскрипции) образцов. Решить вопрос, кем, Ф2 или другим лицом, выполнена подпись от имени Ф2, расположенная в платежной ведомости № 13 от 15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Допрошенный в судебном заседании Д. показал, что он примерно 2 или 3 года назад работал у ФИО1 Возможно, что из квартиры по &lt;адрес&gt; вывозил какой-то мусор. Припоминает, что ему звонили из Центра занятости населения, предлагали разную работу. Работал он часа 2 или 3 в день, а иногда как получалось. В те дни на квартире мог работать и еще кто-то. Мог отработать 2 или 3 дня, потом прийти через неделю раз, а может и через месяц. Мог что-то подписать в Центре занятости, а что не помнит. Сколько заплатили за работу, не помнит, все зависело от того, что нужно было делать. Кто контролировал работу, и что подписывал, сказать затрудняется. В ходе предварительного следствия у свидетеля Д. (т.3 л.д.202-209)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Д. надлежало выполнять работу подсобным рабочим с 20 мая 2022 года по 19 августа 2022 года; - дополнительное соглашение № 1 об изменении оплаты; - приказ (распоряжение) о приеме работника на работу № 5 от 20 мая 2022 года; - приказ (распоряжение) о прекращении трудового договора с работником (увольнении) № 35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(Р2). Согласно заключению эксперта № 53 от 26 марта 2024 года (т.7 л.д.89-229), подписи от имени Д., расположенные в платежной ведомости № 17 от 19 августа 2022 года, № 14 от 5 августа 2022 года, № 12 от 15 июня 2022 года, № 13 от 15 июля 2022 года, № 15 от 15 августа 2022 года, № 12 от 1 июля 2022 года выполнены не Д., а другим лицом. Так как изменить степень выработанности в сторону ее повышения за относительно короткий срок невозможно. Решить вопрос кем, Д. или другим лицом, выполнены подписи от имени Д., расположенные в приказе (распоряжении) о прекращении (расторжении) трудового договора с работником (увольнении) № 35 от 19 августа 2022 года, в приказе (распоряжении) о приеме работника на работу № 5 от 20 мая 2022 года не представилось возможным, из-за малого объема содержащейся в подписи графической информации, обусловленного их краткостью и по причине частичной сопоставимости транскрипции.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Допрошенный в судебном заседании свидетель З1 показал, что, возможно, в летние месяцы в 2022 году сотрудник Центра занятости населения по имени Ирина направила его на работу к Константину. В подсудимом ФИО1 узнал данного ФИО16. Занимался он ремонтом квартиры. С ним работал его брат З.. Кто еще работал, не помнит. Про общественные работы ничего не знает. Заработную плату платил Константин. Помнит, что за работу раза два он получал деньги от Ирины в офисе Центра занятости населения. Расписывался ли он за их получение, точно сказать не может. Часть денег он отдавал своему брату, делился и с дядей. Из оглашенных с согласия сторон показаний З1 (т.3 л.д.223-226) следует, что летом 2022 года он состоял на учете в Центре занятости населения, куда ходил отмечаться каждый месяц, получал пособие. Помнит, что в 2022 году от Центра занятости населения его направляли на работу к Руслану, фамилию не помнит. Оформляли его в офисе, расположенном в р.п.Железнодорожный. С ним также работал его брат З.. Работу выполняли разную, делали дорожку, лестницу и забор. У ИП ФИО1 он не работал, такой предприниматель ему неизвестен. В октябре-ноябре 2022 года выезжал в г.Новосибирск. М6, КО ему неизвестны. В 2022 году от ФИО17 никаких наличных денежных средств он не получал и не расписывался ни в каких ведомостях за получение денежных средств. Пояснить, почему согласно срочного трудового договора от 20 мая 2022 года, приказа о приеме на работу № 7 от 20 мая 2022 года он был устроен с 20 мая по 19 августа 2022 года у ИП ФИО1 в должности подсобного рабочего, ничего не может. Ознакомившись с данными документами, пояснил, что проставленные в них подписи похожи на его подпись. Предприниматель по имени Константин ему известен, поскольку работал у него летом 2023 года. Его телефон дали работники Центра занятости населения. Он работал с братом, они убирали мусор, делали ремонт квартиры. Номер квартиры 143, расположена она в доме по &lt;адрес&gt;. Константин рассчитывался с ним наличными денежными средства, за их получение он расписывался в ведомости. Платил Константин по договоренности. Также еще работал в других местах, поэтому как выполнял работу, то Константин принимал работу и оплачивал уже по факту, договаривались по оплате каждый раз отдельно, за какую-то работу по 20 тысяч рублей, за какую-то по 30 тысяч рублей. Просмотрев ведомость за получение денежных средств у ИП ФИО1 в 2022 году дополнил, что проставленная подпись похожа на его подпись. В подобных ведомостях он расписывался у ФИО16. После оглашения показаний свидетель З1 их подтвердил, дополнил, что в 2023 году работал у ИП ФИО1, в 2022 году работал у Руслана. Допускает, что подписывал какие-нибудь документы. После предоставления ему на обозрение оригиналов договора о приеме на работу, и договора об увольнении, пояснил, что подписи стоят его, но почему документы датированы 2022 годом, а работал он у ИП ФИО1 в 2023 году, пояснить не смог. Может путать года и периоды работы. В ходе предварительного следствия у свидетеля З1 (т.3 л.д.228-235)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З1 надлежало выполнять работу подсобным рабочим с 20 мая 2022 года по 19 августа 2022 года; - дополнительное соглашение № 1 об изменении оплаты; - приказ (распоряжение) о приеме работника на работу № 7 от 20 мая 2022 года (копия); - приказ (распоряжение) о прекращении трудового договора с работником (увольнении) № 34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(О2). Согласно заключению эксперта № 53 от 26 марта 2024 года (т.7 л.д.89-229), подписи от имени З1, расположенные в платежной ведомости № 17 от 19 августа 2022 года, № 14 от 5 августа 2022 года, № 12 от 15 июня 2022 года, № 13 от 15 июля 2022 года, № 15 от 15 августа 2022 года, выполнены не З1, а другим лицом. Так как изменить степень выработанности в сторону ее повышения за относительно короткий срок невозможно. Решить вопрос, кем, З1 или другим лицом, выполнены подписи от имени З1, расположенные в приказе (распоряжении) о прекращении (расторжении) трудового договора с работником (увольнении) № 34 от 19 августа 2022 года, в приказе (распоряжении) о приеме работника на работу № 7 от 20 мая 2022 года, в срочном договоре б/н от 20 мая 2022 года, в дополнительном соглашении № 1 об изменении оплаты от 1 июня 2022 года к трудовому договору б\н от 20 мая 2022 года, в платежной ведомости № 9 от 8 июня 2022 года не представилось возможным, из-за малого объема содержащейся в подписи графической информации, обусловленного их краткостью. Решить вопрос, кем, З1 или другим лицом, выполнены подписи от имени З1, расположенные в платежной ведомости № 12 от 1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Допрошенный в судебном заседании свидетель З. показал, что ФИО1 ему знаком, поскольку работал у него на квартире по &lt;адрес&gt;. Предложили работу в Центре занятости населения. Константин лично первое время приходил в квартиру. Отработали они 2 или 3 месяца. В основном с Константином разговаривал его брат З1. Работали по-разному, могли один час отработать и сидеть до обеда, или выходили на работу, а материала не было. Могли приехать в разное время. Бывало, что из-за отсутствия работы, ездили на подработку на дачу или на коттедж к кому-нибудь. Какие документы подписывал, не помнит. За него мог расписаться и брат. Рассчитывались с ним через брата, помнит два или три случая. Могли рассчитаться переводом денег на карту. Было, что денег не давали, тогда З. ходил в центр занятости, спрашивал. Из оглашенных в связи с имеющимися противоречиями показаний свидетеля З. (т.4 л.д.70-75) следует, что примерно 5 лет назад он встал на учет в Центр занятости населения как безработный. Ему предлагали работу, и если она подходила, то снимался с учета. Пока стоял на учете, получал пособие. Предприниматель ФИО1 ему знаком. Летом, примерно в мае 2022 года, его брат З1, который, как и он, стоял на учете в центре занятости, сказал, что ему предложили работу у предпринимателя ФИО1, и что он может работать с ним. Работали они у ФИО16 примерно два месяца, при этом выходили на работу не каждый день, а по звонку ФИО16, когда требовалась выполнить какую-либо работу. В основном работал в квартире, расположенной по адресу: &lt;адрес&gt;, где проводился ремонт, а они убирали мусор, могли что-либо покрасить. Кроме этого, убирали мусор, складывали доски, загружали и разгружали разные предметы и материалы вблизи дома, расположенного по &lt;адрес&gt;. Часто происходило так, что Константин звонил и говорил о необходимости прийти на работу, а когда приходили, то что-то отменялось и никакой работы не производили. Так что много дней могли вообще ничего не делать. Рассчитывался Константин с ними по-разному, мог перевести денежные средства на банковскую карту, а мог дать наличными денежными средствами. Трудоустраивались они через Центр занятости населения и все документы подписывали именно там, точно помнит, что подписывали срочный трудовой договор. м6., КО ему не знакомы. Ознакомившись с приказом о приеме работника на работу от 20 мая 2022 года, приказом о прекращении трудового договора с работником от 19 августа 2022 года, срочным трудовым договором б/н от 20 мая 2022 года, платежными ведомостями от 15 июня 2022 года, от 1 июля 2022 года, от 15 июня 2022 года, от 1 августа 2022 года, от 15 августа 2022 года, от 31 августа 2022 года, показал, что подписи во всех документах принадлежат ему. После оглашения показаний свидетель пояснил, что не помнит, где и за что расписывался, что заработную плату передавали через его брата, могли дать наличными денежными средствами, или перевести на банковскую карту. После представления ему на обозрение в следственном комитете срочного трудового договора, приказа о приеме работника на работу, приказа об увольнении, платежных ведомостей, узнал в них свои подписи. В судебном заседании после просмотра оригиналов документов также подтвердил, что подписи стоят его. В ходе предварительного следствия у свидетеля З1 (т.4 л.д.78-86)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З. надлежало выполнять работу подсобным рабочим с 20 мая 2022 года по 19 августа 2022 года; - дополнительное соглашение № 1 об изменении оплаты; - приказ (распоряжение) о приеме работника на работу № 8 от 20 мая 2022 года; - приказ (распоряжение) о прекращении трудового договора с работником (увольнении) № 33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(К4). Согласно заключению эксперта № 53 от 26 марта 2024 года (т.7 л.д.89-229), подписи от имени З., расположенные в приказе (распоряжении) о прекращении (расторжении) трудового договора с работником (увольнении) № 33 от 19 августа 2022 года, в дополнительном соглашении № 1 об изменении оплаты от 1 июня 2024 года к трудовому договору б\н от 20 мая 2022 года, в платежной ведомости № 17 от 19 августа 2022 года, в платежной ведомости № 12 от 15 июня 2022 года, в платежной ведомости № 15 от 15 августа 2022 года, в платежной ведомости № 9 от 8 июня 2022 года, выполнены не З., а другим лицом, так как изменить степень выработанности в сторону ее повышения за относительно короткий срок невозможно. Решить вопрос, кем, З. или другим лицом, выполнены подписи от имени З., расположенные в приказе (распоряжении) о приеме работника на работу № 8 от 20 мая 2022 года, в срочном договоре б/н от 20 мая 2022 года, не представилось возможным из-за малого объема содержащейся в подписи графической информации, обусловленного их краткостью. Решить вопрос, кем, З. или другим лицом, выполнены подписи от имени З., расположенные в платежной ведомости № 12 от 1 июля 2022 года, № 14 от 5 августа 2012 года, № 13 от 15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Из оглашенных в порядке ст. 281 УПК РФ показаний свидетеля К3 (т.4 л.д.94-97), в связи с его надлежащим извещением о времени и месте рассмотрения дела, неоднократной неявкой в судебные заседания, в том числе и для участия в судебном заседании посредством видеоконференцсвязи, следует, что он с середины августа 2022 года состоял на учете в Центре занятости населения, пособие по безработице не получал. От Центра занятости населения ему была предложена работа, работал он у ИП ФИО1 курьером на личном транспорте, оклад составлял 10 тысяч рублей и дополнительно получал по 500 - 1 000 рублей за каждую доставку и разгрузку коробок с косметической продукцией марки «Фаберлик». ФИО1 знаком ему лично, поскольку является отцом его друга ФИО18 Инициатива о трудоустройстве к ИП ФИО1 поступила от ФИО18 При трудоустройстве он лично не присутствовал в Центре занятости населения, но документы по факту трудоустройства им были подписаны. В центре занятости работала его родственница, которая после подачи им документов (паспорта, СНИЛС, ИНН, реквизитов банковской карты) пояснила, что он состоит на учете в Центре занятости и трудоустроен к ИП ФИО1 По выделенным субсидиям ИП ФИО1 он ничего не получал. Получал только заработную плату в размере 10 000 – 15 000 рублей за доставку коробок, как оклад. Денежные средства получал как наличными, так и безналичным расчетом. Расписывался, но в каких документах не помнит. Все онлайн-переводы за период работы у ИП ФИО1 у него имеются. М6 и КО ему не знакомы. В ходе предварительного следствия у свидетеля К3 (т.4 л.д.98-103) были получены образцы подписи для сравнительного исследования. Представлены: - срочный трудовой договор б/н от 1 июня 2022 года, заключенный с ИП ФИО1, из содержания которого следует, что К3 надлежало выполнять работу подсобным рабочим с 1 июня 2022 года по 31 августа 2022 года; - приказ (распоряжение) о приеме работника на работу № 16 от 1 июня 2022 года; - приказ (распоряжение) о прекращении трудового договора с работником (увольнении) № 45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(О2).</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Допрошенная в судебном заседании свидетель Л3 показала, что она никогда в г.Усть-Илимске не была, на учете в Центре занятости населения не стояла. Весной или летом 2022 года к ней обратилась ее подруга Н. с просьбой помочь отцу ее молодого человека открыть ИП, поскольку у него должны были числиться работники. Она, П. и Н. числились у ИП ФИО1 как курьеры. Для оформления она и П. скинули фотографии своих паспортов Н. В каких-либо документах у ИП ФИО1 она не расписывалась. По обстоятельствам уголовного дела она допрашивалась следователем в г.Владивосток, ей были продемонстрированы копии документов, в которых были проставлены ее подписи, но она в них никогда не расписывалась. В одном из документов было несколько фамилий, в том числе и ее, а напротив фамилии стояла якобы ее подпись. Указаны были какие-то суммы. Ей известно, что Н. проживает в Китае, а П. живет в Японии. Далее свидетель посредством мобильного телефона вошла в личный кабинет «Госуслуги», сообщила сведения из электронной трудовой книжки, что 1 августа 2022 года она была трудоустроена на должность курьера к ИП ФИО1 Уволена была 24 августа 2022 года. В ходе предварительного следствия у свидетеля Л3 (т.4 л.д.127-135) были получены образцы подписи для сравнительного исследования. Представлены: - срочный трудовой договор б/н от 1 августа 2022 года, заключенный с ИП ФИО1, из содержания которого следует, что Л3 надлежало выполнять работу курьером с 1 августа 2022 года по 24 августа 2022 года; - приказ (распоряжение) о приеме работника на работу № 30 от 1 августа 2022 года; - приказ (распоряжение) о прекращении трудового договора с работником (увольнении) № 37 от 24 августа 2022 года; - платежная ведомость № 15 от 15 августа 2022 года за период с 1 августа 2022 года по 15 августа 2022 года; - платежная ведомость № 18 от 24 августа 2022 года за период с 1 августа 2022 года по 24 августа 2022 года. Указанные документы содержат подписи, выполненные Работодателем и Работником.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Из оглашенных в порядке ст. 281 УПК РФ показаний свидетеля П. (т.4 л.д.136-138), в связи с ее неявкой в судебные заседания, нахождением за пределами Российской Федерации, следует, что она на учете в Центре занятости населения не стояла, пособия по безработице не получала, какая-либо работа ей не предлагалась. Рабочую деятельность в 2022 году не осуществляла, в том числе у ИП ФИО1, поскольку данный предприниматель ей не знаком. Каких-либо документов в Центр занятости населения она не предоставляла. В каких-либо ведомостях на получение наличных денежных средств не расписывалась. В предоставленных ей для обозрения документах по ИП ФИО1 она не расписывалась. В ходе предварительного следствия у свидетеля П. (т.4 л.д.139-147) были получены образцы подписи для сравнительного исследования. Представлены: - срочный трудовой договор б/н от 2 июня 2022 года, заключенный с ИП ФИО1, из содержания которого следует, что П. надлежало выполнять работу подсобным рабочим с 2 июня 2022 года по 31 августа 2022 года; - приказ (распоряжение) о приеме работника на работу № 23 от 2 июня 2022 года; - приказ (распоряжение) о прекращении трудового договора с работником (увольнении) № 46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Допрошенная в судебном заседании свидетель Б. показала, что в 2022 году она состояла на учете в Центре занятости населения. ФИО1 ей знаком, он устроил ее к себе на работу курьером по социальному контракту, между ними был заключен соответствующий трудовой договор. Период работы точно не помнит, примерно от 3 до 6 месяцев, с мая по август 2022 года. Затрудняется ответить, направлена на работу она была органами социальной защиты либо Центром занятости населения. Она разносила заявки по заказам косметики «Фаберлик», оформляла эти заявки, работала с документами. На работу она приходила не каждый день, график работы был свободный. О проделанной работе отчитывалась перед ФИО1 или его супругой. Заработную плату ФИО1 ей выплачивал наличными, приносил в офис, расположенный по &lt;адрес&gt;. За полученную зарплату могла расписаться в соответствующей ведомости, а могла и не расписываться, поскольку хорошо знала ФИО1, позволяла ему при необходимости поставить подпись за неё. Всего она получала около 22 000 рублей в месяц, выплачивали по частям, два раза в месяц. В следственном комитете ей демонстрировали какие-то документы, в том числе трудовой договор, приказ о приеме на работу, в которых она расписывалась. Стояли подписи в ведомостях, только какие-то подписи были ее, а какие-то нет. Могли расписаться за неё, она не возражала. ФИО2 ей не знаком. В ходе предварительного следствия у свидетеля Б. (т.3 л.д.161-168) были получены образцы подписи для сравнительного исследования. Представлены: - срочный трудовой договор б/н от 20 мая 2022 года, заключенный с ИП ФИО1, из содержания которого следует, что Б. надлежало выполнять работу курьером с 20 мая 2022 года по 19 августа 2022 года; - дополнительное соглашение № 1 об изменении оплаты; - приказ (распоряжение) о приеме работника на работу № 3 от 20 мая 2022 года; - приказ (распоряжение) о прекращении трудового договора с работником (увольнении) № 32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(Р2). Согласно заключению эксперта № 53 от 26 марта 2024 года (т.7 л.д.89-229), решить вопрос, кем, Б. или другим лицом, выполнены подписи от имени Б., расположенные в приказе (распоряжении) о прекращении (расторжении) трудового договора с работником (увольнении) № 32 от 19 августа 2022 года, в приказе (распоряжении) о приеме работника на работу № 3 от 20 мая 2022 года, в срочном договоре б/н от 20 мая 2022 года, в дополнительном соглашение № 1 об изменении оплаты от 1 июня 2022 года к трудовому договору б\н от 20 мая 2022 года, в платежных ведомостях № 12 от 1 июля 2022 года, № 14 от 5 августа 2022 года, № 9 от 8 июня 2022 года, № 12 от 15 июня 2022 года, № 15 от 15 августа 2022 года не представилось возможным, по причине малого объема содержащейся в подписи графической информации, обусловленного их краткостью. Решить вопрос, кем, Б. или другим лицом, выполнены подписи от имени Б., расположенные в платежной ведомости № 17 от 19 августа 2022 года и № 13 от 15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Допрошенная в судебном заседании свидетель Е. показала, что ранее она состояла на учете в Центре занятости населения, в том числе до ноября 2022 года, где ей предложили поработать курьером у ИП ФИО1, на что она согласилась. Ей дали номер телефона работодателя, по которому она позвонила. Работала она в мае, июне и июле 2022 года. Договоры, которые составлял сам ФИО1, а именно о трудоустройстве, о расторжении, она подписывала лично. Ему она предоставила свои паспортные данные. Привозил он их в торговый центр «Север», где находился их офис косметики «Фаберлик». Заработная плата выплачивалась ей два раза, в середине и в конце месяца. За получение заработной платы она собственноручно расписывалась в ведомостях. Ее работа заключалась оказывать помощь в офисе, могла разбирать товар, разносить пакеты с косметикой по адресам. Работала она каждый день кроме субботы и воскресенья. ФИО2 ей не знаком. Кроме того, в период работы у ФИО1 она получала выплаты в Центре занятости населения, поскольку с учета снята не была. В ходе предварительного следствия у свидетеля Е. (т.3 л.д.215-222) были получены образцы подписи для сравнительного исследования. Представлены: - срочный трудовой договор б/н от 20 мая 2022 года (2 экз.), заключенный с ИП ФИО1, из содержания которого следует, что Е. надлежало выполнять работу курьером с 20 мая 2022 года по 19 августа 2022 года; - дополнительное соглашение № 1 об изменении оплаты; - приказ (распоряжение) о приеме работника на работу № 11 от 20 мая 2022 года; - приказ (распоряжение) о прекращении трудового договора с работником (увольнении) № 27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Согласно заключению эксперта № 53 от 26 марта 2024 года (т.7 л.д.89-229), решить вопрос, кем, Е. или другим лицом, выполнены подписи от имени Е., расположенные в срочном трудовом договоре б/н от 20 мая 2022 года, в приказе (распоряжении) о прекращении (расторжении) трудового договора с работником (увольнении) № 27 от 19 августа 2022 года, в приказе (распоряжении) о приеме работника на работу № 11 от 20 мая 2022 года, в платежной ведомости № 14 от 5 августа 2022 года, №5 от 15 августа 2022 года, № 17 от 19 августа 2022 года, в дополнительном соглашении №1 об изменении оплаты от 1 июня 2022 года к трудовому договору б\н от 20 мая 2022 года, в платежной ведомости № 12 от 1 июля 2022 года, № 9 от 8 июня 2022 года, № 12 от 15 июня 2022 года, № 13 от 15 июля 2022 года, не представилось возможным, из-за малого объема содержащейся в подписи графической информации, обусловленного их краткостью и вариацинностью, в том числе вариацинностью почерка в образцах.</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Допрошенная в судебном заседании Г. показала, что она часто состояла на учете в Центре занятости населения, в том числе и в 2022 году у специалиста Р1 Ходила на отметки, получала пособие по безработице. Примерно в октябре 2022 года работники Центра предложили ей поработать на общественных работах. Работала у ФИО1 в офисе «Фаберлик» по &lt;адрес&gt; или &lt;адрес&gt;, точно не помнит. Работала официально, перед этим подписала трудовой договор, при этом для его подписания ездила с работодателем ФИО1 В последующем никаких других документов не подписывала. Заработную плату получала наличными, ее привозил сам ФИО1 Трудоустраивалась она примерно на месяц, но из-за здоровья, отработала только половину срока. В месяц выдавали заработную плату два раза, в ведомостях за ее получение не расписывалась. Работала оператором, принимала товар, либо раздавала его по заявкам. О том, что она была трудоустроена на должность курьера, ей ничего известно не было. В следственном комитете ей на обозрения никаких документов с ее подписью не представляли. Следователем у нее были отобраны образцы подписей, для чего не знает. ФИО2 ей не знаком. С согласия сторон частично были оглашены показания свидетеля Г2 (т.4 л.д.27-30) из которых следует, что за работу у ФИО1 она получила всего 10 000 рублей. Получала зарплату наличными средствами, расписывалась за ее получение в ведомостях. М6 и КО ей не знакомы. Работала она только в офисе. Курьером, как указано в трудовом договоре, она не работала. В представленных ей на обозрение срочном трудовом договоре от 18 октября 2022 года, приказе о приеме на работу № 39 от 18 октября 2022 года, приказе о прекращении трудового договора № 62 от 14 ноября 2022 года, стоят не её подписи. Не помнит, какие документы она могла подписать у ФИО1 После оглашения показаний, свидетель утверждала, что не помнит, предоставлялись ли ей следователем на обозрение документы, заключенные между ней и ФИО1 После представления свидетелю Г2 копии приказа о приеме на работу (т.9 л.д.217) пояснила, что в документе стоит её подпись. В копии приказа о прекращении трудового договора с работником (т.9 л.д.218) не понятно, выполненная подпись на её подпись не похожа. В копии срочного трудового договора (т.9 л.д.219-220) верхняя подпись не её, а нижняя подпись похожа на её подпись. После предоставления свидетелю на обозрение подлинников указанных документов, Г. уверенно пояснила, что проставленные в документах подписи выполнены не ею. В ходе предварительного следствия у свидетеля Г2 (т.4 л.д.32-39) были получены образцы подписи для сравнительного исследования. Представлены: - срочный трудовой договор б/н от 18 октября 2022 года, заключенный с ИП ФИО1, из содержания которого следует, что Г2 надлежало выполнять работу курьером с 18 октября 2022 года по 14 ноября 2022 года; - приказ (распоряжение) о приеме работника на работу № 39 от 18 октября 2022 года; - приказ (распоряжение) о прекращении трудового договора с работником (увольнении) № 62 от 14 ноября 2022 года; - платежная ведомость № 26 от 1 ноября 2022 года за период с 18 октября 2022 года по 31 октября 2022 года; - платежная ведомость № 28 от 15 ноября 2022 года за период с 1 ноября 2022 года по 15 ноября 2022 года (копия).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Согласно заключению эксперта № 53 от 26 марта 2024 года (т.7 л.д.89-229), решить вопрос, кем, Г2 или другим лицом, выполнены подписи от имени Г2, расположенные в приказе (распоряжении) о прекращении (расторжении) трудового договора с работником (увольнении) № 62 от 14 ноября 2022 года, в приказе (распоряжении) о приеме работника на работу № 39 от 18 октября 2022 года, в срочном договоре б/н от 18 октября 2022 года, в платежной ведомости № 26 от 1 ноября 2022 года не представилось возможным. Выявить признаки в большом объеме, а также оценить их устойчивость и вариационность не удалось из-за отсутствия сопоставимых (по времени, транскрипции) образцов.</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Допрошенная в судебном заседании свидетель К1 показала, что период не помнит, но она состояла на учете в Центре занятости населения. Встала на учет с помощью инспектора, которая все оформление произвела через ее сотовый телефон. На отметки она ходила два раза в месяц. В Центре занятости ей предложили поработать у ИП ФИО1 в п.Карапчанка, упаковывать, сортировать доску. Точное место не помнит. Между ней и предпринимателем был заключен трудовой договор. Точный период не помнит, но отработала три или четыре месяца. Работала каждый день до пяти или шести часов вечера кроме выходных. Она табелировала работников. Предприниматель привозил заработную плату, выдавал ведомости. За получение заработной платы все расписывались в ведомостях. Заработная плата была раз в месяц, но если нужно было, то выдавался и аванс. Из оглашенных с согласия сторон показаний свидетеля К1 (т.3 л.д.183-186) следует, что она несколько раз состояла на учете в центре занятости населения, в том числе в 2022 году. Встала на учет через личный кабинет приложения «Госуслуги». Почти сразу ей предложили работу, связанную с лесной отраслью, с которой она была хорошо знакома. Работники требовались к ИП ФИО1 Она сначала созвонилась с ФИО1, встретилась с ним. Он объяснил ей, что работать нужно было в цеху в п.Карапчанка, навести порядок в цеху, работать с доской. Из разговора она поняла, что предприниматель сотрудничал с центром занятости населения. График работы был пять дней, не на полный рабочий день и если не было работы, то вообще не каждый день. Оплата за работу 22 000 рублей. Ей такие условия подходили, так как был летний период, дача, кроме того, у нее еще была подработка. Также она предложила поработать с ней своей племяннице С4, которая тоже стояла на учете в центре занятости. С ними работал К4 Контролировала работу она, постоянно писала, что делали, вела табели, учет работы, когда приезжал ФИО1, чтобы произвести с ними расчет, то отчитывалась ему за проделанную работу. Заработную плату выдавал только ФИО1 Выдавал ее на рабочем месте наличными денежными средствами, а за ее получение они расписывались в ведомостях. Выдавался аванс и зарплата. Проработали они всего два или два с половиной месяца. Оформлена к ИП ФИО1 была по договору, который ФИО1 привозил сам. Свой экземпляр договора она найти не смогла. Просмотрев представленный срочный трудовой договор от 6 июня 2022 года, приказ о приеме на работу № 26 от 6 июня 2022 года, приказ о прекращении трудового договора № 51 от 31 августа 2022 года, ведомости по выплате денежных средств, пояснила, что в приказах и трудовом договоре подписи похожи на ее подпись. Когда расписывалась у ФИО1, то ведомости были похожие, а подписи вроде в ведомостях стоят ее, но ей кажется, ведомостей было меньше, чем предоставлено для обозрения. В ведомостях за 15 июня 2022 года и 15 июля 2022 года подписи на ее подпись не похожи. Оглашенные показания свидетель К1 подтвердила, дополнив, что в июне и июле 2022 года она работала у ИП ФИО1 В ходе предварительного следствия у свидетеля К1 (т.3 л.д.189-196) были получены образцы подписи для сравнительного исследования. Представлены: - срочный трудовой договор б/н от 6 июня 2022 года, заключенный с ИП ФИО1, из содержания которого следует, что К1 надлежало выполнять работу подсобным рабочим с 6 июня 2022 года по 31 августа 2022 года; - приказ (распоряжение) о приеме работника на работу № 26 от 6 июня 2022 года; - приказ (распоряжение) о прекращении трудового договора с работником (увольнении) № 51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 Согласно заключению эксперта № 53 от 26 марта 2024 года (т.7 л.д.89-229), решить вопрос, кем, К1 или другим лицом, выполнены подписи от имени К1, расположенные в приказе (распоряжении) о прекращении (расторжении) трудового договора с работником (увольнении) № 51 от 31 августа 2022 года, в приказе (распоряжении) о приеме работника на работу № 26 от 6 июня 2022 года, в срочном трудовом договоре б/н от 6 июня 2022 года, в платежной ведомости № 12 от 1 июля 2022 года, № 14 от 5 августа 2022 года, № 19 от 31 августа 2022 года, № 12 от 15 июня 2022 года, № 15 от 15 августа 2022 года, № 13 от 15 июля 2022 года не представилось возможным, по причине малого объема содержащейся в подписи графической информации, обусловленного их краткостью и вариацинностью, в том числе вариацинностью почерка в образцах.</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Допрошенная в судебном заседании С4 показала, что она в летний период на три месяца была трудоустроена у ИП ФИО1, складывала пиломатериал. Заработная плата была примерно 20 000 рублей в месяц. Документы для трудоустройства подписывала в центре занятости населения, но какие именно документы и у какого специалиста, не помнит. Кому предоставляла документы, сказать не может, поскольку этим занималась К1, это ее тётя, которая тоже работала у ФИО1 Денежные средства приносила К1 два раза в месяц. За их получение она расписывалась в ведомостях. Из оглашенных с согласия сторон показаний свидетеля С4 (т.3 л.д.130-133) следует, что она неоднократно состояла на учете в Центре занятости населения, получала пособия. Летом 2022 года работала на пилораме по направлению от Центра занятости населения. Согласилась на работу, поскольку там работала ее тётя К1 На работу она ездила с тётей и Владимиром, который возил их туда на машине. Место, где именно она работала, не помнит. График работы возможно был 5 через 2 дня, выходные отдыхали. Рабочий день был с 9 до 6 часов. Контроль за работой осуществляла её тётя, и ей кто-то привозил ведомость и деньги за работу. К1 отдавала им деньги, они за их получение расписывались в ведомости. Оплата производилась раз в месяц, получала от 20 до 22 тысяч рублей. В период работы на пилораме от Центра занятости населения пособия она не получала. Оформляли ее на работу договором, который она лично подписала, документы оформила специалист, у которого она стояла на учете. М6, КО ей не знакомы, ООО «&lt;данные изъяты&gt;» не знает. При ознакомлении со срочным трудовым договором от 6 июня 2022 года, приказом о приеме на работу от 6 июня 2022 года, приказом о прекращении трудового договора от 31 августа 2022 года показала, что подписи в указанных документах ее, все эти документы подписывала в Центре занятости населения. При ознакомлении с ведомостями по получению денежных средств от 5 августа 2022 года, 15 июля 2022 года, 15 июня 2022 года, 1 июля 2022 года, 31 августа 2022 года показала, что подписи в ведомостях ее, расписывается по-разному. Оглашенные показания свидетель С4 полностью подтвердила. Свидетелю были представлены на обозрение оригиналы срочного трудового договора от 6 июня 2022 года, приказа о приеме работника на работу с 6 июня 2022 года по 31 августа 2022 года, приказа о прекращении трудового договора с работником от 31 августа 2022 года. Ознакомившись с указанными документами, пояснила, что данные документы подписывала она, направление на работу получала в Центре занятости населения. В ходе предварительного следствия у свидетеля С4 (т.3 л.д.135-142) были получены образцы подписи для сравнительного исследования. Представлены: - срочный трудовой договор б/н от 6 июня 2022 года, заключенный с ИП ФИО1, из содержания которого следует, что С4 надлежало выполнять работу подсобным рабочим с 6 июня 2022 года по 31 августа 2022 года; - приказ (распоряжение) о приеме работника на работу № 27 от 6 июня 2022 года; - приказ (распоряжение) о прекращении трудового договора с работником (увольнении) № 50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 Согласно заключению эксперта № 53 от 26 марта 2024 года (т.7 л.д.89-229), подпись от имени С4, расположенная в платежной ведомости № 12 от 1 июля 2022 года, № 14 от 5 августа 2022 года, № 15 от 15 августа 2022 года, № 19 от 31 августа 2022 года выполнена не С4, а другим лицом, с подражанием подписи С4 Решить вопрос, кем, С4 или другим лицом, выполнены подписи от имени С4, расположенные в приказе (распоряжении) о прекращении (расторжении) трудового договора с работником (увольнении) № 50 от 31 августа 2022 года, в приказе (распоряжении) о приеме работника на работу № 27 от 6 июня 2022 года, в срочном договоре б/н от 6 июня 2022 года, в платежной ведомости № 12 от 15 июня 2022 года, не представилось возможным, по причине малого объема содержащейся в подписи графической информации, обусловленного их краткостью. Решить вопрос, кем, С4 или другим лицом, выполнены подписи от имени С4, расположенные в платежной ведомости № 13 от 15 июля 2022 года, не представилось возможным по причине невозможности установить транскрипцию подписи из-за пересекающихся штрихов.</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Из оглашенных в порядке ст. 281 УПК РФ показаний свидетеля К4 (т.3 л.д.117-120), в связи с его надлежащим извещением о времени и месте рассмотрения дела, неоднократной неявкой в судебные заседания, принудительные приводы которого положительных результатов не дали, следует, что он дважды состоял на учете в Центре занятости населения. Только состоял на учете не как безработный, поскольку прописки в г.Усть-Илимске не имеет, а как ищущий работу. Он оставил в Центре занятости свою анкету, на какие-либо отметки не ходил, пособий по безработице от центра занятости не получал. При этом постоянно где-то подрабатывал, официально нигде трудоустроен не был. Работал в основном на пилорамах. Летом 2022 года он также работал на пилорамах, но где именно и в какие периоды, сказать не может. Когда в 2022 году он встал на учет в Центре занятости населения, ему позвонил ФИО8 и предложил строгать погонажные изделия. Сказал, что сведения о нем получил в Центре занятости населения. Размер оплаты не помнит. На предложение ФИО8 он согласился, они договорились о встрече, затем ФИО8 свозил его и показал место работы. Пилорама находилась в правобережной части города, в районе кладбища. Работал пять дней, суббота и воскресенье - выходные. Если материала не было, то и среди недели были выходные. Работал с 8 до 17 часов. Их работало на пилораме трое, он и две женщины: К1 и Анастасия, фамилию не знает. Проработал два или три месяца. Добирался на работу на своем автомобиле. Оплачивал работу наличными денежными средствами сам ФИО8, когда заезжал к ним на работу. Оплата производилась два раза в месяц, аванс и зарплата. Возможно получал в месяц 20 тысяч. За получение денежных средств он расписывался в ведомости, в которой стояли его фамилия, а также фамилии Елены и Анастасии. Списки при получении денег были только из трех человек. С Центром занятости за указанный период он никак не связывался. Никаких проверок при его работе на пилораме у ФИО8 от Центра занятости не было. Работу на пилораме контролировала Елена, которая связывалась с ФИО8. М6, КО ему не знакомы, фирму ООО «&lt;данные изъяты&gt;» не знает. Осмотрев представленные срочный трудовой договор от 6 июня 2022 года, приказ о приеме на работу от 6 июня 2022 года, приказ о прекращении трудового договора от 31 августа 2022 года сообщил, что такие документы не подписывал, видит указанные документы впервые, подписи в документах не его, он так не расписывается. Ранее его опрашивали по работе у ФИО8 в полиции, там демонстрировали ведомости о получении денежных средств, в тех ведомостях также подписи стояли не его, о чем тогда и сказал. Подписи в данных документах и ведомостях между собой похожи. Подписи выполнены с подражанием его подписи, как он расписывался в 20 лет, у него в паспорте такая подпись, сейчас он расписывается совсем по-другому. В ходе предварительного следствия у свидетеля К4 (т.3 л.д.122-129) были получены образцы подписи для сравнительного исследования. Представлены: - срочный трудовой договор б/н от 6 июня 2022 года, заключенный с ИП ФИО1, из содержания которого следует, что К4 надлежало выполнять работу подсобным рабочим с 6 июня 2022 года по 31 августа 2022 года; - приказ (распоряжение) о приеме работника на работу № 25 от 6 июня 2022 года; - приказ (распоряжение) о прекращении трудового договора с работником (увольнении) № 41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 Согласно заключению эксперта № 53 от 26 марта 2024 года (т.7 л.д.89-229), решить вопрос, кем, К4 или другим лицом, выполнены подписи от имени К4, расположенные в приказе (распоряжении) о прекращении (расторжении) трудового договора с работником (увольнении) № 41 от 31 августа 2022 года, в приказе (распоряжении) о приеме работника на работу № 25 от 6 июня 2022 года, в срочном трудовом договоре б/н от 6 июня 2022 года, в платежных ведомостях № 12 от 1 июля 2022 года, № 14 от 5 августа 2022 года, № 12 от 15 июня 2022 года, № 13 от 15 июля 2022 года, № 15 от 15 августа 2022 года, № 19 от 31 августа 2022 года не представилось возможным. Выявить признаки в большом объеме, а также оценить их устойчивость и вариационность не удалось из-за отсутствия достаточно сопоставимых (по времени, транскрипции) образцов.</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В ходе предварительного следствия у М. образцы подписи для сравнительного исследования получены не были. Представлены: - срочный трудовой договор б/н от 1 июня 2022 года, заключенный с ИП ФИО1, из содержания которого следует, что М. надлежало выполнять работу подсобным рабочим с 1 июня 2022 года по 31 августа 2022 года; - приказ (распоряжение) о приеме работника на работу № 19 от 1 июня 2022 года; - приказ (распоряжение) о прекращении трудового договора с работником (увольнении) № 49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В ходе предварительного следствия у А1 образцы подписи для сравнительного исследования получены не были. Представлены: - срочный трудовой договор б/н от 16 июня 2022 года, заключенный с ИП ФИО1, из содержания которого следует, что А1 надлежало выполнять работу подсобным рабочим с 16 июня 2022 года по 19 августа 2022 года; - дополнительное соглашение № 1 на продление срока окончания работы 31 августа 2022 года; - приказ (распоряжение) о приеме работника на работу № 28 от 16 июня 2022 года; - приказ (распоряжение) о прекращении трудового договора с работником (увольнении) № 52 от 31 августа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(К4).</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В ходе предварительного следствия у М1 образцы подписи для сравнительного исследования получены не были. Представлены: - срочный трудовой договор б/н от 3 июня 2022 года, заключенный с ИП ФИО1, из содержания которого следует, что М1 надлежало выполнять работу подсобным рабочим с 3 июня 2022 года по 31 августа 2022 года; - приказ (распоряжение) о приеме работника на работу № 24 от 3 июня 2022 года; - приказ (распоряжение) о прекращении трудового договора с работником (увольнении) № 37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В ходе предварительного следствия у Я. образцы подписи для сравнительного исследования получены не были. Представлены: - срочный трудовой договор б/н от 1 июня 2022 года, заключенный с ИП ФИО1, из содержания которого следует, что Я. надлежало выполнять работу подсобным рабочим с 1 июня 2022 года по 31 августа 2022 года; - приказ (распоряжение) о приеме работника на работу № 15 от 1 июня 2022 года; - приказ (распоряжение) о прекращении трудового договора с работником (увольнении) № 44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(О2).</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В ходе предварительного следствия у Н. образцы подписи для сравнительного исследования получены не были. Представлены: - срочный трудовой договор б/н от 2 июня 2022 года, заключенный с ИП ФИО1, из содержания которого следует, что Н. надлежало выполнять работу подсобным рабочим с 2 июня 2022 года по 31 августа 2022 года; - приказ (распоряжение) о приеме работника на работу № 21 от 2 июня 2022 года; - приказ (распоряжение) о прекращении трудового договора с работником (увольнении) № 42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В ходе предварительного следствия у Р. образцы подписи для сравнительного исследования получены не были. Представлены: - срочный трудовой договор б/н от 2 июня 2022 года, заключенный с ИП ФИО1, из содержания которого следует, что Р. надлежало выполнять работу подсобным рабочим с 2 июня 2022 года по 31 августа 2022 года; - приказ (распоряжение) о приеме работника на работу № 22 от 2 июня 2022 года; - приказ (распоряжение) о прекращении трудового договора с работником (увольнении) № 40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(У.).</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В ходе предварительного следствия у ФИО18 образцы подписи для сравнительного исследования получены не были. Представлены: - срочный трудовой договор б/н от 20 мая 2022 года, заключенный с ИП ФИО1, из содержания которого следует, что ФИО18 надлежало выполнять работу подсобным рабочим с 20 мая 2022 года по 19 августа 2022 года; - дополнительное соглашение № 1 об изменении оплаты; - приказ (распоряжение) о приеме работника на работу № 9 от 20 мая 2022 года; - приказ (распоряжение) о прекращении трудового договора с работником (увольнении) № 26 от 19 августа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17 от 19 августа 2022 года за период с 1 августа 2022 года по 19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главного специалиста (О2).</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В ходе предварительного следствия у С3 образцы подписи для сравнительного исследования получены не были. Представлены: - срочный трудовой договор б/н от 1 августа 2022 года, заключенный с ИП ФИО1, из содержания которого следует, что С3 надлежало выполнять работу курьером с 1 августа 2022 года по 24 августа 2022 года; - приказ (распоряжение) о приеме работника на работу № 29 от 1 августа 2022 года; - приказ (распоряжение) о прекращении трудового договора с работником (увольнении) № 38 от 24 августа 2022 года; - платежная ведомость № 15 от 15 августа 2022 года за период с 1 августа 2022 года по 15 августа 2022 года; - платежная ведомость № 18 от 24 августа 2022 года за период с 1 августа 2022 года по 24 августа 2022 года. Указанные документы содержат подписи, выполненные Работодателем и Работником.</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В ходе предварительного следствия у К5 образцы подписи для сравнительного исследования получены не были. Представлены: - срочный трудовой договор б/н от 1 июня 2022 года, заключенный с ИП ФИО1, из содержания которого следует, что К5 надлежало выполнять работу подсобным рабочим с 1 июня 2022 года по 31 августа 2022 года; - приказ (распоряжение) о приеме работника на работу № 20 от 1 июня 2022 года; - приказ (распоряжение) о прекращении трудового договора с работником (увольнении) № 39 от 31 августа 2022 года; - платежная ведомость № 12 от 15 июня 2022 года за период с 1 июня 2022 года по 15 июня 2022 года; - платежная ведомость № 12 от 1 июля 2022 года за период с 1 июня 2022 года по 30 июня 2022 года; - платежная ведомость № 13 от 15 июля 2022 года за период с 1 июля 2022 года по 15 июля 2022 года; - платежная ведомость № 14 от 5 августа 2022 года за период с 1 июля 2022 года по 31 июля 2022 года; - платежная ведомость № 15 от 15 августа 2022 года за период с 1 августа 2022 года по 15 августа 2022 года; - платежная ведомость № 19 от 31 августа 2022 года за период с 1 августа 2022 года по 31 августа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(С2).</w:t>
      </w:r>
    </w:p>
    <w:p>
      <w:pPr>
        <w:pStyle w:val="Heading3"/>
      </w:pPr>
      <w:r>
        <w:rPr>
          <w:rFonts w:ascii="Times New Roman" w:hAnsi="Times New Roman" w:eastAsia="Times New Roman" w:cs="Times New Roman"/>
          <w:b/>
          <w:i w:val="0"/>
          <w:sz w:val="22"/>
        </w:rPr>
        <w:t>Пункт 35. Выводы</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В ходе предварительного следствия у Ф. образцы подписи для сравнительного исследования получены не были. Представлены: - срочный трудовой договор б/н от 20 мая 2022 года (2 экз.), заключенный с ИП ФИО1, из содержания которого следует, что Ф. надлежало выполнять работу курьером с 20 мая 2022 года по 19 августа 2022 года; - дополнительное соглашение № 1 об изменении оплаты; - приказ (распоряжение) о приеме работника на работу № 12 от 20 мая 2022 года (копия); - приказ (распоряжение) о прекращении трудового договора с работником (увольнении) № 25 от 15 июня 2022 года; - платежная ведомость № 9 от 8 июня 2022 года за период с 20 мая 2022 года по 31 мая 2022 года; - платежная ведомость № 12 от 15 июня 2022 года за период с 1 июня 2022 года по 15 июня 2022 года. Указанные документы содержат подписи, выполненные Работодателем и Работником. - направление для участия в оплачиваемых общественных работах, содержащее подпись инспектора 1 категории (С6). Приведенные выше документы были осмотрены (т.6 л.д.1-248, т.7 л.д.1-65), признаны и приобщены к материалам дела в качестве вещественных доказательств (т.7 л.д.66-68). Как установлено из вышеприведенных нормативно-правовых актов, а также показаний свидетелей, Правительством Иркутской области было утверждено Положение о предоставлении в 2022 году субсидий из областного бюджета работодателям, в том числе индивидуальным предпринимателям в целях финансового обеспечения затрат на частичную оплату труда при организации общественных работ для граждан, зарегистрированных в органах службы занятости (областных государственных казенных учреждениях Центры занятости населения городов и районов Иркутской области) в целях поиска подходящей работы, включая безработных граждан. Согласно показателям Усть-Илимского филиала ОГКУ КЦ Иркутской области, в указанной программе в 2022 году приняли участие 134 человека, сумма выделенных средств составила &lt;данные изъяты&gt; рубля 18 копеек (т.5 л.д.197-198). От начальника ОЭБиПК МО МВД России «Усть-Илимский» поступил рапорт о том, что в период 2022 года при реализации Центром занятости населения целевой программы по организации общественных работ для граждан в соответствии с Постановлением №-пп ИП ФИО1, путем представления в Центр занятости населения подложных сведений о работающих у него гражданах, были получены обманным путем денежные средства из средств федерального, областного бюджета Иркутской области. (т.1 л.д.27). Соответствующий материал проверки в порядке ст.ст. - 145 УПК РФ поступил из МО МВД России «Усть-Илимский». В действиях ФИО1 усматривались признаки преступления, предусмотренного ст. 159 УК РФ (т.1 л.д.4, 22). С участием понятых были произведены осмотры помещения здания Центра занятости населения, расположенного в г.Усть-Илимске Иркутской области по ул.Героев Труда, д.40 (т.1 л.д.28-31), помещения № 24, расположенного в здании &lt;...&gt; (т.1 л.д.32-34). Изъята была документация, имеющая отношение к деятельности ИП ФИО1 Согласно полученной информации по соглашениям по предоставлению в 2022 году субсидий из областного бюджета работодателям в целях финансового обеспечения затрат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ИП ФИО1 были выделены субсидии в размере &lt;данные изъяты&gt; рубль 93 копейки (из федерального бюджета &lt;данные изъяты&gt; рублей 79 копеек, из регионального бюджета &lt;данные изъяты&gt; рублей 14 копеек) (т.1 л.д.119-121). Согласно сведениям Министерства труда и занятости Иркутской области (т.2 л.д.222-223) финансирование в целях исполнения Постановления №-пп осуществлялось за счет средств областного бюджета и средств федерального бюджета, предоставляемых бюджету Иркутской области в форме иного межбюджетного трансферта. В соответствии с требованиями ст. Бюджетного кодекса РФ, в случае установления факта противоправных действий ущерб причиняется бюджету Иркутской области, поскольку иные межбюджетные трансферты из других бюджетов поступают безвозмездно. Из справки № 180 специалиста-ревизора с приложением следует, что согласно предоставленным на исследование расчетным ведомостям ИП ФИО1 в исследуемом периоде с 20 мая 2022 года по 15 ноября 2022 года трудоустроенным гражданам начислена заработная плата в сумме &lt;данные изъяты&gt; 068 рублей 31 копейка; удержан НДФЛ в сумме &lt;данные изъяты&gt; рубля, выплачена заработная плата в сумме &lt;данные изъяты&gt; рублей 31 копейка. ФИО1 в Центр занятости населения предоставлены расчеты компенсации части затрат по соглашению от ДД.ММ.ГГГГ № о предоставлении субсидии из областного бюджета руководителям-юридическим лицам (за исключением государственных (муниципальных) учреждений), индивидуальным предпринимателям в целях финансового обеспечения затрат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на сумму субсидии &lt;данные изъяты&gt; рубль 93 копейки (т.1 л.д.134-157). Справкой № 144 от 25 апреля 2023 года специалиста-ревизора по результатам анализа лицевых счетов ФИО2 (№, №) установлено поступления денежных средств от ФИО1 и расходование денежных средств в адрес ФИО1 Из анализа лицевых счетов ФИО1 установлено поступление денежных средств от ФИО2 и расходование денежных средств в адрес ФИО2 (т.1 л.д.164-168). Справки № 144 и № 180 были осмотрены, документы, предметы признаны и приобщены к материалам уголовного дела в качестве вещественных доказательств (т.11 л.д.1-148, 149-151). 26 июня 2023 года по месту жительства ФИО1 (&lt;адрес&gt;) был произведен обыск (т.2 л.д.7, 8, 9-10, 11-16), в ходе которого были изъяты системный блок, ноутбук, флэш-карта, жесткие диски, сотовый телефон. Обыск был произведен и в помещении ООО «&lt;данные изъяты&gt;» (&lt;адрес&gt;), с которым у ИП ФИО1 был заключен договор на оказание бухгалтерских услуг (т.2 л.д.17-19, 20-28). В ходе обыска были изъяты в том числе: документы, печати, связанные с деятельностью ИП ФИО1, сотовые телефоны, системные блоки. Проводился обыск по месту жительства ФИО2 в случаях, не терпящих отлагательства (т.2 л.д.32-34, 35-37). Проведение данного обыска было признано судом законным (т.2 л.д.40). В ходе обыска были изъяты сотовые телефоны (пароль от одного из них сообщил ФИО2), ноутбук, системный блок, жесткий диск. Перед фиктивным трудоустройством 35 граждан ИП ФИО1 в Центр занятости населения было подано заявление о заключении соглашения о предоставлении в 2022 году субсидий из областного бюджета работодателям, в том числе индивидуальным предпринимателям в целях финансового обеспечения затрат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от 19 апреля 2022 года (т.8 л.д.141-142), а также согласие на осуществление его проверок Министерством труда и занятости Иркутской области и органами государственного финансового контроля (т.8 л.д.143, 145). Обязался трудоустроить 25 граждан на общественные работы в 2022 году (т.8 л.д.144). 19 апреля 2022 года между Центром занятости населения, в лице директора Ш. и ИП ФИО1 был заключен договор № 88 «Об организации общественных работ» (т.8 л.д.146-148). ИП ФИО1 надлежало обеспечить создание рабочих мест в рамках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(п.1.1). Результатом организации общественных работ является заключение срочных трудовых договоров с гражданами, трудоустроенными к Работодателю в целях выполнения работ, имеющих социально полезную направленность (п.1.2). В соответствии с договором надлежало организовать следующие виды общественных работ: подсобные рабочие, работа курьером (п.1.3). Место проведения общественных работ: г.Усть-Илимск, промплощадка УИ ЛПК (п.1.4). В обязанность Центра занятости населения входило при наличии лимитов бюджетных обязательств на текущий финансовый год, доведенных министерством труда и занятости Иркутской области на частичную оплату труда при организации общественных работ для граждан, зарегистрированных в органах службы занятости в целях подходящей работы, включая безработных граждан, рассмотреть вопрос предоставления Работодателю субсидии в порядке и на условиях, предусмотренных Положением о предоставлении субсидии (п.2.1.5). ИП ФИО1 обязался создать 25 рабочих мест в период с 19 апреля 2022 года по 30 сентября 2022 года для выполнения работ, указанных в п.1.3 Договора (п.2.3.1). В п. 2.3.1 договора № 88 «Об организации общественных работ» были внесены изменения соглашениями № 1 от 30 мая 2022 года, № 2 от 15 июня 2022 года, № 3 от 27 июля 2022 года, № 4 от 13 октября 2022 года (т.8 л.д.149-152). Окончательно Работодателю надлежало создать 35 рабочих мест в период с 26 апреля 2022 года по 28 декабря 2022 года (Соглашение № 4). Также ИП ФИО1 обязался заключить с гражданами, направленными Центром занятости населения, срочные трудовые договоры в соответствии со статьями , Трудового кодекса Российской Федерации. Копии срочных трудовых договоров направить в Центр занятости населения (п.2.3.3); в случае отказа гражданина от участия в оплачиваемых общественных работах до истечения срока действия Договора уведомить об этом в письменной форме Центр занятости населения в 3-х дневный срок с даты такого отказа (п.2.3.7); в случаях неисполнения либо ненадлежащего исполнения условий настоящего Договора Стороны несут ответственность, предусмотренную законодательством Российской Федерации (п.3.1). 5 мая 2022 года директором Центра занятости населения Ш. был подписан приказ о заключении с ИП ФИО1 Соглашения о предоставлении субсидии из областного бюджета работодателям – юридическим лицам (за исключением государственных (муниципальных) учреждений), индивидуальным предпринимателям в целях финансового обеспечения затрат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(т.8 л.д.124-125). 12 мая 2022 года было заключено соответствующее Соглашение № 10-2022-037542, а также дополнительные соглашения к нему: № 10-2022-037542/1 от 20 мая 2022 года; № 10-2022-037542/2 от 31 мая 2022 года; № 10-2022-037542/3 от 15 июня 2022 года; № 10-2022-037542/4 от 27 июля 2022 года; № 10-2022-037542/5 от 16 августа 2022 года; № 10-2022-037542/6 от 13 октября 2022 года (т.8 л.д.153-179). Центру занятости населения надлежало предоставить в 2022 году субсидии в целях финансового обеспечения затрат Получателя (ИП ФИО1), связанных с обеспечением затрат (части затрат) на заработную плату направленного на общественные работы гражданина в размере величины минимального размера оплаты труда, установленного Федеральным законом от 19 июня 2000 года № 82-ФЗ «О минимальном размере оплаты труда», увеличенного на сумму страховых взносов в государственные внебюджетные фонды и районный коэффициент, установленный Правительством Российской Федерации, за работника в месяц (пп.1.1.1. п.1.1.). Субсидия предоставляется в соответствии с Правилами предоставления субсидии: при предоставлении Получателем (ИП ФИО1) Представителю (Центр занятости населения) документов, подтверждающих размер планируемых Получателем затрат на частичную оплату труда направленных на общественные работы работников, на возмещение которых предоставляется Субсидия (пп.3.1.1.1. пп.3.1.1. п.3.1.). Перечисление Субсидии должно было осуществляться в соответствии с бюджетным законодательством Российской Федерации на счет Получателя, открытый в Дополнительном офисе № 8586/0387 Байкальском Банке ПАО Сбербанк путем перечисления денежных средств с лицевого счета Учреждения в сроки, определенные Соглашением, и в соответствии с планом-графиком перечисления Субсидии (пп.3.2.1.1. пп.3.2.1 п.3.2). Центр занятости населения обязался обеспечить предоставление Субсидии в соответствии с разделом III указанного выше Соглашения (п.4.1.1). В случае установления Центром занятости населения или получения от органа государственного финансового контроля информации о факте(ах) нарушения Получателем (ИП ФИО1) порядка, целей и условий предоставления Субсидии, предусмотренных Правилами предоставления субсидии и Соглашением, в том числе указания в документах, представленных Получателем в соответствии с настоящим Соглашением, недостоверных сведений, направлять Получателю требование об обеспечении возврата Субсидии в размере и в сроки, определенные в указанном требовании (п.4.1.7). При этом ИП ФИО1 обязался устранять факты нарушения порядка, целей и условий предоставления Субсидии в сроки, определенные в указанном требовании (п.4.3.7.1).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(п.5.1). После заключения указанного Соглашения, ФИО1, действуя в рамках совместного умысла с ФИО2, направленного на хищение бюджетных средств, путем обмана неоднократно в период времени с 12 мая 2022 года по 31 декабря 2022 года, предоставлял в Центр занятости населения отчетные документы о расходах, содержащие заведомо ложные и недостоверные сведения о приеме граждан на работу, заключенных трудовых договорах, учете рабочего времени, размере затрат на оплату труда работников: Е., Б., Д., К., Б., М., О1, А., К1, О., Л., Ф2, К2, Г2, А., А1, М1, П., Я., Н., Р., З1, З., Д4, З4, С4, М7, Л3, С3, К4, К5, К3, Ф2, Я1, Ф., источником финансового обеспечения которых является субсидия, и достоверно зная, что фактического привлечения данных граждан к выполнению трудовых обязанностей не осуществлялось, начисленная заработная плата указанным гражданам им не выплачивалась. А также, с целью придания ложной законности их совместным с ФИО2 действиям и мнимой добросовестности исполнения условий Соглашения, ФИО1 предоставлял сведения об осуществлении отчислений по страховым взносам в государственные внебюджетные фонды вышеуказанных работников (т.8 л.д.204, 217, 235, 241, т.9 л.д.15, 26, 33, 60, 66), тем самым вводили в заблуждение руководство Центра занятости населения и Министерства труда и занятости Иркутской области. Срочные трудовые договоры, заключенные с ИП ФИО1, дополнительные соглашения, приказы (распоряжения) о приеме работника на работу, приказы (распоряжения) о прекращении трудового договора с работником (увольнении), платежные ведомости (перечислены выше после показаний свидетелей); табели учета рабочего времени (№ 5 от 31 мая 2022 года за период с 20 мая 2022 года по 31 мая 20222 года, б/н от 15 июня 2022 года за период с 1 июня 2022 года по 15 июня 2022 года, б/н от 1 июля 2022 года за период с 1 июня 2022 года по 30 июня 2022 года, б/н от 15 июля 2022 года за период с 1 июля 2022 года по 15 июля 2022 года, б/н от 1 августа 2022 года за период с 1 июля 2022 года по 31 июля 2022 года, б/н от 15 августа 2022 года за период с 1 августа 2022 года по 15 августа 2022 года, б/н от 31 августа 2022 года за период с 1 августа 2022 года по 31 августа 2022 года, б/н от 31 октября 2022 года за период с 18 октября 2022 года по 31 октября 2022 года, б/н от 15 ноября 2022 года за период с 1 ноября 2022 года по 15 ноября 2022 года) (т.8 л.д.205-206, 214-216, 228-230, 244-246, т.9 л.д.4-6, 21-23, 45-47, 51-52, 67)); расчетные ведомости по заработной плате (№ 5 от 31 мая 2022 года за период с 20 мая 2022 года по 31 мая 20222 года, № 5 от 15 июня 2022 года за период с 1 июня 2022 года по 15 июня 2022 года, № 6 от 1 июля 2022 года за период с 1 июня 2022 года по 30 июня 2022 года, № 6 от 15 июля 2022 года за период с 1 июля 2022 года по 15 июля 2022 года, № 7 от 2 августа 2022 года за период с 1 июля 2022 года по 31 июля 2022 года, № 8 от 15 августа 2022 года за период с 1 августа 2022 года по 15 августа 2022 года, № 9 за период с 1 августа 2022 года по 31 августа 2022 года, № 1 за период с 18 октября 2022 года по 31 октября 2022 года, № 2 за период с 1 ноября 2022 года по 15 ноября 2022 года (т.8 л.д.203, 218-219, 236-237, 242-243, т.9 л.д.11-12, 24-25, 28, 61, 65)); расчеты компенсации за май 2022 года, с 1 по 15 июня 2022 года, за июнь 2022 года, за июль 2022 года, с 1 августа 2022 года по 15 августа 2022 года, с 1 августа 2022 года по 31 августа 2022 года, с 18 октября 2022 года по 31 октября 2022 года, с 1 ноября 2022 года по 15 ноября 2022 года (т.8 л.д.207, 210, 231, 247, т.9 л.д.7, 27, 32, 56, 57, 68); отчеты о расходах (т.8 л.д.208-210, 232-234, т.9 л.д.8-10, 42-44, 53-55, 69-71), были осмотрены, признаны и приобщены к материалам уголовного дела в качестве вещественных доказательств (т.6, т.7 л.д.1-68, т.8, т.9). В ходе предварительного расследования в Центре занятости населения были изъяты личные дела Е., Б., Д., К., Б., М., О1, А., К1, О., Л., Ф2, К2, Г2, А., А1, М1, П., Я., Н., Р., З1, З., Д4, З4, С4, М7, Л3, С3, К4, К5, К3, Ф2, Я1, Ф. (т.10 л.д.7-9), которые были осмотрены (т.10 л.д.11-44), признаны и приобщены к материалам дела в качестве вещественных доказательств (т.10 л.д.45-49). В указанных личных делах содержатся сведения об учете указанных граждан, их посещаемости Центра занятости населения, результаты подбора кандидатур для трудоустройства, приказы и срочные трудовые договоры, в том числе относительно деятельности ИП ФИО1 Осмотрены были печати ИП ФИО1, иные документы (папка с надписью «ФИО8» (13 мультифор)), изъятые в ООО «&lt;данные изъяты&gt;» (т.10 л.д.50-137), в которых имеются сведения о трудовой деятельности зарегистрированного лица (СЗВ-ТД), в том числе в отношении Е., Б., Д., Б., М., О1, А., К1, О., Г2, А1, М1, П., Я., Н., Р., З1, З., Д4, З4, С4, М7, Л3, С3, К4, К5, К3, Ф2, Я1, Ф. Документы признаны и приобщены к материалам дела в качестве вещественных доказательств (т.10 л.д.139-141). Согласно приказам от 8 июня 2022 года № 01-08/126 (т.8 л.д.197-198), от 17 июня 2022 года № 01-08/141 (т.8 л.д.212-213), от 12 июля 2022 года № 01-08/171 (т.8 л.д.222-223), от 18 июля 2022 года № 01-08/178 (т.8 л.д.239-240), от 5 августа 2022 года № 01-08/200 (т.9 л.д.2-3), от 17 августа 2022 года № 01-08/214 (т.9 л.д.19-20), от 7 сентября 2022 года № 01-08/242 (т.9 л.д.30-31), от 7 ноября 2022 года № 01-08/286 (т.9 л.д.49-50), от 17 ноября 2022 года № 01-08/295 (т.9 л.д.63-64) ОГКУ «Центр занятости населения г.Усть-Илимска» путем перечисления денежных средств были предоставлены ИП ФИО1 субсидии на суммы: - &lt;данные изъяты&gt; рублей 64 копейки (за счет областного бюджета &lt;данные изъяты&gt; рубля 89 копеек, за счет средств федерального бюджета, предоставленных бюджету Иркутской области, &lt;данные изъяты&gt; рубля 75 копеек); - &lt;данные изъяты&gt; рублей 30 копеек (за счет областного бюджета &lt;данные изъяты&gt; рублей 39 копеек, за счет средств федерального бюджета, предоставленных бюджету Иркутской области, &lt;данные изъяты&gt; рублей 91 копейка); - &lt;данные изъяты&gt; рубля 17 копеек (за счет областного бюджета &lt;данные изъяты&gt; рублей 77 копеек, за счет средств федерального бюджета, предоставленных бюджету Иркутской области, &lt;данные изъяты&gt; рубля 40 копеек); - &lt;данные изъяты&gt; рублей 25 копеек (за счет областного бюджета &lt;данные изъяты&gt; рублей 63 копейки, за счет средств федерального бюджета, предоставленных бюджету Иркутской области, &lt;данные изъяты&gt; рубля 62 копейки); - &lt;данные изъяты&gt; рубля 25 копеек (за счет областного бюджета &lt;данные изъяты&gt; рубля 77 копеек, за счет средств федерального бюджета, предоставленных бюджету Иркутской области, &lt;данные изъяты&gt; рублей 48 копеек); - &lt;данные изъяты&gt; рублей 25 копеек (за счет областного бюджета &lt;данные изъяты&gt; рублей 14 копеек, за счет средств федерального бюджета, предоставленных бюджету Иркутской области, &lt;данные изъяты&gt; рублей 11 копеек); - &lt;данные изъяты&gt; рублей 66 копеек (за счет областного бюджета &lt;данные изъяты&gt; рублей 53 копейки, за счет средств федерального бюджета, предоставленных бюджету Иркутской области, &lt;данные изъяты&gt; рублей 13 копеек); - &lt;данные изъяты&gt; рублей 16 копеек (за счет областного бюджета &lt;данные изъяты&gt; рублей 90 копеек, за счет средств федерального бюджета, предоставленных бюджету Иркутской области, &lt;данные изъяты&gt; рублей 26 копеек); - &lt;данные изъяты&gt; рублей 25 копеек (за счет областного бюджета &lt;данные изъяты&gt; рублей 12 копеек, за счет средств федерального бюджета, предоставленных бюджету Иркутской области, &lt;данные изъяты&gt; рубля 13 копеек). Перевод денежных средств подтверждается платежными поручениями № 1197489 от 15 июня 2022 года, № 1223713 от 22 июня 2022 года, № 1332713 от 14 июля 2022 года, № 1351666 от 19 июля 2022 года, № 1424137 от 8 августа 2022 года, № 1478419 от 18 августа 2022 года, № 1560613 от 9 сентября 2022 года, № 1818023 от 8 ноября 2022 года, № 1875327 от 18 ноября 2022 года (т.8 л.д.196, 211, 221, 238, т.9 л.д.1, 18, 29, 48, 62). 9 января 2023 года представителем Центра занятости населения в лице временно замещающего директора Т. и ИП ФИО1 к Соглашению от 12 мая 2022 года № был подписан итоговый акт «О выполнении условий соглашения о предоставлении субсидии из областного бюджета работодателям – юридическим лицам (за исключением государственных (муниципальных) учреждений), индивидуальным предпринимателям в целях финансового обеспечения затрат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согласно которому: получатель в период действия соглашения от 12 мая 2022 года № организовал рабочие места в количестве 35; принял на работу 35 граждан, ищущих работу и обратившихся в органы службы занятости, а также безработных граждан, направленных Центром занятости населения, и заключил с ними срочные трудовые договоры. За период действия соглашения с 12 мая 2022 года по 31 декабря 2022 года Представитель перечислил на расчетный счет Получателя субсидию из областного бюджета в целях финансового обеспечения затрат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в сумме &lt;данные изъяты&gt; рубль 93 копейки, в том числе: за счет средств областного бюджета Иркутской области – &lt;данные изъяты&gt; рублей 14 копеек с учетом уплаты налогов и сборов в бюджеты бюджетной системы Российской Федерации; за счет средств федерального бюджета, предоставляемых бюджету Иркутской области – &lt;данные изъяты&gt; рублей 79 копеек с учетом уплаты налогов и сборов в бюджеты бюджетной системы Российской Федерации. Затраты по оплате труда гражданам, ищущим работу и обратившимся в органы службы занятости, а также безработным гражданам, направленным Центром занятости населения и трудоустроенным на временные рабочие места с учетом страховых взносов за счет средств Получателя, составили &lt;данные изъяты&gt; рубля 11 копеек. Согласно итоговому акту условия соглашения сторонами были выполнены (т.8 л.д.180). Представлен был акт № 1 от 16 июня 2022 проверки выполнения работодателем условий Соглашения по предоставлению субсидии из областного бюджета, согласно которому проверяющие: начальник отдела анализа, прогноза рынка труда и активных программ занятости Центра занятости населения ФИО2, главный специалист указанного отдела Д., ответственный менеджер ФИО18 составили акт, при этом подтвердили трудоустройство к ИП ФИО1 27 граждан, направленных Центром занятости населения для выполнения временных работ по профессии: - курьер 5 человек: Б., Д4, Е., О1, Ф.; - подсобный рабочий 22 человека: Я1, М7, Б., А., З., З1, Д., К5, Р., К4, Н., Ф2, Я., К3, П., М1, О., М., С4, К1, А1, З4 Проверены были срочные трудовые договоры указанных работников, дополнительные соглашения, приказы о приеме на работу, приказы об увольнении. С работниками была проведена беседа на территории базы, отзывы положительные. Сделаны фотографии некоторых участников программы общественных работ за выполнением своих трудовых обязанностей. Замечаний по результатам проведенной проверки не было. Акт подписан ФИО2, Д., ИП ФИО1 К акту приложены фото (т.8 л.д.183-189). Представлен был акт № 2 от 14 июля 2022 года проверки выполнения работодателем условий Соглашения о предоставлении субсидии из областного бюджета, согласно которому проверяющие: начальник отдела анализа, прогноза рынка труда и активных программ занятости ОГКУ ЦЗН города Усть-Илимска ФИО2, главный специалист указанного отдела Д., ответственный менеджер ФИО18 составили акт, при этом подтвердили трудоустройство к ИП ФИО1 27 граждан, направленных ОГКУ «Центр занятости населения г.Усть-Илимска» для выполнения временных работ по профессии: - курьер 5 человек: Б., Д4, Е., О1, Ф.; - подсобный рабочий 22 человека: Я1, М7, Б., А., З., З1, Д., К5, Р., К4, Н., Ф2, Я., К3, П., М1, О., М., С4, К1, А1, З4 Проверены были срочные трудовые договоры указанных работников, дополнительные соглашения, приказы о приеме на работу, приказы об увольнении. С работниками была проведена беседа на территории базы, отзывы положительные. Сделаны фотографии некоторых участников программы общественных работ за выполнением своих трудовых обязанностей. Замечаний по результатам проведенной проверки не было. Акт подписан ФИО2, Д., ИП ФИО1 К акту приложены фото (т.8 л.д.190-195). Осмотрены были системные блоки, изъятые в помещении ООО «&lt;данные изъяты&gt;» в ходе обыска 26 июня 2023 года. В ходе осмотра системного блока «Aton» установлено наличие файлов, папок, среди которых «общественные работы», «ФИО8». В папке «общественные работы» имеются папки с документами: К., ФИО8, ФИО8 18.10, ООО &lt;данные изъяты&gt;, ООО &lt;данные изъяты&gt;, ООО &lt;данные изъяты&gt;. Папка «ФИО8» создана 20 мая 2022 года и имеет 76 файлов, 7 папок, папка «ФИО8 18.10» создана 18 октября 2022 года имеет 16 файлов, 2 папки: срочные трудовые договоры, табели учета рабочего времени, платежные ведомости, расчеты компенсации, справки по налогам, дополнительные соглашения к срочным трудовым договорам, расчетные ведомости (т.10 л.д.152-155). Осмотренные предметы признаны и приобщены к уголовному делу в качестве вещественных доказательств (т.10 л.д.156-158). Из протокола осмотра предметов от 21 мая 2024 года следует, что осмотрены были: - флешкарта в красно-оранжевом корпусе, жесткий диск Toshiba, жесткий диск Sеagate, сотовый телефон Айфон в корпусе серого цвета, которые были изъяты по месту жительства ФИО1 (&lt;адрес&gt;) в ходе обыска 26 июня 2023 года ФИО1; - сотовый телефон Ксяоми, сотовый телефон Айфон, сотовый телефон Хонор, жесткий диск WD, которые были изъяты по месту жительства ФИО2 (&lt;адрес&gt;) в ходе обыска 26 июня 2023 года. В ходе осмотра содержащейся на жестком диске WD (P/N WDBABV5000ABK-00, S/N WX61E41EX474) обнаружены 52 элемента, в папке «биоэнергетика» имеется папка «образы с телефона», в которой среди фотографий имеются фотографии ФИО1, совместные фотографии в личной обстановке ФИО1 и ФИО2 В ходе осмотра информации телефона «Xiaomi 5G» установлено наличие информации, папок. В папке «Галерея» имеется: - за 29 марта 2023 года фотография списка с данными: А., А1, А., Б., Г., Б., Д., Д., З1, З., З4, К1, К2, К3, К., К4, О., К5, Л3, Л., М., М1, М7,, Е., Н., О1, П., Р., С3, С4, Ф2, Ф2. Данные А., Б., Г2, Д4, К., Л3, Е., О1, С3 выделены маркером желтого цвета; - за 24 марта 2023 года фотография с изображением ФИО1, ФИО2, иного лица. При просмотре содержимого социального мессенджера «Телеграм» установлено, что пользователь имеет наименование «Илья Владимирович». У него с пользователем «Макс с работы» имеется диалог, согласно которого 23 августа 2022 года пользователь «Макс с работы» направил сообщение о том, что сумма не сходится, с прикреплением фотографии расчетов. На указанные сообщения пользователь «Илья Владимирович» спрашивает, писал ли &lt;данные изъяты&gt;. Пересланные сообщения от пользователя «Илья с работы» имеются в диалоге с пользователем «&lt;данные изъяты&gt;». При просмотре контактов, сохраненных в телефоне и телефонных соединениях, с целью проверки имеющихся контактов и соединений проверяются номера телефонов граждан по общественным работам (далее – ГПОР), числящихся у ИП ФИО1, а также сотрудников Центра занятости населения и ООО «&lt;данные изъяты&gt;». В ходе проверки установлено: - телефонное соединение 31 марта 2023 года с номером &lt;данные изъяты&gt;, используемым Е. (ГПОР); - телефонное соединение 17 мая 2022 года с номером &lt;данные изъяты&gt;, используемым Б. (ГПОР); - телефонное соединение 31 марта 2023 года с номером &lt;данные изъяты&gt;, используемым Е. (ГПОР); - телефонное соединение 15 июня 2022 года с номером &lt;данные изъяты&gt;, используемым О1 (ГПОР); - телефонное соединение 20 марта 2023 года с номером &lt;данные изъяты&gt;, используемым А. (ГПОР); - телефонное соединение 31 мая 2022 года с номером &lt;данные изъяты&gt;, используемым ФИО18 (ГПОР), сохраненным как «Дима ФИО8»; - телефонное соединение 20 марта 2023 года с номером &lt;данные изъяты&gt;, используемым Я1 (ГПОР); - установлено, что номер &lt;данные изъяты&gt;, используемый О. (ГПОР), сохранен как «&lt;данные изъяты&gt; - телефонное соединение 21 марта 2023 года с номером &lt;данные изъяты&gt;, используемым К1 (ГПОР); - установлено, что номер &lt;данные изъяты&gt;, используемый М6 Ю.О. (ООО «&lt;данные изъяты&gt;»), сохранен как «&lt;данные изъяты&gt; Бухгалтер»; - установлено, что номер &lt;данные изъяты&gt;, используемый КО (ООО «&lt;данные изъяты&gt;»), сохранен как «&lt;данные изъяты&gt; Бух ФИО8»; - телефонное соединение 21 апреля 2022 года с номером &lt;данные изъяты&gt;, используемым Р2; - установлено, что номер &lt;данные изъяты&gt;, используемый М5., сохранен как «М5»; - установлено, что номер &lt;данные изъяты&gt;, используемый ФИО1, сохранен как «Костя ФИО8», также имеются номера сотрудников Центра занятости населения. В ходе осмотра сотового телефон Айфон установлено наличие информации. При просмотре «настройки» пользователь «Константин ФИО8», в разделе телефон отображен номер &lt;данные изъяты&gt;. При просмотре папки «Телефонная книга» отображается список контактов, соединений за период с 22 июня 2023 года по 26 июня 2023 года, среди которых от контакта Илья ФИО6 входящий 26 июня 2023 года, 24 июня 2023 года. Контактов 2482. Среди контактов проверялись контакты лиц, работающих по общественным работам с Центра занятости населения, их сотрудники, а также сотрудники ООО «&lt;данные изъяты&gt;». При проверке номеров контактов установлено, Б. (№) записана как Б., З. (№) записан как З., М. (№) записан как ФИО19 Друг, О. (№) как О. друг А-ных, Я. (№) как &lt;данные изъяты&gt; ФИО38, К3 (№) как ФИО19 Друг, Н. (№) как Катя подруга Димы, Р. (№) как Олег, одноклассник Димы, К1 (№) как К1 погонаж на Белоречке, К2 (№) как Дима Погрузка У Новака, М7(№) как сын, Д. (№) как Д., ФИО2 (№) как Илья ФИО6, также указан номер +№, М6 Ю.О. (№) как М6 Бухгалтер, КО (89832496702) как Оксана бухгалтер ООО &lt;данные изъяты&gt;, Р2 (№) как &lt;данные изъяты&gt; Бухгалтер. Просматривалась папка сообщений. В указанной папке имеется: - чат обмена сообщениями с контактом М6 Бухгалтер, чат с 20 августа 2020 года, среди сообщений имеется сообщение за 21 марта 22:34 исходящее: «&lt;данные изъяты&gt;, я был на допросе сказал, что в основном выдавали зарплату из кассы наличкой», «Я передавал деньги &lt;данные изъяты&gt;, она выдавала»; - чат обмена сообщениями с контактом Илья ФИО6 с 13 апреля 2018 года; - чат обмена сообщениями с контактом К1 погонаж на Белоречке, переписка за период с 31 мая 2022 года по 6 июня 2022 года: 31 мая 2022 года исходящее: «&lt;данные изъяты&gt;, здравствуй, вы хотя бы напишите да-нет, а том у меня другие люди хотят поучаствовать, сегодня срок, если участвовать, то сегодня в течении дня, с 01 июня 2022 должны уже оформлены», входящий: «До какого времени?», исходящий: «Центр занятости работает до 17 нужно хотяб до 15.00 все сделать и передать им», входящий: «тогда не успеем, документы все дома», 02 июня 2022 года исходящий: «&lt;данные изъяты&gt;, сегодня общался с центром занятости, договорились насчет вас троих. Когда сможете?», входящий: «Костя привет, маленько занято. Вечером дома буду и перезвоню тебе, объяснишь как правильно это сделать», исходящий: «+№ &lt;данные изъяты&gt;», 03 июня 2022 года исходящее: «&lt;данные изъяты&gt; позвони мне. Двоих твоих работников оформляем? Нужны фото первой страницы паспорта», 04 июня 2022 года входящее: «Костя привет, заявление отправила, остальные ждут подтверждение по резюме», 06 июня 2022 года 10:00 исходящее: «Привет, модерацию прошли, пусть &lt;данные изъяты&gt; позвонят». Папка «Ватсап», имеет различные чаты с контактами: - чат с контактом «сын» с 10 сентября 2020 года, за 30 марта 2022 года фото экрана, где отображен список людей в таблице ХL, среди которых ФИО37 М., К3, Р., Б., указаны адреса эл.почты, города; 24 мая 2022 года исходящие сообщения: «зарегистрировать на сайте Работа России. У них должен быть пароль и логин от гослуслуг», «пароль инн снилс», «это то что нужно им сделать», входящее сообщение: «понял»; 6 июня 2022 года входящее сообщение – скрин экрана о записи на прием в службу занятости П. на 08.06.22 ОГКУ ЦЗН города Усть-Илимска; 20 июля 2022 года входящее: «&lt;данные изъяты&gt; говорит, что вакансий нет», «посмотри там», исходящее: «Понятно, с Ильей поговорю»; 21 июля 2022 года входящие: «Папа, че с вакансией, &lt;данные изъяты&gt; же нужно заново подать заявку», исходящее: «там подавать ничего не надо, пусть позвонят завтра оба &lt;данные изъяты&gt;», входящее: «Пон, скинь номер», исходящее «+№ &lt;данные изъяты&gt;»; 22 июля 2022 исходящее: «Дима, нужно что бы твои люди сделали фото, как курьеры, ну типа что то несут, коробку посылку типа того, это для отчета в ЦЗН», «два три человека», входящее: «тип на улице», исходящее: «да или передает конверт кому то и т.д.», входящее: «капец», исходящее: «пимьо и т.д., ну деньги же не просто так платят, сам можешь тоже», входящие 7 фото с изображением девушки в черных брюках, белой футболке с коробками в руках звонит в дверь &lt;адрес&gt;, девушка в брюках и куртке джинсовке с рисунками на спине находится спиной к экрану у почтовых ящиков, держит конверт у ящиков», исходящие сообщения с просьбой связаться с &lt;данные изъяты&gt;, входящие фото девушки и парня с предметами в руках фото девушки в джинсовой куртке, в руках коробки, стучит в дверь, исходящие: «ну все вошли в роль, пока хватит, в следующем месяце после зарплаты еще нужно будет», входящее фото с изображением молодого человека в салоне автомобиля, на сиденье конверты: «это от Володи», также в переписке идет диалог о том, чтобы контакт «сын» привез икры, по диалогу контакт во Владивостоке; 1 августа 2022 года входящее изображение фото паспорта С., ДД.ММ.ГГГГ г.р., Л3, ДД.ММ.ГГГГ г.р.; 11 августа 2022 года исходящее фото со списком сотрудников ИП ФИО1, входящие: «так это все старые, по сути тоже самое, во владике &lt;данные изъяты&gt;, все 5 другие, &lt;данные изъяты&gt;, его девушка &lt;данные изъяты&gt; вообще говорит что за &lt;данные изъяты&gt; все сделала, и маше потом пришло сообщение на почту»; - чат с контактом «Оксана бухгалтер ООО &lt;данные изъяты&gt;», имеются сообщения текстовые и голосовые, изображения: 21 апреля 2022 года голосовое входящее о том, что Илья ФИО6 спрашивает свидетельство о постановке на учет; 8 июня 2022 года, 1 июля 2022 года, 9 августа 2022 года, 24 августа 2022 года, 31 августа 2022 года, 10 октября 2022 года, 7 октября 2022 года, 21 октября 2022 года, 25 октября 2022 года, 1 ноября 2022 года, 14 ноября 2022 года, 15 ноября 2022 года входящее фото с документом сотрудников ИП ФИО8 налоги и взносы, сообщения об оплате; 19 июля 2022 года: «Оксана, посмотри пожалуйста завтра. Л3 вроде есть у нас в штате? С.. Почему то списке от ЦЗН из нет», входящее голосовое о том, что в списке сотрудников указанных лиц нет; 20 июля 2022 года входящее голосовое сообщение о том, что все вопросы по списку и по людям к Д., они давали списки; 19 августа 2022 года диалог о необходимости оплаты налогов и взносов за уволенных, исходящее: «сколько уволенных и сколько остается», входящее: «сегодня уволенных 11 чел, двое до 24.08., и 14 чел остается до 31.08.»; 17 марта 2023 года входящее о том, что электронную подпись оставили у Д., т.к. Илья на больничном; 22 марта 2023 года исходящее: «Оксана, кто у меня были в курьерах?»; - чат с контактом «Илья ФИО6» с 21 марта 2023 года; - чат с контактом «&lt;данные изъяты&gt;» с 2 мая 2023 года; - чат с контактом «Б.» с 11 сентября 2019 года, имеются среди сообщений следующие: 28 марта 2022 года входящее: «Костя, меня устраивать после 4 апреля. Мне в центр занятости отметиться нужно»; 5 апреля 2022 года входящее голосовое сообщение о том, что в центре занятости отметилась, ее поставили на эту программу, она еще не заработала, на днях ждут, с ФИО2 переговорила, ждут, исходящее голосовое: «да, он мне звонил»; 3 июля 2022 года входящее: «Костя привет, я в Иркутске сейчас, но вернусь 7 числа на пару дней, мне нужно чтобы отметиться в соцзащиты справку что я у тебя успешно продолжаю работать. Сделайте пожалуйста, и как мне забрать ее оригинал. Я на 8 июля в соцзащиту запишусь, мне со справкой нужно там быть»; - чат с контактом «К1 погонаж на Белоречке». Сообщения с 3 июня 2022 года: 3 июня 2022 года входящее пять фото: страховое свидетельство, паспорт, свидетельство о регистрации К4, 23.05.1984г.р., далее входящие пересланные сообщения в виде фотографий страхового свидетельства, паспорта С4; 12 июня 2022 года исходящее: «Лена, привет. С ЦЗН спрашивают фото твоего паспорта в дело подшить, сбрось фото», входящее фото паспорта; 20 июня 2022 года исходящее: «&lt;данные изъяты&gt;, привет!», входящее фото паспорта К1, 25.06.1977; 6 июля 2022 года входящее пересланное сообщение с номером, сообщение: «Костя привет, денежку можеш скинуть на это номер на двоих №, а этот номер отдельно, это номер карты», исходящее: «Привет! На днях должны поступить, как получу скину»; 14 июля 2022 года входящее: «Костя привет, ты про нас наверное совсем забыл?», исходящее: «Привет, не забыл, сам жду когда переведут»; 16 июля 2022 года исходящее: «&lt;данные изъяты&gt;, спишь? Алексей Юрьевич получатель? Вечером только деньги упали», входящее: «да», исходящее: «все перевожу 10», входящее: «это на двоих?», исходящее сведения о переводе 10000 рублей, «да, третьего куда?», входящее сообщение с номером карты, исходящее: «&lt;данные изъяты&gt;? У меня все как в аптеке, как договорились», сведения о переводе 5000 рублей &lt;данные изъяты&gt;., «все, мы в расчете»; 22 июля 2022 года входящее фото мужчины в рабочей форме: «кроме этого видео нет ничего»; 11 августа 2022 года исходящие сведения о переводе 15000 рублей &lt;данные изъяты&gt;; 19 сентября 2022 года входящее: «Костя привет, что то нынче с денежкой тишина?», исходящее: «Привет, Ага задержка была, бухгалтер чего то неправильно подал, поэтому поздно, ну вас уже если что уволили 31 августа, по какому номеру переводить», входящий: «а запись в трудовой? Костя еще будет такая акция?»; 21 сентября 2022 года исходящие сведения о переводе 15000 рублей &lt;данные изъяты&gt;; 15 марта 2023 года исходящее: «&lt;данные изъяты&gt;, привет»; 22 марта 2023 года входящее, фото женщины; - чат с контактом «И6 Бухгалтер», с 5 июля 2020 года, среди сообщений имеются: 22 марта 2023 года входящее фото женщины, подпись «&lt;данные изъяты&gt;», фото женщины, подпись «&lt;данные изъяты&gt;»2, фото женщины, подпись «&lt;данные изъяты&gt;»; - чат с абонентом ФИО53 Р. +№. Чат с абонентом «ФИО19 Друг», имеются сообщения 13 октября 2022 года, входящий: «№», исходящий 14 октября 2022 года - сведения о переводе 5000 рублей. Чат с абонентом «ФИО19 Друг», имеются сообщения 14 октября 2022 года, входящий: «№», исходящий - сведения о переводе 5000 рублей; - чат с контактом «Настена» (&lt;данные изъяты&gt;»), среди сообщений 22 марта 2023 года входящее перенаправленное сообщение, фото списка сотрудников ИП ФИО8, с персональными данными, контактными номерами, адресами, рукописными отметками; 31 марта 2023 года фото 9 помещений Фаберлик, помещений, зданий, входов и расположений помещений, с ориентацией по месту нахождения зданий. Просмотрена папка Вайбер, имеются: - чат с абонентом «Настена» (+№), среди сообщений: 22 мая 2022 года входящие фотографии, среди которых фото ФИО2; 22 марта 2023 года исходящие скриншоты с фото с надписями &lt;данные изъяты&gt;; 12 апреля 2023 года исходящее скриншот с фото КО, входящий: «мне фото зачем?», исходящий: «а оно у тебя есть, хотел от тебя перекинуть», входящее: «есть и еще 2 другие»; - чат с абонентом «&lt;данные изъяты&gt; бухгалтер ООО &lt;данные изъяты&gt;»; 19 ноября 2022 года исходящие скриншоты фото документов судебных приставов об обращении взысканий на доходы С4, сообщения: «привет, посмотри у нас она числиться еще? Если нет отпишись приставам, что она не работает», входящее: «здравствуйте. Хорошо. На данный момент такая не работает. У нас сейчас по ИТПР двое и все». При осмотре имеющегося приложения «WeChat», приложение имеет ряд чатов, первый чат «Dmitri Mantatov», с перепиской: текстовые сообщения, фото, голосовые сообщения. Среди них: - 18 сентября 2022 года входящие: «слушай, тут Макс спрашивал про последнюю выплату, я просто не помню они уже уволены, но денег не получили в последний раз». Исходящее: «я в бухгалтерии уточню»; - 20 сентября 2022 года входящий: «что там в бухгалтерии?»; - 23 сентября 2022 года входящий: «я же у тебя спрашивал про бухгалтерию, меня тут вопросами заваливают», исходящий: «про какую бухгалтерию?», входящий: «ну деньги с работы, для парней, они от меня ждут что я им деньги скинул», исходящий: «кому?», входящий: «&lt;данные изъяты&gt;», исходящий: «Скинь координаты, пусть мне звонят»; - 28 сентября 2022 года исходящее голосовое: «Дима, кстати, че там твои пацаны, че то не звонили там, им же надо было по пятерке раскинуть, кому там», «ты им сказал, чтоб они мне позвонили?», входящее голосовое сообщение: «ну я им написал в беседу общую, что типо бате звоните, но они говорят до бати не дозвонишься, что короче, толи не хотят тебе звонить, то ли че, я не знаю, они сами деловые все, типа, я знаю, что бабки надо скину &lt;данные изъяты&gt;, получается кому, Егора, я так понимаю в списке нету, &lt;данные изъяты&gt; мне должны, кто еще там был, вроде даже и все, ну &lt;данные изъяты&gt; денег не получала, ну что ты ей будешь в юанях переводить, поэтому скинь кому сказал и все, которые типа…Кстати насчет &lt;данные изъяты&gt; тоже улетела в Японию, короче там остается не так много человек, там осталось только &lt;данные изъяты&gt;, и это, &lt;данные изъяты&gt; по моему, да, по моему только им», исходящее: «сбрось им, пуская мне позвонят сами»; - 14 октября 2022 года исходящее голосовое: «короче, &lt;данные изъяты&gt; звонил, я ему пятерку перевел, а до этого короче еще звонил, еще одному переводил, то есть там у тебя еще остался один человек, который не звонил пока, &lt;данные изъяты&gt; что-ли, &lt;данные изъяты&gt; вроде переводил», входящее: «Да, &lt;данные изъяты&gt; должен был, и еще володя наверное»; - 28 февраля 2023 года исходящее: «нужно сообщить всем кто проходил по программе центра Занятости, кто получал от нас деньги, что будет проверка, могут позвонить и спрашивать про работу в ИП ФИО1, предупреди всех. Что бы говорили что да работали курьерами доставляли письма посылки и т.д. У теюя на всех есть выход?», входящее: «Ну да», исходящее: «Там во владике были, в Новосибе вроде. Обязательно что бы говорили что работали и получали минимальную зарплату Мрот на тот момент»; - 29 февраля 2023 года входящее: «Сказал»; - 15 марта 2023 года исходящее голосовое: «&lt;данные изъяты&gt;, привет, надо короче предупредить еще раз, предупреди конкретно &lt;данные изъяты&gt;, ну свою и П. там была там была у тебя, конкретно говорят по ним приходили с МВД спрашивали, что типа они действительно работали или нет, т.е. скорее всего они будут пытаться выходить на них, точно уточни где П. и телефон ее, что она работала курьером и надо сказать, чтобы они говорили, что приезжали в гости, сказать в Усть-Илимск, здесь подрабатывали, т.е. они работали здесь в Усть-Илимске, ну там немного, какое-то время, типа через знакомых устроились, подрабатывали. Что то начали проверку проводить», входящее: «я точно не помню, но вроде П. это &lt;данные изъяты&gt;, мы с &lt;данные изъяты&gt; в Китае, до нее никак не дозвониться, а &lt;данные изъяты&gt; в Японии, она тоже никак не выйдет на связь», исходящее: «Ок»; - 22 марта 2023 года исходящее: «Если что пиши сюда. Кто из твоих в УИ список сброшу глянь сколько твоих», входящее: «Понял», исходящее 2 фотографии со списком сотрудников, входящее: «Я тебе написал. Что только М.. Все остальные в других городах», исходящее: «&lt;данные изъяты&gt; а С3 это твой?», входящее: «Да», исходящее «Твои К3. Р.», входящее: «Да», исходящее: «М1», входящее: «Да», исходящее: «Я.», входящее: «П.. Я.», исходящее: «Н.», входящее: «Да», исходящее: «7 человек», входящее: «Еще», исходящее «?», входящее: «М.. Не не семь их», исходящее: «8 с тобой 9», входящее: «М. М1 Р. С. Я. К3 П. Н.», «&lt;данные изъяты&gt;», «Л3», «еще», исходящее: «тоже твоя?», входящее: «Да», исходящее «Всех предупредил?», входящее: «Да», исходящее «А не помнишь кто был курьерами?», входящее: «Нет», исходящее: «Еще раз инфа для них:», входящее: «Как ты их там устроил не знаю. Да я им твои сообщения заскринил. И отправил всем», исходящее: «Получали зарплату в хостеле на втором этаже», 2 фото сотрудников - М6, КО, «Первая &lt;данные изъяты&gt; вторая &lt;данные изъяты&gt; это чтоб они знали кто выдавал деньги наличкой из кассы. По 21268 примерно каждый месяц. Они расписывались в ведомостях. &lt;данные изъяты&gt; еще тем кто был курьером. Дай информацию что разносили заказы Фаберлик», входящее: «Я не знаю кто из них кем должен был работать», исходящее: «Ну я уточню»; - 28 марта 2023 года исходящее: «&lt;данные изъяты&gt;, привет. Про Фаберлик сказал?», входящее: «Да», исходящее: «Скажи всем. Хрен с ним курьерами или подсобными были, что разносили заказы Фаберлик. С офисов по с мира 22 там сан суши. С &lt;адрес&gt; Север павильон 30. Вход с цоколя как заходишь по лестнице направо. Потом еще героев труда офис на левом &lt;адрес&gt; рядом со Сбербанком, я потом еще фото скину что они примерно ориентировались. Узнай у своих кто то звонил?», входящее: «Они бы мне сказали», исходящее фото-2023-03-2-1 7-46-58 (фото кабинета). «Это офис Фаберлик на &lt;адрес&gt;». Фото-2023-03-2-1 9-26-09 (фото кабинета). «Это офис &lt;адрес&gt;. Завтра сброшу север &lt;адрес&gt;. Остановка Березовая роща, &lt;адрес&gt;. Вход со двора, рядом со входом в Центр занятости. Второй офис на право»; - 29 марта 2023 года входящее: «Привет Ты звонил М1», исходящее: «Да»; - 31 марта 2023 года входящее - скрин, содержащий переписку с &lt;данные изъяты&gt; Фуз: «звонили мусора по диманскому вопросу. Хотят письменный опрос. Это нормально чи шо? Я так представлял себе что тупо по телефону спросят, а тут чего поинтереснее», исходящее: «Это С.? Он в теме?», входящее: «Я ему твой телефон дал. Если че он позвонит», исходящее: «В курсе что говорить», входящее: «Чтобы ты ему уже лично сказал че говорить», исходящее: «Да пусть позвонит», входящий: «Я все отправил. Но ты уже так много с верху инфы накидал. Что уже не поймешь че к чему кто где работал, так что если че тебе позвонит ты скажещь»; - 11 апреля 2023 года входящие: «Привет. Мне &lt;данные изъяты&gt; написал про то что он работал. Разве мы тогда всем не раскидали?» входящее - скрин переписки с &lt;данные изъяты&gt; М.: «ну он спрашивал время смены, че ответил? – пол дня с 9 до 14, а ну про сумму я не знал что ответить и сказал, что около 15к. – понял, ну МРОТ, ты получал типо. ну значит правильно сказал, это вот около 15к, кстати очень подозрительно что там около 15 курьеров на одно и то же время устроились. Он мне так и сказал», исходящее: «Ты скажи тем кто был курьером они работали по разным точкам, мира 59, мира 22 героев труда 40 и наймушина 1». Просмотрена папка фото. Содержатся фото с 28 декабря 2020 года по 25 июня 2023 года. Имеются совместные фото ФИО8 и ФИО6 во внерабочей обстановке, фото ФИО6, за 22 марта 2023 года сохраненные фото, пересланные М6 (3 фото): &lt;данные изъяты&gt;, фото списка сотрудников ИП ФИО8, с персональными данными, контактными номерами, адресами, рукописными отметками (т.10 л.д.159-169). Осмотренные предметы признаны и приобщены к уголовному делу в качестве вещественных доказательств (т.10 л.д.170-172). Осматривались изъятые системные блоки, ноутбуки (т.10 л.д.142-145), которые были признаны и приобщены к материалам дела в качестве вещественных доказательств (т.10 л.д.146-148). Документов и информации, интересующей органы следствия, обнаружено не было. Достоверно установлено, что на основании изданных Центром занятости населения приказов, ИП ФИО1 были перечислены субсидии на общую сумму &lt;данные изъяты&gt; рубль 93 копейки, что также подтверждено соответствующими платежными поручениями. В судебном заседании были исследованы телефонные переговоры ФИО2, ФИО1 (т.1 л.д.179, 212 (стенограммы – т.1 л.д.180-208, 213-231). По ФИО2: Прослушанные переговоры, свидетельствуют о знакомстве ФИО2 с ФИО1, с которым обсуждались на момент записи переговоров вопросы, связанные с занятостью граждан по программам занятости (стенограмма 13.03.2023 15:37:37), при этом ФИО2 использует такие обращения как «Братишка», «Костя» в разговоре с ФИО1, обсуждали они между собой внерабочие жизненные моменты (стенограмма: 13.03.2023 15:37:37, 15.03.2023 09:27:26, 17.03.2023 12:28:05). В ходе проведения проверки следственными органами, опрашивалась свидетель Д., которая ставила в известность ФИО2 по поводу задаваемых ей вопросов, в том числе касаемо трудоустройства в г.Усть-Илимске иногороднего работника Н. (стенограмма: 15.03.2023 09:22:03). О чем в дальнейшем ФИО2 сообщил ФИО1, предлагал ему предупредить Н., а также иногороднюю П., что те, в случае их допроса, должны были сообщить о своей работе в г.Усть-Илимске у него (стенограмма: 15.03.2023 09:27:26). Спрашивал ФИО2 у ФИО1, «его ли человек по общественным работам» - Я., что «он всё знает, что говорить», поскольку позвали Я1 и тот «сказал, что я не работал» (стенограмма: 20.03.2023 12:09:09). Обсуждали в ходе разговора между собой Д. и ФИО2 работника по фамилии Ф2, о том, что ему на задаваемые следствием вопросы необходимо было говорить выгодную для них информацию, а также то, что его уже обо всем предупредили. В ходе разговора ФИО2 пояснял, что они «не простых людей брали, а знакомых» (стенограмма: ДД.ММ.ГГГГ 13:27:07, 15.03.2023 17:12:11). Обсуждал ФИО2 с Д. вопрос о необходимости довести до «всех», что они получали зарплату «наличкой в офисе» (стенограмма: 15.03.2023 13:56:24). Зафиксированы переговоры между ФИО2 и ФИО1, свидетельствующие о звонках ФИО1 от «Д.» (стенограмма: ДД.ММ.ГГГГ 12:28:05). Зафиксирован разговор О. и ФИО2, последний просил не забыть, что тот в 2022 году работал у ФИО8, спрашивал, звонил ли ему кто. Просил сказать, что работал на промплощадке ЛПК, «возил документацию», занимался «подработкой» (стенограмма: 20.03.2023 14:30:31). Позднее ФИО2 интересовался у О. результатами допроса, что спрашивали, что тот отвечал (стенограмма: 31.03.2023 11:41:02). По ФИО1: ФИО1 звонит ФИО2 и просит его перезвонить на WhatsApp (стенограмма: 21.03.2023 16:39:31). ФИО2 звонит ФИО1, договариваются о встрече. ФИО1 спрашивал, один ли ФИО2 (стенограмма: 21.03.2023 17:16:16) ФИО1 звонит ФИО2, обращается к нему «Ильюха», ФИО2 рекомендует позвонить ему на WhatsApp, опасается, что его и ФИО1 найдут вместе (стенограмма: 21.03.2023 23:20:39). Зафиксирован разговор между ФИО1 и Р. (стенограмма: 22.03.2023 12:03:15). В ходе разговора ФИО1 поясняет, что его «проверяют по прошлому году». На вопрос Р.: «Что вы там, денег отмыли, что ли?», ответил: «Да какое отмыли? Работали просто там, зарабатывали немножко». На входящий звонок от ФИО2 ФИО1 просит его позвонить с «другого» на «Витин номер» (стенограмма: 22.03.2023 14:18:42). Зафиксированы звонки от ФИО2, с просьбой перезвонить ему на «МТС», по WhatsApp (стенограмма: 23.03.2023 11:01:26, 23.03.2021 13.55.40). Зафиксирован звонок ФИО1 от Б., та сообщила, что ей звонил сотрудник по экономическим преступлениям, спрашивал про работу в 2022 году. Ей нужна была «заново информация». Интересовалась, что говорить, чтобы «не наговорить лишнего». Уточняла, что ранее ФИО1 ей сказал, что она «забирала доставку с почты». Далее просит сообщить: «с какой почты, какие доставки, где я сидела, куда привозила» (стенограмма: 11.04.2023 15:18:32). Анализируя исследованные по делу доказательства, суд приходит к следующим выводам. Несмотря на позицию подсудимых по предъявленному обвинению, которые указывая на частичное признание вины, давая показания в судебном заседании, старались минимизировать свою причастность к инкриминируемому им преступлению. Суд принимает за основу приговора показания об обстоятельствах совершения преступления, данные подсудимыми ФИО2 и ФИО1 на первоначальной стадии предварительного следствия, а также иные исследованные их показания, в той части, которая не противоречит установленным судом обстоятельствам по делу, поскольку они согласуются как с показаниями свидетелей, так и с другими исследованными в судебном заседании доказательствами. Показания подсудимых на первоначальной стадии предварительного следствия об обстоятельствах совершения ими преступления, в которых они обвиняются, получены с соблюдением уголовного-процессуального закона, с участием защитников и с разъяснением положений ст. 51 Конституции Российской Федерации, процессуальных прав. На первоначальной стадии предварительного следствия, в ходе допроса с участием защитников, ФИО2 и ФИО1, рассказали обстоятельства совершения преступления, связанного с хищением путем обмана денежных средств из бюджета Иркутской области, выделяемых на реализацию программы по организации оплачиваемых общественных работ, конкретизируя при этом как свои действия, так и действия друг друга. Оценивая письменные и вещественные доказательства, представленные стороной обвинения, суд полагает, что они относятся к рассматриваемому уголовному делу, не имеют противоречий, добыты в установленном законом порядке, их достоверность сомнений у суда не вызывает, объективность не оспаривается участниками уголовного судопроизводства. В ходе расследования уголовного дела в полном соответствии с требованиями Федерального закона «Об оперативно-розыскной деятельности» были проведены оперативно-розыскные мероприятия при наличии поводов и оснований к их проведению (т.1 л.д.115-116, 117-118, 170-171, 172-173, 174-179, 209-211), на основании постановления, утвержденного руководителем органа, осуществляющего оперативно-розыскную деятельность. Документы, фиксирующие результаты оперативно-розыскных мероприятий, суд признает доказательствами, поскольку они относятся к существенным обстоятельствам дела, собраны и представлены суду по правилам, закрепленным в Федеральном законе «Об оперативно-розыскной деятельности», «Инструкции о порядке предоставления результатов ОРД органу дознания, следователю или в суд» и Уголовно-процессуальном кодексе Российской Федерации. Содержащаяся в исследованных документах информация относится к предмету доказывания, соответствует показаниям свидетелей и объективно подтверждается другими доказательствами. Документы были осмотрены, признаны и приобщены к материалам дела в качестве вещественных доказательств (т.11 л.д.1-148, 149-151). Показания допрошенных по делу свидетелей существенных противоречий не имеют, они согласуются между собой, взаимодополняют друг друга и объективно подтверждаются письменными материалами дела, которые также получены в строгом соответствии с требованиями уголовно-процессуального закона. При этом имеющиеся неточности в показаниях свидетелей, связаны давним периодом произошедшего, объясняются их психофизическим состоянием на момент описываемых событий, а также обусловлены индивидуальным восприятием произошедших событий. Как видно из приведенных выше доказательств, по каждому из 35 случаев фиктивного трудоустройства граждан и предоставления по ним в Центр занятости населения подложных документарных сведений об осуществлении ими трудовой деятельности, каждый раз на счет ИП ФИО1 перечислялись субсидии из бюджета Иркутской области, которые ФИО1 и ФИО2 использовали по своему усмотрению. Таким образом, из приведенных выше доказательств, показаний свидетелей следовало, что ИП ФИО1 в период действия программы о предоставлении в 2022 году субсидий из областного бюджета индивидуальным предпринимателям, в целях финансового обеспечения затрат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фиктивно было создано 35 рабочих мест. ИП ФИО1 в Центр занятости населения были предоставлены подложные документарные сведения (срочные трудовые договоры, приказы о приеме работника на работу, дополнительные соглашения к ним, приказы о прекращении трудового договора с работником, платежные ведомости, расчетные ведомости по заработной плате, расчеты компенсации, отчеты о расходах, отчисления по страховым взносам в государственные внебюджетные фонды). ФИО2, являясь начальником отдела анализа, прогноза рынка труда и активных программ занятости Центра занятости населения, используя свое служебное положение, будучи осведомленным о том, что представленные ФИО1 документы не соответствуют действительности, содержат недостоверные сведения, достоверно зная, что трудоустроенные граждане у ИП ФИО1 трудовой деятельности не осуществляют, заработная плата работникам фактически не выплачивалась, обеспечивал принятие и проверку указанных документов, согласование, проведение формальных проверок деятельности работников, выполнение требований Положения со стороны Учреждения для получения субсидии из областного бюджета. То обстоятельство, что трудоустройство граждан носило фиктивный характер, в нарушение требований договора № 88 «Об организации общественных работ» (с дополнительными соглашениями), следует из того, что работодателю надлежало обеспечить создание рабочих мест в рамках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с местом для проведения общественных работ на территории промплощадки УИ ЛПК г.Усть-Илимска, где и должны были осуществлять свою трудовую деятельность трудоустроенные граждане, отрабатывая за месяц все нормы рабочего времени, полностью выполняя нормы труда, однако, этого сделано не было. Факт того, что 35 граждан на территории промплощадки УИ ЛПК г.Усть-Илимска трудовую деятельность не осуществляли, не отрицал как подсудимый ФИО1, так и подсудимый ФИО2 Все исследованные в судебном заседании срочные трудовые договоры не содержали указания на место осуществления работниками трудовой деятельности, то есть умышленно были скрыты. При этом подсудимые осознавали, что в случае установления факта предоставления недостоверных сведений (информации), в соответствии с Положением о предоставлении в 2022 году субсидий из областного бюджета, в выплате субсидии было бы отказано. Допрошенные свидетели, а также свидетели, показания которых были оглашены: Я1, Ф2, Б., З4, К2, А., Д4, А., К., Л., О1, Ф2, Л3, П. отрицали факт осуществления какой-либо трудовой деятельности у ИП ФИО1 Другие свидетели, такие как О., Д., З1, З., К3, К4, Б., Е., Г., К1, С4, подтверждая факт трудоустройства к ИП ФИО1, указывали на иные места работы, отличные от требуемого договором № 88 «Об организации общественных работ» (с дополнительными соглашениями), затруднялись ответить, осуществляли ли они свою трудовую деятельность в рамках действия субсидируемой программы по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или они осуществляли трудовую деятельность на общих основаниях. Так, свидетель О., описывая свою трудовую занятость у ИП ФИО1, пояснял о своем трудоустройстве на должность водителя со свободным графиком работы. Трудоустроен был к ИП ФИО1 по рекомендации своего знакомого ФИО2 Свидетель К2 описал свою занятость только на один день у неизвестного человека по имени Константин, дальше работать отказался, никаких документов о трудоустрйостве не подписывал. Из показаний свидетеля О1 следует, что он в 2022 году дважды ходил в какой-то офис, отвозил посылки, больше работать не стал. Свидетели Д., З1 и З. поясняли, что делали на квартире ремонт, работали не постоянно, точные периоды работы не помнили, узнали ФИО1 Из показаний свидетеля К3 следовало, что он с августа 2022 года работал у ИП ФИО1 курьером, развозил продукцию «Фаберлик», получал заработную плату. Устроился на работу через родственницу, которая работала в Центре занятости населения, подписывал какие-то документы. Из показаний К4 следовало, что в 2022 году он работал у ФИО1 на пилораме с двумя женщинами, работали они пять дней в неделю. Какие-либо документы, касающиеся субсидированной программы, не подписывал. Допрошенные свидетели К1 и С4 подтвердили выполнение трудовой деятельности у ФИО1, работали с пиломатериалом в п.Карапчанка. Допрошенная Б., описывая свою занятость у ФИО1 в 2022 году, указывала о работе в компании косметики «Фаберлик» со свободным графиком работы и не каждый день. Свидетели Е. и Г. подтверждали свою трудовую деятельность в 2022 году в компании косметики «Фаберлик». При этом, Г. указывала на то, что отработала примерно половину месяца, о том, что она работала в должности курьера, ей ничего не известно. Оценивая показания указанных выше свидетелей, их занятость, сроки и места работы, суд приходит к выводу, что их деятельность создавала видимость реализации программы по организации оплачиваемых общественных работ. По данной программе приведенные в описательной части приговора 35 человек не работали. Каждому из работников надлежало полностью отрабатывать за месяц норму рабочего времени и выполнять нормы труда. По трудоустройству свидетелей К4, К1 и С4, подсудимый ФИО1 пояснял, что они работали в п.Карапчанка у его знакомого предпринимателя, и, возможно, продолжают свою работу. Деятельностью сетевой компании, связанной с косметикой «Фаберлик», занималась супруга ФИО1 Кроме того, экспертному исследованию подвергалась документация по трудоустройству лиц к ИП ФИО1 в рамках субсидируемой программы по общественным работам, которая была предоставлена в Центр занятости населения. Результаты заключения эксперта № приведены выше в описательно-мотивировочной части приговора. При этом суд отмечает, где оказалось возможным установить, некоторые подписи в документах выполнены были не самими гражданами, а иными лицами путем подражания их подписей. Так, в приказе о расторжении трудового договора, подпись была выполнена не Ф2 Не расписывался Б. в приказе о приеме на работу, срочном трудовом договоре, дополнительном соглашении и приказе о расторжении трудового договора. В двух приказах и трудовом договоре подписи были выполнены не З9, а другим лицом. Отсутствует вероятность подписания К2 приказа о расторжении трудового договора, срочного трудового договора и платежной ведомости. Д4 не расписывалась в приказе (представлена копия) и в дополнительном соглашении. А. не подписывал срочный трудовой договор, два приказа, дополнительное соглашение, две платежные ведомости. Другими лицами, а не К. и Л., были выполнены подписи в приказах о расторжении трудового договора, не подписывала Л. приказ о приеме на работу, срочный трудовой договор, платежную ведомость. Подписи О1, имеющиеся в приказе о расторжении трудового договора, а также четырех ведомостях, были выполнены иным лицом, а не самим О1 Ф2 не подписывала приказы о расторжении трудового договора и о приеме на работу, срочный трудовой договор. Не подтвердилось выполнение подписи Д. в шести платежных ведомостях. Пять платежных ведомостей не подписывал З1 Другим лицом были выполнены подписи от имени З. в приказе о расторжении трудового договора, дополнительном соглашении, и четырех платежных ведомостях. Не подписывала четыре платежные ведомости и С4 Оценивая экспертное заключение, суд находит его допустимым и достоверным доказательством, поскольку выполнено оно квалифицированным экспертом, имеющим необходимые познания и опыт работы. Заключение получено в соответствии с требованиями уголовно-процессуального закона, подробно и убедительно мотивировано, содержит сведения о примененных методиках исследования, подписано экспертом и заверено в установленном законом порядке. Несмотря на то, что не удалось органам следствия установить местонахождение и допросить М., А1, М1, Я., Н., Р., М7, С3, К5, Ф., вместе с тем, аналогичные документы по трудоустройству данных лиц, как и документы по установленным свидетелям, были представлены в Центр занятости населения. Приведенные доказательства объективно подтверждают факт осуществления подсудимыми ФИО2 и ФИО1 деятельности, направленной на введение в заблуждение руководства Центра занятости населения и Министерства труда и занятости Иркутской области, относительно законности своих действий по трудоустройству граждан на общественные работы. У суда не имеется сомнений, что ФИО2 использовал свое служебное положение, будучи осведомленным о том, что представленные ФИО1 документы не соответствовали действительности и содержали недостоверные сведения. Он знал, что трудоустроенные граждане у ИП ФИО1 фактические трудовую деятельность не осуществляли, заработная плата работникам фактически не выплачивалась, при этом, он обеспечивал принятие и проверку указанных документов, согласование, выполнение требований Положения со стороны Учреждения для получения субсидии из областного бюджета. Факт дружеских отношений не отрицали сами подсудимые ФИО2 и ФИО1 Из показаний подсудимого ФИО2 в ходе его первоначального допроса следовало, что, будучи начальником отдела анализа, прогноза рынка труда и активных программ занятости Центра занятости населения, он с 2020 года был знаком с ФИО1 Когда узнал о действии программы по организации оплачиваемых общественных работ, предлагал ФИО1 принять в ней участие, трудоустроить к себе граждан, в том числе фиктивно, то есть, создав видимость их работы. Указывал, что заинтересованность ФИО1 была в необходимости отчисления только налогов за граждан в случае их трудоустройства, выплате им минимально возможной суммы денежных средств, затем предоставлении ему соответствующей документации, а поступившие в последующем в качестве субсидии денежные средства он (ФИО1) мог оставить себе. Его (ФИО2) заинтересованность заключалась в выполнении плана по реализации действующей программы и получении части денежных средств, выделяемых ФИО1 в виде субсидии. Сбором документов должны были заниматься работники ФИО1, которые затем передавались специалисту Центра занятости населения Д. В подробности трудоустройства граждан он не вдавался. Знал, что примерно 22 человека состояли на учете в Центре занятости населения как безработные. Указывал на получение незаконного дохода в размере примерно 100 000 рублей, которые были им потрачены на личные нужды. Денежные средства ему передавал ФИО1 Кроме того, в своих первоначальных показаниях органам следствия, ФИО1 не отрицал обращение к нему ФИО2 с предложением реализации действия программы по общественным работам непосредственно через его предпринимательство. Акцентировал внимание на указание ФИО2 о передаче ему денежных средств, которые должны были поступать в виде субсидии, о фактической передаче таких денежных средств ФИО2 Не отрицал фиктивное трудоустройство к себе людей, и что осознавал незаконность их совместных с ФИО2 действий. Доводы стороны защиты о причастности к преступлению свидетеля Д. суд во внимание не принимает, поскольку судебное разбирательство проводится только в отношении ФИО2 и ФИО1 и лишь по предъявленному им обвинению. Отрицая свою причастность к незаконным действиям в ходе осуществления трудовой деятельности в Центре занятости населения, допрошенная свидетель Д. указывала, что она работала в отделе под руководством ФИО2, как и он занималась ведением программы по оплачиваемым общественным работам, выполняла его указания. В рамках действия программы по общественным работам решением поставленных задач, в том числе по сотрудничеству с одним из предпринимателей ФИО1, занимался непосредственно ФИО2 В ее задачи входил прием и проверка документов, предоставляемых работодателем. Несмотря на то, что в ходе допроса свидетеля в судебном заседании, а также после оглашения показаний свидетеля Д., последняя стала давать показания в сторону улучшения положения подсудимого ФИО2, указывая, что вся инициатива по организации программы общественных работ могла исходить от директора Центра занятости населения Ш., которой в настоящее время нет в живых, суд расценивает, как ее способ помочь ФИО2, с которым она осуществляла трудовую деятельность, сохранила доброжелательные отношения, минимизировать ответственность за содеянное. Вместе с тем, своими показаниями Д. опровергает доводы стороны защиты, что именно она, а не ФИО2 был осведомлен о фиктивном трудоустройстве граждан ИП ФИО1 и предоставлении им несоответствующих действительности документов. Отрицала свидетель Д. проведение ею каких-либо проверок факта осуществления трудовой деятельности работниками у ИП ФИО1 путем выхода на рабочее место, опросе работников, фотографирования рабочих мест. Указывала, что фотоматериалы в отношении работников были предоставлены непосредственно ФИО2 Косвенно о совместном умысле ФИО2 и ФИО1, направленном на введение в заблуждение руководства Центра занятости населения и Министерства труда и занятости Иркутской области относительно законности своих действий по трудоустройству граждан на общественные работы, предоставлению документов, содержащих заведомо ложные и недостоверные сведения о приеме граждан на работу, с целью хищения в дальнейшем денежных средств из бюджета Иркутской области в лице Министерства труда и занятости Иркутской области, выделяемых на реализацию программы по организации оплачиваемых общественных работ, свидетельствуют и предпринятые ими меры склонить свидетелей к даче теми выгодных для них показаний. О своем взаимодействии с этой целью свидетельствуют исследованные в судебном заседании и приведенные выше результаты прослушивания телефонных переговоров обоих подсудимых. Они поддерживали между собой телефонную связь, обсуждали пути их взаимодействия, встречи, старались выяснить результаты хода проводимой проверки, расследования, интересовались результатами опроса свидетелей, которые были задействованы в программе по общественным работам, обсуждали принятие мер к изменению свидетелями своих показаний. Так, из показаний свидетелей Я1, А., Д4, А., К., Л., Ф2, следует, что с ними связывались по телефону, просили сообщить в случае каких-либо проверок информацию об их трудоустройстве, не соответствующую действительности. Как следует из показаний подсудимого ФИО1, данных в судебном заседании, оглашенных показаний подсудимого ФИО2, что в своем большинстве граждане, которые были включены в программу по общественным работам, были знакомы либо им лично, либо их знакомым. О том, что иные сотрудники Центра занятости населения не были осведомлены о незаконной деятельности ФИО1 и ФИО2, помимо свидетеля Д., указывали при допросах свидетели: Ш. – директор Центра занятости населения; Т., которая являлась заместителем директора Центра занятости населения, занималась курированием деятельности четырех отделов учреждения, руководством одного из которых занимался ФИО2; С., которая являлась начальником финансово-экономического отдела; П2, которая являлась заместителем начальника отдела анализа прогноза рынка труда и активных программ занятости, и руководителем которой являлся ФИО2, осуществлял общее руководство отделом; Ч., которая являлась начальником отдела содействия трудоустройству Центра занятости населения; У., которая работала в должности инспектора отдела трудоустройства в Центре занятости населения; Г., которая работала в должности главного специалиста финансово-экономического отдела Центра занятости населения; Д., который работал в Центре занятости населения юрисконсультом. Данные свидетели поясняли, что с ФИО2 их связывали исключительно трудовые отношения и рабочее взаимодействие. Допрошенные в качестве свидетелей М6., которая являлась руководителем ООО «Стандарт», бухгалтеры ООО «&lt;данные изъяты&gt;» КО и Р2 также отрицали свою осведомленность о незаконной деятельности подсудимых. Указывали на то, что они сотрудничали с Центром занятости населения, оказывали непосредственно бухгалтерские услуги. Они не отрицали, что они знали ФИО1, ФИО2, Д., однако, все их взаимодействие носило рабочий характер. Некоторые из допрошенных в судебном заседании свидетелей, после оглашения их показаний, старались дать уклончивые ответы. Свидетель К2, Г. поясняли, что не помнили о предоставлении им в следственном комитете каких-либо документов для обозрения. Свидетели А. и К. в ходе допроса их следователем указывали на поступивший им звонок от мужчины, который представился как ФИО1 В судебном заседании А. поясняла, что звонил ей брат ФИО8, который так и представился, а свидетель К. пояснила, что она не уверена, может ей звонил другой мужчина. Вместе с тем, сопоставляя показания допрошенных свидетелей с теми их показаниями, которые были оглашены в судебном заседании, суд существенных противоречий не усматривает. Показания свидетелей согласуются между собой и с иными доказательствами по делу. Показания свидетелей получены с соблюдением требований закона, свидетели были предупреждены об уголовной ответственности за дачу заведомо ложных показаний, им были разъяснены процессуальные права, с показаниями были ознакомлены, о чем имеются их соответствующие подписи. Оснований для признания их недопустимыми доказательствами, судом не установлено, и представленные в дело письменные показания всех свидетелей суд также использует как доказательства по делу. Таким образом, доводы стороны защиты о том, что у ФИО2 и ФИО1 не было умысла на хищение денежных средств из областного бюджета, поскольку планировалось реальное трудоустройство граждан, о чем был предоставлен договор с Обществом, что они были абстрагированы, либо принимали минимальное участие по ведению программы по организации оплачиваемых общественных работ, перекладывая всю ответственность на работника Д., директора Центра занятости населения Ш., являются попыткой убедить суд в том, что они мошенническими действиями не занимались, и данную попытку суд расценивает как способ их защиты от предъявленного обвинения. Довод стороны защиты о необходимости снижения размера причиненного ущерба бюджету, поскольку выплаченная субсидия была использована ФИО1 для выплаты зарплат трудоустроенным лицам, с которых были выплачены налоги, а соответственно эта часть средств вернулась в бюджет и не является похищенной, не основан на законе. Версия выплаты заработной платы трудоустроенным работникам за счет средств субсидии, выдвинутая стороной защиты, объективными доказательствами не подтверждена. Более того, непосредственно для получения выплаты субсидии из областного бюджета работодателю надлежало понести затраты на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ФИО1 данные требования соблюдены не были. Все подсудимые при производстве предварительного следствия были обеспечены защитниками, допросы проводились в соответствии с требованиями уголовно-процессуального закона, с разъяснением прав, в том числе не свидетельствовать против себя и против своих близких родственников. Свои процессуальные права подсудимые реализовывали в полном объеме. Также право на защиту в полной мере было обеспечено подсудимым и в период судебного следствия. В целом все доводы подсудимых о своей невиновности суд находит несостоятельными, данными с целью самозащиты, так как они опровергнуты приведенными в приговоре доказательствами. Кроме того, суд не усматривает оснований признать недопустимыми доказательствами показания свидетелей, письменные материалы дела, заключения экспертизы, результаты оперативно-розыскной деятельности. Все свидетели в целом сообщили суду, а также на досудебной стадии одни и те же обстоятельства. Показания свидетелей объективно подтверждаются письменными доказательствами. Давая юридическую квалификацию действиям подсудимых, суд приходит к следующим выводам. В судебном заседании достоверно установлено, что предметом хищения явились бюджетные денежные средства, выделенные для реализации программы по организации оплачиваемых общественных работ. Подсудимые незаконно завладели субсидиями из бюджета Иркутской области на сумму &lt;данные изъяты&gt; рубль 93 копейки. Суд достоверно установил наличие у всех подсудимых прямого умысла на совершение хищений бюджетных средств, поскольку каждый из них выполнял объективную сторону преступного деяния в рамках отведенной ему роли. При этом суд не сомневается, что каждый подсудимый заранее знал о преступности своих действий и желал наступление преступного результата, о чем свидетельствуют согласованные действия по фиктивному трудоустройству граждан, предоставлению заведомо ложных документов, проведению проверки этих документов на соответствие, с целью получения бюджетных денежных средств. При этом суд считает, что хищение денежных средств было совершено в форме мошенничества. Совершение хищения именно путем обмана руководства Центра занятости населения и Министерства труда и занятости Иркутской области у суда сомнений не вызывает, так как подсудимые с целью получения преступного дохода из бюджета, осуществили трудоустройство лиц по программе организации оплачиваемых общественных работ, которые фактически трудовые обязанности не исполняли, в дальнейшем неоднократно предоставили необходимый пакет документов, определенный Положением о предоставлении в 2022 году субсидии из областного бюджета, утвержденным Постановлением №-пп, содержащий заведомо ложные сведения, в Центр занятости населения, получив субсидии из бюджета Иркутской области. Установлено, что похищенные денежные средства являлись бюджетными. Наличие в действиях каждого из подсудимых корыстного мотива у суда также сомнений не вызывает. Все подсудимые преследовали цель незаконного обогащения, получая в результате исполнения отведенной им роли часть преступных доходов. Суд считает, что мошенничество подсудимыми было совершено группой лиц по предварительному сговору, о чем свидетельствуют наличие между соучастниками предварительной договоренности о совместном совершении преступлений, согласованность действий, распределение ролей. Далее, в соответствии с п.29 Постановления Пленума Верховного Суда РФ от 30.11.2017 № 48 «О судебной практике по делам о мошенничестве, присвоении и растрате», под лицами, использующими свое служебное положение при совершении мошенничества, присвоения или растраты (ч.3 ст. , ч.3 ст. 159.1 , ч.3 ст. 159.2 , ч.3 ст. 159.3 , ч.3 ст. 159.5 , ч.3 ст. 159.6 , ч.3 ст. 160 УК РФ ), следует понимать должностных лиц, обладающих признаками, предусмотренными п.1 примечаний к ст. 285 УК РФ , государственных или муниципальных служащих, не являющихся должностными лицами, а также иных лиц, отвечающих требованиям, предусмотренным п.1 примечаний к ст. 201 УК РФ УК РФ (например, лицо, которое использует для совершения хищения чужого имущества свои служебные полномочия, включающие организационно-распорядительные или административно-хозяйственные обязанности в коммерческой организации). Квалифицирующий признак совершения мошенничества с использованием своего служебного положения в отношении ФИО2 нашел свое полное подтверждение. Как установлено, приказом руководителя Центра занятости населения № от ДД.ММ.ГГГГ ФИО2 был переведен с должности ведущего инспектора отдела анализа, прогноза рынка труда и активных программ занятости на должность начальника отдела анализа, прогноза рынка труда и активных программ занятости. Согласно должностной инструкции начальника отдела анализа, прогноза рынка труда и активных программ занятости Центра занятости населения, утвержденной приказом директора Центра занятости населения от ДД.ММ.ГГГГ №, в его полномочия входили: оценка дятельности отдела и принятие управленческих решений; контроль деятельности отдела при оказании госуслуг; контроль соблюдения регламентов и последовательности действий по предоставлению госуслуг гражданам; разработка положения об отделе и должностных инструкций; распределение обязанностей, определение порядка действий, построение системы подчинения внутри отдела; подготовка проектов приказов, распоряжений по направлениям деятельности отдела; контроль сроков оформления соглашений и договоров с организациями, сотрудничающими с Учреждением; контроль правомерности проектов решений (проектов приказов), подготовленных работниками отдела; консультирование граждан и работодателей по вопросам применения законодательства Российской Федерации о занятости населения по курируемым направлениям; организация контроля за целевым освоением бюджетных средств в пределах лимитов бюджетных обязательств, выполнением контрольных показателей по мероприятиям активной политики, ведомственным целевым программам содействия занятости населения, направленных на снижение напряженности на рынке труда г.Усть-Илимска и Усть-Илимского района; проверка соответствия заключаемых договоров контрольным показателям ведомственных целевых программ содействия занятости населения, направленных на снижение напряженности на рынке труда г.Усть-Илимска и Усть-Илимского района, и лимитам бюджетных обязательств по направлениям: организация проведения оплачиваемых общественных работ; организация временного трудоустройства безработных граждан, испытывающих трудности в поиске работы и другое; формирование документов, подтверждающих целевое использование бюджетных средств по направлениям: организация проведения оплачиваемых общественных работ; организация временного трудоустройства безработных граждан, испытывающих трудности в поиске работы и другое. Таким образом, ФИО2, занимая должность начальника отдела анализа, прогноза рынка труда и активных программ занятости Центра занятости населения, постоянно осуществлял возложенные на него должностные обязанности, в связи с чем являлся лицом, в сферу ответственности которого входила реализация программы по организации оплачиваемых общественных работ на территории г.Усть-Илимска и Усть-Илимского района Иркутской области. По смыслу уголовного закона, под организационно-распорядительными функциями понимаются полномочия должностного лица, которые связаны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К организационно-распорядительным функциям относятся полномочия лиц по принятию решений, имеющих юридическое значение и влекущих определенные юридические последствия. Что касается подсудимого ФИО1, то в отношении него квалифицирующий признак «с использованием своего служебного положения» не нашел своего подтверждения и подлежит исключению, поскольку ФИО1, являясь индивидуальным предпринимателем, не обладал признаками должностного лица, предусмотренными примечанием к ст. 285 УК РФ . Уменьшение объема обвинения путем исключения указанного квалифицирующего признака, в данном случае, не нарушает право подсудимого ФИО1 на защиту. Квалифицирующий признак причинения ущерба в особо крупном размере нашел свое полное подтверждение, поскольку установлено, что общий ущерб, причиненный бюджету Иркутской области составил &lt;данные изъяты&gt; рубль 93 копейки, что превышает 1 000 000 рублей (примечание 4 к ст. 158 УК РФ ). С учетом изложенного, действия подсудимых ФИО2 и ФИО1 суд квалифицирует по ч.4 ст. 159 УК РФ , как мошенничество, то есть хищение чужого имущества путем обмана, совершенное группой лиц по предварительному сговору, в особо крупном размере, подсудимым ФИО2 также и с использованием своего служебного положения. Признав доказанной вину подсудимых ФИО2 и ФИО1 в совершении изложенного в приговоре преступления, суд, разрешая вопрос, подлежат ли подсудимые уголовной ответственности, исследовал их психическое состояние. Так, судом установлено, что подсудимые ФИО2 и ФИО1 не состоят на учете у врачей психиатра и нарколога (т.12 л.д.92, 93, 95, 96, 150, 151, 153, 154). В судебном заседании все подсудимые правильно ориентируются во времени и в пространстве, отвечают на вопросы, помнят и мотивируют свои действия. Психическое состояние подсудимых, с учетом собранных в период следствия сведений об их личности, а также наблюдаемого судом поведения в судебном заседании, не вызывает у суда сомнений в их полноценности, способности отдавать отчет своим действиям, руководить ими, поэтому суд признает всех подсудимых вменяемыми и подлежащими уголовной ответственности за совершенное преступление. При назначении подсудимым наказания суд учитывает характер и степень общественной опасности совершенного преступления, а также данные об их личности, наличие смягчающих и отсутствие отягчающих наказание обстоятельств. Кроме того, суд учитывает влияние назначаемого наказания на исправление подсудимых и на условия жизни их семей. Подсудимыми ФИО2 и ФИО1 совершено преступление, направленное против собственности, оно отнесено к категории тяжких. Оценивая личность подсудимых, суд учитывает, что: - подсудимый ФИО2 по месту жительства участковым уполномоченным полиции характеризуется удовлетворительно, при этом, в кругу лиц, склонных к совершению преступлений и правонарушений, а также в употреблении спиртных напитков и запрещенных веществ, замечен не был, к административной ответственности не привлекался, жалоб от соседей на него не поступало, на учете в полиции не состоит. ФИО2 разведен, имеет на иждивении малолетнего ребенка &lt;данные изъяты&gt; года рождения. Является гражданином, &lt;данные изъяты&gt;. К уголовной ответственности не привлекался, не судим, не трудоустроен, имеет ряд заболеваний; - подсудимый ФИО1 по месту жительства участковым уполномоченным полиции характеризуется удовлетворительно, при этом, в кругу лиц, склонных к совершению преступлений и правонарушений, в употреблении спиртных напитков и запрещенных веществ, замечен не был, к административной ответственности не привлекался, жалоб от соседей на него не поступало, на учете в полиции не состоит. ФИО1 разведен, имеет на иждивении малолетнего и несовершеннолетнего детей &lt;данные изъяты&gt; года рождения и &lt;данные изъяты&gt; года рождения. Является индивидуальным предпринимателем. К уголовной ответственности не привлекался, не судим. По прежним местам осуществления трудовой деятельности (ООО «&lt;данные изъяты&gt;», АО «&lt;данные изъяты&gt;») характеризуется исключительно положительно. Помимо вышеприведенных данных о личности подсудимых, при назначении им наказания суд принимает во внимание характер и степень фактического участия каждого из подсудимых в совершении преступления, а также их поведение в ходе предварительного расследования и в судебном заседании. В качестве смягчающего наказание обстоятельства подсудимым ФИО2 и ФИО1 на основании п. «г» ч.1 ст. 61 УК РФ суд учитывает наличие у них малолетних детей. В качестве смягчающих наказание обстоятельств подсудимым ФИО2 и ФИО1 на основании п. «и» ч.1 ст. 61 УК РФ суд учитывает их явку с повинной (т.2 л.д.41-43, 78), активное способствование раскрытию преступления, поскольку на первоначальной стадии следствия они давали изобличающие себя показания, указывали на неизвестные следствию обстоятельства, ФИО2 сообщил пароль от телефона, предоставив доступ к содержащейся на нем информации. К иным смягчающим наказание обстоятельствам каждому из подсудимых в силу ч.2 ст. 61 УК РФ суд относит состояние их здоровья, частичное признание вины, частичное возмещение имущественного ущерба, а в отношении ФИО1 также наличие у него несовершеннолетнего ребенка. Отягчающих наказание обстоятельств в отношении подсудимых судом не установлено. С учетом фактических обстоятельств совершенного преступления, степени общественной опасности, несмотря на наличие установленных судом смягчающих наказание обстоятельств и отсутствие отягчающих, оснований для изменения категории преступлений на менее тяжкую для всех подсудимых в соответствии с ч.6 ст. 15 УК РФ , суд не находит. При отсутствии отягчающих наказание обстоятельств, предусмотренных ст. 63 УК РФ , и поскольку установлено наличие смягчающих наказание обстоятельств, предусмотренных п. «и» ч.1 ст. 61 УК РФ , суд учитывает при назначении наказания подсудимым ФИО2 и ФИО1 льготные требования, предусмотренные ч.1 ст. 62 УК РФ . Назначая всем подсудимым вид наказания, суд исходит из того, что санкция ч.4 ст. 159 УК РФ , предусматривает только один вид основного наказания, а именно лишение свободы, и с учетом всех обстоятельств дела и личности подсудимых, тяжести совершенного ими преступления и его общественной опасности, суд полагает, что именно это наказание должно быть назначено каждому из подсудимых, поскольку оно будет способствовать восстановлению социальной справедливости, исправлению подсудимых, предупреждению совершения ими новых преступлений. Определяя для подсудимых ФИО2 и ФИО1 порядок отбывания наказания, суд принимает во внимание наличие установленных по делу смягчающих наказание обстоятельств, данные об их личности, в том числе их состояние здоровья. Ими совершено преступление, направленное против собственности с причинением ущерба в особо крупном размере бюджету Иркутской области. Вместе с тем, в действиях ФИО2 и ФИО1 отягчающих наказание обстоятельств не имеется, они социально адаптированы, то есть имеют стойкие социальные связи, занимаются воспитанием детей, проживают в незарегистрированных браках. В целом подсудимые характеризуются положительно, какие-либо негативные сведения по их поведению в быту отсутствуют. Приняли меры к частичному возмещению причиненного ущерба. Таким образом, суд полагает их исправление возможно без реального отбывания наказания, то есть условно, с применением ст. 73 УК РФ и возложением на них обязанностей, способствующих исправлению. Ввиду назначения наказания в виде лишения свободы условно, суд не обсуждает возможность замены наказания в виде лишения свободы на принудительные работы в силу ст. 53.1 УК РФ . Разрешая вопрос о возможности назначения всем подсудимым дополнительного наказания в виде штрафа, суд принимает во внимание их материальное положение, возраст и состояние здоровья, наличие детей у подсудимых ФИО2 и ФИО1, однако, с учетом мотивов и целей преступления, а именно получения денежного дохода от незаконной деятельности, суд приходит к убеждению о назначении дополнительного наказания в виде штрафа, но не в максимальном размере. С учетом личностей подсудимых, суд считает возможным не назначать им дополнительное наказание в виде ограничения свободы. Ввиду отсутствия исключительных обстоятельств, связанных с целями и мотивами преступления, ролью и поведением каждого из подсудимых в момент совершения преступления и после его совершения, существенно уменьшающих степень общественной опасности преступления, суд не находит оснований для назначения наказания по правилам ст. 64 УК РФ , то есть наказания ниже низшего предела или более мягкого наказания, предусмотренного за совершенное преступление. Меру пресечения ФИО2 и ФИО1 в виде подписки о невыезде и надлежащем поведении необходимо оставить без изменения, а по вступлении приговора в законную силу отменить. Судьба вещественных доказательств разрешается в соответствии с требованиями ст. 81 УПК РФ . Разрешая заявленный по делу гражданский иск, суд, руководствуясь требованиями ст. 1064 ГК РФ , ст.41 БК РФ, принимает решение о частичном удовлетворении исковых требований на сумму 1 353 291 рубль 93 копейки, исходя из следующего. В судебном заседании государственным обвинителем были заявлены исковые требования, подсудимые были привлечены в качестве гражданских ответчиков. Судом достоверно установлено, что совместными преступными действиями всех подсудимых бюджету Иркутской области причинен ущерб на общую сумму &lt;данные изъяты&gt; рубль 93 копейки, сумма заявленных исковых требований не превышает размер установленного ущерба. В период судебного разбирательства, в добровольном порядке подсудимыми ФИО2 и ФИО1 приняты меры к возмещению причиненного ущерба на суммы 300 000 рублей (чек по операции от 5 ноября 2025 года представлен ФИО2), и 398 000 рублей (чеки по операциям от 31 октября и 5 ноября 2025 года представлены ФИО1) соответственно. При этом виновные обязаны возместить причиненный своими действиями вред в полном объёме. Поскольку главным распорядителем бюджетных средств при исполнении программы являлось Министерство труда и занятости Иркутской области, то подсудимые обязаны солидарно возместить ущерб в его пользу в указанном размере. Как следует из материалов дела, в период предварительного следствия принимались меры в обеспечение гражданского иска и возможной конфискации имущества, а именно: 10 июня 2024 года наложен арест на автомобиль «&lt;данные изъяты&gt;», государственный регистрационный знак &lt;данные изъяты&gt;, принадлежащий ФИО1 (т.10 л.д.205). Поскольку судом принято решение о назначении подсудимым за совершенное преступление дополнительного наказания в виде штрафа, а также принято решение о частичном удовлетворении гражданского иска, то, в соответствии с п.11 ст. ст. 299 УПК РФ , суд принимает решение о сохранении ареста, наложенного на имущество ФИО1, автомобиль «Тойота Хайлюкс», государственный регистрационный знак №, для обеспечения исполнения приговора в части гражданского иска и дополнительного наказания в виде штрафа. После полного погашения исковых требований, уплаты штрафа, арест подлежит отмене. На основании изложенного и руководствуясь ст.ст. , - 309 УПК РФ , суд ПРИГОВОРИЛ : Признать ФИО2 виновным в совершении преступления, предусмотренного ч.4 ст. 159 УК РФ , и назначить ему наказание в виде 5 лет лишения свободы со штрафом в размере 100 000 рублей. Признать ФИО1 виновным в совершении преступления, предусмотренного ч.4 ст. 159 УК РФ , и назначить ему наказание в виде 5 лет лишения свободы со штрафом в размере 100 000 рублей. В силу ч.3 ст. 73 УК РФ назначенное ФИО2 наказание в виде лишения свободы считать условным с испытательным сроком 5 лет. В соответствии с ч.5 ст. 73 УК РФ возложить на осужденного ФИО2 следующие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являться на регистрацию в указанный орган с периодичностью не реже одного раза в месяц. В силу ч.3 ст. 73 УК РФ назначенное ФИО1 наказание в виде лишения свободы считать условным с испытательным сроком 5 лет. В соответствии с ч.5 ст. 73 УК РФ возложить на осужденного ФИО1 следующие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являться на регистрацию в указанный орган с периодичностью не реже одного раза в месяц. Дополнительное наказание в виде штрафа в отношении всех осужденных, исполнять самостоятельно. Меру пресечения ФИО2 в виде подписки о невыезде и надлежащем поведении оставить без изменения, а по вступлению приговора суда в законную силу – меру пресечения отменить. Меру пресечения ФИО1 в виде подписки о невыезде и надлежащем поведении оставить без изменения, а по вступлению приговора суда в законную силу – меру пресечения отменить. Разъяснить, что штраф должен быть уплачен осужденными ФИО2 и ФИО1 в течение 60 дней со дня вступления приговора в законную силу, по следующим реквизитам: ФИО2: УФК по Иркутской области (СУ СК России по Иркутской области); ИНН &lt;***&gt;; КПП 380801001; номер счета получателя 03100643000000013400; отделение Иркутск Банка России // УФК по Иркутской области г.Иркутск; БИК 012520101; кор.сч. 40102810145370000026, ОКТМО 25701000, КБК 41711603121019000140, УИН 41700000000011132390 (штраф по уголовному делу № 12302250044000039). ФИО1: УФК по Иркутской области (СУ СК России по Иркутской области); ИНН &lt;***&gt;; КПП 380801001; номер счета получателя 03100643000000013400; отделение Иркутск Банка России // УФК по Иркутской области г.Иркутск; БИК 012520101; кор.сч. 40102810145370000026, ОКТМО 25701000, КБК 41711603121019000140, УИН 41700000000011132447 (штраф по уголовному делу № 12302250044000039). Гражданский иск о возмещении материального ущерба, причиненного преступлением, удовлетворить частично, взыскать солидарно с ФИО20 и ФИО1 в пользу Министерства труда и занятости Иркутской области – 1 353 291 (один миллион триста пятьдесят три тысячи двести девяносто один) рубль 93 копейки. Арест на имущество ФИО1, а именно автомобиль «Тойота Хайлюкс», государственный регистрационный знак №, наложенный на основании постановления Усть-Илимского городского суда Иркутской области от 10 июня 2024 года, сохранить для обеспечения исполнения приговора в части гражданского иска и дополнительного наказания в виде штрафа. После полного погашения исковых требований и дополнительного наказания в виде штрафа – арест отменить. Вещественные доказательства: - материалы оперативно-розыскных мероприятий, справки, CD-R диски, находящиеся в материалах дела, – хранить в материалах уголовного дела; - сотовый телефон «Samsung G8», переданный на хранение Д4, – оставить в ее распоряжение; - папку-скоросшиватель черного цвета с документами в отношении ИП ФИО1, изъятую в ООО «&lt;данные изъяты&gt;», – уничтожить, а копии документов, находящиеся в деле, – хранить в материалах уголовного дела; - папку-скоросшиватель с документами в отношении ИП ФИО1, устав ОГКУ «Центр занятости населения г.Усть-Илимска», должностные инструкции ФИО21, Д., П2, изъятые в ОГКУ «Центр занятости населения г.Усь-Илимска», находящиеся в камере хранения вещественных доказательств СО по г.Усть-Илимск СУ СК России по Иркутской области, – вернуть в ОГКУ КЦ Ирутской области (Усть-Илимский филиал), а копии документов, находящиеся в деле, – хранить в материалах уголовного дела; - папки-скоросшиватели с документами в отношении ИП А., ИП К., ИП А., ИП З6, в отношении юридических лиц: ООО «&lt;данные изъяты&gt;», МУП Усть-Илимского района (3 папки), ООО «&lt;данные изъяты&gt;», ООО «&lt;данные изъяты&gt;», изъятые в ОГКУ «Центр занятости населения г.Усть-Илимска», находящиеся в камере хранения вещественных доказательств СО по г.Усть-Илимск СУ СК России по Иркутской области, – вернуть в ОГКУ КЦ Иркутской области (Усть-Илимский филиал); - личные дела Е., Б., Д., К., Б., М., О1, А., К1, О., Л., Ф2, К2, Г2, А., А1, М1, П., Я., Н., Р., З1, З., Д4, З4, С4, М7, Л3, С3, К4, К5, К3, Ф2, Я1, Ф., изъятые в ОГКУ КЦ Иркутской области (Усть-Илимский филиал), находящиеся в камере хранения вещественных доказательств СО по г.Усть-Илимск СУ СК России по Иркутской области, - вернуть в ОГКУ КЦ Иркутской области (Усть-Илимский филиал); - папки-скоросшиватели с документами в отношении ООО «&lt;данные изъяты&gt;» (4 папки), ООО «&lt;данные изъяты&gt;» (3 папки), ООО «&lt;данные изъяты&gt;» (3 папки), ООО «&lt;данные изъяты&gt;» (2 папки), ИП К. (3 папки), ООО «&lt;данные изъяты&gt;» (1 папка), ИП ФИО8 (6 папок), Контракты КП-39 (1 папка), Стажировка (1 папка), без надписи (12 папок), 2 мобильных телефона, 7 печатей, 3 системных блока, изъятые в ООО «&lt;данные изъяты&gt;», находящиеся в камере хранения вещественных доказательств СО по г.Усть-Илимск СУ СК России по Иркутской области, – вернуть по принадлежности; - системный блок, ноутбук, зарядное устройство, 2 сотовых телефона, жесткий диск, изъятые в &lt;адрес&gt; в г.Усть-Илимске, находящиеся в камере хранения вещественных доказательств СО по г.Усть-Илимск СУ СК России по Иркутской области, – вернуть ФИО2; - системный блок, ноутбук, зарядное устройство, флешкарту, 2 жестких диска, сотовый телефон, изъятые в &lt;адрес&gt; в г.Усть-Илимске, находящиеся в камере хранения вещественных доказательств СО по г.Усть-Илимск СУ СК России по Иркутской области, – вернуть ФИО1 Приговор может быть обжалован в апелляционном порядке в судебную коллегию по уголовным делам Иркутского областного суда через Усть-Илимский городской суд Иркутской области в течение 15 суток со дня его провозглашения. В случае подачи апелляционной жалобы осужденные вправе ходатайствовать о своем участии при рассмотрении уголовного дела судом апелляционной инстанции, в том числе с участием их защитников. Председательствующий: Л.А. Никешин Суд: Усть-Илимский городской суд (Иркутская область) (подробнее) Судьи дела: Никешин Л.А. (судья) (подробнее) Последние документы по делу: Приговор от 16 ноября 2025 г. по делу № 1-31/2025 Приговор от 1 октября 2025 г. по делу № 1-31/2025 Апелляционное постановление от 25 августа 2025 г. по делу № 1-31/2025 Приговор от 27 июля 2025 г. по делу № 1-31/2025 Приговор от 2 июня 2025 г. по делу № 1-31/2025 Приговор от 25 марта 2025 г. по делу № 1-31/2025 Приговор от 4 марта 2025 г. по делу № 1-31/2025 Приговор от 4 марта 2025 г. по делу № 1-31/2025 Приговор от 27 января 2025 г. по делу № 1-31/2025 Показать все документы по этому делу Судебная практика по: Трудовой договор Судебная практика по применению норм ст. 56, 57, 58, 59 ТК РФ Ответственность за причинение вреда, залив квартиры Судебная практика по применению нормы ст. 1064 ГК РФ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